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A1A2E"/>
          <w:sz w:val="56"/>
        </w:rPr>
        <w:t>网游之巅峰神豪</w:t>
      </w:r>
    </w:p>
    <w:p/>
    <w:p>
      <w:pPr>
        <w:jc w:val="center"/>
      </w:pPr>
      <w:r>
        <w:rPr>
          <w:color w:val="666666"/>
          <w:sz w:val="32"/>
        </w:rPr>
        <w:t>全 书 完 本</w:t>
      </w:r>
    </w:p>
    <w:p/>
    <w:p/>
    <w:p>
      <w:pPr>
        <w:jc w:val="center"/>
      </w:pPr>
      <w:r>
        <w:rPr>
          <w:color w:val="999999"/>
          <w:sz w:val="24"/>
        </w:rPr>
        <w:t>85章 · 228,218字</w:t>
      </w:r>
    </w:p>
    <w:p>
      <w:r>
        <w:br w:type="page"/>
      </w:r>
    </w:p>
    <w:p>
      <w:pPr>
        <w:jc w:val="center"/>
      </w:pPr>
      <w:r>
        <w:rPr>
          <w:b/>
          <w:sz w:val="40"/>
        </w:rPr>
        <w:t>目 录</w:t>
      </w:r>
    </w:p>
    <w:p/>
    <w:p>
      <w:pPr>
        <w:tabs>
          <w:tab w:pos="7937" w:val="left"/>
        </w:tabs>
      </w:pPr>
      <w:r>
        <w:rPr>
          <w:sz w:val="21"/>
        </w:rPr>
        <w:t>第001章 神豪系统觉醒</w:t>
      </w:r>
      <w:r>
        <w:rPr>
          <w:color w:val="999999"/>
          <w:sz w:val="18"/>
        </w:rPr>
        <w:tab/>
        <w:t>2,924字</w:t>
      </w:r>
    </w:p>
    <w:p>
      <w:pPr>
        <w:tabs>
          <w:tab w:pos="7937" w:val="left"/>
        </w:tabs>
      </w:pPr>
      <w:r>
        <w:rPr>
          <w:sz w:val="21"/>
        </w:rPr>
        <w:t>第002章 秒杀一切</w:t>
      </w:r>
      <w:r>
        <w:rPr>
          <w:color w:val="999999"/>
          <w:sz w:val="18"/>
        </w:rPr>
        <w:tab/>
        <w:t>2,777字</w:t>
      </w:r>
    </w:p>
    <w:p>
      <w:pPr>
        <w:tabs>
          <w:tab w:pos="7937" w:val="left"/>
        </w:tabs>
      </w:pPr>
      <w:r>
        <w:rPr>
          <w:sz w:val="21"/>
        </w:rPr>
        <w:t>第003章 隐藏职业</w:t>
      </w:r>
      <w:r>
        <w:rPr>
          <w:color w:val="999999"/>
          <w:sz w:val="18"/>
        </w:rPr>
        <w:tab/>
        <w:t>2,671字</w:t>
      </w:r>
    </w:p>
    <w:p>
      <w:pPr>
        <w:tabs>
          <w:tab w:pos="7937" w:val="left"/>
        </w:tabs>
      </w:pPr>
      <w:r>
        <w:rPr>
          <w:sz w:val="21"/>
        </w:rPr>
        <w:t>第004章 神器现世</w:t>
      </w:r>
      <w:r>
        <w:rPr>
          <w:color w:val="999999"/>
          <w:sz w:val="18"/>
        </w:rPr>
        <w:tab/>
        <w:t>2,500字</w:t>
      </w:r>
    </w:p>
    <w:p>
      <w:pPr>
        <w:tabs>
          <w:tab w:pos="7937" w:val="left"/>
        </w:tabs>
      </w:pPr>
      <w:r>
        <w:rPr>
          <w:sz w:val="21"/>
        </w:rPr>
        <w:t>第005章 主城风云</w:t>
      </w:r>
      <w:r>
        <w:rPr>
          <w:color w:val="999999"/>
          <w:sz w:val="18"/>
        </w:rPr>
        <w:tab/>
        <w:t>2,502字</w:t>
      </w:r>
    </w:p>
    <w:p>
      <w:pPr>
        <w:tabs>
          <w:tab w:pos="7937" w:val="left"/>
        </w:tabs>
      </w:pPr>
      <w:r>
        <w:rPr>
          <w:sz w:val="21"/>
        </w:rPr>
        <w:t>第006章 拍卖会（上）</w:t>
      </w:r>
      <w:r>
        <w:rPr>
          <w:color w:val="999999"/>
          <w:sz w:val="18"/>
        </w:rPr>
        <w:tab/>
        <w:t>2,500字</w:t>
      </w:r>
    </w:p>
    <w:p>
      <w:pPr>
        <w:tabs>
          <w:tab w:pos="7937" w:val="left"/>
        </w:tabs>
      </w:pPr>
      <w:r>
        <w:rPr>
          <w:sz w:val="21"/>
        </w:rPr>
        <w:t>第007章 拍卖会（下）</w:t>
      </w:r>
      <w:r>
        <w:rPr>
          <w:color w:val="999999"/>
          <w:sz w:val="18"/>
        </w:rPr>
        <w:tab/>
        <w:t>2,508字</w:t>
      </w:r>
    </w:p>
    <w:p>
      <w:pPr>
        <w:tabs>
          <w:tab w:pos="7937" w:val="left"/>
        </w:tabs>
      </w:pPr>
      <w:r>
        <w:rPr>
          <w:sz w:val="21"/>
        </w:rPr>
        <w:t>第008章 现实逆袭</w:t>
      </w:r>
      <w:r>
        <w:rPr>
          <w:color w:val="999999"/>
          <w:sz w:val="18"/>
        </w:rPr>
        <w:tab/>
        <w:t>2,500字</w:t>
      </w:r>
    </w:p>
    <w:p>
      <w:pPr>
        <w:tabs>
          <w:tab w:pos="7937" w:val="left"/>
        </w:tabs>
      </w:pPr>
      <w:r>
        <w:rPr>
          <w:sz w:val="21"/>
        </w:rPr>
        <w:t>第009章 副本首通</w:t>
      </w:r>
      <w:r>
        <w:rPr>
          <w:color w:val="999999"/>
          <w:sz w:val="18"/>
        </w:rPr>
        <w:tab/>
        <w:t>2,502字</w:t>
      </w:r>
    </w:p>
    <w:p>
      <w:pPr>
        <w:tabs>
          <w:tab w:pos="7937" w:val="left"/>
        </w:tabs>
      </w:pPr>
      <w:r>
        <w:rPr>
          <w:sz w:val="21"/>
        </w:rPr>
        <w:t>第010章 系统升级</w:t>
      </w:r>
      <w:r>
        <w:rPr>
          <w:color w:val="999999"/>
          <w:sz w:val="18"/>
        </w:rPr>
        <w:tab/>
        <w:t>2,812字</w:t>
      </w:r>
    </w:p>
    <w:p>
      <w:pPr>
        <w:tabs>
          <w:tab w:pos="7937" w:val="left"/>
        </w:tabs>
      </w:pPr>
      <w:r>
        <w:rPr>
          <w:sz w:val="21"/>
        </w:rPr>
        <w:t>第011章 创建神豪殿</w:t>
      </w:r>
      <w:r>
        <w:rPr>
          <w:color w:val="999999"/>
          <w:sz w:val="18"/>
        </w:rPr>
        <w:tab/>
        <w:t>3,400字</w:t>
      </w:r>
    </w:p>
    <w:p>
      <w:pPr>
        <w:tabs>
          <w:tab w:pos="7937" w:val="left"/>
        </w:tabs>
      </w:pPr>
      <w:r>
        <w:rPr>
          <w:sz w:val="21"/>
        </w:rPr>
        <w:t>第012章 首战告捷</w:t>
      </w:r>
      <w:r>
        <w:rPr>
          <w:color w:val="999999"/>
          <w:sz w:val="18"/>
        </w:rPr>
        <w:tab/>
        <w:t>2,501字</w:t>
      </w:r>
    </w:p>
    <w:p>
      <w:pPr>
        <w:tabs>
          <w:tab w:pos="7937" w:val="left"/>
        </w:tabs>
      </w:pPr>
      <w:r>
        <w:rPr>
          <w:sz w:val="21"/>
        </w:rPr>
        <w:t>第013章 美女主播</w:t>
      </w:r>
      <w:r>
        <w:rPr>
          <w:color w:val="999999"/>
          <w:sz w:val="18"/>
        </w:rPr>
        <w:tab/>
        <w:t>3,086字</w:t>
      </w:r>
    </w:p>
    <w:p>
      <w:pPr>
        <w:tabs>
          <w:tab w:pos="7937" w:val="left"/>
        </w:tabs>
      </w:pPr>
      <w:r>
        <w:rPr>
          <w:sz w:val="21"/>
        </w:rPr>
        <w:t>第014章 现实·白月光</w:t>
      </w:r>
      <w:r>
        <w:rPr>
          <w:color w:val="999999"/>
          <w:sz w:val="18"/>
        </w:rPr>
        <w:tab/>
        <w:t>2,509字</w:t>
      </w:r>
    </w:p>
    <w:p>
      <w:pPr>
        <w:tabs>
          <w:tab w:pos="7937" w:val="left"/>
        </w:tabs>
      </w:pPr>
      <w:r>
        <w:rPr>
          <w:sz w:val="21"/>
        </w:rPr>
        <w:t>第015章 攻城战</w:t>
      </w:r>
      <w:r>
        <w:rPr>
          <w:color w:val="999999"/>
          <w:sz w:val="18"/>
        </w:rPr>
        <w:tab/>
        <w:t>2,500字</w:t>
      </w:r>
    </w:p>
    <w:p>
      <w:pPr>
        <w:tabs>
          <w:tab w:pos="7937" w:val="left"/>
        </w:tabs>
      </w:pPr>
      <w:r>
        <w:rPr>
          <w:sz w:val="21"/>
        </w:rPr>
        <w:t>第016章 初遇夜影</w:t>
      </w:r>
      <w:r>
        <w:rPr>
          <w:color w:val="999999"/>
          <w:sz w:val="18"/>
        </w:rPr>
        <w:tab/>
        <w:t>2,913字</w:t>
      </w:r>
    </w:p>
    <w:p>
      <w:pPr>
        <w:tabs>
          <w:tab w:pos="7937" w:val="left"/>
        </w:tabs>
      </w:pPr>
      <w:r>
        <w:rPr>
          <w:sz w:val="21"/>
        </w:rPr>
        <w:t>第017章 暗流涌动</w:t>
      </w:r>
      <w:r>
        <w:rPr>
          <w:color w:val="999999"/>
          <w:sz w:val="18"/>
        </w:rPr>
        <w:tab/>
        <w:t>2,503字</w:t>
      </w:r>
    </w:p>
    <w:p>
      <w:pPr>
        <w:tabs>
          <w:tab w:pos="7937" w:val="left"/>
        </w:tabs>
      </w:pPr>
      <w:r>
        <w:rPr>
          <w:sz w:val="21"/>
        </w:rPr>
        <w:t>第018章 现实反击</w:t>
      </w:r>
      <w:r>
        <w:rPr>
          <w:color w:val="999999"/>
          <w:sz w:val="18"/>
        </w:rPr>
        <w:tab/>
        <w:t>2,525字</w:t>
      </w:r>
    </w:p>
    <w:p>
      <w:pPr>
        <w:tabs>
          <w:tab w:pos="7937" w:val="left"/>
        </w:tabs>
      </w:pPr>
      <w:r>
        <w:rPr>
          <w:sz w:val="21"/>
        </w:rPr>
        <w:t>第019章 公会排位赛</w:t>
      </w:r>
      <w:r>
        <w:rPr>
          <w:color w:val="999999"/>
          <w:sz w:val="18"/>
        </w:rPr>
        <w:tab/>
        <w:t>3,015字</w:t>
      </w:r>
    </w:p>
    <w:p>
      <w:pPr>
        <w:tabs>
          <w:tab w:pos="7937" w:val="left"/>
        </w:tabs>
      </w:pPr>
      <w:r>
        <w:rPr>
          <w:sz w:val="21"/>
        </w:rPr>
        <w:t>第020章 榜首之争</w:t>
      </w:r>
      <w:r>
        <w:rPr>
          <w:color w:val="999999"/>
          <w:sz w:val="18"/>
        </w:rPr>
        <w:tab/>
        <w:t>2,975字</w:t>
      </w:r>
    </w:p>
    <w:p>
      <w:pPr>
        <w:tabs>
          <w:tab w:pos="7937" w:val="left"/>
        </w:tabs>
      </w:pPr>
      <w:r>
        <w:rPr>
          <w:sz w:val="21"/>
        </w:rPr>
        <w:t>第021章 现实转身</w:t>
      </w:r>
      <w:r>
        <w:rPr>
          <w:color w:val="999999"/>
          <w:sz w:val="18"/>
        </w:rPr>
        <w:tab/>
        <w:t>2,501字</w:t>
      </w:r>
    </w:p>
    <w:p>
      <w:pPr>
        <w:tabs>
          <w:tab w:pos="7937" w:val="left"/>
        </w:tabs>
      </w:pPr>
      <w:r>
        <w:rPr>
          <w:sz w:val="21"/>
        </w:rPr>
        <w:t>第022章 现实奠基</w:t>
      </w:r>
      <w:r>
        <w:rPr>
          <w:color w:val="999999"/>
          <w:sz w:val="18"/>
        </w:rPr>
        <w:tab/>
        <w:t>2,640字</w:t>
      </w:r>
    </w:p>
    <w:p>
      <w:pPr>
        <w:tabs>
          <w:tab w:pos="7937" w:val="left"/>
        </w:tabs>
      </w:pPr>
      <w:r>
        <w:rPr>
          <w:sz w:val="21"/>
        </w:rPr>
        <w:t>第023章 公司成立，美女合伙人</w:t>
      </w:r>
      <w:r>
        <w:rPr>
          <w:color w:val="999999"/>
          <w:sz w:val="18"/>
        </w:rPr>
        <w:tab/>
        <w:t>2,906字</w:t>
      </w:r>
    </w:p>
    <w:p>
      <w:pPr>
        <w:tabs>
          <w:tab w:pos="7937" w:val="left"/>
        </w:tabs>
      </w:pPr>
      <w:r>
        <w:rPr>
          <w:sz w:val="21"/>
        </w:rPr>
        <w:t>第024章 碾压风云阁</w:t>
      </w:r>
      <w:r>
        <w:rPr>
          <w:color w:val="999999"/>
          <w:sz w:val="18"/>
        </w:rPr>
        <w:tab/>
        <w:t>2,826字</w:t>
      </w:r>
    </w:p>
    <w:p>
      <w:pPr>
        <w:tabs>
          <w:tab w:pos="7937" w:val="left"/>
        </w:tabs>
      </w:pPr>
      <w:r>
        <w:rPr>
          <w:sz w:val="21"/>
        </w:rPr>
        <w:t>第025章 联盟邀请</w:t>
      </w:r>
      <w:r>
        <w:rPr>
          <w:color w:val="999999"/>
          <w:sz w:val="18"/>
        </w:rPr>
        <w:tab/>
        <w:t>2,591字</w:t>
      </w:r>
    </w:p>
    <w:p>
      <w:pPr>
        <w:tabs>
          <w:tab w:pos="7937" w:val="left"/>
        </w:tabs>
      </w:pPr>
      <w:r>
        <w:rPr>
          <w:sz w:val="21"/>
        </w:rPr>
        <w:t>第026章 深渊副本首通</w:t>
      </w:r>
      <w:r>
        <w:rPr>
          <w:color w:val="999999"/>
          <w:sz w:val="18"/>
        </w:rPr>
        <w:tab/>
        <w:t>3,355字</w:t>
      </w:r>
    </w:p>
    <w:p>
      <w:pPr>
        <w:tabs>
          <w:tab w:pos="7937" w:val="left"/>
        </w:tabs>
      </w:pPr>
      <w:r>
        <w:rPr>
          <w:sz w:val="21"/>
        </w:rPr>
        <w:t>第027章 世界BOSS首杀</w:t>
      </w:r>
      <w:r>
        <w:rPr>
          <w:color w:val="999999"/>
          <w:sz w:val="18"/>
        </w:rPr>
        <w:tab/>
        <w:t>2,780字</w:t>
      </w:r>
    </w:p>
    <w:p>
      <w:pPr>
        <w:tabs>
          <w:tab w:pos="7937" w:val="left"/>
        </w:tabs>
      </w:pPr>
      <w:r>
        <w:rPr>
          <w:sz w:val="21"/>
        </w:rPr>
        <w:t>第028章 跨服战开幕</w:t>
      </w:r>
      <w:r>
        <w:rPr>
          <w:color w:val="999999"/>
          <w:sz w:val="18"/>
        </w:rPr>
        <w:tab/>
        <w:t>2,601字</w:t>
      </w:r>
    </w:p>
    <w:p>
      <w:pPr>
        <w:tabs>
          <w:tab w:pos="7937" w:val="left"/>
        </w:tabs>
      </w:pPr>
      <w:r>
        <w:rPr>
          <w:sz w:val="21"/>
        </w:rPr>
        <w:t>第029章 首轮碾压</w:t>
      </w:r>
      <w:r>
        <w:rPr>
          <w:color w:val="999999"/>
          <w:sz w:val="18"/>
        </w:rPr>
        <w:tab/>
        <w:t>2,682字</w:t>
      </w:r>
    </w:p>
    <w:p>
      <w:pPr>
        <w:tabs>
          <w:tab w:pos="7937" w:val="left"/>
        </w:tabs>
      </w:pPr>
      <w:r>
        <w:rPr>
          <w:sz w:val="21"/>
        </w:rPr>
        <w:t>第030章 半决赛·战韩服</w:t>
      </w:r>
      <w:r>
        <w:rPr>
          <w:color w:val="999999"/>
          <w:sz w:val="18"/>
        </w:rPr>
        <w:tab/>
        <w:t>3,420字</w:t>
      </w:r>
    </w:p>
    <w:p>
      <w:pPr>
        <w:tabs>
          <w:tab w:pos="7937" w:val="left"/>
        </w:tabs>
      </w:pPr>
      <w:r>
        <w:rPr>
          <w:sz w:val="21"/>
        </w:rPr>
        <w:t>第031章 决赛星辰国度</w:t>
      </w:r>
      <w:r>
        <w:rPr>
          <w:color w:val="999999"/>
          <w:sz w:val="18"/>
        </w:rPr>
        <w:tab/>
        <w:t>2,850字</w:t>
      </w:r>
    </w:p>
    <w:p>
      <w:pPr>
        <w:tabs>
          <w:tab w:pos="7937" w:val="left"/>
        </w:tabs>
      </w:pPr>
      <w:r>
        <w:rPr>
          <w:sz w:val="21"/>
        </w:rPr>
        <w:t>第032章 现实崛起</w:t>
      </w:r>
      <w:r>
        <w:rPr>
          <w:color w:val="999999"/>
          <w:sz w:val="18"/>
        </w:rPr>
        <w:tab/>
        <w:t>2,946字</w:t>
      </w:r>
    </w:p>
    <w:p>
      <w:pPr>
        <w:tabs>
          <w:tab w:pos="7937" w:val="left"/>
        </w:tabs>
      </w:pPr>
      <w:r>
        <w:rPr>
          <w:sz w:val="21"/>
        </w:rPr>
        <w:t>第033章 领地系统</w:t>
      </w:r>
      <w:r>
        <w:rPr>
          <w:color w:val="999999"/>
          <w:sz w:val="18"/>
        </w:rPr>
        <w:tab/>
        <w:t>2,923字</w:t>
      </w:r>
    </w:p>
    <w:p>
      <w:pPr>
        <w:tabs>
          <w:tab w:pos="7937" w:val="left"/>
        </w:tabs>
      </w:pPr>
      <w:r>
        <w:rPr>
          <w:sz w:val="21"/>
        </w:rPr>
        <w:t>第034章 神豪殿时代</w:t>
      </w:r>
      <w:r>
        <w:rPr>
          <w:color w:val="999999"/>
          <w:sz w:val="18"/>
        </w:rPr>
        <w:tab/>
        <w:t>2,509字</w:t>
      </w:r>
    </w:p>
    <w:p>
      <w:pPr>
        <w:tabs>
          <w:tab w:pos="7937" w:val="left"/>
        </w:tabs>
      </w:pPr>
      <w:r>
        <w:rPr>
          <w:sz w:val="21"/>
        </w:rPr>
        <w:t>第035章 新的征途</w:t>
      </w:r>
      <w:r>
        <w:rPr>
          <w:color w:val="999999"/>
          <w:sz w:val="18"/>
        </w:rPr>
        <w:tab/>
        <w:t>2,768字</w:t>
      </w:r>
    </w:p>
    <w:p>
      <w:pPr>
        <w:tabs>
          <w:tab w:pos="7937" w:val="left"/>
        </w:tabs>
      </w:pPr>
      <w:r>
        <w:rPr>
          <w:sz w:val="21"/>
        </w:rPr>
        <w:t>第036章 暗流初现</w:t>
      </w:r>
      <w:r>
        <w:rPr>
          <w:color w:val="999999"/>
          <w:sz w:val="18"/>
        </w:rPr>
        <w:tab/>
        <w:t>2,651字</w:t>
      </w:r>
    </w:p>
    <w:p>
      <w:pPr>
        <w:tabs>
          <w:tab w:pos="7937" w:val="left"/>
        </w:tabs>
      </w:pPr>
      <w:r>
        <w:rPr>
          <w:sz w:val="21"/>
        </w:rPr>
        <w:t>第037章 夜影的身份</w:t>
      </w:r>
      <w:r>
        <w:rPr>
          <w:color w:val="999999"/>
          <w:sz w:val="18"/>
        </w:rPr>
        <w:tab/>
        <w:t>2,882字</w:t>
      </w:r>
    </w:p>
    <w:p>
      <w:pPr>
        <w:tabs>
          <w:tab w:pos="7937" w:val="left"/>
        </w:tabs>
      </w:pPr>
      <w:r>
        <w:rPr>
          <w:sz w:val="21"/>
        </w:rPr>
        <w:t>第038章 陈锋的邀约</w:t>
      </w:r>
      <w:r>
        <w:rPr>
          <w:color w:val="999999"/>
          <w:sz w:val="18"/>
        </w:rPr>
        <w:tab/>
        <w:t>3,042字</w:t>
      </w:r>
    </w:p>
    <w:p>
      <w:pPr>
        <w:tabs>
          <w:tab w:pos="7937" w:val="left"/>
        </w:tabs>
      </w:pPr>
      <w:r>
        <w:rPr>
          <w:sz w:val="21"/>
        </w:rPr>
        <w:t>第039章 银行保险箱</w:t>
      </w:r>
      <w:r>
        <w:rPr>
          <w:color w:val="999999"/>
          <w:sz w:val="18"/>
        </w:rPr>
        <w:tab/>
        <w:t>2,506字</w:t>
      </w:r>
    </w:p>
    <w:p>
      <w:pPr>
        <w:tabs>
          <w:tab w:pos="7937" w:val="left"/>
        </w:tabs>
      </w:pPr>
      <w:r>
        <w:rPr>
          <w:sz w:val="21"/>
        </w:rPr>
        <w:t>第040章 暗流威胁</w:t>
      </w:r>
      <w:r>
        <w:rPr>
          <w:color w:val="999999"/>
          <w:sz w:val="18"/>
        </w:rPr>
        <w:tab/>
        <w:t>2,513字</w:t>
      </w:r>
    </w:p>
    <w:p>
      <w:pPr>
        <w:tabs>
          <w:tab w:pos="7937" w:val="left"/>
        </w:tabs>
      </w:pPr>
      <w:r>
        <w:rPr>
          <w:sz w:val="21"/>
        </w:rPr>
        <w:t>第041章 备战神域</w:t>
      </w:r>
      <w:r>
        <w:rPr>
          <w:color w:val="999999"/>
          <w:sz w:val="18"/>
        </w:rPr>
        <w:tab/>
        <w:t>2,995字</w:t>
      </w:r>
    </w:p>
    <w:p>
      <w:pPr>
        <w:tabs>
          <w:tab w:pos="7937" w:val="left"/>
        </w:tabs>
      </w:pPr>
      <w:r>
        <w:rPr>
          <w:sz w:val="21"/>
        </w:rPr>
        <w:t>第042章 神域开启</w:t>
      </w:r>
      <w:r>
        <w:rPr>
          <w:color w:val="999999"/>
          <w:sz w:val="18"/>
        </w:rPr>
        <w:tab/>
        <w:t>2,507字</w:t>
      </w:r>
    </w:p>
    <w:p>
      <w:pPr>
        <w:tabs>
          <w:tab w:pos="7937" w:val="left"/>
        </w:tabs>
      </w:pPr>
      <w:r>
        <w:rPr>
          <w:sz w:val="21"/>
        </w:rPr>
        <w:t>第043章 诸神之战</w:t>
      </w:r>
      <w:r>
        <w:rPr>
          <w:color w:val="999999"/>
          <w:sz w:val="18"/>
        </w:rPr>
        <w:tab/>
        <w:t>2,926字</w:t>
      </w:r>
    </w:p>
    <w:p>
      <w:pPr>
        <w:tabs>
          <w:tab w:pos="7937" w:val="left"/>
        </w:tabs>
      </w:pPr>
      <w:r>
        <w:rPr>
          <w:sz w:val="21"/>
        </w:rPr>
        <w:t>第044章 诸神之战（上）</w:t>
      </w:r>
      <w:r>
        <w:rPr>
          <w:color w:val="999999"/>
          <w:sz w:val="18"/>
        </w:rPr>
        <w:tab/>
        <w:t>2,586字</w:t>
      </w:r>
    </w:p>
    <w:p>
      <w:pPr>
        <w:tabs>
          <w:tab w:pos="7937" w:val="left"/>
        </w:tabs>
      </w:pPr>
      <w:r>
        <w:rPr>
          <w:sz w:val="21"/>
        </w:rPr>
        <w:t>第045章 诸神之战（中）</w:t>
      </w:r>
      <w:r>
        <w:rPr>
          <w:color w:val="999999"/>
          <w:sz w:val="18"/>
        </w:rPr>
        <w:tab/>
        <w:t>2,704字</w:t>
      </w:r>
    </w:p>
    <w:p>
      <w:pPr>
        <w:tabs>
          <w:tab w:pos="7937" w:val="left"/>
        </w:tabs>
      </w:pPr>
      <w:r>
        <w:rPr>
          <w:sz w:val="21"/>
        </w:rPr>
        <w:t>第046章 最终真相</w:t>
      </w:r>
      <w:r>
        <w:rPr>
          <w:color w:val="999999"/>
          <w:sz w:val="18"/>
        </w:rPr>
        <w:tab/>
        <w:t>2,993字</w:t>
      </w:r>
    </w:p>
    <w:p>
      <w:pPr>
        <w:tabs>
          <w:tab w:pos="7937" w:val="left"/>
        </w:tabs>
      </w:pPr>
      <w:r>
        <w:rPr>
          <w:sz w:val="21"/>
        </w:rPr>
        <w:t>第047章 暗影之主</w:t>
      </w:r>
      <w:r>
        <w:rPr>
          <w:color w:val="999999"/>
          <w:sz w:val="18"/>
        </w:rPr>
        <w:tab/>
        <w:t>2,993字</w:t>
      </w:r>
    </w:p>
    <w:p>
      <w:pPr>
        <w:tabs>
          <w:tab w:pos="7937" w:val="left"/>
        </w:tabs>
      </w:pPr>
      <w:r>
        <w:rPr>
          <w:sz w:val="21"/>
        </w:rPr>
        <w:t>第048章 现实对决</w:t>
      </w:r>
      <w:r>
        <w:rPr>
          <w:color w:val="999999"/>
          <w:sz w:val="18"/>
        </w:rPr>
        <w:tab/>
        <w:t>2,610字</w:t>
      </w:r>
    </w:p>
    <w:p>
      <w:pPr>
        <w:tabs>
          <w:tab w:pos="7937" w:val="left"/>
        </w:tabs>
      </w:pPr>
      <w:r>
        <w:rPr>
          <w:sz w:val="21"/>
        </w:rPr>
        <w:t>第049章 终极之战</w:t>
      </w:r>
      <w:r>
        <w:rPr>
          <w:color w:val="999999"/>
          <w:sz w:val="18"/>
        </w:rPr>
        <w:tab/>
        <w:t>2,827字</w:t>
      </w:r>
    </w:p>
    <w:p>
      <w:pPr>
        <w:tabs>
          <w:tab w:pos="7937" w:val="left"/>
        </w:tabs>
      </w:pPr>
      <w:r>
        <w:rPr>
          <w:sz w:val="21"/>
        </w:rPr>
        <w:t>第050章 巅峰之上</w:t>
      </w:r>
      <w:r>
        <w:rPr>
          <w:color w:val="999999"/>
          <w:sz w:val="18"/>
        </w:rPr>
        <w:tab/>
        <w:t>2,502字</w:t>
      </w:r>
    </w:p>
    <w:p>
      <w:pPr>
        <w:tabs>
          <w:tab w:pos="7937" w:val="left"/>
        </w:tabs>
      </w:pPr>
      <w:r>
        <w:rPr>
          <w:sz w:val="21"/>
        </w:rPr>
        <w:t>第051章 神域·新世界</w:t>
      </w:r>
      <w:r>
        <w:rPr>
          <w:color w:val="999999"/>
          <w:sz w:val="18"/>
        </w:rPr>
        <w:tab/>
        <w:t>2,500字</w:t>
      </w:r>
    </w:p>
    <w:p>
      <w:pPr>
        <w:tabs>
          <w:tab w:pos="7937" w:val="left"/>
        </w:tabs>
      </w:pPr>
      <w:r>
        <w:rPr>
          <w:sz w:val="21"/>
        </w:rPr>
        <w:t>第052章 第一座塔·昆仑墟</w:t>
      </w:r>
      <w:r>
        <w:rPr>
          <w:color w:val="999999"/>
          <w:sz w:val="18"/>
        </w:rPr>
        <w:tab/>
        <w:t>2,501字</w:t>
      </w:r>
    </w:p>
    <w:p>
      <w:pPr>
        <w:tabs>
          <w:tab w:pos="7937" w:val="left"/>
        </w:tabs>
      </w:pPr>
      <w:r>
        <w:rPr>
          <w:sz w:val="21"/>
        </w:rPr>
        <w:t>第053章 奥林匹斯·泰坦之怒</w:t>
      </w:r>
      <w:r>
        <w:rPr>
          <w:color w:val="999999"/>
          <w:sz w:val="18"/>
        </w:rPr>
        <w:tab/>
        <w:t>2,508字</w:t>
      </w:r>
    </w:p>
    <w:p>
      <w:pPr>
        <w:tabs>
          <w:tab w:pos="7937" w:val="left"/>
        </w:tabs>
      </w:pPr>
      <w:r>
        <w:rPr>
          <w:sz w:val="21"/>
        </w:rPr>
        <w:t>第054章 亚特兰蒂斯·深海之渊</w:t>
      </w:r>
      <w:r>
        <w:rPr>
          <w:color w:val="999999"/>
          <w:sz w:val="18"/>
        </w:rPr>
        <w:tab/>
        <w:t>2,507字</w:t>
      </w:r>
    </w:p>
    <w:p>
      <w:pPr>
        <w:tabs>
          <w:tab w:pos="7937" w:val="left"/>
        </w:tabs>
      </w:pPr>
      <w:r>
        <w:rPr>
          <w:sz w:val="21"/>
        </w:rPr>
        <w:t>第055章 梵天城·业火轮回</w:t>
      </w:r>
      <w:r>
        <w:rPr>
          <w:color w:val="999999"/>
          <w:sz w:val="18"/>
        </w:rPr>
        <w:tab/>
        <w:t>2,500字</w:t>
      </w:r>
    </w:p>
    <w:p>
      <w:pPr>
        <w:tabs>
          <w:tab w:pos="7937" w:val="left"/>
        </w:tabs>
      </w:pPr>
      <w:r>
        <w:rPr>
          <w:sz w:val="21"/>
        </w:rPr>
        <w:t>第056章 四塔汇聚·核心决战</w:t>
      </w:r>
      <w:r>
        <w:rPr>
          <w:color w:val="999999"/>
          <w:sz w:val="18"/>
        </w:rPr>
        <w:tab/>
        <w:t>2,503字</w:t>
      </w:r>
    </w:p>
    <w:p>
      <w:pPr>
        <w:tabs>
          <w:tab w:pos="7937" w:val="left"/>
        </w:tabs>
      </w:pPr>
      <w:r>
        <w:rPr>
          <w:sz w:val="21"/>
        </w:rPr>
        <w:t>第057章 活着的线索</w:t>
      </w:r>
      <w:r>
        <w:rPr>
          <w:color w:val="999999"/>
          <w:sz w:val="18"/>
        </w:rPr>
        <w:tab/>
        <w:t>2,509字</w:t>
      </w:r>
    </w:p>
    <w:p>
      <w:pPr>
        <w:tabs>
          <w:tab w:pos="7937" w:val="left"/>
        </w:tabs>
      </w:pPr>
      <w:r>
        <w:rPr>
          <w:sz w:val="21"/>
        </w:rPr>
        <w:t>第058章 茶楼·十六年前的真相</w:t>
      </w:r>
      <w:r>
        <w:rPr>
          <w:color w:val="999999"/>
          <w:sz w:val="18"/>
        </w:rPr>
        <w:tab/>
        <w:t>2,505字</w:t>
      </w:r>
    </w:p>
    <w:p>
      <w:pPr>
        <w:tabs>
          <w:tab w:pos="7937" w:val="left"/>
        </w:tabs>
      </w:pPr>
      <w:r>
        <w:rPr>
          <w:sz w:val="21"/>
        </w:rPr>
        <w:t>第059章 坐标·向北</w:t>
      </w:r>
      <w:r>
        <w:rPr>
          <w:color w:val="999999"/>
          <w:sz w:val="18"/>
        </w:rPr>
        <w:tab/>
        <w:t>2,512字</w:t>
      </w:r>
    </w:p>
    <w:p>
      <w:pPr>
        <w:tabs>
          <w:tab w:pos="7937" w:val="left"/>
        </w:tabs>
      </w:pPr>
      <w:r>
        <w:rPr>
          <w:sz w:val="21"/>
        </w:rPr>
        <w:t>第060章 回归·暗流未散</w:t>
      </w:r>
      <w:r>
        <w:rPr>
          <w:color w:val="999999"/>
          <w:sz w:val="18"/>
        </w:rPr>
        <w:tab/>
        <w:t>2,502字</w:t>
      </w:r>
    </w:p>
    <w:p>
      <w:pPr>
        <w:tabs>
          <w:tab w:pos="7937" w:val="left"/>
        </w:tabs>
      </w:pPr>
      <w:r>
        <w:rPr>
          <w:sz w:val="21"/>
        </w:rPr>
        <w:t>第061章 涅槃之地·暗流阴影</w:t>
      </w:r>
      <w:r>
        <w:rPr>
          <w:color w:val="999999"/>
          <w:sz w:val="18"/>
        </w:rPr>
        <w:tab/>
        <w:t>2,518字</w:t>
      </w:r>
    </w:p>
    <w:p>
      <w:pPr>
        <w:tabs>
          <w:tab w:pos="7937" w:val="left"/>
        </w:tabs>
      </w:pPr>
      <w:r>
        <w:rPr>
          <w:sz w:val="21"/>
        </w:rPr>
        <w:t>第062章 黑客攻防·暗流现身</w:t>
      </w:r>
      <w:r>
        <w:rPr>
          <w:color w:val="999999"/>
          <w:sz w:val="18"/>
        </w:rPr>
        <w:tab/>
        <w:t>2,794字</w:t>
      </w:r>
    </w:p>
    <w:p>
      <w:pPr>
        <w:tabs>
          <w:tab w:pos="7937" w:val="left"/>
        </w:tabs>
      </w:pPr>
      <w:r>
        <w:rPr>
          <w:sz w:val="21"/>
        </w:rPr>
        <w:t>第063章 加速·解密进行时</w:t>
      </w:r>
      <w:r>
        <w:rPr>
          <w:color w:val="999999"/>
          <w:sz w:val="18"/>
        </w:rPr>
        <w:tab/>
        <w:t>2,500字</w:t>
      </w:r>
    </w:p>
    <w:p>
      <w:pPr>
        <w:tabs>
          <w:tab w:pos="7937" w:val="left"/>
        </w:tabs>
      </w:pPr>
      <w:r>
        <w:rPr>
          <w:sz w:val="21"/>
        </w:rPr>
        <w:t>第064章 出发·飞往敦煌</w:t>
      </w:r>
      <w:r>
        <w:rPr>
          <w:color w:val="999999"/>
          <w:sz w:val="18"/>
        </w:rPr>
        <w:tab/>
        <w:t>2,503字</w:t>
      </w:r>
    </w:p>
    <w:p>
      <w:pPr>
        <w:tabs>
          <w:tab w:pos="7937" w:val="left"/>
        </w:tabs>
      </w:pPr>
      <w:r>
        <w:rPr>
          <w:sz w:val="21"/>
        </w:rPr>
        <w:t>第065章 戈壁·无人区</w:t>
      </w:r>
      <w:r>
        <w:rPr>
          <w:color w:val="999999"/>
          <w:sz w:val="18"/>
        </w:rPr>
        <w:tab/>
        <w:t>2,504字</w:t>
      </w:r>
    </w:p>
    <w:p>
      <w:pPr>
        <w:tabs>
          <w:tab w:pos="7937" w:val="left"/>
        </w:tabs>
      </w:pPr>
      <w:r>
        <w:rPr>
          <w:sz w:val="21"/>
        </w:rPr>
        <w:t>第066章 地下·白色基地</w:t>
      </w:r>
      <w:r>
        <w:rPr>
          <w:color w:val="999999"/>
          <w:sz w:val="18"/>
        </w:rPr>
        <w:tab/>
        <w:t>2,511字</w:t>
      </w:r>
    </w:p>
    <w:p>
      <w:pPr>
        <w:tabs>
          <w:tab w:pos="7937" w:val="left"/>
        </w:tabs>
      </w:pPr>
      <w:r>
        <w:rPr>
          <w:sz w:val="21"/>
        </w:rPr>
        <w:t>第067章 探索·十六年的痕迹</w:t>
      </w:r>
      <w:r>
        <w:rPr>
          <w:color w:val="999999"/>
          <w:sz w:val="18"/>
        </w:rPr>
        <w:tab/>
        <w:t>2,502字</w:t>
      </w:r>
    </w:p>
    <w:p>
      <w:pPr>
        <w:tabs>
          <w:tab w:pos="7937" w:val="left"/>
        </w:tabs>
      </w:pPr>
      <w:r>
        <w:rPr>
          <w:sz w:val="21"/>
        </w:rPr>
        <w:t>第068章 解密·完整的真相</w:t>
      </w:r>
      <w:r>
        <w:rPr>
          <w:color w:val="999999"/>
          <w:sz w:val="18"/>
        </w:rPr>
        <w:tab/>
        <w:t>2,500字</w:t>
      </w:r>
    </w:p>
    <w:p>
      <w:pPr>
        <w:tabs>
          <w:tab w:pos="7937" w:val="left"/>
        </w:tabs>
      </w:pPr>
      <w:r>
        <w:rPr>
          <w:sz w:val="21"/>
        </w:rPr>
        <w:t>第069章 等你长大的时候</w:t>
      </w:r>
      <w:r>
        <w:rPr>
          <w:color w:val="999999"/>
          <w:sz w:val="18"/>
        </w:rPr>
        <w:tab/>
        <w:t>2,504字</w:t>
      </w:r>
    </w:p>
    <w:p>
      <w:pPr>
        <w:tabs>
          <w:tab w:pos="7937" w:val="left"/>
        </w:tabs>
      </w:pPr>
      <w:r>
        <w:rPr>
          <w:sz w:val="21"/>
        </w:rPr>
        <w:t>第070章 集结·重返上海</w:t>
      </w:r>
      <w:r>
        <w:rPr>
          <w:color w:val="999999"/>
          <w:sz w:val="18"/>
        </w:rPr>
        <w:tab/>
        <w:t>2,501字</w:t>
      </w:r>
    </w:p>
    <w:p>
      <w:pPr>
        <w:tabs>
          <w:tab w:pos="7937" w:val="left"/>
        </w:tabs>
      </w:pPr>
      <w:r>
        <w:rPr>
          <w:sz w:val="21"/>
        </w:rPr>
        <w:t>第071章 行动方案</w:t>
      </w:r>
      <w:r>
        <w:rPr>
          <w:color w:val="999999"/>
          <w:sz w:val="18"/>
        </w:rPr>
        <w:tab/>
        <w:t>2,503字</w:t>
      </w:r>
    </w:p>
    <w:p>
      <w:pPr>
        <w:tabs>
          <w:tab w:pos="7937" w:val="left"/>
        </w:tabs>
      </w:pPr>
      <w:r>
        <w:rPr>
          <w:sz w:val="21"/>
        </w:rPr>
        <w:t>第072章 准备出发</w:t>
      </w:r>
      <w:r>
        <w:rPr>
          <w:color w:val="999999"/>
          <w:sz w:val="18"/>
        </w:rPr>
        <w:tab/>
        <w:t>2,504字</w:t>
      </w:r>
    </w:p>
    <w:p>
      <w:pPr>
        <w:tabs>
          <w:tab w:pos="7937" w:val="left"/>
        </w:tabs>
      </w:pPr>
      <w:r>
        <w:rPr>
          <w:sz w:val="21"/>
        </w:rPr>
        <w:t>第073章 飞往新加坡</w:t>
      </w:r>
      <w:r>
        <w:rPr>
          <w:color w:val="999999"/>
          <w:sz w:val="18"/>
        </w:rPr>
        <w:tab/>
        <w:t>2,503字</w:t>
      </w:r>
    </w:p>
    <w:p>
      <w:pPr>
        <w:tabs>
          <w:tab w:pos="7937" w:val="left"/>
        </w:tabs>
      </w:pPr>
      <w:r>
        <w:rPr>
          <w:sz w:val="21"/>
        </w:rPr>
        <w:t>第074章 数据中心的夜晚</w:t>
      </w:r>
      <w:r>
        <w:rPr>
          <w:color w:val="999999"/>
          <w:sz w:val="18"/>
        </w:rPr>
        <w:tab/>
        <w:t>3,144字</w:t>
      </w:r>
    </w:p>
    <w:p>
      <w:pPr>
        <w:tabs>
          <w:tab w:pos="7937" w:val="left"/>
        </w:tabs>
      </w:pPr>
      <w:r>
        <w:rPr>
          <w:sz w:val="21"/>
        </w:rPr>
        <w:t>第075章 铁栅栏与电表箱</w:t>
      </w:r>
      <w:r>
        <w:rPr>
          <w:color w:val="999999"/>
          <w:sz w:val="18"/>
        </w:rPr>
        <w:tab/>
        <w:t>2,757字</w:t>
      </w:r>
    </w:p>
    <w:p>
      <w:pPr>
        <w:tabs>
          <w:tab w:pos="7937" w:val="left"/>
        </w:tabs>
      </w:pPr>
      <w:r>
        <w:rPr>
          <w:sz w:val="21"/>
        </w:rPr>
        <w:t>第076章 协议注入</w:t>
      </w:r>
      <w:r>
        <w:rPr>
          <w:color w:val="999999"/>
          <w:sz w:val="18"/>
        </w:rPr>
        <w:tab/>
        <w:t>2,907字</w:t>
      </w:r>
    </w:p>
    <w:p>
      <w:pPr>
        <w:tabs>
          <w:tab w:pos="7937" w:val="left"/>
        </w:tabs>
      </w:pPr>
      <w:r>
        <w:rPr>
          <w:sz w:val="21"/>
        </w:rPr>
        <w:t>第077章 运维终端与心跳倒计时</w:t>
      </w:r>
      <w:r>
        <w:rPr>
          <w:color w:val="999999"/>
          <w:sz w:val="18"/>
        </w:rPr>
        <w:tab/>
        <w:t>3,482字</w:t>
      </w:r>
    </w:p>
    <w:p>
      <w:pPr>
        <w:tabs>
          <w:tab w:pos="7937" w:val="left"/>
        </w:tabs>
      </w:pPr>
      <w:r>
        <w:rPr>
          <w:sz w:val="21"/>
        </w:rPr>
        <w:t>第078章 创建者权限·警报响起</w:t>
      </w:r>
      <w:r>
        <w:rPr>
          <w:color w:val="999999"/>
          <w:sz w:val="18"/>
        </w:rPr>
        <w:tab/>
        <w:t>2,502字</w:t>
      </w:r>
    </w:p>
    <w:p>
      <w:pPr>
        <w:tabs>
          <w:tab w:pos="7937" w:val="left"/>
        </w:tabs>
      </w:pPr>
      <w:r>
        <w:rPr>
          <w:sz w:val="21"/>
        </w:rPr>
        <w:t>第079章 出海·驶向命运之岛</w:t>
      </w:r>
      <w:r>
        <w:rPr>
          <w:color w:val="999999"/>
          <w:sz w:val="18"/>
        </w:rPr>
        <w:tab/>
        <w:t>2,850字</w:t>
      </w:r>
    </w:p>
    <w:p>
      <w:pPr>
        <w:tabs>
          <w:tab w:pos="7937" w:val="left"/>
        </w:tabs>
      </w:pPr>
      <w:r>
        <w:rPr>
          <w:sz w:val="21"/>
        </w:rPr>
        <w:t>第080章 十六年·父子·真相</w:t>
      </w:r>
      <w:r>
        <w:rPr>
          <w:color w:val="999999"/>
          <w:sz w:val="18"/>
        </w:rPr>
        <w:tab/>
        <w:t>2,501字</w:t>
      </w:r>
    </w:p>
    <w:p>
      <w:pPr>
        <w:tabs>
          <w:tab w:pos="7937" w:val="left"/>
        </w:tabs>
      </w:pPr>
      <w:r>
        <w:rPr>
          <w:sz w:val="21"/>
        </w:rPr>
        <w:t>第081章 危险逼近·第五阶段激活</w:t>
      </w:r>
      <w:r>
        <w:rPr>
          <w:color w:val="999999"/>
          <w:sz w:val="18"/>
        </w:rPr>
        <w:tab/>
        <w:t>2,501字</w:t>
      </w:r>
    </w:p>
    <w:p>
      <w:pPr>
        <w:tabs>
          <w:tab w:pos="7937" w:val="left"/>
        </w:tabs>
      </w:pPr>
      <w:r>
        <w:rPr>
          <w:sz w:val="21"/>
        </w:rPr>
        <w:t>第082章 沙滩对峙·分秒必争</w:t>
      </w:r>
      <w:r>
        <w:rPr>
          <w:color w:val="999999"/>
          <w:sz w:val="18"/>
        </w:rPr>
        <w:tab/>
        <w:t>2,500字</w:t>
      </w:r>
    </w:p>
    <w:p>
      <w:pPr>
        <w:tabs>
          <w:tab w:pos="7937" w:val="left"/>
        </w:tabs>
      </w:pPr>
      <w:r>
        <w:rPr>
          <w:sz w:val="21"/>
        </w:rPr>
        <w:t>第083章 五线同步·最后时刻</w:t>
      </w:r>
      <w:r>
        <w:rPr>
          <w:color w:val="999999"/>
          <w:sz w:val="18"/>
        </w:rPr>
        <w:tab/>
        <w:t>2,507字</w:t>
      </w:r>
    </w:p>
    <w:p>
      <w:pPr>
        <w:tabs>
          <w:tab w:pos="7937" w:val="left"/>
        </w:tabs>
      </w:pPr>
      <w:r>
        <w:rPr>
          <w:sz w:val="21"/>
        </w:rPr>
        <w:t>第084章 删除·奥林匹斯的覆灭</w:t>
      </w:r>
      <w:r>
        <w:rPr>
          <w:color w:val="999999"/>
          <w:sz w:val="18"/>
        </w:rPr>
        <w:tab/>
        <w:t>2,501字</w:t>
      </w:r>
    </w:p>
    <w:p>
      <w:pPr>
        <w:tabs>
          <w:tab w:pos="7937" w:val="left"/>
        </w:tabs>
      </w:pPr>
      <w:r>
        <w:rPr>
          <w:sz w:val="21"/>
        </w:rPr>
        <w:t>第085章 巅峰之上·大结局</w:t>
      </w:r>
      <w:r>
        <w:rPr>
          <w:color w:val="999999"/>
          <w:sz w:val="18"/>
        </w:rPr>
        <w:tab/>
        <w:t>2,514字</w:t>
      </w:r>
    </w:p>
    <w:p>
      <w:r>
        <w:br w:type="page"/>
      </w:r>
    </w:p>
    <w:p>
      <w:pPr>
        <w:jc w:val="center"/>
      </w:pPr>
      <w:r>
        <w:rPr>
          <w:b/>
          <w:sz w:val="32"/>
        </w:rPr>
        <w:t>第001章 神豪系统觉醒</w:t>
      </w:r>
    </w:p>
    <w:p>
      <w:pPr>
        <w:jc w:val="center"/>
      </w:pPr>
      <w:r>
        <w:rPr>
          <w:color w:val="999999"/>
          <w:sz w:val="18"/>
        </w:rPr>
        <w:t>（2,924字）</w:t>
      </w:r>
    </w:p>
    <w:p/>
    <w:p>
      <w:pPr>
        <w:spacing w:line="560" w:lineRule="exact"/>
        <w:ind w:firstLine="420"/>
      </w:pPr>
      <w:r>
        <w:rPr>
          <w:rFonts w:ascii="宋体" w:hAnsi="宋体" w:eastAsia="宋体"/>
          <w:sz w:val="24"/>
        </w:rPr>
        <w:t>"林风，你这个穷鬼，连一顿饭都请不起，还敢追柳如烟？"</w:t>
      </w:r>
    </w:p>
    <w:p>
      <w:pPr>
        <w:spacing w:line="560" w:lineRule="exact"/>
        <w:ind w:firstLine="420"/>
      </w:pPr>
      <w:r>
        <w:rPr>
          <w:rFonts w:ascii="宋体" w:hAnsi="宋体" w:eastAsia="宋体"/>
          <w:sz w:val="24"/>
        </w:rPr>
        <w:t>食堂里，王浩的声音大得整层楼都能听见。几百双眼睛齐刷刷看过来，目光落在角落那张桌子上。</w:t>
      </w:r>
    </w:p>
    <w:p>
      <w:pPr>
        <w:spacing w:line="560" w:lineRule="exact"/>
        <w:ind w:firstLine="420"/>
      </w:pPr>
      <w:r>
        <w:rPr>
          <w:rFonts w:ascii="宋体" w:hAnsi="宋体" w:eastAsia="宋体"/>
          <w:sz w:val="24"/>
        </w:rPr>
        <w:t>"王少，跟这种穷酸较什么劲？"旁边的跟班配合着笑，"他一个月生活费才一千块，请顿饭？他自己能吃上饭就不错了！"</w:t>
      </w:r>
    </w:p>
    <w:p>
      <w:pPr>
        <w:spacing w:line="560" w:lineRule="exact"/>
        <w:ind w:firstLine="420"/>
      </w:pPr>
      <w:r>
        <w:rPr>
          <w:rFonts w:ascii="宋体" w:hAnsi="宋体" w:eastAsia="宋体"/>
          <w:sz w:val="24"/>
        </w:rPr>
        <w:t>哈哈哈——周围一片哄笑。</w:t>
      </w:r>
    </w:p>
    <w:p>
      <w:pPr>
        <w:spacing w:line="560" w:lineRule="exact"/>
        <w:ind w:firstLine="420"/>
      </w:pPr>
      <w:r>
        <w:rPr>
          <w:rFonts w:ascii="宋体" w:hAnsi="宋体" w:eastAsia="宋体"/>
          <w:sz w:val="24"/>
        </w:rPr>
        <w:t>林风握着筷子的手指关节捏得发白。</w:t>
      </w:r>
    </w:p>
    <w:p>
      <w:pPr>
        <w:spacing w:line="560" w:lineRule="exact"/>
        <w:ind w:firstLine="420"/>
      </w:pPr>
      <w:r>
        <w:rPr>
          <w:rFonts w:ascii="宋体" w:hAnsi="宋体" w:eastAsia="宋体"/>
          <w:sz w:val="24"/>
        </w:rPr>
        <w:t>但他没有抬头。没有反驳。只是默默扒着盘里最便宜的素菜——一份炒青菜，三块钱。连肉都没舍得打。</w:t>
      </w:r>
    </w:p>
    <w:p>
      <w:pPr>
        <w:spacing w:line="560" w:lineRule="exact"/>
        <w:ind w:firstLine="420"/>
      </w:pPr>
      <w:r>
        <w:rPr>
          <w:rFonts w:ascii="宋体" w:hAnsi="宋体" w:eastAsia="宋体"/>
          <w:sz w:val="24"/>
        </w:rPr>
        <w:t>22岁，江城大学计算机系大三。父母在他高二那年车祸去世，肇事者逃逸，一分赔偿都没拿到。他靠着奖学金和两份兼职撑着，一个月生活费抠到一千块以内。今天早饭没吃，中午就这一份青菜，为了省下两块钱。</w:t>
      </w:r>
    </w:p>
    <w:p>
      <w:pPr>
        <w:spacing w:line="560" w:lineRule="exact"/>
        <w:ind w:firstLine="420"/>
      </w:pPr>
      <w:r>
        <w:rPr>
          <w:rFonts w:ascii="宋体" w:hAnsi="宋体" w:eastAsia="宋体"/>
          <w:sz w:val="24"/>
        </w:rPr>
        <w:t>"林风，别理那傻逼。"坐在对面的室友赵铁柱压低声音，"王浩不就是有个臭钱吗？他爹搞房地产的，暴发户一个，有什么了不起的。"</w:t>
      </w:r>
    </w:p>
    <w:p>
      <w:pPr>
        <w:spacing w:line="560" w:lineRule="exact"/>
        <w:ind w:firstLine="420"/>
      </w:pPr>
      <w:r>
        <w:rPr>
          <w:rFonts w:ascii="宋体" w:hAnsi="宋体" w:eastAsia="宋体"/>
          <w:sz w:val="24"/>
        </w:rPr>
        <w:t>林风扯了一下嘴角，算是回应。</w:t>
      </w:r>
    </w:p>
    <w:p>
      <w:pPr>
        <w:spacing w:line="560" w:lineRule="exact"/>
        <w:ind w:firstLine="420"/>
      </w:pPr>
      <w:r>
        <w:rPr>
          <w:rFonts w:ascii="宋体" w:hAnsi="宋体" w:eastAsia="宋体"/>
          <w:sz w:val="24"/>
        </w:rPr>
        <w:t>是啊，有钱没什么了不起。但没钱——连喜欢一个人的资格都没有。</w:t>
      </w:r>
    </w:p>
    <w:p>
      <w:pPr>
        <w:spacing w:line="560" w:lineRule="exact"/>
        <w:ind w:firstLine="420"/>
      </w:pPr>
      <w:r>
        <w:rPr>
          <w:rFonts w:ascii="宋体" w:hAnsi="宋体" w:eastAsia="宋体"/>
          <w:sz w:val="24"/>
        </w:rPr>
        <w:t>他的余光扫过食堂另一侧靠窗的位置。柳如烟正和朋友吃饭，白衣长裙，长发披肩，笑得温柔明媚。江城大学的校花，柳氏集团的千金，成绩好、家世好、人品好，是全校男生心中的白月光。</w:t>
      </w:r>
    </w:p>
    <w:p>
      <w:pPr>
        <w:spacing w:line="560" w:lineRule="exact"/>
        <w:ind w:firstLine="420"/>
      </w:pPr>
      <w:r>
        <w:rPr>
          <w:rFonts w:ascii="宋体" w:hAnsi="宋体" w:eastAsia="宋体"/>
          <w:sz w:val="24"/>
        </w:rPr>
        <w:t>而他林风，连请她喝一杯奶茶的钱都掏不出来。</w:t>
      </w:r>
    </w:p>
    <w:p>
      <w:pPr>
        <w:spacing w:line="560" w:lineRule="exact"/>
        <w:ind w:firstLine="420"/>
      </w:pPr>
      <w:r>
        <w:rPr>
          <w:rFonts w:ascii="宋体" w:hAnsi="宋体" w:eastAsia="宋体"/>
          <w:sz w:val="24"/>
        </w:rPr>
        <w:t>"听说王浩昨天在图书馆堵柳如烟，送了一束玫瑰花，人家没收。"赵铁柱压低声音，"这狗东西转头就把气撒你身上了，谁让他看见你给柳如烟占座了呢。"</w:t>
      </w:r>
    </w:p>
    <w:p>
      <w:pPr>
        <w:spacing w:line="560" w:lineRule="exact"/>
        <w:ind w:firstLine="420"/>
      </w:pPr>
      <w:r>
        <w:rPr>
          <w:rFonts w:ascii="宋体" w:hAnsi="宋体" w:eastAsia="宋体"/>
          <w:sz w:val="24"/>
        </w:rPr>
        <w:t>林风没说话。他只是更用力地攥紧了筷子。</w:t>
      </w:r>
    </w:p>
    <w:p>
      <w:pPr>
        <w:spacing w:line="560" w:lineRule="exact"/>
        <w:ind w:firstLine="420"/>
      </w:pPr>
      <w:r>
        <w:rPr>
          <w:rFonts w:ascii="宋体" w:hAnsi="宋体" w:eastAsia="宋体"/>
          <w:sz w:val="24"/>
        </w:rPr>
        <w:t>就在这时，食堂悬挂的四台电视同时切换画面——</w:t>
      </w:r>
    </w:p>
    <w:p>
      <w:pPr>
        <w:spacing w:line="560" w:lineRule="exact"/>
        <w:ind w:firstLine="420"/>
      </w:pPr>
      <w:r>
        <w:rPr>
          <w:rFonts w:ascii="宋体" w:hAnsi="宋体" w:eastAsia="宋体"/>
          <w:sz w:val="24"/>
        </w:rPr>
        <w:t>"紧急快讯：全球首款100%沉浸式虚拟现实网游《天界》将于今晚八点正式开放公测！游戏采用天穹科技自主研发的神经接入技术，真实度99.9%，游戏币可与人民币1:1自由兑换——这将是人类的'第二世界'！"</w:t>
      </w:r>
    </w:p>
    <w:p>
      <w:pPr>
        <w:spacing w:line="560" w:lineRule="exact"/>
        <w:ind w:firstLine="420"/>
      </w:pPr>
      <w:r>
        <w:rPr>
          <w:rFonts w:ascii="宋体" w:hAnsi="宋体" w:eastAsia="宋体"/>
          <w:sz w:val="24"/>
        </w:rPr>
        <w:t>画面中，银白色的游戏舱、浩瀚的虚拟世界画面、以及一行大字标题——</w:t>
      </w:r>
    </w:p>
    <w:p>
      <w:pPr>
        <w:spacing w:line="560" w:lineRule="exact"/>
        <w:ind w:firstLine="420"/>
      </w:pPr>
      <w:r>
        <w:rPr>
          <w:rFonts w:ascii="宋体" w:hAnsi="宋体" w:eastAsia="宋体"/>
          <w:sz w:val="24"/>
        </w:rPr>
        <w:t>【改变命运，就在今天。】</w:t>
      </w:r>
    </w:p>
    <w:p>
      <w:pPr>
        <w:spacing w:line="560" w:lineRule="exact"/>
        <w:ind w:firstLine="420"/>
      </w:pPr>
      <w:r>
        <w:rPr>
          <w:rFonts w:ascii="宋体" w:hAnsi="宋体" w:eastAsia="宋体"/>
          <w:sz w:val="24"/>
        </w:rPr>
        <w:t>食堂瞬间炸了锅。</w:t>
      </w:r>
    </w:p>
    <w:p>
      <w:pPr>
        <w:spacing w:line="560" w:lineRule="exact"/>
        <w:ind w:firstLine="420"/>
      </w:pPr>
      <w:r>
        <w:rPr>
          <w:rFonts w:ascii="宋体" w:hAnsi="宋体" w:eastAsia="宋体"/>
          <w:sz w:val="24"/>
        </w:rPr>
        <w:t>"卧槽！《天界》终于要公测了！我等了半年！"</w:t>
        <w:br/>
        <w:t>"游戏舱五万一个……妈的买不起啊！"</w:t>
        <w:br/>
        <w:t>"游戏币换人民币？？那不是可以在游戏里赚钱吗？"</w:t>
        <w:br/>
        <w:t>"我听说有人内测期间赚了十几万！"</w:t>
      </w:r>
    </w:p>
    <w:p>
      <w:pPr>
        <w:spacing w:line="560" w:lineRule="exact"/>
        <w:ind w:firstLine="420"/>
      </w:pPr>
      <w:r>
        <w:rPr>
          <w:rFonts w:ascii="宋体" w:hAnsi="宋体" w:eastAsia="宋体"/>
          <w:sz w:val="24"/>
        </w:rPr>
        <w:t>赵铁柱一把抓住林风的胳膊，眼睛发亮："哥们，咱们必须玩！在游戏里赚了钱，你还愁什么柳如烟？你还用看王浩那傻逼的脸色？"</w:t>
      </w:r>
    </w:p>
    <w:p>
      <w:pPr>
        <w:spacing w:line="560" w:lineRule="exact"/>
        <w:ind w:firstLine="420"/>
      </w:pPr>
      <w:r>
        <w:rPr>
          <w:rFonts w:ascii="宋体" w:hAnsi="宋体" w:eastAsia="宋体"/>
          <w:sz w:val="24"/>
        </w:rPr>
        <w:t>林风的心猛地跳了一下。</w:t>
      </w:r>
    </w:p>
    <w:p>
      <w:pPr>
        <w:spacing w:line="560" w:lineRule="exact"/>
        <w:ind w:firstLine="420"/>
      </w:pPr>
      <w:r>
        <w:rPr>
          <w:rFonts w:ascii="宋体" w:hAnsi="宋体" w:eastAsia="宋体"/>
          <w:sz w:val="24"/>
        </w:rPr>
        <w:t>他看向电视屏幕——画面中，《天界》的世界美得不像现实。连绵的雪山、浩瀚的星空、恢宏的城市……一个完全不同的世界。</w:t>
      </w:r>
    </w:p>
    <w:p>
      <w:pPr>
        <w:spacing w:line="560" w:lineRule="exact"/>
        <w:ind w:firstLine="420"/>
      </w:pPr>
      <w:r>
        <w:rPr>
          <w:rFonts w:ascii="宋体" w:hAnsi="宋体" w:eastAsia="宋体"/>
          <w:sz w:val="24"/>
        </w:rPr>
        <w:t>如果……如果真能在里面赚钱呢？</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晚上七点五十分。</w:t>
      </w:r>
    </w:p>
    <w:p>
      <w:pPr>
        <w:spacing w:line="560" w:lineRule="exact"/>
        <w:ind w:firstLine="420"/>
      </w:pPr>
      <w:r>
        <w:rPr>
          <w:rFonts w:ascii="宋体" w:hAnsi="宋体" w:eastAsia="宋体"/>
          <w:sz w:val="24"/>
        </w:rPr>
        <w:t>赵铁柱硬拉着林风来到了城区的游戏销售中心。大厅里灯火通明，几十台银白色的游戏舱整齐排列，流线型的外观充满科技感。标价牌上写着：</w:t>
      </w:r>
    </w:p>
    <w:p>
      <w:pPr>
        <w:spacing w:line="560" w:lineRule="exact"/>
        <w:ind w:firstLine="420"/>
      </w:pPr>
      <w:r>
        <w:rPr>
          <w:rFonts w:ascii="宋体" w:hAnsi="宋体" w:eastAsia="宋体"/>
          <w:sz w:val="24"/>
        </w:rPr>
        <w:t>【《天界》标准版游戏舱】</w:t>
        <w:br/>
        <w:t>售价：¥50,000</w:t>
        <w:br/>
        <w:t>内含：神经接入头盔×1、体感套装×1、一年会员×1</w:t>
      </w:r>
    </w:p>
    <w:p>
      <w:pPr>
        <w:spacing w:line="560" w:lineRule="exact"/>
        <w:ind w:firstLine="420"/>
      </w:pPr>
      <w:r>
        <w:rPr>
          <w:rFonts w:ascii="宋体" w:hAnsi="宋体" w:eastAsia="宋体"/>
          <w:sz w:val="24"/>
        </w:rPr>
        <w:t>五万。</w:t>
      </w:r>
    </w:p>
    <w:p>
      <w:pPr>
        <w:spacing w:line="560" w:lineRule="exact"/>
        <w:ind w:firstLine="420"/>
      </w:pPr>
      <w:r>
        <w:rPr>
          <w:rFonts w:ascii="宋体" w:hAnsi="宋体" w:eastAsia="宋体"/>
          <w:sz w:val="24"/>
        </w:rPr>
        <w:t>林风摸着口袋里那张银行卡。这是他两年攒下的全部积蓄，加上助学贷款，刚好五万。一分不多。</w:t>
      </w:r>
    </w:p>
    <w:p>
      <w:pPr>
        <w:spacing w:line="560" w:lineRule="exact"/>
        <w:ind w:firstLine="420"/>
      </w:pPr>
      <w:r>
        <w:rPr>
          <w:rFonts w:ascii="宋体" w:hAnsi="宋体" w:eastAsia="宋体"/>
          <w:sz w:val="24"/>
        </w:rPr>
        <w:t>这是他全部的家当。如果这五万打了水漂，他连下学期的学费都交不出来，只能辍学去工地搬砖。</w:t>
      </w:r>
    </w:p>
    <w:p>
      <w:pPr>
        <w:spacing w:line="560" w:lineRule="exact"/>
        <w:ind w:firstLine="420"/>
      </w:pPr>
      <w:r>
        <w:rPr>
          <w:rFonts w:ascii="宋体" w:hAnsi="宋体" w:eastAsia="宋体"/>
          <w:sz w:val="24"/>
        </w:rPr>
        <w:t>"先生，确定购买吗？"销售员微笑着问。</w:t>
      </w:r>
    </w:p>
    <w:p>
      <w:pPr>
        <w:spacing w:line="560" w:lineRule="exact"/>
        <w:ind w:firstLine="420"/>
      </w:pPr>
      <w:r>
        <w:rPr>
          <w:rFonts w:ascii="宋体" w:hAnsi="宋体" w:eastAsia="宋体"/>
          <w:sz w:val="24"/>
        </w:rPr>
        <w:t>林风的手指在银行卡上摩挲着。脑海里闪过一幕幕——</w:t>
      </w:r>
    </w:p>
    <w:p>
      <w:pPr>
        <w:spacing w:line="560" w:lineRule="exact"/>
        <w:ind w:firstLine="420"/>
      </w:pPr>
      <w:r>
        <w:rPr>
          <w:rFonts w:ascii="宋体" w:hAnsi="宋体" w:eastAsia="宋体"/>
          <w:sz w:val="24"/>
        </w:rPr>
        <w:t>王浩在食堂的嘲笑声。</w:t>
      </w:r>
    </w:p>
    <w:p>
      <w:pPr>
        <w:spacing w:line="560" w:lineRule="exact"/>
        <w:ind w:firstLine="420"/>
      </w:pPr>
      <w:r>
        <w:rPr>
          <w:rFonts w:ascii="宋体" w:hAnsi="宋体" w:eastAsia="宋体"/>
          <w:sz w:val="24"/>
        </w:rPr>
        <w:t>柳如烟那遥不可及的背影。</w:t>
      </w:r>
    </w:p>
    <w:p>
      <w:pPr>
        <w:spacing w:line="560" w:lineRule="exact"/>
        <w:ind w:firstLine="420"/>
      </w:pPr>
      <w:r>
        <w:rPr>
          <w:rFonts w:ascii="宋体" w:hAnsi="宋体" w:eastAsia="宋体"/>
          <w:sz w:val="24"/>
        </w:rPr>
        <w:t>父母去世后，他一个人在出租屋里哭到天亮的那一晚。</w:t>
      </w:r>
    </w:p>
    <w:p>
      <w:pPr>
        <w:spacing w:line="560" w:lineRule="exact"/>
        <w:ind w:firstLine="420"/>
      </w:pPr>
      <w:r>
        <w:rPr>
          <w:rFonts w:ascii="宋体" w:hAnsi="宋体" w:eastAsia="宋体"/>
          <w:sz w:val="24"/>
        </w:rPr>
        <w:t>他深吸一口气。</w:t>
      </w:r>
    </w:p>
    <w:p>
      <w:pPr>
        <w:spacing w:line="560" w:lineRule="exact"/>
        <w:ind w:firstLine="420"/>
      </w:pPr>
      <w:r>
        <w:rPr>
          <w:rFonts w:ascii="宋体" w:hAnsi="宋体" w:eastAsia="宋体"/>
          <w:sz w:val="24"/>
        </w:rPr>
        <w:t>"刷。"</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八点整。</w:t>
      </w:r>
    </w:p>
    <w:p>
      <w:pPr>
        <w:spacing w:line="560" w:lineRule="exact"/>
        <w:ind w:firstLine="420"/>
      </w:pPr>
      <w:r>
        <w:rPr>
          <w:rFonts w:ascii="宋体" w:hAnsi="宋体" w:eastAsia="宋体"/>
          <w:sz w:val="24"/>
        </w:rPr>
        <w:t>宿舍里，两台游戏舱同时亮起柔和的蓝光。</w:t>
      </w:r>
    </w:p>
    <w:p>
      <w:pPr>
        <w:spacing w:line="560" w:lineRule="exact"/>
        <w:ind w:firstLine="420"/>
      </w:pPr>
      <w:r>
        <w:rPr>
          <w:rFonts w:ascii="宋体" w:hAnsi="宋体" w:eastAsia="宋体"/>
          <w:sz w:val="24"/>
        </w:rPr>
        <w:t>赵铁柱已经迫不及待地躺了进去："林风，我先冲了！游戏里见！"</w:t>
      </w:r>
    </w:p>
    <w:p>
      <w:pPr>
        <w:spacing w:line="560" w:lineRule="exact"/>
        <w:ind w:firstLine="420"/>
      </w:pPr>
      <w:r>
        <w:rPr>
          <w:rFonts w:ascii="宋体" w:hAnsi="宋体" w:eastAsia="宋体"/>
          <w:sz w:val="24"/>
        </w:rPr>
        <w:t>林风躺进游戏舱，戴上神经接入头盔。冰冷的触感贴在太阳穴上。</w:t>
      </w:r>
    </w:p>
    <w:p>
      <w:pPr>
        <w:spacing w:line="560" w:lineRule="exact"/>
        <w:ind w:firstLine="420"/>
      </w:pPr>
      <w:r>
        <w:rPr>
          <w:rFonts w:ascii="宋体" w:hAnsi="宋体" w:eastAsia="宋体"/>
          <w:sz w:val="24"/>
        </w:rPr>
        <w:t>"《天界》启动中……"</w:t>
        <w:br/>
        <w:t>"脑波连接中……"</w:t>
        <w:br/>
        <w:t>"身份验证通过……"</w:t>
        <w:br/>
        <w:t>"欢迎来到《天界》！"</w:t>
      </w:r>
    </w:p>
    <w:p>
      <w:pPr>
        <w:spacing w:line="560" w:lineRule="exact"/>
        <w:ind w:firstLine="420"/>
      </w:pPr>
      <w:r>
        <w:rPr>
          <w:rFonts w:ascii="宋体" w:hAnsi="宋体" w:eastAsia="宋体"/>
          <w:sz w:val="24"/>
        </w:rPr>
        <w:t>意识猛地一沉。</w:t>
      </w:r>
    </w:p>
    <w:p>
      <w:pPr>
        <w:spacing w:line="560" w:lineRule="exact"/>
        <w:ind w:firstLine="420"/>
      </w:pPr>
      <w:r>
        <w:rPr>
          <w:rFonts w:ascii="宋体" w:hAnsi="宋体" w:eastAsia="宋体"/>
          <w:sz w:val="24"/>
        </w:rPr>
        <w:t>林风睁开眼时，发现自己站在一片无垠的星河之中。脚下是流转的星海，头顶是缓缓旋转的银河。远处星辰明灭，仿佛整个宇宙都在脚下铺展开来。</w:t>
      </w:r>
    </w:p>
    <w:p>
      <w:pPr>
        <w:spacing w:line="560" w:lineRule="exact"/>
        <w:ind w:firstLine="420"/>
      </w:pPr>
      <w:r>
        <w:rPr>
          <w:rFonts w:ascii="宋体" w:hAnsi="宋体" w:eastAsia="宋体"/>
          <w:sz w:val="24"/>
        </w:rPr>
        <w:t>"正在创建角色……"</w:t>
        <w:br/>
        <w:t>"请选择您的职业：战士、法师、刺客、牧师、弓箭手。"</w:t>
      </w:r>
    </w:p>
    <w:p>
      <w:pPr>
        <w:spacing w:line="560" w:lineRule="exact"/>
        <w:ind w:firstLine="420"/>
      </w:pPr>
      <w:r>
        <w:rPr>
          <w:rFonts w:ascii="宋体" w:hAnsi="宋体" w:eastAsia="宋体"/>
          <w:sz w:val="24"/>
        </w:rPr>
        <w:t>五个职业的虚影在他面前一一浮现：持剑的战士、握法杖的法师、隐身的刺客、举盾的牧师、拉弓的弓箭手。</w:t>
      </w:r>
    </w:p>
    <w:p>
      <w:pPr>
        <w:spacing w:line="560" w:lineRule="exact"/>
        <w:ind w:firstLine="420"/>
      </w:pPr>
      <w:r>
        <w:rPr>
          <w:rFonts w:ascii="宋体" w:hAnsi="宋体" w:eastAsia="宋体"/>
          <w:sz w:val="24"/>
        </w:rPr>
        <w:t>林风的目光落在战士身上——正要选择——</w:t>
      </w:r>
    </w:p>
    <w:p>
      <w:pPr>
        <w:spacing w:line="560" w:lineRule="exact"/>
        <w:ind w:firstLine="420"/>
      </w:pPr>
      <w:r>
        <w:rPr>
          <w:rFonts w:ascii="宋体" w:hAnsi="宋体" w:eastAsia="宋体"/>
          <w:sz w:val="24"/>
        </w:rPr>
        <w:t>"检测到特殊精神波动，触发隐藏职业资格……"</w:t>
      </w:r>
    </w:p>
    <w:p>
      <w:pPr>
        <w:spacing w:line="560" w:lineRule="exact"/>
        <w:ind w:firstLine="420"/>
      </w:pPr>
      <w:r>
        <w:rPr>
          <w:rFonts w:ascii="宋体" w:hAnsi="宋体" w:eastAsia="宋体"/>
          <w:sz w:val="24"/>
        </w:rPr>
        <w:t>什么？</w:t>
      </w:r>
    </w:p>
    <w:p>
      <w:pPr>
        <w:spacing w:line="560" w:lineRule="exact"/>
        <w:ind w:firstLine="420"/>
      </w:pPr>
      <w:r>
        <w:rPr>
          <w:rFonts w:ascii="宋体" w:hAnsi="宋体" w:eastAsia="宋体"/>
          <w:sz w:val="24"/>
        </w:rPr>
        <w:t>"请问您是否愿意接受隐藏职业——'神豪商人'？"</w:t>
      </w:r>
    </w:p>
    <w:p>
      <w:pPr>
        <w:spacing w:line="560" w:lineRule="exact"/>
        <w:ind w:firstLine="420"/>
      </w:pPr>
      <w:r>
        <w:rPr>
          <w:rFonts w:ascii="宋体" w:hAnsi="宋体" w:eastAsia="宋体"/>
          <w:sz w:val="24"/>
        </w:rPr>
        <w:t>林风愣住了："神豪商人？这职业……有什么特点？"</w:t>
      </w:r>
    </w:p>
    <w:p>
      <w:pPr>
        <w:spacing w:line="560" w:lineRule="exact"/>
        <w:ind w:firstLine="420"/>
      </w:pPr>
      <w:r>
        <w:rPr>
          <w:rFonts w:ascii="宋体" w:hAnsi="宋体" w:eastAsia="宋体"/>
          <w:sz w:val="24"/>
        </w:rPr>
        <w:t>不带感情的机械音在脑海中响起：</w:t>
      </w:r>
    </w:p>
    <w:p>
      <w:pPr>
        <w:spacing w:line="560" w:lineRule="exact"/>
        <w:ind w:firstLine="420"/>
      </w:pPr>
      <w:r>
        <w:rPr>
          <w:rFonts w:ascii="宋体" w:hAnsi="宋体" w:eastAsia="宋体"/>
          <w:sz w:val="24"/>
        </w:rPr>
        <w:t>"神豪商人：唯一隐藏职业。</w:t>
        <w:br/>
        <w:t>特性一：金钱即力量——充值越多，战力越强。</w:t>
        <w:br/>
        <w:t>特性二：无限充值权限，游戏币上不封顶。</w:t>
        <w:br/>
        <w:t>特性三：财富同步——游戏中每消费1000游戏币，现实账户同步增加1元人民币。"</w:t>
      </w:r>
    </w:p>
    <w:p>
      <w:pPr>
        <w:spacing w:line="560" w:lineRule="exact"/>
        <w:ind w:firstLine="420"/>
      </w:pPr>
      <w:r>
        <w:rPr>
          <w:rFonts w:ascii="宋体" w:hAnsi="宋体" w:eastAsia="宋体"/>
          <w:sz w:val="24"/>
        </w:rPr>
        <w:t>林风的心脏猛地一跳，像被电流击中。</w:t>
      </w:r>
    </w:p>
    <w:p>
      <w:pPr>
        <w:spacing w:line="560" w:lineRule="exact"/>
        <w:ind w:firstLine="420"/>
      </w:pPr>
      <w:r>
        <w:rPr>
          <w:rFonts w:ascii="宋体" w:hAnsi="宋体" w:eastAsia="宋体"/>
          <w:sz w:val="24"/>
        </w:rPr>
        <w:t>无限充值？游戏里花钱，现实里进账？</w:t>
      </w:r>
    </w:p>
    <w:p>
      <w:pPr>
        <w:spacing w:line="560" w:lineRule="exact"/>
        <w:ind w:firstLine="420"/>
      </w:pPr>
      <w:r>
        <w:rPr>
          <w:rFonts w:ascii="宋体" w:hAnsi="宋体" w:eastAsia="宋体"/>
          <w:sz w:val="24"/>
        </w:rPr>
        <w:t>这不是天上掉馅饼——这是直接掉了一座金山！</w:t>
      </w:r>
    </w:p>
    <w:p>
      <w:pPr>
        <w:spacing w:line="560" w:lineRule="exact"/>
        <w:ind w:firstLine="420"/>
      </w:pPr>
      <w:r>
        <w:rPr>
          <w:rFonts w:ascii="宋体" w:hAnsi="宋体" w:eastAsia="宋体"/>
          <w:sz w:val="24"/>
        </w:rPr>
        <w:t>"我愿意！"他几乎没有犹豫。</w:t>
      </w:r>
    </w:p>
    <w:p>
      <w:pPr>
        <w:spacing w:line="560" w:lineRule="exact"/>
        <w:ind w:firstLine="420"/>
      </w:pPr>
      <w:r>
        <w:rPr>
          <w:rFonts w:ascii="宋体" w:hAnsi="宋体" w:eastAsia="宋体"/>
          <w:sz w:val="24"/>
        </w:rPr>
        <w:t>"恭喜获得隐藏职业——神豪商人！"</w:t>
        <w:br/>
        <w:t>"神豪系统绑定中……"</w:t>
      </w:r>
    </w:p>
    <w:p>
      <w:pPr>
        <w:spacing w:line="560" w:lineRule="exact"/>
        <w:ind w:firstLine="420"/>
      </w:pPr>
      <w:r>
        <w:rPr>
          <w:rFonts w:ascii="宋体" w:hAnsi="宋体" w:eastAsia="宋体"/>
          <w:sz w:val="24"/>
        </w:rPr>
        <w:t>一道耀眼的蓝光从虚空中射出，直直涌入林风的脑海。</w:t>
      </w:r>
    </w:p>
    <w:p>
      <w:pPr>
        <w:spacing w:line="560" w:lineRule="exact"/>
        <w:ind w:firstLine="420"/>
      </w:pPr>
      <w:r>
        <w:rPr>
          <w:rFonts w:ascii="宋体" w:hAnsi="宋体" w:eastAsia="宋体"/>
          <w:sz w:val="24"/>
        </w:rPr>
        <w:t>他感觉大脑中仿佛有什么东西被激活了。眼前缓缓浮现一个半透明的系统面板——</w:t>
      </w:r>
    </w:p>
    <w:p>
      <w:pPr>
        <w:spacing w:line="560" w:lineRule="exact"/>
        <w:ind w:firstLine="420"/>
      </w:pPr>
      <w:r>
        <w:rPr>
          <w:rFonts w:ascii="宋体" w:hAnsi="宋体" w:eastAsia="宋体"/>
          <w:sz w:val="24"/>
        </w:rPr>
        <w:t>━━━━━━━━━━━━━━━━━━━━━━</w:t>
        <w:br/>
        <w:t>【神豪系统 Lv.1】</w:t>
        <w:br/>
        <w:t>宿主：林风</w:t>
        <w:br/>
        <w:t>金钱：∞（无限）</w:t>
        <w:br/>
        <w:t>游戏币余额：0</w:t>
        <w:br/>
        <w:t>同步比例：1元/1000游戏币</w:t>
        <w:br/>
        <w:t>━━━━━━━━━━━━━━━━━━━━━━</w:t>
      </w:r>
    </w:p>
    <w:p>
      <w:pPr>
        <w:spacing w:line="560" w:lineRule="exact"/>
        <w:ind w:firstLine="420"/>
      </w:pPr>
      <w:r>
        <w:rPr>
          <w:rFonts w:ascii="宋体" w:hAnsi="宋体" w:eastAsia="宋体"/>
          <w:sz w:val="24"/>
        </w:rPr>
        <w:t>"∞"——无限。</w:t>
      </w:r>
    </w:p>
    <w:p>
      <w:pPr>
        <w:spacing w:line="560" w:lineRule="exact"/>
        <w:ind w:firstLine="420"/>
      </w:pPr>
      <w:r>
        <w:rPr>
          <w:rFonts w:ascii="宋体" w:hAnsi="宋体" w:eastAsia="宋体"/>
          <w:sz w:val="24"/>
        </w:rPr>
        <w:t>林风的手在发抖。他试探性地开口："系统……先充一亿游戏币试试。"</w:t>
      </w:r>
    </w:p>
    <w:p>
      <w:pPr>
        <w:spacing w:line="560" w:lineRule="exact"/>
        <w:ind w:firstLine="420"/>
      </w:pPr>
      <w:r>
        <w:rPr>
          <w:rFonts w:ascii="宋体" w:hAnsi="宋体" w:eastAsia="宋体"/>
          <w:sz w:val="24"/>
        </w:rPr>
        <w:t>"充值成功！当前游戏币余额：100,000,000"</w:t>
      </w:r>
    </w:p>
    <w:p>
      <w:pPr>
        <w:spacing w:line="560" w:lineRule="exact"/>
        <w:ind w:firstLine="420"/>
      </w:pPr>
      <w:r>
        <w:rPr>
          <w:rFonts w:ascii="宋体" w:hAnsi="宋体" w:eastAsia="宋体"/>
          <w:sz w:val="24"/>
        </w:rPr>
        <w:t>一亿。</w:t>
      </w:r>
    </w:p>
    <w:p>
      <w:pPr>
        <w:spacing w:line="560" w:lineRule="exact"/>
        <w:ind w:firstLine="420"/>
      </w:pPr>
      <w:r>
        <w:rPr>
          <w:rFonts w:ascii="宋体" w:hAnsi="宋体" w:eastAsia="宋体"/>
          <w:sz w:val="24"/>
        </w:rPr>
        <w:t>就这么一句话的功夫，一亿游戏币到账了。按兑换比例——他现实中已经多了十万块。</w:t>
      </w:r>
    </w:p>
    <w:p>
      <w:pPr>
        <w:spacing w:line="560" w:lineRule="exact"/>
        <w:ind w:firstLine="420"/>
      </w:pPr>
      <w:r>
        <w:rPr>
          <w:rFonts w:ascii="宋体" w:hAnsi="宋体" w:eastAsia="宋体"/>
          <w:sz w:val="24"/>
        </w:rPr>
        <w:t>十万。</w:t>
      </w:r>
    </w:p>
    <w:p>
      <w:pPr>
        <w:spacing w:line="560" w:lineRule="exact"/>
        <w:ind w:firstLine="420"/>
      </w:pPr>
      <w:r>
        <w:rPr>
          <w:rFonts w:ascii="宋体" w:hAnsi="宋体" w:eastAsia="宋体"/>
          <w:sz w:val="24"/>
        </w:rPr>
        <w:t>他两年的积蓄，不过五万。而刚才那一秒钟，他就赚了十万。</w:t>
      </w:r>
    </w:p>
    <w:p>
      <w:pPr>
        <w:spacing w:line="560" w:lineRule="exact"/>
        <w:ind w:firstLine="420"/>
      </w:pPr>
      <w:r>
        <w:rPr>
          <w:rFonts w:ascii="宋体" w:hAnsi="宋体" w:eastAsia="宋体"/>
          <w:sz w:val="24"/>
        </w:rPr>
        <w:t>林风用力掐了一下自己的大腿——疼的。不是梦。</w:t>
      </w:r>
    </w:p>
    <w:p>
      <w:pPr>
        <w:spacing w:line="560" w:lineRule="exact"/>
        <w:ind w:firstLine="420"/>
      </w:pPr>
      <w:r>
        <w:rPr>
          <w:rFonts w:ascii="宋体" w:hAnsi="宋体" w:eastAsia="宋体"/>
          <w:sz w:val="24"/>
        </w:rPr>
        <w:t>"宿主，恭喜获得新手大礼包一份。是否打开？"</w:t>
      </w:r>
    </w:p>
    <w:p>
      <w:pPr>
        <w:spacing w:line="560" w:lineRule="exact"/>
        <w:ind w:firstLine="420"/>
      </w:pPr>
      <w:r>
        <w:rPr>
          <w:rFonts w:ascii="宋体" w:hAnsi="宋体" w:eastAsia="宋体"/>
          <w:sz w:val="24"/>
        </w:rPr>
        <w:t>"打开！"</w:t>
      </w:r>
    </w:p>
    <w:p>
      <w:pPr>
        <w:spacing w:line="560" w:lineRule="exact"/>
        <w:ind w:firstLine="420"/>
      </w:pPr>
      <w:r>
        <w:rPr>
          <w:rFonts w:ascii="宋体" w:hAnsi="宋体" w:eastAsia="宋体"/>
          <w:sz w:val="24"/>
        </w:rPr>
        <w:t>【获得：神级幸运戒指（幸运+100）】</w:t>
        <w:br/>
        <w:t>【获得：神级魅力项链（魅力+100）】</w:t>
        <w:br/>
        <w:t>【获得：传说级武器·神豪之剑（攻击+999）】</w:t>
        <w:br/>
        <w:t>【获得：传说级防具·神豪之甲（防御+999）】</w:t>
        <w:br/>
        <w:t>【获得：技能·金钱冲击 Lv.1：消耗1000游戏币，造成1000点伤害】</w:t>
      </w:r>
    </w:p>
    <w:p>
      <w:pPr>
        <w:spacing w:line="560" w:lineRule="exact"/>
        <w:ind w:firstLine="420"/>
      </w:pPr>
      <w:r>
        <w:rPr>
          <w:rFonts w:ascii="宋体" w:hAnsi="宋体" w:eastAsia="宋体"/>
          <w:sz w:val="24"/>
        </w:rPr>
        <w:t>装备栏中，五件闪着璀璨金光的传说级装备静静排列。</w:t>
      </w:r>
    </w:p>
    <w:p>
      <w:pPr>
        <w:spacing w:line="560" w:lineRule="exact"/>
        <w:ind w:firstLine="420"/>
      </w:pPr>
      <w:r>
        <w:rPr>
          <w:rFonts w:ascii="宋体" w:hAnsi="宋体" w:eastAsia="宋体"/>
          <w:sz w:val="24"/>
        </w:rPr>
        <w:t>攻击力999——正常一级新手攻击力是5-8点。</w:t>
        <w:br/>
        <w:t>防御力999——正常一级新手防御力是3-5点。</w:t>
      </w:r>
    </w:p>
    <w:p>
      <w:pPr>
        <w:spacing w:line="560" w:lineRule="exact"/>
        <w:ind w:firstLine="420"/>
      </w:pPr>
      <w:r>
        <w:rPr>
          <w:rFonts w:ascii="宋体" w:hAnsi="宋体" w:eastAsia="宋体"/>
          <w:sz w:val="24"/>
        </w:rPr>
        <w:t>新手村，初始等级，但他的属性已经碾压了《天界》中99%的玩家。</w:t>
      </w:r>
    </w:p>
    <w:p>
      <w:pPr>
        <w:spacing w:line="560" w:lineRule="exact"/>
        <w:ind w:firstLine="420"/>
      </w:pPr>
      <w:r>
        <w:rPr>
          <w:rFonts w:ascii="宋体" w:hAnsi="宋体" w:eastAsia="宋体"/>
          <w:sz w:val="24"/>
        </w:rPr>
        <w:t>"正在进入游戏……"</w:t>
        <w:br/>
        <w:t>"欢迎来到新手村——阳光村！"</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视野猛然展开。</w:t>
      </w:r>
    </w:p>
    <w:p>
      <w:pPr>
        <w:spacing w:line="560" w:lineRule="exact"/>
        <w:ind w:firstLine="420"/>
      </w:pPr>
      <w:r>
        <w:rPr>
          <w:rFonts w:ascii="宋体" w:hAnsi="宋体" w:eastAsia="宋体"/>
          <w:sz w:val="24"/>
        </w:rPr>
        <w:t>蓝天白云，绿树红花。一座宁静的小村庄沐浴在夕阳的金辉中，青石板路蜿蜒向前，两侧是茅草顶的矮屋。远处，金色的麦田随风起伏。</w:t>
      </w:r>
    </w:p>
    <w:p>
      <w:pPr>
        <w:spacing w:line="560" w:lineRule="exact"/>
        <w:ind w:firstLine="420"/>
      </w:pPr>
      <w:r>
        <w:rPr>
          <w:rFonts w:ascii="宋体" w:hAnsi="宋体" w:eastAsia="宋体"/>
          <w:sz w:val="24"/>
        </w:rPr>
        <w:t>阳光村——新手的第一站。</w:t>
      </w:r>
    </w:p>
    <w:p>
      <w:pPr>
        <w:spacing w:line="560" w:lineRule="exact"/>
        <w:ind w:firstLine="420"/>
      </w:pPr>
      <w:r>
        <w:rPr>
          <w:rFonts w:ascii="宋体" w:hAnsi="宋体" w:eastAsia="宋体"/>
          <w:sz w:val="24"/>
        </w:rPr>
        <w:t>不远处，几十个新手玩家正跑来跑去，穿着粗布衣、提着木剑木盾，热火朝天地打着路边的小鸡和野兔。</w:t>
      </w:r>
    </w:p>
    <w:p>
      <w:pPr>
        <w:spacing w:line="560" w:lineRule="exact"/>
        <w:ind w:firstLine="420"/>
      </w:pPr>
      <w:r>
        <w:rPr>
          <w:rFonts w:ascii="宋体" w:hAnsi="宋体" w:eastAsia="宋体"/>
          <w:sz w:val="24"/>
        </w:rPr>
        <w:t>林风低头看了看自己——全身金光流转的传说装备，腰间佩着泛着莹白色流光的神豪之剑。</w:t>
      </w:r>
    </w:p>
    <w:p>
      <w:pPr>
        <w:spacing w:line="560" w:lineRule="exact"/>
        <w:ind w:firstLine="420"/>
      </w:pPr>
      <w:r>
        <w:rPr>
          <w:rFonts w:ascii="宋体" w:hAnsi="宋体" w:eastAsia="宋体"/>
          <w:sz w:val="24"/>
        </w:rPr>
        <w:t>"卧槽？？？"</w:t>
      </w:r>
    </w:p>
    <w:p>
      <w:pPr>
        <w:spacing w:line="560" w:lineRule="exact"/>
        <w:ind w:firstLine="420"/>
      </w:pPr>
      <w:r>
        <w:rPr>
          <w:rFonts w:ascii="宋体" w:hAnsi="宋体" w:eastAsia="宋体"/>
          <w:sz w:val="24"/>
        </w:rPr>
        <w:t>旁边一个正在打鸡的新手玩家率先注意到了他，手里的木剑直接掉在了地上。</w:t>
      </w:r>
    </w:p>
    <w:p>
      <w:pPr>
        <w:spacing w:line="560" w:lineRule="exact"/>
        <w:ind w:firstLine="420"/>
      </w:pPr>
      <w:r>
        <w:rPr>
          <w:rFonts w:ascii="宋体" w:hAnsi="宋体" w:eastAsia="宋体"/>
          <w:sz w:val="24"/>
        </w:rPr>
        <w:t>"你们快看那人！那什么装备？！"</w:t>
      </w:r>
    </w:p>
    <w:p>
      <w:pPr>
        <w:spacing w:line="560" w:lineRule="exact"/>
        <w:ind w:firstLine="420"/>
      </w:pPr>
      <w:r>
        <w:rPr>
          <w:rFonts w:ascii="宋体" w:hAnsi="宋体" w:eastAsia="宋体"/>
          <w:sz w:val="24"/>
        </w:rPr>
        <w:t>越来越多的人围了过来。</w:t>
      </w:r>
    </w:p>
    <w:p>
      <w:pPr>
        <w:spacing w:line="560" w:lineRule="exact"/>
        <w:ind w:firstLine="420"/>
      </w:pPr>
      <w:r>
        <w:rPr>
          <w:rFonts w:ascii="宋体" w:hAnsi="宋体" w:eastAsia="宋体"/>
          <w:sz w:val="24"/>
        </w:rPr>
        <w:t>"系统出BUG了吧？新手村哪来的传说装？"</w:t>
        <w:br/>
        <w:t>"等等……那光泽是真的！我点开看了——攻击力999！"</w:t>
        <w:br/>
        <w:t>"999？！我特么一级攻击力6！"</w:t>
        <w:br/>
        <w:t>"他不是GM吧？这开局也太离谱了！"</w:t>
      </w:r>
    </w:p>
    <w:p>
      <w:pPr>
        <w:spacing w:line="560" w:lineRule="exact"/>
        <w:ind w:firstLine="420"/>
      </w:pPr>
      <w:r>
        <w:rPr>
          <w:rFonts w:ascii="宋体" w:hAnsi="宋体" w:eastAsia="宋体"/>
          <w:sz w:val="24"/>
        </w:rPr>
        <w:t>"他身上的装备好像是绑定的？神豪商人？这是什么职业？我怎么没见过？"</w:t>
      </w:r>
    </w:p>
    <w:p>
      <w:pPr>
        <w:spacing w:line="560" w:lineRule="exact"/>
        <w:ind w:firstLine="420"/>
      </w:pPr>
      <w:r>
        <w:rPr>
          <w:rFonts w:ascii="宋体" w:hAnsi="宋体" w:eastAsia="宋体"/>
          <w:sz w:val="24"/>
        </w:rPr>
        <w:t>"隐藏职业！绝对TM是隐藏职业！"一个看起来内测过的玩家惊呼，"《天界》有隐藏职业系统，触发条件极其苛刻，全球都不一定有几个人能触发！"</w:t>
      </w:r>
    </w:p>
    <w:p>
      <w:pPr>
        <w:spacing w:line="560" w:lineRule="exact"/>
        <w:ind w:firstLine="420"/>
      </w:pPr>
      <w:r>
        <w:rPr>
          <w:rFonts w:ascii="宋体" w:hAnsi="宋体" w:eastAsia="宋体"/>
          <w:sz w:val="24"/>
        </w:rPr>
        <w:t>此言一出，所有人看林风的眼神都变了。</w:t>
      </w:r>
    </w:p>
    <w:p>
      <w:pPr>
        <w:spacing w:line="560" w:lineRule="exact"/>
        <w:ind w:firstLine="420"/>
      </w:pPr>
      <w:r>
        <w:rPr>
          <w:rFonts w:ascii="宋体" w:hAnsi="宋体" w:eastAsia="宋体"/>
          <w:sz w:val="24"/>
        </w:rPr>
        <w:t>羡慕、震惊、嫉妒——复杂的目光像聚光灯一样照在他身上。</w:t>
      </w:r>
    </w:p>
    <w:p>
      <w:pPr>
        <w:spacing w:line="560" w:lineRule="exact"/>
        <w:ind w:firstLine="420"/>
      </w:pPr>
      <w:r>
        <w:rPr>
          <w:rFonts w:ascii="宋体" w:hAnsi="宋体" w:eastAsia="宋体"/>
          <w:sz w:val="24"/>
        </w:rPr>
        <w:t>林风还没来得及说话——</w:t>
      </w:r>
    </w:p>
    <w:p>
      <w:pPr>
        <w:spacing w:line="560" w:lineRule="exact"/>
        <w:ind w:firstLine="420"/>
      </w:pPr>
      <w:r>
        <w:rPr>
          <w:rFonts w:ascii="宋体" w:hAnsi="宋体" w:eastAsia="宋体"/>
          <w:sz w:val="24"/>
        </w:rPr>
        <w:t>"哟，这不是我们系的穷鬼林风吗？"</w:t>
      </w:r>
    </w:p>
    <w:p>
      <w:pPr>
        <w:spacing w:line="560" w:lineRule="exact"/>
        <w:ind w:firstLine="420"/>
      </w:pPr>
      <w:r>
        <w:rPr>
          <w:rFonts w:ascii="宋体" w:hAnsi="宋体" w:eastAsia="宋体"/>
          <w:sz w:val="24"/>
        </w:rPr>
        <w:t>一道刺耳的声音从背后传来。</w:t>
      </w:r>
    </w:p>
    <w:p>
      <w:pPr>
        <w:spacing w:line="560" w:lineRule="exact"/>
        <w:ind w:firstLine="420"/>
      </w:pPr>
      <w:r>
        <w:rPr>
          <w:rFonts w:ascii="宋体" w:hAnsi="宋体" w:eastAsia="宋体"/>
          <w:sz w:val="24"/>
        </w:rPr>
        <w:t>林风转过身。</w:t>
      </w:r>
    </w:p>
    <w:p>
      <w:pPr>
        <w:spacing w:line="560" w:lineRule="exact"/>
        <w:ind w:firstLine="420"/>
      </w:pPr>
      <w:r>
        <w:rPr>
          <w:rFonts w:ascii="宋体" w:hAnsi="宋体" w:eastAsia="宋体"/>
          <w:sz w:val="24"/>
        </w:rPr>
        <w:t>王浩穿着一身价格不菲的华丽铠甲走了进来——明显是充值了几万块买的氪金装备，身后跟着四五个小弟。他正一脸不屑地打量着林风。</w:t>
      </w:r>
    </w:p>
    <w:p>
      <w:pPr>
        <w:spacing w:line="560" w:lineRule="exact"/>
        <w:ind w:firstLine="420"/>
      </w:pPr>
      <w:r>
        <w:rPr>
          <w:rFonts w:ascii="宋体" w:hAnsi="宋体" w:eastAsia="宋体"/>
          <w:sz w:val="24"/>
        </w:rPr>
        <w:t>"啧啧啧，"王浩绕着林风转了一圈，"你居然也玩得起《天界》？借的钱吧？还是把助学贷款全砸了？"</w:t>
      </w:r>
    </w:p>
    <w:p>
      <w:pPr>
        <w:spacing w:line="560" w:lineRule="exact"/>
        <w:ind w:firstLine="420"/>
      </w:pPr>
      <w:r>
        <w:rPr>
          <w:rFonts w:ascii="宋体" w:hAnsi="宋体" w:eastAsia="宋体"/>
          <w:sz w:val="24"/>
        </w:rPr>
        <w:t>他看了看林风身上的金光装备，愣了一下，随即哈哈大笑：</w:t>
      </w:r>
    </w:p>
    <w:p>
      <w:pPr>
        <w:spacing w:line="560" w:lineRule="exact"/>
        <w:ind w:firstLine="420"/>
      </w:pPr>
      <w:r>
        <w:rPr>
          <w:rFonts w:ascii="宋体" w:hAnsi="宋体" w:eastAsia="宋体"/>
          <w:sz w:val="24"/>
        </w:rPr>
        <w:t>"这什么玩意儿？新手村还带特效的？《天界》什么时候这么花里胡哨了？"</w:t>
      </w:r>
    </w:p>
    <w:p>
      <w:pPr>
        <w:spacing w:line="560" w:lineRule="exact"/>
        <w:ind w:firstLine="420"/>
      </w:pPr>
      <w:r>
        <w:rPr>
          <w:rFonts w:ascii="宋体" w:hAnsi="宋体" w:eastAsia="宋体"/>
          <w:sz w:val="24"/>
        </w:rPr>
        <w:t>旁边的小弟凑近看了看，脸色变了："王……王少，他那好像是传说级装备……攻击力显示999……"</w:t>
      </w:r>
    </w:p>
    <w:p>
      <w:pPr>
        <w:spacing w:line="560" w:lineRule="exact"/>
        <w:ind w:firstLine="420"/>
      </w:pPr>
      <w:r>
        <w:rPr>
          <w:rFonts w:ascii="宋体" w:hAnsi="宋体" w:eastAsia="宋体"/>
          <w:sz w:val="24"/>
        </w:rPr>
        <w:t>"放屁！"王浩脸色一沉，"新手村哪来的传说级？肯定是BUG或者假数据！我充值了五十万买了顶级套装的都没他这数据，他一个穷鬼凭什么？"</w:t>
      </w:r>
    </w:p>
    <w:p>
      <w:pPr>
        <w:spacing w:line="560" w:lineRule="exact"/>
        <w:ind w:firstLine="420"/>
      </w:pPr>
      <w:r>
        <w:rPr>
          <w:rFonts w:ascii="宋体" w:hAnsi="宋体" w:eastAsia="宋体"/>
          <w:sz w:val="24"/>
        </w:rPr>
        <w:t>林风没解释。他只是淡淡地看着王浩，嘴角微微上扬。</w:t>
      </w:r>
    </w:p>
    <w:p>
      <w:pPr>
        <w:spacing w:line="560" w:lineRule="exact"/>
        <w:ind w:firstLine="420"/>
      </w:pPr>
      <w:r>
        <w:rPr>
          <w:rFonts w:ascii="宋体" w:hAnsi="宋体" w:eastAsia="宋体"/>
          <w:sz w:val="24"/>
        </w:rPr>
        <w:t>"我告诉你林风，"王浩凑近一步，压低声音，"别以为进了《天界》你就能翻身。我充值了一百万游戏币，在这游戏里收拾你，跟玩一样。你最好躲着点我走。"</w:t>
      </w:r>
    </w:p>
    <w:p>
      <w:pPr>
        <w:spacing w:line="560" w:lineRule="exact"/>
        <w:ind w:firstLine="420"/>
      </w:pPr>
      <w:r>
        <w:rPr>
          <w:rFonts w:ascii="宋体" w:hAnsi="宋体" w:eastAsia="宋体"/>
          <w:sz w:val="24"/>
        </w:rPr>
        <w:t>说完，他冷哼一声，大摇大摆地带着小弟们走了。</w:t>
      </w:r>
    </w:p>
    <w:p>
      <w:pPr>
        <w:spacing w:line="560" w:lineRule="exact"/>
        <w:ind w:firstLine="420"/>
      </w:pPr>
      <w:r>
        <w:rPr>
          <w:rFonts w:ascii="宋体" w:hAnsi="宋体" w:eastAsia="宋体"/>
          <w:sz w:val="24"/>
        </w:rPr>
        <w:t>周围的新手玩家们面面相觑。</w:t>
      </w:r>
    </w:p>
    <w:p>
      <w:pPr>
        <w:spacing w:line="560" w:lineRule="exact"/>
        <w:ind w:firstLine="420"/>
      </w:pPr>
      <w:r>
        <w:rPr>
          <w:rFonts w:ascii="宋体" w:hAnsi="宋体" w:eastAsia="宋体"/>
          <w:sz w:val="24"/>
        </w:rPr>
        <w:t>"一百万游戏币……那不就是一万块钱？"</w:t>
        <w:br/>
        <w:t>"一万块在一亿面前算什么零头啊，哈哈。"</w:t>
        <w:br/>
        <w:t>"那人到底跟那土豪有什么仇？"</w:t>
        <w:br/>
        <w:t>"等等，你没听见吗？王浩叫他'穷鬼'——可他一身传说装，这叫穷？"</w:t>
      </w:r>
    </w:p>
    <w:p>
      <w:pPr>
        <w:spacing w:line="560" w:lineRule="exact"/>
        <w:ind w:firstLine="420"/>
      </w:pPr>
      <w:r>
        <w:rPr>
          <w:rFonts w:ascii="宋体" w:hAnsi="宋体" w:eastAsia="宋体"/>
          <w:sz w:val="24"/>
        </w:rPr>
        <w:t>林风站在原地，看着王浩的背影。</w:t>
      </w:r>
    </w:p>
    <w:p>
      <w:pPr>
        <w:spacing w:line="560" w:lineRule="exact"/>
        <w:ind w:firstLine="420"/>
      </w:pPr>
      <w:r>
        <w:rPr>
          <w:rFonts w:ascii="宋体" w:hAnsi="宋体" w:eastAsia="宋体"/>
          <w:sz w:val="24"/>
        </w:rPr>
        <w:t>一百万游戏币。</w:t>
      </w:r>
    </w:p>
    <w:p>
      <w:pPr>
        <w:spacing w:line="560" w:lineRule="exact"/>
        <w:ind w:firstLine="420"/>
      </w:pPr>
      <w:r>
        <w:rPr>
          <w:rFonts w:ascii="宋体" w:hAnsi="宋体" w:eastAsia="宋体"/>
          <w:sz w:val="24"/>
        </w:rPr>
        <w:t>他打开系统界面，看了眼自己那一亿游戏币的余额，和那闪着金光的装备栏。</w:t>
      </w:r>
    </w:p>
    <w:p>
      <w:pPr>
        <w:spacing w:line="560" w:lineRule="exact"/>
        <w:ind w:firstLine="420"/>
      </w:pPr>
      <w:r>
        <w:rPr>
          <w:rFonts w:ascii="宋体" w:hAnsi="宋体" w:eastAsia="宋体"/>
          <w:sz w:val="24"/>
        </w:rPr>
        <w:t>一百万？</w:t>
      </w:r>
    </w:p>
    <w:p>
      <w:pPr>
        <w:spacing w:line="560" w:lineRule="exact"/>
        <w:ind w:firstLine="420"/>
      </w:pPr>
      <w:r>
        <w:rPr>
          <w:rFonts w:ascii="宋体" w:hAnsi="宋体" w:eastAsia="宋体"/>
          <w:sz w:val="24"/>
        </w:rPr>
        <w:t>零头都算不上。</w:t>
      </w:r>
    </w:p>
    <w:p>
      <w:pPr>
        <w:spacing w:line="560" w:lineRule="exact"/>
        <w:ind w:firstLine="420"/>
      </w:pPr>
      <w:r>
        <w:rPr>
          <w:rFonts w:ascii="宋体" w:hAnsi="宋体" w:eastAsia="宋体"/>
          <w:sz w:val="24"/>
        </w:rPr>
        <w:t>"走着瞧吧，王少。"</w:t>
      </w:r>
    </w:p>
    <w:p>
      <w:pPr>
        <w:spacing w:line="560" w:lineRule="exact"/>
        <w:ind w:firstLine="420"/>
      </w:pPr>
      <w:r>
        <w:rPr>
          <w:rFonts w:ascii="宋体" w:hAnsi="宋体" w:eastAsia="宋体"/>
          <w:sz w:val="24"/>
        </w:rPr>
        <w:t>他握紧神豪之剑，转身朝着阳光村的深处走去。嘴角带着一抹笑意，眼中却闪过一丝冷光。</w:t>
      </w:r>
    </w:p>
    <w:p>
      <w:pPr>
        <w:spacing w:line="560" w:lineRule="exact"/>
        <w:ind w:firstLine="420"/>
      </w:pPr>
      <w:r>
        <w:rPr>
          <w:rFonts w:ascii="宋体" w:hAnsi="宋体" w:eastAsia="宋体"/>
          <w:sz w:val="24"/>
        </w:rPr>
        <w:t>他没有注意到——在他转身的一瞬间，游戏界面右下角，一行只有他自己能看到的系统提示，悄然闪过：</w:t>
      </w:r>
    </w:p>
    <w:p>
      <w:pPr>
        <w:spacing w:line="560" w:lineRule="exact"/>
        <w:ind w:firstLine="420"/>
      </w:pPr>
      <w:r>
        <w:rPr>
          <w:rFonts w:ascii="宋体" w:hAnsi="宋体" w:eastAsia="宋体"/>
          <w:sz w:val="24"/>
        </w:rPr>
        <w:t>━━━━━━━━━━━━━━━━━━━━━━</w:t>
        <w:br/>
        <w:t>【警告：神豪系统已被外部力量检测。】</w:t>
        <w:br/>
        <w:t>【来源：未知。】</w:t>
        <w:br/>
        <w:t>【建议：宿主尽快提升等级，解锁自保能力。】</w:t>
        <w:br/>
        <w:t>━━━━━━━━━━━━━━━━━━━━━━</w:t>
      </w:r>
    </w:p>
    <w:p>
      <w:pPr>
        <w:spacing w:line="560" w:lineRule="exact"/>
        <w:ind w:firstLine="420"/>
      </w:pPr>
      <w:r>
        <w:rPr>
          <w:rFonts w:ascii="宋体" w:hAnsi="宋体" w:eastAsia="宋体"/>
          <w:sz w:val="24"/>
        </w:rPr>
        <w:t>阳光村的风，忽然冷了几分。</w:t>
      </w:r>
    </w:p>
    <w:p>
      <w:pPr>
        <w:spacing w:line="560" w:lineRule="exact"/>
        <w:ind w:firstLine="420"/>
      </w:pPr>
      <w:r>
        <w:rPr>
          <w:rFonts w:ascii="宋体" w:hAnsi="宋体" w:eastAsia="宋体"/>
          <w:sz w:val="24"/>
        </w:rPr>
        <w:t>远处的天空中，一片不起眼的阴影，无声无息地掠过头顶。</w:t>
      </w:r>
    </w:p>
    <w:p>
      <w:r>
        <w:br w:type="page"/>
      </w:r>
    </w:p>
    <w:p>
      <w:pPr>
        <w:jc w:val="center"/>
      </w:pPr>
      <w:r>
        <w:rPr>
          <w:b/>
          <w:sz w:val="32"/>
        </w:rPr>
        <w:t>第002章 秒杀一切</w:t>
      </w:r>
    </w:p>
    <w:p>
      <w:pPr>
        <w:jc w:val="center"/>
      </w:pPr>
      <w:r>
        <w:rPr>
          <w:color w:val="999999"/>
          <w:sz w:val="18"/>
        </w:rPr>
        <w:t>（2,777字）</w:t>
      </w:r>
    </w:p>
    <w:p/>
    <w:p>
      <w:pPr>
        <w:spacing w:line="560" w:lineRule="exact"/>
        <w:ind w:firstLine="420"/>
      </w:pPr>
      <w:r>
        <w:rPr>
          <w:rFonts w:ascii="宋体" w:hAnsi="宋体" w:eastAsia="宋体"/>
          <w:sz w:val="24"/>
        </w:rPr>
        <w:t>走进阳光村北边的森林，林风深吸了一口带着草木清香的空气。</w:t>
      </w:r>
    </w:p>
    <w:p>
      <w:pPr>
        <w:spacing w:line="560" w:lineRule="exact"/>
        <w:ind w:firstLine="420"/>
      </w:pPr>
      <w:r>
        <w:rPr>
          <w:rFonts w:ascii="宋体" w:hAnsi="宋体" w:eastAsia="宋体"/>
          <w:sz w:val="24"/>
        </w:rPr>
        <w:t>太真实了。阳光透过层层树冠洒下来，斑驳的光影在落叶地面上晃动。他甚至能听到远处溪流潺潺的声音，闻到泥土和青草混合的气息。</w:t>
      </w:r>
    </w:p>
    <w:p>
      <w:pPr>
        <w:spacing w:line="560" w:lineRule="exact"/>
        <w:ind w:firstLine="420"/>
      </w:pPr>
      <w:r>
        <w:rPr>
          <w:rFonts w:ascii="宋体" w:hAnsi="宋体" w:eastAsia="宋体"/>
          <w:sz w:val="24"/>
        </w:rPr>
        <w:t>这99.9%的真实度，名不虚传。</w:t>
      </w:r>
    </w:p>
    <w:p>
      <w:pPr>
        <w:spacing w:line="560" w:lineRule="exact"/>
        <w:ind w:firstLine="420"/>
      </w:pPr>
      <w:r>
        <w:rPr>
          <w:rFonts w:ascii="宋体" w:hAnsi="宋体" w:eastAsia="宋体"/>
          <w:sz w:val="24"/>
        </w:rPr>
        <w:t>前方不远处的树荫下，几只灰毛野狼正在游荡，尖牙外露，低沉的喉音在空气中回荡。</w:t>
      </w:r>
    </w:p>
    <w:p>
      <w:pPr>
        <w:spacing w:line="560" w:lineRule="exact"/>
        <w:ind w:firstLine="420"/>
      </w:pPr>
      <w:r>
        <w:rPr>
          <w:rFonts w:ascii="宋体" w:hAnsi="宋体" w:eastAsia="宋体"/>
          <w:sz w:val="24"/>
        </w:rPr>
        <w:t>【野狼 Lv.1】</w:t>
        <w:br/>
        <w:t>生命值：100/100</w:t>
        <w:br/>
        <w:t>攻击力：10</w:t>
        <w:br/>
        <w:t>防御力：5</w:t>
      </w:r>
    </w:p>
    <w:p>
      <w:pPr>
        <w:spacing w:line="560" w:lineRule="exact"/>
        <w:ind w:firstLine="420"/>
      </w:pPr>
      <w:r>
        <w:rPr>
          <w:rFonts w:ascii="宋体" w:hAnsi="宋体" w:eastAsia="宋体"/>
          <w:sz w:val="24"/>
        </w:rPr>
        <w:t>一级怪，属性低得可怜。普通新手打一只野狼要砍七八刀，还得小心别被咬死。</w:t>
      </w:r>
    </w:p>
    <w:p>
      <w:pPr>
        <w:spacing w:line="560" w:lineRule="exact"/>
        <w:ind w:firstLine="420"/>
      </w:pPr>
      <w:r>
        <w:rPr>
          <w:rFonts w:ascii="宋体" w:hAnsi="宋体" w:eastAsia="宋体"/>
          <w:sz w:val="24"/>
        </w:rPr>
        <w:t>但林风不是普通新手。</w:t>
      </w:r>
    </w:p>
    <w:p>
      <w:pPr>
        <w:spacing w:line="560" w:lineRule="exact"/>
        <w:ind w:firstLine="420"/>
      </w:pPr>
      <w:r>
        <w:rPr>
          <w:rFonts w:ascii="宋体" w:hAnsi="宋体" w:eastAsia="宋体"/>
          <w:sz w:val="24"/>
        </w:rPr>
        <w:t>他握紧腰间泛着莹白色流光的神豪之剑，脚下猛然发力，身体如箭般射出！</w:t>
      </w:r>
    </w:p>
    <w:p>
      <w:pPr>
        <w:spacing w:line="560" w:lineRule="exact"/>
        <w:ind w:firstLine="420"/>
      </w:pPr>
      <w:r>
        <w:rPr>
          <w:rFonts w:ascii="宋体" w:hAnsi="宋体" w:eastAsia="宋体"/>
          <w:sz w:val="24"/>
        </w:rPr>
        <w:t>寒光一闪——</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一个巨大的红色数字从野狼头顶冒出。野狼甚至没来得及发出一声嚎叫，直接化作白光消散在空中。</w:t>
      </w:r>
    </w:p>
    <w:p>
      <w:pPr>
        <w:spacing w:line="560" w:lineRule="exact"/>
        <w:ind w:firstLine="420"/>
      </w:pPr>
      <w:r>
        <w:rPr>
          <w:rFonts w:ascii="宋体" w:hAnsi="宋体" w:eastAsia="宋体"/>
          <w:sz w:val="24"/>
        </w:rPr>
        <w:t>【击杀野狼，获得经验值10，铜币1。】</w:t>
      </w:r>
    </w:p>
    <w:p>
      <w:pPr>
        <w:spacing w:line="560" w:lineRule="exact"/>
        <w:ind w:firstLine="420"/>
      </w:pPr>
      <w:r>
        <w:rPr>
          <w:rFonts w:ascii="宋体" w:hAnsi="宋体" w:eastAsia="宋体"/>
          <w:sz w:val="24"/>
        </w:rPr>
        <w:t>一刀。秒杀。</w:t>
      </w:r>
    </w:p>
    <w:p>
      <w:pPr>
        <w:spacing w:line="560" w:lineRule="exact"/>
        <w:ind w:firstLine="420"/>
      </w:pPr>
      <w:r>
        <w:rPr>
          <w:rFonts w:ascii="宋体" w:hAnsi="宋体" w:eastAsia="宋体"/>
          <w:sz w:val="24"/>
        </w:rPr>
        <w:t>林风愣了一下，低头看了看手中的剑，嘴角咧开一个弧度。</w:t>
      </w:r>
    </w:p>
    <w:p>
      <w:pPr>
        <w:spacing w:line="560" w:lineRule="exact"/>
        <w:ind w:firstLine="420"/>
      </w:pPr>
      <w:r>
        <w:rPr>
          <w:rFonts w:ascii="宋体" w:hAnsi="宋体" w:eastAsia="宋体"/>
          <w:sz w:val="24"/>
        </w:rPr>
        <w:t>999攻击力打100血的怪——这要是不秒杀，那才叫奇怪。</w:t>
      </w:r>
    </w:p>
    <w:p>
      <w:pPr>
        <w:spacing w:line="560" w:lineRule="exact"/>
        <w:ind w:firstLine="420"/>
      </w:pPr>
      <w:r>
        <w:rPr>
          <w:rFonts w:ascii="宋体" w:hAnsi="宋体" w:eastAsia="宋体"/>
          <w:sz w:val="24"/>
        </w:rPr>
        <w:t>"再来。"</w:t>
      </w:r>
    </w:p>
    <w:p>
      <w:pPr>
        <w:spacing w:line="560" w:lineRule="exact"/>
        <w:ind w:firstLine="420"/>
      </w:pPr>
      <w:r>
        <w:rPr>
          <w:rFonts w:ascii="宋体" w:hAnsi="宋体" w:eastAsia="宋体"/>
          <w:sz w:val="24"/>
        </w:rPr>
        <w:t>他如虎入羊群般冲进狼群。剑光纵横，白光接连闪过——</w:t>
      </w:r>
    </w:p>
    <w:p>
      <w:pPr>
        <w:spacing w:line="560" w:lineRule="exact"/>
        <w:ind w:firstLine="420"/>
      </w:pPr>
      <w:r>
        <w:rPr>
          <w:rFonts w:ascii="宋体" w:hAnsi="宋体" w:eastAsia="宋体"/>
          <w:sz w:val="24"/>
        </w:rPr>
        <w:t>-999！【击杀野狼，经验+10】</w:t>
        <w:br/>
        <w:t>-999！【击杀野狼，经验+10】</w:t>
        <w:br/>
        <w:t>-999！【击杀野狼，经验+10】</w:t>
      </w:r>
    </w:p>
    <w:p>
      <w:pPr>
        <w:spacing w:line="560" w:lineRule="exact"/>
        <w:ind w:firstLine="420"/>
      </w:pPr>
      <w:r>
        <w:rPr>
          <w:rFonts w:ascii="宋体" w:hAnsi="宋体" w:eastAsia="宋体"/>
          <w:sz w:val="24"/>
        </w:rPr>
        <w:t>不到两分钟，十只野狼全部清空。林风甚至没感觉到任何阻力——就像用牛刀杀鸡，快得有些无聊。</w:t>
      </w:r>
    </w:p>
    <w:p>
      <w:pPr>
        <w:spacing w:line="560" w:lineRule="exact"/>
        <w:ind w:firstLine="420"/>
      </w:pPr>
      <w:r>
        <w:rPr>
          <w:rFonts w:ascii="宋体" w:hAnsi="宋体" w:eastAsia="宋体"/>
          <w:sz w:val="24"/>
        </w:rPr>
        <w:t>【任务'狼群威胁'完成！获得经验值100，铜币100。】</w:t>
        <w:br/>
        <w:t>【恭喜升级！当前等级：2】</w:t>
        <w:br/>
        <w:t>【全服公告：玩家'风中追风'成为《天界》首个达到2级的玩家！奖励声望+100！】</w:t>
      </w:r>
    </w:p>
    <w:p>
      <w:pPr>
        <w:spacing w:line="560" w:lineRule="exact"/>
        <w:ind w:firstLine="420"/>
      </w:pPr>
      <w:r>
        <w:rPr>
          <w:rFonts w:ascii="宋体" w:hAnsi="宋体" w:eastAsia="宋体"/>
          <w:sz w:val="24"/>
        </w:rPr>
        <w:t>一道金色的全服公告在每一个玩家的屏幕上方滚动而过。字体烫金，流光溢彩。</w:t>
      </w:r>
    </w:p>
    <w:p>
      <w:pPr>
        <w:spacing w:line="560" w:lineRule="exact"/>
        <w:ind w:firstLine="420"/>
      </w:pPr>
      <w:r>
        <w:rPr>
          <w:rFonts w:ascii="宋体" w:hAnsi="宋体" w:eastAsia="宋体"/>
          <w:sz w:val="24"/>
        </w:rPr>
        <w:t>整个阳光村瞬间炸了锅。</w:t>
      </w:r>
    </w:p>
    <w:p>
      <w:pPr>
        <w:spacing w:line="560" w:lineRule="exact"/>
        <w:ind w:firstLine="420"/>
      </w:pPr>
      <w:r>
        <w:rPr>
          <w:rFonts w:ascii="宋体" w:hAnsi="宋体" w:eastAsia="宋体"/>
          <w:sz w:val="24"/>
        </w:rPr>
        <w:t>"卧槽？？？公测才开十几分钟就有人两级了？？"</w:t>
        <w:br/>
        <w:t>"我还在打鸡呢！一刀5点伤害，打了半天才升到1级！"</w:t>
        <w:br/>
        <w:t>"风中追风？这谁啊？这速度也太离谱了！"</w:t>
        <w:br/>
        <w:t>"开挂了吧？GM不管管？"</w:t>
        <w:br/>
        <w:t>"怎么管？《天界》用的神经接入，又不是键盘鼠标，哪来的挂？"</w:t>
      </w:r>
    </w:p>
    <w:p>
      <w:pPr>
        <w:spacing w:line="560" w:lineRule="exact"/>
        <w:ind w:firstLine="420"/>
      </w:pPr>
      <w:r>
        <w:rPr>
          <w:rFonts w:ascii="宋体" w:hAnsi="宋体" w:eastAsia="宋体"/>
          <w:sz w:val="24"/>
        </w:rPr>
        <w:t>正带着四五个小弟在村口围堵新手、炫耀装备的王浩，看到这道公告，脸上的笑容瞬间凝固。</w:t>
      </w:r>
    </w:p>
    <w:p>
      <w:pPr>
        <w:spacing w:line="560" w:lineRule="exact"/>
        <w:ind w:firstLine="420"/>
      </w:pPr>
      <w:r>
        <w:rPr>
          <w:rFonts w:ascii="宋体" w:hAnsi="宋体" w:eastAsia="宋体"/>
          <w:sz w:val="24"/>
        </w:rPr>
        <w:t>"风中追风？"他咬着牙念出这个名字，"林风……妈的，还真是他！"</w:t>
      </w:r>
    </w:p>
    <w:p>
      <w:pPr>
        <w:spacing w:line="560" w:lineRule="exact"/>
        <w:ind w:firstLine="420"/>
      </w:pPr>
      <w:r>
        <w:rPr>
          <w:rFonts w:ascii="宋体" w:hAnsi="宋体" w:eastAsia="宋体"/>
          <w:sz w:val="24"/>
        </w:rPr>
        <w:t>他急忙打开好友搜索——"风中追风"，在线，等级2。</w:t>
      </w:r>
    </w:p>
    <w:p>
      <w:pPr>
        <w:spacing w:line="560" w:lineRule="exact"/>
        <w:ind w:firstLine="420"/>
      </w:pPr>
      <w:r>
        <w:rPr>
          <w:rFonts w:ascii="宋体" w:hAnsi="宋体" w:eastAsia="宋体"/>
          <w:sz w:val="24"/>
        </w:rPr>
        <w:t>王浩脸色铁青，身边的小弟凑过来："王少，那小子运气也太好了吧？"</w:t>
      </w:r>
    </w:p>
    <w:p>
      <w:pPr>
        <w:spacing w:line="560" w:lineRule="exact"/>
        <w:ind w:firstLine="420"/>
      </w:pPr>
      <w:r>
        <w:rPr>
          <w:rFonts w:ascii="宋体" w:hAnsi="宋体" w:eastAsia="宋体"/>
          <w:sz w:val="24"/>
        </w:rPr>
        <w:t>"运气？"王浩冷哼一声，"新手村而已，最多打个野鸡野兔，能有多大差距？等到了主城看我怎么弄死他！"</w:t>
      </w:r>
    </w:p>
    <w:p>
      <w:pPr>
        <w:spacing w:line="560" w:lineRule="exact"/>
        <w:ind w:firstLine="420"/>
      </w:pPr>
      <w:r>
        <w:rPr>
          <w:rFonts w:ascii="宋体" w:hAnsi="宋体" w:eastAsia="宋体"/>
          <w:sz w:val="24"/>
        </w:rPr>
        <w:t>但他嘴上这么说，心里却隐隐有些不安。他才刚升到1级，那穷鬼怎么就2级了？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林风没理会全服的骚动。他快步回到村长李大山的屋前。</w:t>
      </w:r>
    </w:p>
    <w:p>
      <w:pPr>
        <w:spacing w:line="560" w:lineRule="exact"/>
        <w:ind w:firstLine="420"/>
      </w:pPr>
      <w:r>
        <w:rPr>
          <w:rFonts w:ascii="宋体" w:hAnsi="宋体" w:eastAsia="宋体"/>
          <w:sz w:val="24"/>
        </w:rPr>
        <w:t>"勇敢的冒险者，你这么快就解决了狼群？"李大山惊讶地打量着他，眼神中带着几分赞赏，"不愧是能触发隐藏职业的人。我这里还有一个更重要的任务——阳光村东边的矿洞最近出现了一群变异蝙蝠，它们袭击了矿工，已经伤了好几个人了。你能去处理一下吗？"</w:t>
      </w:r>
    </w:p>
    <w:p>
      <w:pPr>
        <w:spacing w:line="560" w:lineRule="exact"/>
        <w:ind w:firstLine="420"/>
      </w:pPr>
      <w:r>
        <w:rPr>
          <w:rFonts w:ascii="宋体" w:hAnsi="宋体" w:eastAsia="宋体"/>
          <w:sz w:val="24"/>
        </w:rPr>
        <w:t>【任务：矿洞危机】</w:t>
        <w:br/>
        <w:t>任务描述：前往阳光村东边的矿洞，消灭15只变异蝙蝠</w:t>
        <w:br/>
        <w:t>任务奖励：经验值300，铜币300</w:t>
        <w:br/>
        <w:t>推荐等级：3-5级</w:t>
      </w:r>
    </w:p>
    <w:p>
      <w:pPr>
        <w:spacing w:line="560" w:lineRule="exact"/>
        <w:ind w:firstLine="420"/>
      </w:pPr>
      <w:r>
        <w:rPr>
          <w:rFonts w:ascii="宋体" w:hAnsi="宋体" w:eastAsia="宋体"/>
          <w:sz w:val="24"/>
        </w:rPr>
        <w:t>"交给我。"</w:t>
      </w:r>
    </w:p>
    <w:p>
      <w:pPr>
        <w:spacing w:line="560" w:lineRule="exact"/>
        <w:ind w:firstLine="420"/>
      </w:pPr>
      <w:r>
        <w:rPr>
          <w:rFonts w:ascii="宋体" w:hAnsi="宋体" w:eastAsia="宋体"/>
          <w:sz w:val="24"/>
        </w:rPr>
        <w:t>林风转身就走。从村长家到矿洞要穿过一片野猪林，路上不断有野猪和毒蛇出没。</w:t>
      </w:r>
    </w:p>
    <w:p>
      <w:pPr>
        <w:spacing w:line="560" w:lineRule="exact"/>
        <w:ind w:firstLine="420"/>
      </w:pPr>
      <w:r>
        <w:rPr>
          <w:rFonts w:ascii="宋体" w:hAnsi="宋体" w:eastAsia="宋体"/>
          <w:sz w:val="24"/>
        </w:rPr>
        <w:t>普通玩家在这里得小心翼翼地绕路走，或者组队慢慢清过去。</w:t>
      </w:r>
    </w:p>
    <w:p>
      <w:pPr>
        <w:spacing w:line="560" w:lineRule="exact"/>
        <w:ind w:firstLine="420"/>
      </w:pPr>
      <w:r>
        <w:rPr>
          <w:rFonts w:ascii="宋体" w:hAnsi="宋体" w:eastAsia="宋体"/>
          <w:sz w:val="24"/>
        </w:rPr>
        <w:t>林风的选择——一路砍过去。</w:t>
      </w:r>
    </w:p>
    <w:p>
      <w:pPr>
        <w:spacing w:line="560" w:lineRule="exact"/>
        <w:ind w:firstLine="420"/>
      </w:pPr>
      <w:r>
        <w:rPr>
          <w:rFonts w:ascii="宋体" w:hAnsi="宋体" w:eastAsia="宋体"/>
          <w:sz w:val="24"/>
        </w:rPr>
        <w:t>-999！</w:t>
        <w:br/>
        <w:t>-999！</w:t>
        <w:br/>
        <w:t>-999！</w:t>
      </w:r>
    </w:p>
    <w:p>
      <w:pPr>
        <w:spacing w:line="560" w:lineRule="exact"/>
        <w:ind w:firstLine="420"/>
      </w:pPr>
      <w:r>
        <w:rPr>
          <w:rFonts w:ascii="宋体" w:hAnsi="宋体" w:eastAsia="宋体"/>
          <w:sz w:val="24"/>
        </w:rPr>
        <w:t>白光一路闪烁。系统提示如流水般刷屏。</w:t>
      </w:r>
    </w:p>
    <w:p>
      <w:pPr>
        <w:spacing w:line="560" w:lineRule="exact"/>
        <w:ind w:firstLine="420"/>
      </w:pPr>
      <w:r>
        <w:rPr>
          <w:rFonts w:ascii="宋体" w:hAnsi="宋体" w:eastAsia="宋体"/>
          <w:sz w:val="24"/>
        </w:rPr>
        <w:t>【击杀野猪，经验+15】</w:t>
        <w:br/>
        <w:t>【击杀毒蛇，经验+20】</w:t>
        <w:br/>
        <w:t>【恭喜升级！当前等级：3】</w:t>
        <w:br/>
        <w:t>【恭喜升级！当前等级：4】</w:t>
      </w:r>
    </w:p>
    <w:p>
      <w:pPr>
        <w:spacing w:line="560" w:lineRule="exact"/>
        <w:ind w:firstLine="420"/>
      </w:pPr>
      <w:r>
        <w:rPr>
          <w:rFonts w:ascii="宋体" w:hAnsi="宋体" w:eastAsia="宋体"/>
          <w:sz w:val="24"/>
        </w:rPr>
        <w:t>到达矿洞口时，林风已经4级了。等级提升带来的属性加成让他更加强悍。但他注意到，这次没有全服公告——看来只有"首个升级"才有资格上公告。</w:t>
      </w:r>
    </w:p>
    <w:p>
      <w:pPr>
        <w:spacing w:line="560" w:lineRule="exact"/>
        <w:ind w:firstLine="420"/>
      </w:pPr>
      <w:r>
        <w:rPr>
          <w:rFonts w:ascii="宋体" w:hAnsi="宋体" w:eastAsia="宋体"/>
          <w:sz w:val="24"/>
        </w:rPr>
        <w:t>不过没关系。真正的重磅还在后面。</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矿洞内阴森潮湿，滴水声在黑暗中回响。空气中弥漫着一股淡淡的血腥味。</w:t>
      </w:r>
    </w:p>
    <w:p>
      <w:pPr>
        <w:spacing w:line="560" w:lineRule="exact"/>
        <w:ind w:firstLine="420"/>
      </w:pPr>
      <w:r>
        <w:rPr>
          <w:rFonts w:ascii="宋体" w:hAnsi="宋体" w:eastAsia="宋体"/>
          <w:sz w:val="24"/>
        </w:rPr>
        <w:t>前方，十几只体型比普通蝙蝠大一倍的变异蝙蝠倒挂在洞顶，血红色的眼睛在黑暗中闪着幽光。</w:t>
      </w:r>
    </w:p>
    <w:p>
      <w:pPr>
        <w:spacing w:line="560" w:lineRule="exact"/>
        <w:ind w:firstLine="420"/>
      </w:pPr>
      <w:r>
        <w:rPr>
          <w:rFonts w:ascii="宋体" w:hAnsi="宋体" w:eastAsia="宋体"/>
          <w:sz w:val="24"/>
        </w:rPr>
        <w:t>【变异蝙蝠 Lv.5】</w:t>
        <w:br/>
        <w:t>生命值：300/300</w:t>
        <w:br/>
        <w:t>攻击力：25</w:t>
        <w:br/>
        <w:t>防御力：10</w:t>
      </w:r>
    </w:p>
    <w:p>
      <w:pPr>
        <w:spacing w:line="560" w:lineRule="exact"/>
        <w:ind w:firstLine="420"/>
      </w:pPr>
      <w:r>
        <w:rPr>
          <w:rFonts w:ascii="宋体" w:hAnsi="宋体" w:eastAsia="宋体"/>
          <w:sz w:val="24"/>
        </w:rPr>
        <w:t>5级的怪，300血。对于3-5级的普通玩家来说，要组队打，还得拉扯半天。</w:t>
      </w:r>
    </w:p>
    <w:p>
      <w:pPr>
        <w:spacing w:line="560" w:lineRule="exact"/>
        <w:ind w:firstLine="420"/>
      </w:pPr>
      <w:r>
        <w:rPr>
          <w:rFonts w:ascii="宋体" w:hAnsi="宋体" w:eastAsia="宋体"/>
          <w:sz w:val="24"/>
        </w:rPr>
        <w:t>但对林风——一剑的事。</w:t>
      </w:r>
    </w:p>
    <w:p>
      <w:pPr>
        <w:spacing w:line="560" w:lineRule="exact"/>
        <w:ind w:firstLine="420"/>
      </w:pPr>
      <w:r>
        <w:rPr>
          <w:rFonts w:ascii="宋体" w:hAnsi="宋体" w:eastAsia="宋体"/>
          <w:sz w:val="24"/>
        </w:rPr>
        <w:t>他甚至懒得用技能。直接冲上去，一剑劈下——</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变异蝙蝠瞬间化作白光。</w:t>
      </w:r>
    </w:p>
    <w:p>
      <w:pPr>
        <w:spacing w:line="560" w:lineRule="exact"/>
        <w:ind w:firstLine="420"/>
      </w:pPr>
      <w:r>
        <w:rPr>
          <w:rFonts w:ascii="宋体" w:hAnsi="宋体" w:eastAsia="宋体"/>
          <w:sz w:val="24"/>
        </w:rPr>
        <w:t>"太弱了。"林风摇了摇头，开始在矿洞中大开杀戒。</w:t>
      </w:r>
    </w:p>
    <w:p>
      <w:pPr>
        <w:spacing w:line="560" w:lineRule="exact"/>
        <w:ind w:firstLine="420"/>
      </w:pPr>
      <w:r>
        <w:rPr>
          <w:rFonts w:ascii="宋体" w:hAnsi="宋体" w:eastAsia="宋体"/>
          <w:sz w:val="24"/>
        </w:rPr>
        <w:t>剑光在黑暗中不断亮起。每一道寒光闪过，就有一只蝙蝠毙命。</w:t>
      </w:r>
    </w:p>
    <w:p>
      <w:pPr>
        <w:spacing w:line="560" w:lineRule="exact"/>
        <w:ind w:firstLine="420"/>
      </w:pPr>
      <w:r>
        <w:rPr>
          <w:rFonts w:ascii="宋体" w:hAnsi="宋体" w:eastAsia="宋体"/>
          <w:sz w:val="24"/>
        </w:rPr>
        <w:t>-999！【击杀变异蝙蝠，经验+30】</w:t>
        <w:br/>
        <w:t>-999！【击杀变异蝙蝠，经验+30】</w:t>
        <w:br/>
        <w:t>-999！【击杀变异蝙蝠，经验+30】</w:t>
      </w:r>
    </w:p>
    <w:p>
      <w:pPr>
        <w:spacing w:line="560" w:lineRule="exact"/>
        <w:ind w:firstLine="420"/>
      </w:pPr>
      <w:r>
        <w:rPr>
          <w:rFonts w:ascii="宋体" w:hAnsi="宋体" w:eastAsia="宋体"/>
          <w:sz w:val="24"/>
        </w:rPr>
        <w:t>不到五分钟，十五只蝙蝠全部清空。林风甚至一滴血都没掉。</w:t>
      </w:r>
    </w:p>
    <w:p>
      <w:pPr>
        <w:spacing w:line="560" w:lineRule="exact"/>
        <w:ind w:firstLine="420"/>
      </w:pPr>
      <w:r>
        <w:rPr>
          <w:rFonts w:ascii="宋体" w:hAnsi="宋体" w:eastAsia="宋体"/>
          <w:sz w:val="24"/>
        </w:rPr>
        <w:t>【任务'矿洞危机'完成！获得经验值300，铜币300。】</w:t>
        <w:br/>
        <w:t>【恭喜升级！当前等级：5】</w:t>
      </w:r>
    </w:p>
    <w:p>
      <w:pPr>
        <w:spacing w:line="560" w:lineRule="exact"/>
        <w:ind w:firstLine="420"/>
      </w:pPr>
      <w:r>
        <w:rPr>
          <w:rFonts w:ascii="宋体" w:hAnsi="宋体" w:eastAsia="宋体"/>
          <w:sz w:val="24"/>
        </w:rPr>
        <w:t>"这升级速度……"林风自己都觉得离谱。别人打一只怪要磨两三分钟，他一路秒过去，跟逛后花园似的。这哪里是玩游戏——这简直是开挂般的体验。</w:t>
      </w:r>
    </w:p>
    <w:p>
      <w:pPr>
        <w:spacing w:line="560" w:lineRule="exact"/>
        <w:ind w:firstLine="420"/>
      </w:pPr>
      <w:r>
        <w:rPr>
          <w:rFonts w:ascii="宋体" w:hAnsi="宋体" w:eastAsia="宋体"/>
          <w:sz w:val="24"/>
        </w:rPr>
        <w:t>不——比开挂还爽。开挂还要担心封号，他这可是堂堂正正的隐藏职业。</w:t>
      </w:r>
    </w:p>
    <w:p>
      <w:pPr>
        <w:spacing w:line="560" w:lineRule="exact"/>
        <w:ind w:firstLine="420"/>
      </w:pPr>
      <w:r>
        <w:rPr>
          <w:rFonts w:ascii="宋体" w:hAnsi="宋体" w:eastAsia="宋体"/>
          <w:sz w:val="24"/>
        </w:rPr>
        <w:t>他正准备转身回村交任务，矿洞深处忽然传来一阵低沉的嘶吼声。</w:t>
      </w:r>
    </w:p>
    <w:p>
      <w:pPr>
        <w:spacing w:line="560" w:lineRule="exact"/>
        <w:ind w:firstLine="420"/>
      </w:pPr>
      <w:r>
        <w:rPr>
          <w:rFonts w:ascii="宋体" w:hAnsi="宋体" w:eastAsia="宋体"/>
          <w:sz w:val="24"/>
        </w:rPr>
        <w:t>那声音沉闷而压抑，像是某种庞然大物从沉睡中苏醒。</w:t>
      </w:r>
    </w:p>
    <w:p>
      <w:pPr>
        <w:spacing w:line="560" w:lineRule="exact"/>
        <w:ind w:firstLine="420"/>
      </w:pPr>
      <w:r>
        <w:rPr>
          <w:rFonts w:ascii="宋体" w:hAnsi="宋体" w:eastAsia="宋体"/>
          <w:sz w:val="24"/>
        </w:rPr>
        <w:t>林风警觉地停下脚步，握紧剑柄。</w:t>
      </w:r>
    </w:p>
    <w:p>
      <w:pPr>
        <w:spacing w:line="560" w:lineRule="exact"/>
        <w:ind w:firstLine="420"/>
      </w:pPr>
      <w:r>
        <w:rPr>
          <w:rFonts w:ascii="宋体" w:hAnsi="宋体" w:eastAsia="宋体"/>
          <w:sz w:val="24"/>
        </w:rPr>
        <w:t>黑暗中，一对血红色的巨大眼睛亮了起来——足有拳头那么大，燃烧着凶戾的光芒。</w:t>
      </w:r>
    </w:p>
    <w:p>
      <w:pPr>
        <w:spacing w:line="560" w:lineRule="exact"/>
        <w:ind w:firstLine="420"/>
      </w:pPr>
      <w:r>
        <w:rPr>
          <w:rFonts w:ascii="宋体" w:hAnsi="宋体" w:eastAsia="宋体"/>
          <w:sz w:val="24"/>
        </w:rPr>
        <w:t>【BOSS·变异蝙蝠王 Lv.8】</w:t>
        <w:br/>
        <w:t>生命值：5000/5000</w:t>
        <w:br/>
        <w:t>攻击力：80</w:t>
        <w:br/>
        <w:t>防御力：30</w:t>
        <w:br/>
        <w:t>技能：音波冲击（群体伤害）、吸血（回复10%伤害）</w:t>
      </w:r>
    </w:p>
    <w:p>
      <w:pPr>
        <w:spacing w:line="560" w:lineRule="exact"/>
        <w:ind w:firstLine="420"/>
      </w:pPr>
      <w:r>
        <w:rPr>
          <w:rFonts w:ascii="宋体" w:hAnsi="宋体" w:eastAsia="宋体"/>
          <w:sz w:val="24"/>
        </w:rPr>
        <w:t>BOSS！</w:t>
      </w:r>
    </w:p>
    <w:p>
      <w:pPr>
        <w:spacing w:line="560" w:lineRule="exact"/>
        <w:ind w:firstLine="420"/>
      </w:pPr>
      <w:r>
        <w:rPr>
          <w:rFonts w:ascii="宋体" w:hAnsi="宋体" w:eastAsia="宋体"/>
          <w:sz w:val="24"/>
        </w:rPr>
        <w:t>林风眼睛一亮，嘴角上扬。普通怪刷着太没挑战性了，正想找点刺激。</w:t>
      </w:r>
    </w:p>
    <w:p>
      <w:pPr>
        <w:spacing w:line="560" w:lineRule="exact"/>
        <w:ind w:firstLine="420"/>
      </w:pPr>
      <w:r>
        <w:rPr>
          <w:rFonts w:ascii="宋体" w:hAnsi="宋体" w:eastAsia="宋体"/>
          <w:sz w:val="24"/>
        </w:rPr>
        <w:t>蝙蝠王显然也发现了他。它张开血盆大口，发出一道刺耳至极的音波——</w:t>
      </w:r>
    </w:p>
    <w:p>
      <w:pPr>
        <w:spacing w:line="560" w:lineRule="exact"/>
        <w:ind w:firstLine="420"/>
      </w:pPr>
      <w:r>
        <w:rPr>
          <w:rFonts w:ascii="宋体" w:hAnsi="宋体" w:eastAsia="宋体"/>
          <w:sz w:val="24"/>
        </w:rPr>
        <w:t>嗡——！！！</w:t>
      </w:r>
    </w:p>
    <w:p>
      <w:pPr>
        <w:spacing w:line="560" w:lineRule="exact"/>
        <w:ind w:firstLine="420"/>
      </w:pPr>
      <w:r>
        <w:rPr>
          <w:rFonts w:ascii="宋体" w:hAnsi="宋体" w:eastAsia="宋体"/>
          <w:sz w:val="24"/>
        </w:rPr>
        <w:t>音波如实质般横扫而来，洞壁上的碎石簌簌落下。</w:t>
      </w:r>
    </w:p>
    <w:p>
      <w:pPr>
        <w:spacing w:line="560" w:lineRule="exact"/>
        <w:ind w:firstLine="420"/>
      </w:pPr>
      <w:r>
        <w:rPr>
          <w:rFonts w:ascii="宋体" w:hAnsi="宋体" w:eastAsia="宋体"/>
          <w:sz w:val="24"/>
        </w:rPr>
        <w:t>-50。</w:t>
      </w:r>
    </w:p>
    <w:p>
      <w:pPr>
        <w:spacing w:line="560" w:lineRule="exact"/>
        <w:ind w:firstLine="420"/>
      </w:pPr>
      <w:r>
        <w:rPr>
          <w:rFonts w:ascii="宋体" w:hAnsi="宋体" w:eastAsia="宋体"/>
          <w:sz w:val="24"/>
        </w:rPr>
        <w:t>林风抬手一挡，一个微不足道的伤害数字从头顶飘起。</w:t>
      </w:r>
    </w:p>
    <w:p>
      <w:pPr>
        <w:spacing w:line="560" w:lineRule="exact"/>
        <w:ind w:firstLine="420"/>
      </w:pPr>
      <w:r>
        <w:rPr>
          <w:rFonts w:ascii="宋体" w:hAnsi="宋体" w:eastAsia="宋体"/>
          <w:sz w:val="24"/>
        </w:rPr>
        <w:t>50点伤害。他有1600的血量，还有999的防御——这种攻击连给他挠痒痒都算不上。</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林风右手一挥，一道金色的光柱从虚空中轰然砸下，将蝙蝠王整个笼罩其中！</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-1000！</w:t>
      </w:r>
    </w:p>
    <w:p>
      <w:pPr>
        <w:spacing w:line="560" w:lineRule="exact"/>
        <w:ind w:firstLine="420"/>
      </w:pPr>
      <w:r>
        <w:rPr>
          <w:rFonts w:ascii="宋体" w:hAnsi="宋体" w:eastAsia="宋体"/>
          <w:sz w:val="24"/>
        </w:rPr>
        <w:t>蝙蝠王的血条瞬间掉了五分之一。它发出更加疯狂的嘶吼，俯冲而下，尖牙直咬林风的脖子！</w:t>
      </w:r>
    </w:p>
    <w:p>
      <w:pPr>
        <w:spacing w:line="560" w:lineRule="exact"/>
        <w:ind w:firstLine="420"/>
      </w:pPr>
      <w:r>
        <w:rPr>
          <w:rFonts w:ascii="宋体" w:hAnsi="宋体" w:eastAsia="宋体"/>
          <w:sz w:val="24"/>
        </w:rPr>
        <w:t>林风不退反进，一剑横斩——</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蝙蝠王的血条又掉一截。同时它的利爪划过林风的铠甲——</w:t>
      </w:r>
    </w:p>
    <w:p>
      <w:pPr>
        <w:spacing w:line="560" w:lineRule="exact"/>
        <w:ind w:firstLine="420"/>
      </w:pPr>
      <w:r>
        <w:rPr>
          <w:rFonts w:ascii="宋体" w:hAnsi="宋体" w:eastAsia="宋体"/>
          <w:sz w:val="24"/>
        </w:rPr>
        <w:t>-30。</w:t>
      </w:r>
    </w:p>
    <w:p>
      <w:pPr>
        <w:spacing w:line="560" w:lineRule="exact"/>
        <w:ind w:firstLine="420"/>
      </w:pPr>
      <w:r>
        <w:rPr>
          <w:rFonts w:ascii="宋体" w:hAnsi="宋体" w:eastAsia="宋体"/>
          <w:sz w:val="24"/>
        </w:rPr>
        <w:t>"呵。"林风笑了。"给我挠痒呢？"</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又是一道金色光柱轰下！</w:t>
      </w:r>
    </w:p>
    <w:p>
      <w:pPr>
        <w:spacing w:line="560" w:lineRule="exact"/>
        <w:ind w:firstLine="420"/>
      </w:pPr>
      <w:r>
        <w:rPr>
          <w:rFonts w:ascii="宋体" w:hAnsi="宋体" w:eastAsia="宋体"/>
          <w:sz w:val="24"/>
        </w:rPr>
        <w:t>-1000！</w:t>
      </w:r>
    </w:p>
    <w:p>
      <w:pPr>
        <w:spacing w:line="560" w:lineRule="exact"/>
        <w:ind w:firstLine="420"/>
      </w:pPr>
      <w:r>
        <w:rPr>
          <w:rFonts w:ascii="宋体" w:hAnsi="宋体" w:eastAsia="宋体"/>
          <w:sz w:val="24"/>
        </w:rPr>
        <w:t>蝙蝠王的血量只剩2000了。它开始慌乱，拍打着翅膀想要逃跑。</w:t>
      </w:r>
    </w:p>
    <w:p>
      <w:pPr>
        <w:spacing w:line="560" w:lineRule="exact"/>
        <w:ind w:firstLine="420"/>
      </w:pPr>
      <w:r>
        <w:rPr>
          <w:rFonts w:ascii="宋体" w:hAnsi="宋体" w:eastAsia="宋体"/>
          <w:sz w:val="24"/>
        </w:rPr>
        <w:t>"想跑？"</w:t>
      </w:r>
    </w:p>
    <w:p>
      <w:pPr>
        <w:spacing w:line="560" w:lineRule="exact"/>
        <w:ind w:firstLine="420"/>
      </w:pPr>
      <w:r>
        <w:rPr>
          <w:rFonts w:ascii="宋体" w:hAnsi="宋体" w:eastAsia="宋体"/>
          <w:sz w:val="24"/>
        </w:rPr>
        <w:t>林风追上去，一剑砍在它的翅膀上——-999！</w:t>
      </w:r>
    </w:p>
    <w:p>
      <w:pPr>
        <w:spacing w:line="560" w:lineRule="exact"/>
        <w:ind w:firstLine="420"/>
      </w:pPr>
      <w:r>
        <w:rPr>
          <w:rFonts w:ascii="宋体" w:hAnsi="宋体" w:eastAsia="宋体"/>
          <w:sz w:val="24"/>
        </w:rPr>
        <w:t>蝙蝠王发出一声绝望的嘶鸣，从空中坠落。</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-1000！</w:t>
      </w:r>
    </w:p>
    <w:p>
      <w:pPr>
        <w:spacing w:line="560" w:lineRule="exact"/>
        <w:ind w:firstLine="420"/>
      </w:pPr>
      <w:r>
        <w:rPr>
          <w:rFonts w:ascii="宋体" w:hAnsi="宋体" w:eastAsia="宋体"/>
          <w:sz w:val="24"/>
        </w:rPr>
        <w:t>蝙蝠王的血条彻底清空，庞大的身躯轰然倒地，爆出一地的金币和装备！</w:t>
      </w:r>
    </w:p>
    <w:p>
      <w:pPr>
        <w:spacing w:line="560" w:lineRule="exact"/>
        <w:ind w:firstLine="420"/>
      </w:pPr>
      <w:r>
        <w:rPr>
          <w:rFonts w:ascii="宋体" w:hAnsi="宋体" w:eastAsia="宋体"/>
          <w:sz w:val="24"/>
        </w:rPr>
        <w:t>【击杀BOSS·变异蝙蝠王，获得经验值2000，金币5。】</w:t>
        <w:br/>
        <w:t>【恭喜升级！当前等级：6】</w:t>
      </w:r>
    </w:p>
    <w:p>
      <w:pPr>
        <w:spacing w:line="560" w:lineRule="exact"/>
        <w:ind w:firstLine="420"/>
      </w:pPr>
      <w:r>
        <w:rPr>
          <w:rFonts w:ascii="宋体" w:hAnsi="宋体" w:eastAsia="宋体"/>
          <w:sz w:val="24"/>
        </w:rPr>
        <w:t>林风走上前，捡起掉落——一件蓝色品质的戒指、几瓶红蓝药水、还有一把闪着银光的长剑。</w:t>
      </w:r>
    </w:p>
    <w:p>
      <w:pPr>
        <w:spacing w:line="560" w:lineRule="exact"/>
        <w:ind w:firstLine="420"/>
      </w:pPr>
      <w:r>
        <w:rPr>
          <w:rFonts w:ascii="宋体" w:hAnsi="宋体" w:eastAsia="宋体"/>
          <w:sz w:val="24"/>
        </w:rPr>
        <w:t>蓝色装备对普通玩家来说已经算小极品了。但林风随手就扔进了背包——他身上的传说装备甩这些十条街。</w:t>
      </w:r>
    </w:p>
    <w:p>
      <w:pPr>
        <w:spacing w:line="560" w:lineRule="exact"/>
        <w:ind w:firstLine="420"/>
      </w:pPr>
      <w:r>
        <w:rPr>
          <w:rFonts w:ascii="宋体" w:hAnsi="宋体" w:eastAsia="宋体"/>
          <w:sz w:val="24"/>
        </w:rPr>
        <w:t>但让他意外的是——一道比刚才更耀眼的金色公告，在全服炸开：</w:t>
      </w:r>
    </w:p>
    <w:p>
      <w:pPr>
        <w:spacing w:line="560" w:lineRule="exact"/>
        <w:ind w:firstLine="420"/>
      </w:pPr>
      <w:r>
        <w:rPr>
          <w:rFonts w:ascii="宋体" w:hAnsi="宋体" w:eastAsia="宋体"/>
          <w:sz w:val="24"/>
        </w:rPr>
        <w:t>【全服公告：玩家'风中追风'首次击杀野外BOSS·变异蝙蝠王！奖励声望+500！】</w:t>
      </w:r>
    </w:p>
    <w:p>
      <w:pPr>
        <w:spacing w:line="560" w:lineRule="exact"/>
        <w:ind w:firstLine="420"/>
      </w:pPr>
      <w:r>
        <w:rPr>
          <w:rFonts w:ascii="宋体" w:hAnsi="宋体" w:eastAsia="宋体"/>
          <w:sz w:val="24"/>
        </w:rPr>
        <w:t>这一次，不仅仅是在阳光村炸锅了——</w:t>
      </w:r>
    </w:p>
    <w:p>
      <w:pPr>
        <w:spacing w:line="560" w:lineRule="exact"/>
        <w:ind w:firstLine="420"/>
      </w:pPr>
      <w:r>
        <w:rPr>
          <w:rFonts w:ascii="宋体" w:hAnsi="宋体" w:eastAsia="宋体"/>
          <w:sz w:val="24"/>
        </w:rPr>
        <w:t>整个世界频道瞬间疯狂刷屏：</w:t>
      </w:r>
    </w:p>
    <w:p>
      <w:pPr>
        <w:spacing w:line="560" w:lineRule="exact"/>
        <w:ind w:firstLine="420"/>
      </w:pPr>
      <w:r>
        <w:rPr>
          <w:rFonts w:ascii="宋体" w:hAnsi="宋体" w:eastAsia="宋体"/>
          <w:sz w:val="24"/>
        </w:rPr>
        <w:t>天风城频道：</w:t>
        <w:br/>
        <w:t>"啥玩意？公测不到一小时就有人杀BOSS了？？"</w:t>
        <w:br/>
        <w:t>"变异蝙蝠王？那玩意儿不是8级BOSS吗？我内测时候15级才敢去打！"</w:t>
        <w:br/>
        <w:t>"风中追风……这名字我记住了。"</w:t>
        <w:br/>
        <w:t>"哪个公会的？有没有人认识？拉过来！"</w:t>
      </w:r>
    </w:p>
    <w:p>
      <w:pPr>
        <w:spacing w:line="560" w:lineRule="exact"/>
        <w:ind w:firstLine="420"/>
      </w:pPr>
      <w:r>
        <w:rPr>
          <w:rFonts w:ascii="宋体" w:hAnsi="宋体" w:eastAsia="宋体"/>
          <w:sz w:val="24"/>
        </w:rPr>
        <w:t>阳光村频道：</w:t>
        <w:br/>
        <w:t>"风中追风就在我们村！我刚才看到他了！一身金光闪闪的装备！"</w:t>
        <w:br/>
        <w:t>"真的假的？我去看看！"</w:t>
        <w:br/>
        <w:t>"我也去！"</w:t>
      </w:r>
    </w:p>
    <w:p>
      <w:pPr>
        <w:spacing w:line="560" w:lineRule="exact"/>
        <w:ind w:firstLine="420"/>
      </w:pPr>
      <w:r>
        <w:rPr>
          <w:rFonts w:ascii="宋体" w:hAnsi="宋体" w:eastAsia="宋体"/>
          <w:sz w:val="24"/>
        </w:rPr>
        <w:t>十几个新手玩家呼啦啦往矿洞方向跑。</w:t>
      </w:r>
    </w:p>
    <w:p>
      <w:pPr>
        <w:spacing w:line="560" w:lineRule="exact"/>
        <w:ind w:firstLine="420"/>
      </w:pPr>
      <w:r>
        <w:rPr>
          <w:rFonts w:ascii="宋体" w:hAnsi="宋体" w:eastAsia="宋体"/>
          <w:sz w:val="24"/>
        </w:rPr>
        <w:t>而王浩——他看着那道全服公告，整个人僵在原地。脸色从铁青变成了惨白。</w:t>
      </w:r>
    </w:p>
    <w:p>
      <w:pPr>
        <w:spacing w:line="560" w:lineRule="exact"/>
        <w:ind w:firstLine="420"/>
      </w:pPr>
      <w:r>
        <w:rPr>
          <w:rFonts w:ascii="宋体" w:hAnsi="宋体" w:eastAsia="宋体"/>
          <w:sz w:val="24"/>
        </w:rPr>
        <w:t>"这不可能……不可能……"他喃喃自语，"他一个穷鬼，怎么可能……"</w:t>
      </w:r>
    </w:p>
    <w:p>
      <w:pPr>
        <w:spacing w:line="560" w:lineRule="exact"/>
        <w:ind w:firstLine="420"/>
      </w:pPr>
      <w:r>
        <w:rPr>
          <w:rFonts w:ascii="宋体" w:hAnsi="宋体" w:eastAsia="宋体"/>
          <w:sz w:val="24"/>
        </w:rPr>
        <w:t>他颤抖着打开好友列表，找到林风，发过去一条消息：</w:t>
      </w:r>
    </w:p>
    <w:p>
      <w:pPr>
        <w:spacing w:line="560" w:lineRule="exact"/>
        <w:ind w:firstLine="420"/>
      </w:pPr>
      <w:r>
        <w:rPr>
          <w:rFonts w:ascii="宋体" w:hAnsi="宋体" w:eastAsia="宋体"/>
          <w:sz w:val="24"/>
        </w:rPr>
        <w:t>"林风，你他妈是不是作弊了？！"</w:t>
      </w:r>
    </w:p>
    <w:p>
      <w:pPr>
        <w:spacing w:line="560" w:lineRule="exact"/>
        <w:ind w:firstLine="420"/>
      </w:pPr>
      <w:r>
        <w:rPr>
          <w:rFonts w:ascii="宋体" w:hAnsi="宋体" w:eastAsia="宋体"/>
          <w:sz w:val="24"/>
        </w:rPr>
        <w:t>消息发出去，石沉大海。</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矿洞口，林风看了一眼消息，嘴角勾起一抹冷笑。</w:t>
      </w:r>
    </w:p>
    <w:p>
      <w:pPr>
        <w:spacing w:line="560" w:lineRule="exact"/>
        <w:ind w:firstLine="420"/>
      </w:pPr>
      <w:r>
        <w:rPr>
          <w:rFonts w:ascii="宋体" w:hAnsi="宋体" w:eastAsia="宋体"/>
          <w:sz w:val="24"/>
        </w:rPr>
        <w:t>作弊？</w:t>
      </w:r>
    </w:p>
    <w:p>
      <w:pPr>
        <w:spacing w:line="560" w:lineRule="exact"/>
        <w:ind w:firstLine="420"/>
      </w:pPr>
      <w:r>
        <w:rPr>
          <w:rFonts w:ascii="宋体" w:hAnsi="宋体" w:eastAsia="宋体"/>
          <w:sz w:val="24"/>
        </w:rPr>
        <w:t>他充值一亿游戏币，拿着999攻击的传说武器，打一个8级的BOSS——</w:t>
      </w:r>
    </w:p>
    <w:p>
      <w:pPr>
        <w:spacing w:line="560" w:lineRule="exact"/>
        <w:ind w:firstLine="420"/>
      </w:pPr>
      <w:r>
        <w:rPr>
          <w:rFonts w:ascii="宋体" w:hAnsi="宋体" w:eastAsia="宋体"/>
          <w:sz w:val="24"/>
        </w:rPr>
        <w:t>这不叫作弊。</w:t>
      </w:r>
    </w:p>
    <w:p>
      <w:pPr>
        <w:spacing w:line="560" w:lineRule="exact"/>
        <w:ind w:firstLine="420"/>
      </w:pPr>
      <w:r>
        <w:rPr>
          <w:rFonts w:ascii="宋体" w:hAnsi="宋体" w:eastAsia="宋体"/>
          <w:sz w:val="24"/>
        </w:rPr>
        <w:t>这叫神豪的日常。</w:t>
      </w:r>
    </w:p>
    <w:p>
      <w:pPr>
        <w:spacing w:line="560" w:lineRule="exact"/>
        <w:ind w:firstLine="420"/>
      </w:pPr>
      <w:r>
        <w:rPr>
          <w:rFonts w:ascii="宋体" w:hAnsi="宋体" w:eastAsia="宋体"/>
          <w:sz w:val="24"/>
        </w:rPr>
        <w:t>他收起神豪之剑，大步走出矿洞。午后的阳光照在他金光流转的铠甲上，映得整条山路都泛着一层淡金色的光晕。</w:t>
      </w:r>
    </w:p>
    <w:p>
      <w:pPr>
        <w:spacing w:line="560" w:lineRule="exact"/>
        <w:ind w:firstLine="420"/>
      </w:pPr>
      <w:r>
        <w:rPr>
          <w:rFonts w:ascii="宋体" w:hAnsi="宋体" w:eastAsia="宋体"/>
          <w:sz w:val="24"/>
        </w:rPr>
        <w:t>等在矿洞外面的十几个新手玩家看到他走出来，瞬间安静了下来。</w:t>
      </w:r>
    </w:p>
    <w:p>
      <w:pPr>
        <w:spacing w:line="560" w:lineRule="exact"/>
        <w:ind w:firstLine="420"/>
      </w:pPr>
      <w:r>
        <w:rPr>
          <w:rFonts w:ascii="宋体" w:hAnsi="宋体" w:eastAsia="宋体"/>
          <w:sz w:val="24"/>
        </w:rPr>
        <w:t>所有人目光齐刷刷落在他身上——那身流光溢彩的传说装备，那柄莹白色的长剑，那张年轻却带着几分锋芒的脸。</w:t>
      </w:r>
    </w:p>
    <w:p>
      <w:pPr>
        <w:spacing w:line="560" w:lineRule="exact"/>
        <w:ind w:firstLine="420"/>
      </w:pPr>
      <w:r>
        <w:rPr>
          <w:rFonts w:ascii="宋体" w:hAnsi="宋体" w:eastAsia="宋体"/>
          <w:sz w:val="24"/>
        </w:rPr>
        <w:t>"真的是传说装……"有人小声说。</w:t>
        <w:br/>
        <w:t>"刚才那道金色光柱你看到了吗？那是什么技能？"</w:t>
        <w:br/>
        <w:t>"不知道……但绝对是神级技能！"</w:t>
        <w:br/>
        <w:t>"风中追风大佬，求带！"</w:t>
      </w:r>
    </w:p>
    <w:p>
      <w:pPr>
        <w:spacing w:line="560" w:lineRule="exact"/>
        <w:ind w:firstLine="420"/>
      </w:pPr>
      <w:r>
        <w:rPr>
          <w:rFonts w:ascii="宋体" w:hAnsi="宋体" w:eastAsia="宋体"/>
          <w:sz w:val="24"/>
        </w:rPr>
        <w:t>林风没有停下脚步。他只是微微点头，穿过了人群。</w:t>
      </w:r>
    </w:p>
    <w:p>
      <w:pPr>
        <w:spacing w:line="560" w:lineRule="exact"/>
        <w:ind w:firstLine="420"/>
      </w:pPr>
      <w:r>
        <w:rPr>
          <w:rFonts w:ascii="宋体" w:hAnsi="宋体" w:eastAsia="宋体"/>
          <w:sz w:val="24"/>
        </w:rPr>
        <w:t>现在才6级。等升到10级，就能去主城——天风城了。</w:t>
      </w:r>
    </w:p>
    <w:p>
      <w:pPr>
        <w:spacing w:line="560" w:lineRule="exact"/>
        <w:ind w:firstLine="420"/>
      </w:pPr>
      <w:r>
        <w:rPr>
          <w:rFonts w:ascii="宋体" w:hAnsi="宋体" w:eastAsia="宋体"/>
          <w:sz w:val="24"/>
        </w:rPr>
        <w:t>那里，才是真正的舞台。</w:t>
      </w:r>
    </w:p>
    <w:p>
      <w:pPr>
        <w:spacing w:line="560" w:lineRule="exact"/>
        <w:ind w:firstLine="420"/>
      </w:pPr>
      <w:r>
        <w:rPr>
          <w:rFonts w:ascii="宋体" w:hAnsi="宋体" w:eastAsia="宋体"/>
          <w:sz w:val="24"/>
        </w:rPr>
        <w:t>他沿着山路朝村子走去，金色的铠甲在夕阳下闪闪发光。</w:t>
      </w:r>
    </w:p>
    <w:p>
      <w:pPr>
        <w:spacing w:line="560" w:lineRule="exact"/>
        <w:ind w:firstLine="420"/>
      </w:pPr>
      <w:r>
        <w:rPr>
          <w:rFonts w:ascii="宋体" w:hAnsi="宋体" w:eastAsia="宋体"/>
          <w:sz w:val="24"/>
        </w:rPr>
        <w:t>而他不知道的是——在他走出矿洞的同一时间，千里之外的天风城，一座高塔的顶层。</w:t>
      </w:r>
    </w:p>
    <w:p>
      <w:pPr>
        <w:spacing w:line="560" w:lineRule="exact"/>
        <w:ind w:firstLine="420"/>
      </w:pPr>
      <w:r>
        <w:rPr>
          <w:rFonts w:ascii="宋体" w:hAnsi="宋体" w:eastAsia="宋体"/>
          <w:sz w:val="24"/>
        </w:rPr>
        <w:t>一双布满血丝的眼睛正透过一面巨大的水晶球，紧紧凝视着他的身影。</w:t>
      </w:r>
    </w:p>
    <w:p>
      <w:pPr>
        <w:spacing w:line="560" w:lineRule="exact"/>
        <w:ind w:firstLine="420"/>
      </w:pPr>
      <w:r>
        <w:rPr>
          <w:rFonts w:ascii="宋体" w:hAnsi="宋体" w:eastAsia="宋体"/>
          <w:sz w:val="24"/>
        </w:rPr>
        <w:t>水晶球中，画面定格在林风击杀蝙蝠王的那一瞬间——那一道金钱冲击的金色光柱，格外刺眼。</w:t>
      </w:r>
    </w:p>
    <w:p>
      <w:pPr>
        <w:spacing w:line="560" w:lineRule="exact"/>
        <w:ind w:firstLine="420"/>
      </w:pPr>
      <w:r>
        <w:rPr>
          <w:rFonts w:ascii="宋体" w:hAnsi="宋体" w:eastAsia="宋体"/>
          <w:sz w:val="24"/>
        </w:rPr>
        <w:t>"神豪商人……"一个低沉而沙哑的声音在空旷的大厅中回荡，带着几分兴奋，几分贪婪，"时隔三年，终于又有人触发了这个职业。"</w:t>
      </w:r>
    </w:p>
    <w:p>
      <w:pPr>
        <w:spacing w:line="560" w:lineRule="exact"/>
        <w:ind w:firstLine="420"/>
      </w:pPr>
      <w:r>
        <w:rPr>
          <w:rFonts w:ascii="宋体" w:hAnsi="宋体" w:eastAsia="宋体"/>
          <w:sz w:val="24"/>
        </w:rPr>
        <w:t>黑暗中，一只苍白的手缓缓抬起，在空中虚握了一下。</w:t>
      </w:r>
    </w:p>
    <w:p>
      <w:pPr>
        <w:spacing w:line="560" w:lineRule="exact"/>
        <w:ind w:firstLine="420"/>
      </w:pPr>
      <w:r>
        <w:rPr>
          <w:rFonts w:ascii="宋体" w:hAnsi="宋体" w:eastAsia="宋体"/>
          <w:sz w:val="24"/>
        </w:rPr>
        <w:t>"不急……先让他再成长一点。养肥了——才好宰。"</w:t>
      </w:r>
    </w:p>
    <w:p>
      <w:pPr>
        <w:spacing w:line="560" w:lineRule="exact"/>
        <w:ind w:firstLine="420"/>
      </w:pPr>
      <w:r>
        <w:rPr>
          <w:rFonts w:ascii="宋体" w:hAnsi="宋体" w:eastAsia="宋体"/>
          <w:sz w:val="24"/>
        </w:rPr>
        <w:t>低沉的阴笑声，在塔顶缓缓回荡。</w:t>
      </w:r>
    </w:p>
    <w:p>
      <w:r>
        <w:br w:type="page"/>
      </w:r>
    </w:p>
    <w:p>
      <w:pPr>
        <w:jc w:val="center"/>
      </w:pPr>
      <w:r>
        <w:rPr>
          <w:b/>
          <w:sz w:val="32"/>
        </w:rPr>
        <w:t>第003章 隐藏职业</w:t>
      </w:r>
    </w:p>
    <w:p>
      <w:pPr>
        <w:jc w:val="center"/>
      </w:pPr>
      <w:r>
        <w:rPr>
          <w:color w:val="999999"/>
          <w:sz w:val="18"/>
        </w:rPr>
        <w:t>（2,671字）</w:t>
      </w:r>
    </w:p>
    <w:p/>
    <w:p>
      <w:pPr>
        <w:spacing w:line="560" w:lineRule="exact"/>
        <w:ind w:firstLine="420"/>
      </w:pPr>
      <w:r>
        <w:rPr>
          <w:rFonts w:ascii="宋体" w:hAnsi="宋体" w:eastAsia="宋体"/>
          <w:sz w:val="24"/>
        </w:rPr>
        <w:t>交完矿洞任务，林风刚升到6级，村长李大山又给了他一个新的委托。</w:t>
      </w:r>
    </w:p>
    <w:p>
      <w:pPr>
        <w:spacing w:line="560" w:lineRule="exact"/>
        <w:ind w:firstLine="420"/>
      </w:pPr>
      <w:r>
        <w:rPr>
          <w:rFonts w:ascii="宋体" w:hAnsi="宋体" w:eastAsia="宋体"/>
          <w:sz w:val="24"/>
        </w:rPr>
        <w:t>"冒险者，阳光村遇到大麻烦了。"李大山的表情前所未有的严肃，"村后山的生命之泉——突然干涸了。那是我们村庄的生命之源，没有它，庄稼会枯死，树木会凋零，整个村子都会衰败下去。"</w:t>
      </w:r>
    </w:p>
    <w:p>
      <w:pPr>
        <w:spacing w:line="560" w:lineRule="exact"/>
        <w:ind w:firstLine="420"/>
      </w:pPr>
      <w:r>
        <w:rPr>
          <w:rFonts w:ascii="宋体" w:hAnsi="宋体" w:eastAsia="宋体"/>
          <w:sz w:val="24"/>
        </w:rPr>
        <w:t>【任务：生命之泉的秘密】</w:t>
        <w:br/>
        <w:t>任务描述：前往阳光村后山的生命之泉，调查泉水干涸的原因并解决</w:t>
        <w:br/>
        <w:t>任务奖励：经验值500，铜币500</w:t>
        <w:br/>
        <w:t>推荐等级：6-8级</w:t>
      </w:r>
    </w:p>
    <w:p>
      <w:pPr>
        <w:spacing w:line="560" w:lineRule="exact"/>
        <w:ind w:firstLine="420"/>
      </w:pPr>
      <w:r>
        <w:rPr>
          <w:rFonts w:ascii="宋体" w:hAnsi="宋体" w:eastAsia="宋体"/>
          <w:sz w:val="24"/>
        </w:rPr>
        <w:t>"交给我。"</w:t>
      </w:r>
    </w:p>
    <w:p>
      <w:pPr>
        <w:spacing w:line="560" w:lineRule="exact"/>
        <w:ind w:firstLine="420"/>
      </w:pPr>
      <w:r>
        <w:rPr>
          <w:rFonts w:ascii="宋体" w:hAnsi="宋体" w:eastAsia="宋体"/>
          <w:sz w:val="24"/>
        </w:rPr>
        <w:t>林风刚走出村长家，一个穿着淡蓝色法袍的年轻女性NPC迎了上来。</w:t>
      </w:r>
    </w:p>
    <w:p>
      <w:pPr>
        <w:spacing w:line="560" w:lineRule="exact"/>
        <w:ind w:firstLine="420"/>
      </w:pPr>
      <w:r>
        <w:rPr>
          <w:rFonts w:ascii="宋体" w:hAnsi="宋体" w:eastAsia="宋体"/>
          <w:sz w:val="24"/>
        </w:rPr>
        <w:t>"你好，我叫小雅，是阳光村的引导NPC。"她微笑着伸出手，"你的隐藏职业触发了特殊引导任务——我对神豪商人这个职业有一些资料，可以陪你一起去。"</w:t>
      </w:r>
    </w:p>
    <w:p>
      <w:pPr>
        <w:spacing w:line="560" w:lineRule="exact"/>
        <w:ind w:firstLine="420"/>
      </w:pPr>
      <w:r>
        <w:rPr>
          <w:rFonts w:ascii="宋体" w:hAnsi="宋体" w:eastAsia="宋体"/>
          <w:sz w:val="24"/>
        </w:rPr>
        <w:t>NPC主动陪同？这游戏的交互深度确实惊人。</w:t>
      </w:r>
    </w:p>
    <w:p>
      <w:pPr>
        <w:spacing w:line="560" w:lineRule="exact"/>
        <w:ind w:firstLine="420"/>
      </w:pPr>
      <w:r>
        <w:rPr>
          <w:rFonts w:ascii="宋体" w:hAnsi="宋体" w:eastAsia="宋体"/>
          <w:sz w:val="24"/>
        </w:rPr>
        <w:t>"走吧。"</w:t>
      </w:r>
    </w:p>
    <w:p>
      <w:pPr>
        <w:spacing w:line="560" w:lineRule="exact"/>
        <w:ind w:firstLine="420"/>
      </w:pPr>
      <w:r>
        <w:rPr>
          <w:rFonts w:ascii="宋体" w:hAnsi="宋体" w:eastAsia="宋体"/>
          <w:sz w:val="24"/>
        </w:rPr>
        <w:t>生命之泉位于后山的山谷深处。两人沿着山路前行，一路上小雅不断给林风讲解《天界》的各种知识。</w:t>
      </w:r>
    </w:p>
    <w:p>
      <w:pPr>
        <w:spacing w:line="560" w:lineRule="exact"/>
        <w:ind w:firstLine="420"/>
      </w:pPr>
      <w:r>
        <w:rPr>
          <w:rFonts w:ascii="宋体" w:hAnsi="宋体" w:eastAsia="宋体"/>
          <w:sz w:val="24"/>
        </w:rPr>
        <w:t>"五大基础职业各有特色——战士坦克、法师输出、刺客爆发、牧师治疗、弓箭手远程。"小雅边走边说，"但隐藏职业才是《天界》的精髓。每种隐藏职业都拥有独一无二的成长路线和专属技能体系，有些隐藏职业甚至拥有改变游戏规则的能力。"</w:t>
      </w:r>
    </w:p>
    <w:p>
      <w:pPr>
        <w:spacing w:line="560" w:lineRule="exact"/>
        <w:ind w:firstLine="420"/>
      </w:pPr>
      <w:r>
        <w:rPr>
          <w:rFonts w:ascii="宋体" w:hAnsi="宋体" w:eastAsia="宋体"/>
          <w:sz w:val="24"/>
        </w:rPr>
        <w:t>"比如神豪商人？"林风问。</w:t>
      </w:r>
    </w:p>
    <w:p>
      <w:pPr>
        <w:spacing w:line="560" w:lineRule="exact"/>
        <w:ind w:firstLine="420"/>
      </w:pPr>
      <w:r>
        <w:rPr>
          <w:rFonts w:ascii="宋体" w:hAnsi="宋体" w:eastAsia="宋体"/>
          <w:sz w:val="24"/>
        </w:rPr>
        <w:t>"对。"小雅的眼神变得认真起来，"神豪商人是《天界》中最稀有的隐藏职业之一。根据系统资料，全球目前只有你一个人成功触发了它。它的核心机制是——金钱转化战力。你充值越多，战力越强。而同步机制让你在游戏中的每一分消费，都会在现实中产生回报。"</w:t>
      </w:r>
    </w:p>
    <w:p>
      <w:pPr>
        <w:spacing w:line="560" w:lineRule="exact"/>
        <w:ind w:firstLine="420"/>
      </w:pPr>
      <w:r>
        <w:rPr>
          <w:rFonts w:ascii="宋体" w:hAnsi="宋体" w:eastAsia="宋体"/>
          <w:sz w:val="24"/>
        </w:rPr>
        <w:t>三亿分之一的概率。林风默默咀嚼着这个数字。</w:t>
      </w:r>
    </w:p>
    <w:p>
      <w:pPr>
        <w:spacing w:line="560" w:lineRule="exact"/>
        <w:ind w:firstLine="420"/>
      </w:pPr>
      <w:r>
        <w:rPr>
          <w:rFonts w:ascii="宋体" w:hAnsi="宋体" w:eastAsia="宋体"/>
          <w:sz w:val="24"/>
        </w:rPr>
        <w:t>"不过——"小雅话锋一转，语气中带了一丝担忧，"《天界》中并不是所有人都欢迎隐藏职业玩家。有些势力……会很感兴趣。你要小心。"</w:t>
      </w:r>
    </w:p>
    <w:p>
      <w:pPr>
        <w:spacing w:line="560" w:lineRule="exact"/>
        <w:ind w:firstLine="420"/>
      </w:pPr>
      <w:r>
        <w:rPr>
          <w:rFonts w:ascii="宋体" w:hAnsi="宋体" w:eastAsia="宋体"/>
          <w:sz w:val="24"/>
        </w:rPr>
        <w:t>林风心中一动。他想起了新手村时那道一闪而过的系统警告——【神豪系统被检测，来源未知。】</w:t>
      </w:r>
    </w:p>
    <w:p>
      <w:pPr>
        <w:spacing w:line="560" w:lineRule="exact"/>
        <w:ind w:firstLine="420"/>
      </w:pPr>
      <w:r>
        <w:rPr>
          <w:rFonts w:ascii="宋体" w:hAnsi="宋体" w:eastAsia="宋体"/>
          <w:sz w:val="24"/>
        </w:rPr>
        <w:t>"什么样的势力？"</w:t>
      </w:r>
    </w:p>
    <w:p>
      <w:pPr>
        <w:spacing w:line="560" w:lineRule="exact"/>
        <w:ind w:firstLine="420"/>
      </w:pPr>
      <w:r>
        <w:rPr>
          <w:rFonts w:ascii="宋体" w:hAnsi="宋体" w:eastAsia="宋体"/>
          <w:sz w:val="24"/>
        </w:rPr>
        <w:t>"我也说不清楚。"小雅摇了摇头，"但据我所知，以前也曾有过隐藏职业玩家，他们中的一些人……后来就消失了。没有下线记录，没有注销账号，就那么凭空消失了。"</w:t>
      </w:r>
    </w:p>
    <w:p>
      <w:pPr>
        <w:spacing w:line="560" w:lineRule="exact"/>
        <w:ind w:firstLine="420"/>
      </w:pPr>
      <w:r>
        <w:rPr>
          <w:rFonts w:ascii="宋体" w:hAnsi="宋体" w:eastAsia="宋体"/>
          <w:sz w:val="24"/>
        </w:rPr>
        <w:t>林风脚步一顿。</w:t>
      </w:r>
    </w:p>
    <w:p>
      <w:pPr>
        <w:spacing w:line="560" w:lineRule="exact"/>
        <w:ind w:firstLine="420"/>
      </w:pPr>
      <w:r>
        <w:rPr>
          <w:rFonts w:ascii="宋体" w:hAnsi="宋体" w:eastAsia="宋体"/>
          <w:sz w:val="24"/>
        </w:rPr>
        <w:t>消失了？</w:t>
      </w:r>
    </w:p>
    <w:p>
      <w:pPr>
        <w:spacing w:line="560" w:lineRule="exact"/>
        <w:ind w:firstLine="420"/>
      </w:pPr>
      <w:r>
        <w:rPr>
          <w:rFonts w:ascii="宋体" w:hAnsi="宋体" w:eastAsia="宋体"/>
          <w:sz w:val="24"/>
        </w:rPr>
        <w:t>他的后背升起一股凉意。这只是个游戏而已……NPC怎么会知道玩家消失的事？</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到达生命之泉时，林风看到了令人揪心的一幕。</w:t>
      </w:r>
    </w:p>
    <w:p>
      <w:pPr>
        <w:spacing w:line="560" w:lineRule="exact"/>
        <w:ind w:firstLine="420"/>
      </w:pPr>
      <w:r>
        <w:rPr>
          <w:rFonts w:ascii="宋体" w:hAnsi="宋体" w:eastAsia="宋体"/>
          <w:sz w:val="24"/>
        </w:rPr>
        <w:t>原本应该清泉涌动的泉池彻底干涸，池底的青玉石板干裂翘起。泉池周围方圆百米的植物全部枯黄，与山谷外的郁郁葱葱形成了一道刺眼的生死分界线。</w:t>
      </w:r>
    </w:p>
    <w:p>
      <w:pPr>
        <w:spacing w:line="560" w:lineRule="exact"/>
        <w:ind w:firstLine="420"/>
      </w:pPr>
      <w:r>
        <w:rPr>
          <w:rFonts w:ascii="宋体" w:hAnsi="宋体" w:eastAsia="宋体"/>
          <w:sz w:val="24"/>
        </w:rPr>
        <w:t>小雅蹲下查看池底，脸色微变："池底有个洞口，被碎石堵住了。泉水不是自然干涸的——是被什么东西从下面截断了。"</w:t>
      </w:r>
    </w:p>
    <w:p>
      <w:pPr>
        <w:spacing w:line="560" w:lineRule="exact"/>
        <w:ind w:firstLine="420"/>
      </w:pPr>
      <w:r>
        <w:rPr>
          <w:rFonts w:ascii="宋体" w:hAnsi="宋体" w:eastAsia="宋体"/>
          <w:sz w:val="24"/>
        </w:rPr>
        <w:t>林风跳下泉池，三两下扒开碎石，露出一个仅容一人通过的洞口。一股腥臭的气息从洞中涌出。</w:t>
      </w:r>
    </w:p>
    <w:p>
      <w:pPr>
        <w:spacing w:line="560" w:lineRule="exact"/>
        <w:ind w:firstLine="420"/>
      </w:pPr>
      <w:r>
        <w:rPr>
          <w:rFonts w:ascii="宋体" w:hAnsi="宋体" w:eastAsia="宋体"/>
          <w:sz w:val="24"/>
        </w:rPr>
        <w:t>"你在上面等我。"</w:t>
      </w:r>
    </w:p>
    <w:p>
      <w:pPr>
        <w:spacing w:line="560" w:lineRule="exact"/>
        <w:ind w:firstLine="420"/>
      </w:pPr>
      <w:r>
        <w:rPr>
          <w:rFonts w:ascii="宋体" w:hAnsi="宋体" w:eastAsia="宋体"/>
          <w:sz w:val="24"/>
        </w:rPr>
        <w:t>"小心！"</w:t>
      </w:r>
    </w:p>
    <w:p>
      <w:pPr>
        <w:spacing w:line="560" w:lineRule="exact"/>
        <w:ind w:firstLine="420"/>
      </w:pPr>
      <w:r>
        <w:rPr>
          <w:rFonts w:ascii="宋体" w:hAnsi="宋体" w:eastAsia="宋体"/>
          <w:sz w:val="24"/>
        </w:rPr>
        <w:t>林风钻进洞中。通道陡峭向下，斜插了约五十米后，眼前豁然开朗——一个巨大的地下溶洞出现在面前。</w:t>
      </w:r>
    </w:p>
    <w:p>
      <w:pPr>
        <w:spacing w:line="560" w:lineRule="exact"/>
        <w:ind w:firstLine="420"/>
      </w:pPr>
      <w:r>
        <w:rPr>
          <w:rFonts w:ascii="宋体" w:hAnsi="宋体" w:eastAsia="宋体"/>
          <w:sz w:val="24"/>
        </w:rPr>
        <w:t>溶洞中央，一条水桶粗的黑色巨蟒盘踞在一汪清泉旁。泉水正从巨蟒身下的岩缝中涌出，但大部分都被它堵住了。巨蟒浑身覆盖着暗黑色的鳞片，在微光中泛着幽冷的光泽。</w:t>
      </w:r>
    </w:p>
    <w:p>
      <w:pPr>
        <w:spacing w:line="560" w:lineRule="exact"/>
        <w:ind w:firstLine="420"/>
      </w:pPr>
      <w:r>
        <w:rPr>
          <w:rFonts w:ascii="宋体" w:hAnsi="宋体" w:eastAsia="宋体"/>
          <w:sz w:val="24"/>
        </w:rPr>
        <w:t>【蛇妖 Lv.10】</w:t>
        <w:br/>
        <w:t>生命值：8000/8000</w:t>
        <w:br/>
        <w:t>攻击力：120</w:t>
        <w:br/>
        <w:t>防御力：60</w:t>
        <w:br/>
        <w:t>技能：毒液喷射（中毒伤害）、绞杀（每秒造成50点伤害，持续5秒）</w:t>
      </w:r>
    </w:p>
    <w:p>
      <w:pPr>
        <w:spacing w:line="560" w:lineRule="exact"/>
        <w:ind w:firstLine="420"/>
      </w:pPr>
      <w:r>
        <w:rPr>
          <w:rFonts w:ascii="宋体" w:hAnsi="宋体" w:eastAsia="宋体"/>
          <w:sz w:val="24"/>
        </w:rPr>
        <w:t>10级精英怪。对普通6级玩家来说，光是看到这个等级就足够让人绝望了——等级压制带来的减伤和未命中，会让战斗变成单方面的屠杀。</w:t>
      </w:r>
    </w:p>
    <w:p>
      <w:pPr>
        <w:spacing w:line="560" w:lineRule="exact"/>
        <w:ind w:firstLine="420"/>
      </w:pPr>
      <w:r>
        <w:rPr>
          <w:rFonts w:ascii="宋体" w:hAnsi="宋体" w:eastAsia="宋体"/>
          <w:sz w:val="24"/>
        </w:rPr>
        <w:t>但林风不一样。</w:t>
      </w:r>
    </w:p>
    <w:p>
      <w:pPr>
        <w:spacing w:line="560" w:lineRule="exact"/>
        <w:ind w:firstLine="420"/>
      </w:pPr>
      <w:r>
        <w:rPr>
          <w:rFonts w:ascii="宋体" w:hAnsi="宋体" w:eastAsia="宋体"/>
          <w:sz w:val="24"/>
        </w:rPr>
        <w:t>他999的攻击力完全无视等级压制。就算差了4级，该打多少伤害就多少——这就是隐藏职业的恐怖之处。</w:t>
      </w:r>
    </w:p>
    <w:p>
      <w:pPr>
        <w:spacing w:line="560" w:lineRule="exact"/>
        <w:ind w:firstLine="420"/>
      </w:pPr>
      <w:r>
        <w:rPr>
          <w:rFonts w:ascii="宋体" w:hAnsi="宋体" w:eastAsia="宋体"/>
          <w:sz w:val="24"/>
        </w:rPr>
        <w:t>他握紧剑柄，深吸一口气。洞穴中腥臭的气息扑面而来，巨蟒那水桶粗的身躯上，暗黑色的鳞片在昏暗中泛着幽冷的光泽。</w:t>
      </w:r>
    </w:p>
    <w:p>
      <w:pPr>
        <w:spacing w:line="560" w:lineRule="exact"/>
        <w:ind w:firstLine="420"/>
      </w:pPr>
      <w:r>
        <w:rPr>
          <w:rFonts w:ascii="宋体" w:hAnsi="宋体" w:eastAsia="宋体"/>
          <w:sz w:val="24"/>
        </w:rPr>
        <w:t>蛇妖察觉到了入侵者。它高昂着头颅，猩红的信子在空气中快速颤动。竖瞳锁定了林风，发出一声令人头皮发麻的嘶嘶声，整个溶洞都在回响。</w:t>
      </w:r>
    </w:p>
    <w:p>
      <w:pPr>
        <w:spacing w:line="560" w:lineRule="exact"/>
        <w:ind w:firstLine="420"/>
      </w:pPr>
      <w:r>
        <w:rPr>
          <w:rFonts w:ascii="宋体" w:hAnsi="宋体" w:eastAsia="宋体"/>
          <w:sz w:val="24"/>
        </w:rPr>
        <w:t>但林风的眼中只有兴奋。</w:t>
      </w:r>
    </w:p>
    <w:p>
      <w:pPr>
        <w:spacing w:line="560" w:lineRule="exact"/>
        <w:ind w:firstLine="420"/>
      </w:pPr>
      <w:r>
        <w:rPr>
          <w:rFonts w:ascii="宋体" w:hAnsi="宋体" w:eastAsia="宋体"/>
          <w:sz w:val="24"/>
        </w:rPr>
        <w:t>拔剑，冲锋！</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一剑劈在蛇妖七寸处，鲜血迸溅！</w:t>
      </w:r>
    </w:p>
    <w:p>
      <w:pPr>
        <w:spacing w:line="560" w:lineRule="exact"/>
        <w:ind w:firstLine="420"/>
      </w:pPr>
      <w:r>
        <w:rPr>
          <w:rFonts w:ascii="宋体" w:hAnsi="宋体" w:eastAsia="宋体"/>
          <w:sz w:val="24"/>
        </w:rPr>
        <w:t>蛇妖吃痛，发出一声尖锐的嘶鸣，粗壮的尾巴横扫而来！</w:t>
      </w:r>
    </w:p>
    <w:p>
      <w:pPr>
        <w:spacing w:line="560" w:lineRule="exact"/>
        <w:ind w:firstLine="420"/>
      </w:pPr>
      <w:r>
        <w:rPr>
          <w:rFonts w:ascii="宋体" w:hAnsi="宋体" w:eastAsia="宋体"/>
          <w:sz w:val="24"/>
        </w:rPr>
        <w:t>林风侧身一闪——轰！尾巴砸在洞壁上，碎石如雨点般落下。</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金色光柱轰然砸落——-2000！</w:t>
      </w:r>
    </w:p>
    <w:p>
      <w:pPr>
        <w:spacing w:line="560" w:lineRule="exact"/>
        <w:ind w:firstLine="420"/>
      </w:pPr>
      <w:r>
        <w:rPr>
          <w:rFonts w:ascii="宋体" w:hAnsi="宋体" w:eastAsia="宋体"/>
          <w:sz w:val="24"/>
        </w:rPr>
        <w:t>蛇妖的血条肉眼可见地掉了一截。它疯狂了，张口喷出一团墨绿色的毒液！</w:t>
      </w:r>
    </w:p>
    <w:p>
      <w:pPr>
        <w:spacing w:line="560" w:lineRule="exact"/>
        <w:ind w:firstLine="420"/>
      </w:pPr>
      <w:r>
        <w:rPr>
          <w:rFonts w:ascii="宋体" w:hAnsi="宋体" w:eastAsia="宋体"/>
          <w:sz w:val="24"/>
        </w:rPr>
        <w:t>林风来不及躲闪，毒液溅在铠甲上——-80，随后头顶开始每秒跳-20的中毒伤害。</w:t>
      </w:r>
    </w:p>
    <w:p>
      <w:pPr>
        <w:spacing w:line="560" w:lineRule="exact"/>
        <w:ind w:firstLine="420"/>
      </w:pPr>
      <w:r>
        <w:rPr>
          <w:rFonts w:ascii="宋体" w:hAnsi="宋体" w:eastAsia="宋体"/>
          <w:sz w:val="24"/>
        </w:rPr>
        <w:t>但他根本没当回事。1600的血量，这点毒伤要跳80秒才能毒死他——而他在80秒内能砍死十条这样的蛇。</w:t>
      </w:r>
    </w:p>
    <w:p>
      <w:pPr>
        <w:spacing w:line="560" w:lineRule="exact"/>
        <w:ind w:firstLine="420"/>
      </w:pPr>
      <w:r>
        <w:rPr>
          <w:rFonts w:ascii="宋体" w:hAnsi="宋体" w:eastAsia="宋体"/>
          <w:sz w:val="24"/>
        </w:rPr>
        <w:t>他冲到蛇妖面前，一剑接一剑地猛砍！</w:t>
      </w:r>
    </w:p>
    <w:p>
      <w:pPr>
        <w:spacing w:line="560" w:lineRule="exact"/>
        <w:ind w:firstLine="420"/>
      </w:pPr>
      <w:r>
        <w:rPr>
          <w:rFonts w:ascii="宋体" w:hAnsi="宋体" w:eastAsia="宋体"/>
          <w:sz w:val="24"/>
        </w:rPr>
        <w:t>-999！-999！-999！</w:t>
      </w:r>
    </w:p>
    <w:p>
      <w:pPr>
        <w:spacing w:line="560" w:lineRule="exact"/>
        <w:ind w:firstLine="420"/>
      </w:pPr>
      <w:r>
        <w:rPr>
          <w:rFonts w:ascii="宋体" w:hAnsi="宋体" w:eastAsia="宋体"/>
          <w:sz w:val="24"/>
        </w:rPr>
        <w:t>蛇妖疯狂挣扎，尾巴狂扫、毒液狂喷，整个溶洞被搅得天翻地覆。但林风硬扛着所有伤害，一步不退！</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随着第二道金色光柱砸下，蛇妖发出一声绝望的嘶鸣，庞大的身躯轰然倒地。</w:t>
      </w:r>
    </w:p>
    <w:p>
      <w:pPr>
        <w:spacing w:line="560" w:lineRule="exact"/>
        <w:ind w:firstLine="420"/>
      </w:pPr>
      <w:r>
        <w:rPr>
          <w:rFonts w:ascii="宋体" w:hAnsi="宋体" w:eastAsia="宋体"/>
          <w:sz w:val="24"/>
        </w:rPr>
        <w:t>【击杀蛇妖，获得经验值3000，金币10。】</w:t>
        <w:br/>
        <w:t>【恭喜升级！当前等级：7】</w:t>
      </w:r>
    </w:p>
    <w:p>
      <w:pPr>
        <w:spacing w:line="560" w:lineRule="exact"/>
        <w:ind w:firstLine="420"/>
      </w:pPr>
      <w:r>
        <w:rPr>
          <w:rFonts w:ascii="宋体" w:hAnsi="宋体" w:eastAsia="宋体"/>
          <w:sz w:val="24"/>
        </w:rPr>
        <w:t>蛇妖死后，堵住的泉水重新开始涌动。清澈的泉水从岩缝中汩汩流出，顺着通道汇入地面的泉池。</w:t>
      </w:r>
    </w:p>
    <w:p>
      <w:pPr>
        <w:spacing w:line="560" w:lineRule="exact"/>
        <w:ind w:firstLine="420"/>
      </w:pPr>
      <w:r>
        <w:rPr>
          <w:rFonts w:ascii="宋体" w:hAnsi="宋体" w:eastAsia="宋体"/>
          <w:sz w:val="24"/>
        </w:rPr>
        <w:t>林风正要离开，忽然看见蛇妖的尸体下压着一本泛黄的书册。</w:t>
      </w:r>
    </w:p>
    <w:p>
      <w:pPr>
        <w:spacing w:line="560" w:lineRule="exact"/>
        <w:ind w:firstLine="420"/>
      </w:pPr>
      <w:r>
        <w:rPr>
          <w:rFonts w:ascii="宋体" w:hAnsi="宋体" w:eastAsia="宋体"/>
          <w:sz w:val="24"/>
        </w:rPr>
        <w:t>他捡起来一看——</w:t>
      </w:r>
    </w:p>
    <w:p>
      <w:pPr>
        <w:spacing w:line="560" w:lineRule="exact"/>
        <w:ind w:firstLine="420"/>
      </w:pPr>
      <w:r>
        <w:rPr>
          <w:rFonts w:ascii="宋体" w:hAnsi="宋体" w:eastAsia="宋体"/>
          <w:sz w:val="24"/>
        </w:rPr>
        <w:t>【技能书：金钱冲击 Lv.2】</w:t>
        <w:br/>
        <w:t>使用后可将'金钱冲击'技能提升至2级：消耗2000游戏币，造成2000点伤害。</w:t>
      </w:r>
    </w:p>
    <w:p>
      <w:pPr>
        <w:spacing w:line="560" w:lineRule="exact"/>
        <w:ind w:firstLine="420"/>
      </w:pPr>
      <w:r>
        <w:rPr>
          <w:rFonts w:ascii="宋体" w:hAnsi="宋体" w:eastAsia="宋体"/>
          <w:sz w:val="24"/>
        </w:rPr>
        <w:t>升级版！伤害翻倍了！</w:t>
      </w:r>
    </w:p>
    <w:p>
      <w:pPr>
        <w:spacing w:line="560" w:lineRule="exact"/>
        <w:ind w:firstLine="420"/>
      </w:pPr>
      <w:r>
        <w:rPr>
          <w:rFonts w:ascii="宋体" w:hAnsi="宋体" w:eastAsia="宋体"/>
          <w:sz w:val="24"/>
        </w:rPr>
        <w:t>林风毫不犹豫地使用了技能书。金色的光芒融入他的身体，技能面板上的数字悄然变化。</w:t>
      </w:r>
    </w:p>
    <w:p>
      <w:pPr>
        <w:spacing w:line="560" w:lineRule="exact"/>
        <w:ind w:firstLine="420"/>
      </w:pPr>
      <w:r>
        <w:rPr>
          <w:rFonts w:ascii="宋体" w:hAnsi="宋体" w:eastAsia="宋体"/>
          <w:sz w:val="24"/>
        </w:rPr>
        <w:t>从1000到2000。这才第二级——如果一直升下去，这个技能的上限在哪里？</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爬回地面时，生命之泉已经完全恢复了流动。清澈的泉水沿着池壁流淌而下，滋润着干涸的土地。周围的植物以肉眼可见的速度恢复生机，枯黄的叶片重新泛绿。</w:t>
      </w:r>
    </w:p>
    <w:p>
      <w:pPr>
        <w:spacing w:line="560" w:lineRule="exact"/>
        <w:ind w:firstLine="420"/>
      </w:pPr>
      <w:r>
        <w:rPr>
          <w:rFonts w:ascii="宋体" w:hAnsi="宋体" w:eastAsia="宋体"/>
          <w:sz w:val="24"/>
        </w:rPr>
        <w:t>"成功了！"小雅眼睛亮起来，"你居然单杀了10级的蛇妖……怪不得神豪商人会选择你。"</w:t>
      </w:r>
    </w:p>
    <w:p>
      <w:pPr>
        <w:spacing w:line="560" w:lineRule="exact"/>
        <w:ind w:firstLine="420"/>
      </w:pPr>
      <w:r>
        <w:rPr>
          <w:rFonts w:ascii="宋体" w:hAnsi="宋体" w:eastAsia="宋体"/>
          <w:sz w:val="24"/>
        </w:rPr>
        <w:t>"什么意思？"</w:t>
      </w:r>
    </w:p>
    <w:p>
      <w:pPr>
        <w:spacing w:line="560" w:lineRule="exact"/>
        <w:ind w:firstLine="420"/>
      </w:pPr>
      <w:r>
        <w:rPr>
          <w:rFonts w:ascii="宋体" w:hAnsi="宋体" w:eastAsia="宋体"/>
          <w:sz w:val="24"/>
        </w:rPr>
        <w:t>"神豪商人不是谁都能触发的。"小雅认真地看着他，"系统会选择精神波长匹配的人。你身上，有某种特殊的东西。"</w:t>
      </w:r>
    </w:p>
    <w:p>
      <w:pPr>
        <w:spacing w:line="560" w:lineRule="exact"/>
        <w:ind w:firstLine="420"/>
      </w:pPr>
      <w:r>
        <w:rPr>
          <w:rFonts w:ascii="宋体" w:hAnsi="宋体" w:eastAsia="宋体"/>
          <w:sz w:val="24"/>
        </w:rPr>
        <w:t>林风若有所思地看着她。一个NPC，说出了这么深邃的话。这让他开始怀疑——《天界》真的只是个游戏吗？</w:t>
      </w:r>
    </w:p>
    <w:p>
      <w:pPr>
        <w:spacing w:line="560" w:lineRule="exact"/>
        <w:ind w:firstLine="420"/>
      </w:pPr>
      <w:r>
        <w:rPr>
          <w:rFonts w:ascii="宋体" w:hAnsi="宋体" w:eastAsia="宋体"/>
          <w:sz w:val="24"/>
        </w:rPr>
        <w:t>他没有继续深想。回到阳光村，交完任务，等级升到了8级。李大山感激涕零，额外奖励了一件蓝色品质的护腕和50枚金币。</w:t>
      </w:r>
    </w:p>
    <w:p>
      <w:pPr>
        <w:spacing w:line="560" w:lineRule="exact"/>
        <w:ind w:firstLine="420"/>
      </w:pPr>
      <w:r>
        <w:rPr>
          <w:rFonts w:ascii="宋体" w:hAnsi="宋体" w:eastAsia="宋体"/>
          <w:sz w:val="24"/>
        </w:rPr>
        <w:t>打开属性面板，林风满意地看着自己的成长——</w:t>
      </w:r>
    </w:p>
    <w:p>
      <w:pPr>
        <w:spacing w:line="560" w:lineRule="exact"/>
        <w:ind w:firstLine="420"/>
      </w:pPr>
      <w:r>
        <w:rPr>
          <w:rFonts w:ascii="宋体" w:hAnsi="宋体" w:eastAsia="宋体"/>
          <w:sz w:val="24"/>
        </w:rPr>
        <w:t>【玩家信息】</w:t>
        <w:br/>
        <w:t>姓名：林风 | 等级：8</w:t>
        <w:br/>
        <w:t>职业：神豪商人（隐藏）</w:t>
        <w:br/>
        <w:t>生命值：1800/1800 | 攻击力：999 | 防御力：999</w:t>
        <w:br/>
        <w:t>技能：金钱冲击 Lv.2（消耗2000游戏币，造成2000伤害）</w:t>
      </w:r>
    </w:p>
    <w:p>
      <w:pPr>
        <w:spacing w:line="560" w:lineRule="exact"/>
        <w:ind w:firstLine="420"/>
      </w:pPr>
      <w:r>
        <w:rPr>
          <w:rFonts w:ascii="宋体" w:hAnsi="宋体" w:eastAsia="宋体"/>
          <w:sz w:val="24"/>
        </w:rPr>
        <w:t>才8级，攻击力已经接近满级玩家的水平了。等到了主城，他简直不敢想象自己会有多强。</w:t>
      </w:r>
    </w:p>
    <w:p>
      <w:pPr>
        <w:spacing w:line="560" w:lineRule="exact"/>
        <w:ind w:firstLine="420"/>
      </w:pPr>
      <w:r>
        <w:rPr>
          <w:rFonts w:ascii="宋体" w:hAnsi="宋体" w:eastAsia="宋体"/>
          <w:sz w:val="24"/>
        </w:rPr>
        <w:t>但林风还没来得及查看新装备的属性才8级，攻击力已经接近满级玩家的水平了。等到了主城，他简直不敢想象自己会有多强。\n\n但林风还没来得及查看新装备的属性——", "new_text": "\"神豪商人不是谁都能触发的。\"小雅认真地看着他，\"系统会选择精神波长匹配的人。你身上，有某种特殊的东西。\"\n\n林风若有所思地看着她。一个NPC，说出了这么深邃的话，让他开始怀疑——《天界》真的只是个游戏吗？\n\n他没有继续深想。回到阳光村，交完任务，等级升到了8级。李大山感激涕零，额外奖励了一件蓝色品质的护腕和50枚金币。\n\n林风打开属性面板，满意地看着自己的成长：\n\n【玩家信息】\n姓名：林风 | 等级：8\n职业：神豪商人（隐藏）\n生命值：1800/1800 | 攻击力：999 | 防御力：999\n技能：金钱冲击 Lv.2（消耗2000游戏币，造成2000伤害）\n\n才8级，攻击力已经接近满级玩家的水平。等到了主城，他简直不敢想象自己会有多强。\n\n但还没来得及查看新装备——"}]</w:t>
      </w:r>
    </w:p>
    <w:p>
      <w:pPr>
        <w:spacing w:line="560" w:lineRule="exact"/>
        <w:ind w:firstLine="420"/>
      </w:pPr>
      <w:r>
        <w:rPr>
          <w:rFonts w:ascii="宋体" w:hAnsi="宋体" w:eastAsia="宋体"/>
          <w:sz w:val="24"/>
        </w:rPr>
        <w:t>村口方向忽然爆发出一阵喧闹声。</w:t>
      </w:r>
    </w:p>
    <w:p>
      <w:pPr>
        <w:spacing w:line="560" w:lineRule="exact"/>
        <w:ind w:firstLine="420"/>
      </w:pPr>
      <w:r>
        <w:rPr>
          <w:rFonts w:ascii="宋体" w:hAnsi="宋体" w:eastAsia="宋体"/>
          <w:sz w:val="24"/>
        </w:rPr>
        <w:t>"风中追风！给老子滚出来！"</w:t>
      </w:r>
    </w:p>
    <w:p>
      <w:pPr>
        <w:spacing w:line="560" w:lineRule="exact"/>
        <w:ind w:firstLine="420"/>
      </w:pPr>
      <w:r>
        <w:rPr>
          <w:rFonts w:ascii="宋体" w:hAnsi="宋体" w:eastAsia="宋体"/>
          <w:sz w:val="24"/>
        </w:rPr>
        <w:t>一个嚣张的声音穿透了整个村子。</w:t>
      </w:r>
    </w:p>
    <w:p>
      <w:pPr>
        <w:spacing w:line="560" w:lineRule="exact"/>
        <w:ind w:firstLine="420"/>
      </w:pPr>
      <w:r>
        <w:rPr>
          <w:rFonts w:ascii="宋体" w:hAnsi="宋体" w:eastAsia="宋体"/>
          <w:sz w:val="24"/>
        </w:rPr>
        <w:t>林风眉头一皱，走到村口一看——</w:t>
      </w:r>
    </w:p>
    <w:p>
      <w:pPr>
        <w:spacing w:line="560" w:lineRule="exact"/>
        <w:ind w:firstLine="420"/>
      </w:pPr>
      <w:r>
        <w:rPr>
          <w:rFonts w:ascii="宋体" w:hAnsi="宋体" w:eastAsia="宋体"/>
          <w:sz w:val="24"/>
        </w:rPr>
        <w:t>王浩站在最前面，手中握着一把闪着蓝光的精钢长剑。他身后黑压压地站着二十多个玩家，清一色5级左右，装备精良，显然是花了钱招募的打手。</w:t>
      </w:r>
    </w:p>
    <w:p>
      <w:pPr>
        <w:spacing w:line="560" w:lineRule="exact"/>
        <w:ind w:firstLine="420"/>
      </w:pPr>
      <w:r>
        <w:rPr>
          <w:rFonts w:ascii="宋体" w:hAnsi="宋体" w:eastAsia="宋体"/>
          <w:sz w:val="24"/>
        </w:rPr>
        <w:t>村口的新手玩家们纷纷围了过来，窃窃私语：</w:t>
      </w:r>
    </w:p>
    <w:p>
      <w:pPr>
        <w:spacing w:line="560" w:lineRule="exact"/>
        <w:ind w:firstLine="420"/>
      </w:pPr>
      <w:r>
        <w:rPr>
          <w:rFonts w:ascii="宋体" w:hAnsi="宋体" w:eastAsia="宋体"/>
          <w:sz w:val="24"/>
        </w:rPr>
        <w:t>"我靠，王浩这阵仗够大的……"</w:t>
        <w:br/>
        <w:t>"二十多个打一个？至于吗？"</w:t>
        <w:br/>
        <w:t>"你懂什么，风中追风拿了首杀公告，王浩肯定不服气。"</w:t>
        <w:br/>
        <w:t>"二十个打一个也叫不服气？这叫不要脸！"</w:t>
      </w:r>
    </w:p>
    <w:p>
      <w:pPr>
        <w:spacing w:line="560" w:lineRule="exact"/>
        <w:ind w:firstLine="420"/>
      </w:pPr>
      <w:r>
        <w:rPr>
          <w:rFonts w:ascii="宋体" w:hAnsi="宋体" w:eastAsia="宋体"/>
          <w:sz w:val="24"/>
        </w:rPr>
        <w:t>王浩举起长剑直指林风，脸上挂着志在必得的冷笑：</w:t>
      </w:r>
    </w:p>
    <w:p>
      <w:pPr>
        <w:spacing w:line="560" w:lineRule="exact"/>
        <w:ind w:firstLine="420"/>
      </w:pPr>
      <w:r>
        <w:rPr>
          <w:rFonts w:ascii="宋体" w:hAnsi="宋体" w:eastAsia="宋体"/>
          <w:sz w:val="24"/>
        </w:rPr>
        <w:t>"林风！听说你很能打？杀了个BOSS就觉得自己天下第一了？"他高声说道，"敢不敢跟老子打一场？输了的人，删号滚出《天界》！"</w:t>
      </w:r>
    </w:p>
    <w:p>
      <w:pPr>
        <w:spacing w:line="560" w:lineRule="exact"/>
        <w:ind w:firstLine="420"/>
      </w:pPr>
      <w:r>
        <w:rPr>
          <w:rFonts w:ascii="宋体" w:hAnsi="宋体" w:eastAsia="宋体"/>
          <w:sz w:val="24"/>
        </w:rPr>
        <w:t>全场哗然。</w:t>
      </w:r>
    </w:p>
    <w:p>
      <w:pPr>
        <w:spacing w:line="560" w:lineRule="exact"/>
        <w:ind w:firstLine="420"/>
      </w:pPr>
      <w:r>
        <w:rPr>
          <w:rFonts w:ascii="宋体" w:hAnsi="宋体" w:eastAsia="宋体"/>
          <w:sz w:val="24"/>
        </w:rPr>
        <w:t>林风看着王浩和他身后的二十多人，忽然笑了。</w:t>
      </w:r>
    </w:p>
    <w:p>
      <w:pPr>
        <w:spacing w:line="560" w:lineRule="exact"/>
        <w:ind w:firstLine="420"/>
      </w:pPr>
      <w:r>
        <w:rPr>
          <w:rFonts w:ascii="宋体" w:hAnsi="宋体" w:eastAsia="宋体"/>
          <w:sz w:val="24"/>
        </w:rPr>
        <w:t>他低头看了眼自己那999防御的传说铠甲，又看了眼面板上∞的游戏币余额。</w:t>
      </w:r>
    </w:p>
    <w:p>
      <w:pPr>
        <w:spacing w:line="560" w:lineRule="exact"/>
        <w:ind w:firstLine="420"/>
      </w:pPr>
      <w:r>
        <w:rPr>
          <w:rFonts w:ascii="宋体" w:hAnsi="宋体" w:eastAsia="宋体"/>
          <w:sz w:val="24"/>
        </w:rPr>
        <w:t>一个打二十个？</w:t>
      </w:r>
    </w:p>
    <w:p>
      <w:pPr>
        <w:spacing w:line="560" w:lineRule="exact"/>
        <w:ind w:firstLine="420"/>
      </w:pPr>
      <w:r>
        <w:rPr>
          <w:rFonts w:ascii="宋体" w:hAnsi="宋体" w:eastAsia="宋体"/>
          <w:sz w:val="24"/>
        </w:rPr>
        <w:t>"行啊。"</w:t>
      </w:r>
    </w:p>
    <w:p>
      <w:pPr>
        <w:spacing w:line="560" w:lineRule="exact"/>
        <w:ind w:firstLine="420"/>
      </w:pPr>
      <w:r>
        <w:rPr>
          <w:rFonts w:ascii="宋体" w:hAnsi="宋体" w:eastAsia="宋体"/>
          <w:sz w:val="24"/>
        </w:rPr>
        <w:t>他踏前一步，右手握住腰间的神豪之剑。</w:t>
      </w:r>
    </w:p>
    <w:p>
      <w:pPr>
        <w:spacing w:line="560" w:lineRule="exact"/>
        <w:ind w:firstLine="420"/>
      </w:pPr>
      <w:r>
        <w:rPr>
          <w:rFonts w:ascii="宋体" w:hAnsi="宋体" w:eastAsia="宋体"/>
          <w:sz w:val="24"/>
        </w:rPr>
        <w:t>剑鞘拔出的瞬间——</w:t>
      </w:r>
    </w:p>
    <w:p>
      <w:pPr>
        <w:spacing w:line="560" w:lineRule="exact"/>
        <w:ind w:firstLine="420"/>
      </w:pPr>
      <w:r>
        <w:rPr>
          <w:rFonts w:ascii="宋体" w:hAnsi="宋体" w:eastAsia="宋体"/>
          <w:sz w:val="24"/>
        </w:rPr>
        <w:t>金色的光芒照亮了半个村口的天空。</w:t>
      </w:r>
    </w:p>
    <w:p>
      <w:pPr>
        <w:spacing w:line="560" w:lineRule="exact"/>
        <w:ind w:firstLine="420"/>
      </w:pPr>
      <w:r>
        <w:rPr>
          <w:rFonts w:ascii="宋体" w:hAnsi="宋体" w:eastAsia="宋体"/>
          <w:sz w:val="24"/>
        </w:rPr>
        <w:t>"谁先来？还是一起上？"</w:t>
      </w:r>
    </w:p>
    <w:p>
      <w:r>
        <w:br w:type="page"/>
      </w:r>
    </w:p>
    <w:p>
      <w:pPr>
        <w:jc w:val="center"/>
      </w:pPr>
      <w:r>
        <w:rPr>
          <w:b/>
          <w:sz w:val="32"/>
        </w:rPr>
        <w:t>第004章 神器现世</w:t>
      </w:r>
    </w:p>
    <w:p>
      <w:pPr>
        <w:jc w:val="center"/>
      </w:pPr>
      <w:r>
        <w:rPr>
          <w:color w:val="999999"/>
          <w:sz w:val="18"/>
        </w:rPr>
        <w:t>（2,500字）</w:t>
      </w:r>
    </w:p>
    <w:p/>
    <w:p>
      <w:pPr>
        <w:spacing w:line="560" w:lineRule="exact"/>
        <w:ind w:firstLine="420"/>
      </w:pPr>
      <w:r>
        <w:rPr>
          <w:rFonts w:ascii="宋体" w:hAnsi="宋体" w:eastAsia="宋体"/>
          <w:sz w:val="24"/>
        </w:rPr>
        <w:t>村口的气氛剑拔弩张，空气仿佛凝固了一般，连风吹过槐树的声音都清晰可闻。</w:t>
      </w:r>
    </w:p>
    <w:p>
      <w:pPr>
        <w:spacing w:line="560" w:lineRule="exact"/>
        <w:ind w:firstLine="420"/>
      </w:pPr>
      <w:r>
        <w:rPr>
          <w:rFonts w:ascii="宋体" w:hAnsi="宋体" w:eastAsia="宋体"/>
          <w:sz w:val="24"/>
        </w:rPr>
        <w:t>王浩带着二十多个玩家堵住了出村的路，一个个手握兵器，目光不善。看热闹的新手玩家围了里三层外三层，连村口那棵老槐树的枝丫上都爬满了人。</w:t>
      </w:r>
    </w:p>
    <w:p>
      <w:pPr>
        <w:spacing w:line="560" w:lineRule="exact"/>
        <w:ind w:firstLine="420"/>
      </w:pPr>
      <w:r>
        <w:rPr>
          <w:rFonts w:ascii="宋体" w:hAnsi="宋体" w:eastAsia="宋体"/>
          <w:sz w:val="24"/>
        </w:rPr>
        <w:t>公测第一天就有人要打群架——这瓜太大了，整个阳光村的人都来看热闹。</w:t>
      </w:r>
    </w:p>
    <w:p>
      <w:pPr>
        <w:spacing w:line="560" w:lineRule="exact"/>
        <w:ind w:firstLine="420"/>
      </w:pPr>
      <w:r>
        <w:rPr>
          <w:rFonts w:ascii="宋体" w:hAnsi="宋体" w:eastAsia="宋体"/>
          <w:sz w:val="24"/>
        </w:rPr>
        <w:t>"林风，别说我欺负你。"王浩举着那柄闪着蓝光的精钢长剑，声音在安静的村口格外刺耳，"我给你一个机会——跪下给我道个歉，说你配不上柳如烟，以后见了我叫爷爷，今天这事就算了。"</w:t>
      </w:r>
    </w:p>
    <w:p>
      <w:pPr>
        <w:spacing w:line="560" w:lineRule="exact"/>
        <w:ind w:firstLine="420"/>
      </w:pPr>
      <w:r>
        <w:rPr>
          <w:rFonts w:ascii="宋体" w:hAnsi="宋体" w:eastAsia="宋体"/>
          <w:sz w:val="24"/>
        </w:rPr>
        <w:t>围观的人群发出一阵嘘声和哄笑。</w:t>
      </w:r>
    </w:p>
    <w:p>
      <w:pPr>
        <w:spacing w:line="560" w:lineRule="exact"/>
        <w:ind w:firstLine="420"/>
      </w:pPr>
      <w:r>
        <w:rPr>
          <w:rFonts w:ascii="宋体" w:hAnsi="宋体" w:eastAsia="宋体"/>
          <w:sz w:val="24"/>
        </w:rPr>
        <w:t>"跪下道歉？王浩你也太狠了！"</w:t>
        <w:br/>
        <w:t>"就是，多大仇啊这是！"</w:t>
        <w:br/>
        <w:t>"你不懂了吧，这是在争女人呢！柳如烟那种级别的校花，谁不想要？"</w:t>
        <w:br/>
        <w:t>"但这也太欺负人了，二十多个打一个还要人下跪！"</w:t>
      </w:r>
    </w:p>
    <w:p>
      <w:pPr>
        <w:spacing w:line="560" w:lineRule="exact"/>
        <w:ind w:firstLine="420"/>
      </w:pPr>
      <w:r>
        <w:rPr>
          <w:rFonts w:ascii="宋体" w:hAnsi="宋体" w:eastAsia="宋体"/>
          <w:sz w:val="24"/>
        </w:rPr>
        <w:t>人群中，赵铁柱握着拳头，脸涨得通红，脑门上青筋暴起。他想冲上去帮忙，但被旁边的人死死拉住了——他一个3级的玩家，上去也是送死，一箭就能被秒。</w:t>
      </w:r>
    </w:p>
    <w:p>
      <w:pPr>
        <w:spacing w:line="560" w:lineRule="exact"/>
        <w:ind w:firstLine="420"/>
      </w:pPr>
      <w:r>
        <w:rPr>
          <w:rFonts w:ascii="宋体" w:hAnsi="宋体" w:eastAsia="宋体"/>
          <w:sz w:val="24"/>
        </w:rPr>
        <w:t>林风却突然笑了出来。不是苦笑，也不是强装镇定——是发自内心的、觉得这事真的很好笑。</w:t>
      </w:r>
    </w:p>
    <w:p>
      <w:pPr>
        <w:spacing w:line="560" w:lineRule="exact"/>
        <w:ind w:firstLine="420"/>
      </w:pPr>
      <w:r>
        <w:rPr>
          <w:rFonts w:ascii="宋体" w:hAnsi="宋体" w:eastAsia="宋体"/>
          <w:sz w:val="24"/>
        </w:rPr>
        <w:t>他抬起手中的神豪之剑，剑身在午后的阳光下泛着流转的金色光芒。剑刃上的金色纹路仿佛活物，随着光影缓缓流动，散发出令人目眩神迷的光泽。</w:t>
      </w:r>
    </w:p>
    <w:p>
      <w:pPr>
        <w:spacing w:line="560" w:lineRule="exact"/>
        <w:ind w:firstLine="420"/>
      </w:pPr>
      <w:r>
        <w:rPr>
          <w:rFonts w:ascii="宋体" w:hAnsi="宋体" w:eastAsia="宋体"/>
          <w:sz w:val="24"/>
        </w:rPr>
        <w:t>"王浩，你知道你这把精钢剑多少钱吗？"林风语气平静得像在聊天气。</w:t>
      </w:r>
    </w:p>
    <w:p>
      <w:pPr>
        <w:spacing w:line="560" w:lineRule="exact"/>
        <w:ind w:firstLine="420"/>
      </w:pPr>
      <w:r>
        <w:rPr>
          <w:rFonts w:ascii="宋体" w:hAnsi="宋体" w:eastAsia="宋体"/>
          <w:sz w:val="24"/>
        </w:rPr>
        <w:t>王浩一愣，没料到他问这个："关你什么屁事？五十万游戏币！怎么，羡慕了？"</w:t>
      </w:r>
    </w:p>
    <w:p>
      <w:pPr>
        <w:spacing w:line="560" w:lineRule="exact"/>
        <w:ind w:firstLine="420"/>
      </w:pPr>
      <w:r>
        <w:rPr>
          <w:rFonts w:ascii="宋体" w:hAnsi="宋体" w:eastAsia="宋体"/>
          <w:sz w:val="24"/>
        </w:rPr>
        <w:t>"五十万。"林风点了点头，"挺多的。省吃俭用好久吧？"</w:t>
      </w:r>
    </w:p>
    <w:p>
      <w:pPr>
        <w:spacing w:line="560" w:lineRule="exact"/>
        <w:ind w:firstLine="420"/>
      </w:pPr>
      <w:r>
        <w:rPr>
          <w:rFonts w:ascii="宋体" w:hAnsi="宋体" w:eastAsia="宋体"/>
          <w:sz w:val="24"/>
        </w:rPr>
        <w:t>"你——！"王浩脸色一沉。</w:t>
      </w:r>
    </w:p>
    <w:p>
      <w:pPr>
        <w:spacing w:line="560" w:lineRule="exact"/>
        <w:ind w:firstLine="420"/>
      </w:pPr>
      <w:r>
        <w:rPr>
          <w:rFonts w:ascii="宋体" w:hAnsi="宋体" w:eastAsia="宋体"/>
          <w:sz w:val="24"/>
        </w:rPr>
        <w:t>林风不紧不慢地打开神豪系统，扫了一眼余额——一亿游戏币。然后又看了眼装备栏里那五件闪着金光的传说装备。</w:t>
      </w:r>
    </w:p>
    <w:p>
      <w:pPr>
        <w:spacing w:line="560" w:lineRule="exact"/>
        <w:ind w:firstLine="420"/>
      </w:pPr>
      <w:r>
        <w:rPr>
          <w:rFonts w:ascii="宋体" w:hAnsi="宋体" w:eastAsia="宋体"/>
          <w:sz w:val="24"/>
        </w:rPr>
        <w:t>"我这把剑——"他举起神豪之剑，锋刃上的流光在阳光下划出一道优美的弧线，"传说道具，攻击+999。整个《天界》仅此一把，神豪商人专属武器。你猜——多少钱？"</w:t>
      </w:r>
    </w:p>
    <w:p>
      <w:pPr>
        <w:spacing w:line="560" w:lineRule="exact"/>
        <w:ind w:firstLine="420"/>
      </w:pPr>
      <w:r>
        <w:rPr>
          <w:rFonts w:ascii="宋体" w:hAnsi="宋体" w:eastAsia="宋体"/>
          <w:sz w:val="24"/>
        </w:rPr>
        <w:t>王浩的脸色以肉眼可见的速度开始发白，嘴唇微微发颤。他身后的打手们也面面相觑，眼神里多了几分犹豫。</w:t>
      </w:r>
    </w:p>
    <w:p>
      <w:pPr>
        <w:spacing w:line="560" w:lineRule="exact"/>
        <w:ind w:firstLine="420"/>
      </w:pPr>
      <w:r>
        <w:rPr>
          <w:rFonts w:ascii="宋体" w:hAnsi="宋体" w:eastAsia="宋体"/>
          <w:sz w:val="24"/>
        </w:rPr>
        <w:t>"新手大礼包送的，没花钱。"林风笑了笑，"不过说实话，就算把它标价一亿游戏币，也有价无市。因为全服——只有我有。"</w:t>
      </w:r>
    </w:p>
    <w:p>
      <w:pPr>
        <w:spacing w:line="560" w:lineRule="exact"/>
        <w:ind w:firstLine="420"/>
      </w:pPr>
      <w:r>
        <w:rPr>
          <w:rFonts w:ascii="宋体" w:hAnsi="宋体" w:eastAsia="宋体"/>
          <w:sz w:val="24"/>
        </w:rPr>
        <w:t>"放你妈的屁！"王浩恼羞成怒，脸涨成了猪肝色，"你他妈一个穷鬼，哪来的传说武器！兄弟们，给我上！打死他！出了事我兜着！"</w:t>
      </w:r>
    </w:p>
    <w:p>
      <w:pPr>
        <w:spacing w:line="560" w:lineRule="exact"/>
        <w:ind w:firstLine="420"/>
      </w:pPr>
      <w:r>
        <w:rPr>
          <w:rFonts w:ascii="宋体" w:hAnsi="宋体" w:eastAsia="宋体"/>
          <w:sz w:val="24"/>
        </w:rPr>
        <w:t>二十多人一拥而上！</w:t>
      </w:r>
    </w:p>
    <w:p>
      <w:pPr>
        <w:spacing w:line="560" w:lineRule="exact"/>
        <w:ind w:firstLine="420"/>
      </w:pPr>
      <w:r>
        <w:rPr>
          <w:rFonts w:ascii="宋体" w:hAnsi="宋体" w:eastAsia="宋体"/>
          <w:sz w:val="24"/>
        </w:rPr>
        <w:t>各种技能的光芒在村口同时绽放——战士的冲锋拖着残影、法师的火球拖着焰尾、弓箭手的箭矢破空尖啸，铺天盖地地朝林风轰来！</w:t>
      </w:r>
    </w:p>
    <w:p>
      <w:pPr>
        <w:spacing w:line="560" w:lineRule="exact"/>
        <w:ind w:firstLine="420"/>
      </w:pPr>
      <w:r>
        <w:rPr>
          <w:rFonts w:ascii="宋体" w:hAnsi="宋体" w:eastAsia="宋体"/>
          <w:sz w:val="24"/>
        </w:rPr>
        <w:t>围观群众惊呼着纷纷后退，生怕被误伤。</w:t>
      </w:r>
    </w:p>
    <w:p>
      <w:pPr>
        <w:spacing w:line="560" w:lineRule="exact"/>
        <w:ind w:firstLine="420"/>
      </w:pPr>
      <w:r>
        <w:rPr>
          <w:rFonts w:ascii="宋体" w:hAnsi="宋体" w:eastAsia="宋体"/>
          <w:sz w:val="24"/>
        </w:rPr>
        <w:t>面对这铺天盖地的攻击，林风没有躲。</w:t>
      </w:r>
    </w:p>
    <w:p>
      <w:pPr>
        <w:spacing w:line="560" w:lineRule="exact"/>
        <w:ind w:firstLine="420"/>
      </w:pPr>
      <w:r>
        <w:rPr>
          <w:rFonts w:ascii="宋体" w:hAnsi="宋体" w:eastAsia="宋体"/>
          <w:sz w:val="24"/>
        </w:rPr>
        <w:t>他就那么站在原地，举剑在胸前一横——格挡姿态。</w:t>
      </w:r>
    </w:p>
    <w:p>
      <w:pPr>
        <w:spacing w:line="560" w:lineRule="exact"/>
        <w:ind w:firstLine="420"/>
      </w:pPr>
      <w:r>
        <w:rPr>
          <w:rFonts w:ascii="宋体" w:hAnsi="宋体" w:eastAsia="宋体"/>
          <w:sz w:val="24"/>
        </w:rPr>
        <w:t>叮叮当当——！！！</w:t>
      </w:r>
    </w:p>
    <w:p>
      <w:pPr>
        <w:spacing w:line="560" w:lineRule="exact"/>
        <w:ind w:firstLine="420"/>
      </w:pPr>
      <w:r>
        <w:rPr>
          <w:rFonts w:ascii="宋体" w:hAnsi="宋体" w:eastAsia="宋体"/>
          <w:sz w:val="24"/>
        </w:rPr>
        <w:t>一连串密集的攻击打在他的传说铠甲上，溅起一片耀眼的火星。金属碰撞的铿锵声在村口回荡不绝。</w:t>
      </w:r>
    </w:p>
    <w:p>
      <w:pPr>
        <w:spacing w:line="560" w:lineRule="exact"/>
        <w:ind w:firstLine="420"/>
      </w:pPr>
      <w:r>
        <w:rPr>
          <w:rFonts w:ascii="宋体" w:hAnsi="宋体" w:eastAsia="宋体"/>
          <w:sz w:val="24"/>
        </w:rPr>
        <w:t>-1、-1、-3、MISS、MISS、MISS、-1、-2……</w:t>
      </w:r>
    </w:p>
    <w:p>
      <w:pPr>
        <w:spacing w:line="560" w:lineRule="exact"/>
        <w:ind w:firstLine="420"/>
      </w:pPr>
      <w:r>
        <w:rPr>
          <w:rFonts w:ascii="宋体" w:hAnsi="宋体" w:eastAsia="宋体"/>
          <w:sz w:val="24"/>
        </w:rPr>
        <w:t>一连串可怜巴巴的个位数伤害从林风头顶飘起。二十多人的全力集火，总共打掉了他不到50点血。</w:t>
      </w:r>
    </w:p>
    <w:p>
      <w:pPr>
        <w:spacing w:line="560" w:lineRule="exact"/>
        <w:ind w:firstLine="420"/>
      </w:pPr>
      <w:r>
        <w:rPr>
          <w:rFonts w:ascii="宋体" w:hAnsi="宋体" w:eastAsia="宋体"/>
          <w:sz w:val="24"/>
        </w:rPr>
        <w:t>而他的总血量——1800。</w:t>
      </w:r>
    </w:p>
    <w:p>
      <w:pPr>
        <w:spacing w:line="560" w:lineRule="exact"/>
        <w:ind w:firstLine="420"/>
      </w:pPr>
      <w:r>
        <w:rPr>
          <w:rFonts w:ascii="宋体" w:hAnsi="宋体" w:eastAsia="宋体"/>
          <w:sz w:val="24"/>
        </w:rPr>
        <w:t>村口陷入了诡异的沉默。围观的新手玩家们张大了嘴巴，有人手里的炒板栗都掉到了地上。</w:t>
      </w:r>
    </w:p>
    <w:p>
      <w:pPr>
        <w:spacing w:line="560" w:lineRule="exact"/>
        <w:ind w:firstLine="420"/>
      </w:pPr>
      <w:r>
        <w:rPr>
          <w:rFonts w:ascii="宋体" w:hAnsi="宋体" w:eastAsia="宋体"/>
          <w:sz w:val="24"/>
        </w:rPr>
        <w:t>二十多个打一个，一轮技能全交——对方只掉了不到3%的血。</w:t>
      </w:r>
    </w:p>
    <w:p>
      <w:pPr>
        <w:spacing w:line="560" w:lineRule="exact"/>
        <w:ind w:firstLine="420"/>
      </w:pPr>
      <w:r>
        <w:rPr>
          <w:rFonts w:ascii="宋体" w:hAnsi="宋体" w:eastAsia="宋体"/>
          <w:sz w:val="24"/>
        </w:rPr>
        <w:t>这打个毛？</w:t>
      </w:r>
    </w:p>
    <w:p>
      <w:pPr>
        <w:spacing w:line="560" w:lineRule="exact"/>
        <w:ind w:firstLine="420"/>
      </w:pPr>
      <w:r>
        <w:rPr>
          <w:rFonts w:ascii="宋体" w:hAnsi="宋体" w:eastAsia="宋体"/>
          <w:sz w:val="24"/>
        </w:rPr>
        <w:t>"打完了？"林风拍了拍铠甲上根本不存在的灰尘，语气轻松得像刚散了步回来，"那轮到我了。"</w:t>
      </w:r>
    </w:p>
    <w:p>
      <w:pPr>
        <w:spacing w:line="560" w:lineRule="exact"/>
        <w:ind w:firstLine="420"/>
      </w:pPr>
      <w:r>
        <w:rPr>
          <w:rFonts w:ascii="宋体" w:hAnsi="宋体" w:eastAsia="宋体"/>
          <w:sz w:val="24"/>
        </w:rPr>
        <w:t>话音未落，他的身影消失了。</w:t>
      </w:r>
    </w:p>
    <w:p>
      <w:pPr>
        <w:spacing w:line="560" w:lineRule="exact"/>
        <w:ind w:firstLine="420"/>
      </w:pPr>
      <w:r>
        <w:rPr>
          <w:rFonts w:ascii="宋体" w:hAnsi="宋体" w:eastAsia="宋体"/>
          <w:sz w:val="24"/>
        </w:rPr>
        <w:t>不是夸张——是真的消失了。999的攻击力带来的属性加成，让他的移动速度快到普通玩家的肉眼几乎跟不上。</w:t>
      </w:r>
    </w:p>
    <w:p>
      <w:pPr>
        <w:spacing w:line="560" w:lineRule="exact"/>
        <w:ind w:firstLine="420"/>
      </w:pPr>
      <w:r>
        <w:rPr>
          <w:rFonts w:ascii="宋体" w:hAnsi="宋体" w:eastAsia="宋体"/>
          <w:sz w:val="24"/>
        </w:rPr>
        <w:t>下一秒，他出现在人群中——</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一道金色的剑光横扫而出！最前面的两个战士甚至没看清发生了什么，血条瞬间清空，化作白光消失！</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反手一剑横斩，一个正在读条的法师被拦腰斩断，连惨叫都没来得及发出，就化作白光消散！</w:t>
      </w:r>
    </w:p>
    <w:p>
      <w:pPr>
        <w:spacing w:line="560" w:lineRule="exact"/>
        <w:ind w:firstLine="420"/>
      </w:pPr>
      <w:r>
        <w:rPr>
          <w:rFonts w:ascii="宋体" w:hAnsi="宋体" w:eastAsia="宋体"/>
          <w:sz w:val="24"/>
        </w:rPr>
        <w:t>"卧槽！！！"</w:t>
        <w:br/>
        <w:t>"一刀一个？？？"</w:t>
        <w:br/>
        <w:t>"他攻击力到底多少啊！"</w:t>
        <w:br/>
        <w:t>"999！我看到了！他的面板显示攻击力999！"</w:t>
        <w:br/>
        <w:t>"一级999攻击力？？这游戏还能玩吗？！"</w:t>
      </w:r>
    </w:p>
    <w:p>
      <w:pPr>
        <w:spacing w:line="560" w:lineRule="exact"/>
        <w:ind w:firstLine="420"/>
      </w:pPr>
      <w:r>
        <w:rPr>
          <w:rFonts w:ascii="宋体" w:hAnsi="宋体" w:eastAsia="宋体"/>
          <w:sz w:val="24"/>
        </w:rPr>
        <w:t>围观群众彻底炸了。</w:t>
      </w:r>
    </w:p>
    <w:p>
      <w:pPr>
        <w:spacing w:line="560" w:lineRule="exact"/>
        <w:ind w:firstLine="420"/>
      </w:pPr>
      <w:r>
        <w:rPr>
          <w:rFonts w:ascii="宋体" w:hAnsi="宋体" w:eastAsia="宋体"/>
          <w:sz w:val="24"/>
        </w:rPr>
        <w:t>林风在人群中如入无人之境，脚步快得像一道金色的影子。他手中的神豪之剑划出优美的弧线，金色的剑光不断闪烁，每一次亮起，都伴随着一道刺眼的白光和一声短促的惨叫。</w:t>
      </w:r>
    </w:p>
    <w:p>
      <w:pPr>
        <w:spacing w:line="560" w:lineRule="exact"/>
        <w:ind w:firstLine="420"/>
      </w:pPr>
      <w:r>
        <w:rPr>
          <w:rFonts w:ascii="宋体" w:hAnsi="宋体" w:eastAsia="宋体"/>
          <w:sz w:val="24"/>
        </w:rPr>
        <w:t>——999！</w:t>
        <w:br/>
        <w:t>——999！</w:t>
        <w:br/>
        <w:t>——999！</w:t>
      </w:r>
    </w:p>
    <w:p>
      <w:pPr>
        <w:spacing w:line="560" w:lineRule="exact"/>
        <w:ind w:firstLine="420"/>
      </w:pPr>
      <w:r>
        <w:rPr>
          <w:rFonts w:ascii="宋体" w:hAnsi="宋体" w:eastAsia="宋体"/>
          <w:sz w:val="24"/>
        </w:rPr>
        <w:t>那些王浩花重金从其他新手村招募来的打手，在他面前像纸糊的一样不堪一击，连像样的反抗都组织不起来。战士扛不住一剑，法师被贴脸秒杀，弓箭手连箭都没来得及搭上就被送走。</w:t>
      </w:r>
    </w:p>
    <w:p>
      <w:pPr>
        <w:spacing w:line="560" w:lineRule="exact"/>
        <w:ind w:firstLine="420"/>
      </w:pPr>
      <w:r>
        <w:rPr>
          <w:rFonts w:ascii="宋体" w:hAnsi="宋体" w:eastAsia="宋体"/>
          <w:sz w:val="24"/>
        </w:rPr>
        <w:t>不到两分钟，二十多人被杀了十七个。剩下的三个人吓得魂飞魄散，转身就跑，连滚带爬地逃离了村口。</w:t>
      </w:r>
    </w:p>
    <w:p>
      <w:pPr>
        <w:spacing w:line="560" w:lineRule="exact"/>
        <w:ind w:firstLine="420"/>
      </w:pPr>
      <w:r>
        <w:rPr>
          <w:rFonts w:ascii="宋体" w:hAnsi="宋体" w:eastAsia="宋体"/>
          <w:sz w:val="24"/>
        </w:rPr>
        <w:t>村口的地面上，散落着十几件掉落的装备和几十瓶药水，在阳光照射下闪闪发光，惹得围观玩家们一阵眼馋——但谁也没人敢上前去捡。</w:t>
      </w:r>
    </w:p>
    <w:p>
      <w:pPr>
        <w:spacing w:line="560" w:lineRule="exact"/>
        <w:ind w:firstLine="420"/>
      </w:pPr>
      <w:r>
        <w:rPr>
          <w:rFonts w:ascii="宋体" w:hAnsi="宋体" w:eastAsia="宋体"/>
          <w:sz w:val="24"/>
        </w:rPr>
        <w:t>而王浩——</w:t>
      </w:r>
    </w:p>
    <w:p>
      <w:pPr>
        <w:spacing w:line="560" w:lineRule="exact"/>
        <w:ind w:firstLine="420"/>
      </w:pPr>
      <w:r>
        <w:rPr>
          <w:rFonts w:ascii="宋体" w:hAnsi="宋体" w:eastAsia="宋体"/>
          <w:sz w:val="24"/>
        </w:rPr>
        <w:t>他站在原地，双腿像筛糠一样抖个不停，脸色惨白如纸，额头上豆大的冷汗滚落下来。</w:t>
      </w:r>
    </w:p>
    <w:p>
      <w:pPr>
        <w:spacing w:line="560" w:lineRule="exact"/>
        <w:ind w:firstLine="420"/>
      </w:pPr>
      <w:r>
        <w:rPr>
          <w:rFonts w:ascii="宋体" w:hAnsi="宋体" w:eastAsia="宋体"/>
          <w:sz w:val="24"/>
        </w:rPr>
        <w:t>他带来的二十多人，只剩他一个了。</w:t>
      </w:r>
    </w:p>
    <w:p>
      <w:pPr>
        <w:spacing w:line="560" w:lineRule="exact"/>
        <w:ind w:firstLine="420"/>
      </w:pPr>
      <w:r>
        <w:rPr>
          <w:rFonts w:ascii="宋体" w:hAnsi="宋体" w:eastAsia="宋体"/>
          <w:sz w:val="24"/>
        </w:rPr>
        <w:t>而林风——一滴血都没掉。</w:t>
      </w:r>
    </w:p>
    <w:p>
      <w:pPr>
        <w:spacing w:line="560" w:lineRule="exact"/>
        <w:ind w:firstLine="420"/>
      </w:pPr>
      <w:r>
        <w:rPr>
          <w:rFonts w:ascii="宋体" w:hAnsi="宋体" w:eastAsia="宋体"/>
          <w:sz w:val="24"/>
        </w:rPr>
        <w:t>"不可能……不可能……"王浩喃喃自语，手中的精钢剑抖得叮当作响，"你怎么可能这么强……你一定作弊了……"</w:t>
      </w:r>
    </w:p>
    <w:p>
      <w:pPr>
        <w:spacing w:line="560" w:lineRule="exact"/>
        <w:ind w:firstLine="420"/>
      </w:pPr>
      <w:r>
        <w:rPr>
          <w:rFonts w:ascii="宋体" w:hAnsi="宋体" w:eastAsia="宋体"/>
          <w:sz w:val="24"/>
        </w:rPr>
        <w:t>"我说了。"林风一步一步不紧不慢地朝他走去他，神豪之剑的剑尖锐利的锋利的剑尖拖在地面上，划出一道浅浅的痕迹，发出发出轻微的摩擦声，"一百万游戏币，在我面前连零头都算不上。"</w:t>
      </w:r>
    </w:p>
    <w:p>
      <w:pPr>
        <w:spacing w:line="560" w:lineRule="exact"/>
        <w:ind w:firstLine="420"/>
      </w:pPr>
      <w:r>
        <w:rPr>
          <w:rFonts w:ascii="宋体" w:hAnsi="宋体" w:eastAsia="宋体"/>
          <w:sz w:val="24"/>
        </w:rPr>
        <w:t>他走到王浩面前，停下。</w:t>
      </w:r>
    </w:p>
    <w:p>
      <w:pPr>
        <w:spacing w:line="560" w:lineRule="exact"/>
        <w:ind w:firstLine="420"/>
      </w:pPr>
      <w:r>
        <w:rPr>
          <w:rFonts w:ascii="宋体" w:hAnsi="宋体" w:eastAsia="宋体"/>
          <w:sz w:val="24"/>
        </w:rPr>
        <w:t>王浩的腿彻底软了，像被抽掉了骨头一样，一屁股瘫坐在地上。</w:t>
      </w:r>
    </w:p>
    <w:p>
      <w:pPr>
        <w:spacing w:line="560" w:lineRule="exact"/>
        <w:ind w:firstLine="420"/>
      </w:pPr>
      <w:r>
        <w:rPr>
          <w:rFonts w:ascii="宋体" w:hAnsi="宋体" w:eastAsia="宋体"/>
          <w:sz w:val="24"/>
        </w:rPr>
        <w:t>围观人群爆发出一阵哄堂大笑。</w:t>
      </w:r>
    </w:p>
    <w:p>
      <w:pPr>
        <w:spacing w:line="560" w:lineRule="exact"/>
        <w:ind w:firstLine="420"/>
      </w:pPr>
      <w:r>
        <w:rPr>
          <w:rFonts w:ascii="宋体" w:hAnsi="宋体" w:eastAsia="宋体"/>
          <w:sz w:val="24"/>
        </w:rPr>
        <w:t>"哈哈哈！刚才不是挺狂的吗！"</w:t>
        <w:br/>
        <w:t>"二十多个打人家一个，被反杀了十七个，还跑了三个！"</w:t>
        <w:br/>
        <w:t>"王浩，你这脸打得啪啪响啊！以后还能在阳光村混吗？"</w:t>
        <w:br/>
        <w:t>"我看他以后见到风中追风都得绕道走！"</w:t>
      </w:r>
    </w:p>
    <w:p>
      <w:pPr>
        <w:spacing w:line="560" w:lineRule="exact"/>
        <w:ind w:firstLine="420"/>
      </w:pPr>
      <w:r>
        <w:rPr>
          <w:rFonts w:ascii="宋体" w:hAnsi="宋体" w:eastAsia="宋体"/>
          <w:sz w:val="24"/>
        </w:rPr>
        <w:t>林风低头看着瘫坐在地的王浩。曾经在食堂里趾高气扬地羞辱他的富二代，此刻狼狈得像一条丧家之犬，浑身发抖，连抬头看他的勇气都没有。</w:t>
      </w:r>
    </w:p>
    <w:p>
      <w:pPr>
        <w:spacing w:line="560" w:lineRule="exact"/>
        <w:ind w:firstLine="420"/>
      </w:pPr>
      <w:r>
        <w:rPr>
          <w:rFonts w:ascii="宋体" w:hAnsi="宋体" w:eastAsia="宋体"/>
          <w:sz w:val="24"/>
        </w:rPr>
        <w:t>"滚吧。"</w:t>
      </w:r>
    </w:p>
    <w:p>
      <w:pPr>
        <w:spacing w:line="560" w:lineRule="exact"/>
        <w:ind w:firstLine="420"/>
      </w:pPr>
      <w:r>
        <w:rPr>
          <w:rFonts w:ascii="宋体" w:hAnsi="宋体" w:eastAsia="宋体"/>
          <w:sz w:val="24"/>
        </w:rPr>
        <w:t>林风干净利落地收起神豪之剑，转身离开。金色的铠甲在阳光下流转着淡淡的光芒。</w:t>
      </w:r>
    </w:p>
    <w:p>
      <w:pPr>
        <w:spacing w:line="560" w:lineRule="exact"/>
        <w:ind w:firstLine="420"/>
      </w:pPr>
      <w:r>
        <w:rPr>
          <w:rFonts w:ascii="宋体" w:hAnsi="宋体" w:eastAsia="宋体"/>
          <w:sz w:val="24"/>
        </w:rPr>
        <w:t>他没有杀王浩。不是因为仁慈——而是让他活着，比杀了他更让他难受。从今天起，王浩在阳光村再也抬不起头。而这才只是开始。</w:t>
      </w:r>
    </w:p>
    <w:p>
      <w:pPr>
        <w:spacing w:line="560" w:lineRule="exact"/>
        <w:ind w:firstLine="420"/>
      </w:pPr>
      <w:r>
        <w:rPr>
          <w:rFonts w:ascii="宋体" w:hAnsi="宋体" w:eastAsia="宋体"/>
          <w:sz w:val="24"/>
        </w:rPr>
        <w:t>王浩坐在地上，浑身止不住地发抖，看着林风金色的背影消失在村路尽头。周围围观玩家的目光像刀子一样扎在他身上，他恨不得立刻下线消失。他死死攥紧拳头，指甲嵌进了掌心，渗出丝丝血迹。</w:t>
      </w:r>
    </w:p>
    <w:p>
      <w:pPr>
        <w:spacing w:line="560" w:lineRule="exact"/>
        <w:ind w:firstLine="420"/>
      </w:pPr>
      <w:r>
        <w:rPr>
          <w:rFonts w:ascii="宋体" w:hAnsi="宋体" w:eastAsia="宋体"/>
          <w:sz w:val="24"/>
        </w:rPr>
        <w:t>"林风……你给老子等着……"他的声音低沉而怨毒，"我在天风城那边有人……到了主城，我看你怎么死！"</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林风回到村长家，把后续任务全部结算完毕。经验条再次涨满——</w:t>
      </w:r>
    </w:p>
    <w:p>
      <w:pPr>
        <w:spacing w:line="560" w:lineRule="exact"/>
        <w:ind w:firstLine="420"/>
      </w:pPr>
      <w:r>
        <w:rPr>
          <w:rFonts w:ascii="宋体" w:hAnsi="宋体" w:eastAsia="宋体"/>
          <w:sz w:val="24"/>
        </w:rPr>
        <w:t>【恭喜升级！当前等级：10，解锁全新游戏内容！】</w:t>
        <w:br/>
        <w:t>【解锁新功能：主城传送！】</w:t>
        <w:br/>
        <w:t>【您已获得前往天风城的资格！】</w:t>
      </w:r>
    </w:p>
    <w:p>
      <w:pPr>
        <w:spacing w:line="560" w:lineRule="exact"/>
        <w:ind w:firstLine="420"/>
      </w:pPr>
      <w:r>
        <w:rPr>
          <w:rFonts w:ascii="宋体" w:hAnsi="宋体" w:eastAsia="宋体"/>
          <w:sz w:val="24"/>
        </w:rPr>
        <w:t>终于十级了！</w:t>
      </w:r>
    </w:p>
    <w:p>
      <w:pPr>
        <w:spacing w:line="560" w:lineRule="exact"/>
        <w:ind w:firstLine="420"/>
      </w:pPr>
      <w:r>
        <w:rPr>
          <w:rFonts w:ascii="宋体" w:hAnsi="宋体" w:eastAsia="宋体"/>
          <w:sz w:val="24"/>
        </w:rPr>
        <w:t>但相比这些基本操作，更让林风在意的是——神豪系统的提示再次亮起：</w:t>
      </w:r>
    </w:p>
    <w:p>
      <w:pPr>
        <w:spacing w:line="560" w:lineRule="exact"/>
        <w:ind w:firstLine="420"/>
      </w:pPr>
      <w:r>
        <w:rPr>
          <w:rFonts w:ascii="宋体" w:hAnsi="宋体" w:eastAsia="宋体"/>
          <w:sz w:val="24"/>
        </w:rPr>
        <w:t>【系统提示：神豪系统：宿主等级达到10级！】</w:t>
        <w:br/>
        <w:t>【新功能解锁：财富转化——可在主城NPC'商会总管'处激活。】</w:t>
        <w:br/>
        <w:t>【财富转化：将游戏内资产按比例转化为现实财富。当前转化额度：10万元。】</w:t>
      </w:r>
    </w:p>
    <w:p>
      <w:pPr>
        <w:spacing w:line="560" w:lineRule="exact"/>
        <w:ind w:firstLine="420"/>
      </w:pPr>
      <w:r>
        <w:rPr>
          <w:rFonts w:ascii="宋体" w:hAnsi="宋体" w:eastAsia="宋体"/>
          <w:sz w:val="24"/>
        </w:rPr>
        <w:t>林风的心脏猛地一跳，呼吸都急促了几分。</w:t>
      </w:r>
    </w:p>
    <w:p>
      <w:pPr>
        <w:spacing w:line="560" w:lineRule="exact"/>
        <w:ind w:firstLine="420"/>
      </w:pPr>
      <w:r>
        <w:rPr>
          <w:rFonts w:ascii="宋体" w:hAnsi="宋体" w:eastAsia="宋体"/>
          <w:sz w:val="24"/>
        </w:rPr>
        <w:t>十万元。</w:t>
      </w:r>
    </w:p>
    <w:p>
      <w:pPr>
        <w:spacing w:line="560" w:lineRule="exact"/>
        <w:ind w:firstLine="420"/>
      </w:pPr>
      <w:r>
        <w:rPr>
          <w:rFonts w:ascii="宋体" w:hAnsi="宋体" w:eastAsia="宋体"/>
          <w:sz w:val="24"/>
        </w:rPr>
        <w:t>他今天进入《天界》还不到半天时间，系统就直接告诉他——你可以提现十万块了。</w:t>
      </w:r>
    </w:p>
    <w:p>
      <w:pPr>
        <w:spacing w:line="560" w:lineRule="exact"/>
        <w:ind w:firstLine="420"/>
      </w:pPr>
      <w:r>
        <w:rPr>
          <w:rFonts w:ascii="宋体" w:hAnsi="宋体" w:eastAsia="宋体"/>
          <w:sz w:val="24"/>
        </w:rPr>
        <w:t>而他才10级。后面的路还长得很。</w:t>
      </w:r>
    </w:p>
    <w:p>
      <w:pPr>
        <w:spacing w:line="560" w:lineRule="exact"/>
        <w:ind w:firstLine="420"/>
      </w:pPr>
      <w:r>
        <w:rPr>
          <w:rFonts w:ascii="宋体" w:hAnsi="宋体" w:eastAsia="宋体"/>
          <w:sz w:val="24"/>
        </w:rPr>
        <w:t>林风深吸一口气，目光投向远方那座隐约可见的巨大城市轮廓。</w:t>
      </w:r>
    </w:p>
    <w:p>
      <w:pPr>
        <w:spacing w:line="560" w:lineRule="exact"/>
        <w:ind w:firstLine="420"/>
      </w:pPr>
      <w:r>
        <w:rPr>
          <w:rFonts w:ascii="宋体" w:hAnsi="宋体" w:eastAsia="宋体"/>
          <w:sz w:val="24"/>
        </w:rPr>
        <w:t>天风城——他终于可以去了。</w:t>
      </w:r>
    </w:p>
    <w:p>
      <w:pPr>
        <w:spacing w:line="560" w:lineRule="exact"/>
        <w:ind w:firstLine="420"/>
      </w:pPr>
      <w:r>
        <w:rPr>
          <w:rFonts w:ascii="宋体" w:hAnsi="宋体" w:eastAsia="宋体"/>
          <w:sz w:val="24"/>
        </w:rPr>
        <w:t>而在那座城市的某座高塔顶层，一双布满血丝的眼睛收回了水晶球上的目光。</w:t>
      </w:r>
    </w:p>
    <w:p>
      <w:pPr>
        <w:spacing w:line="560" w:lineRule="exact"/>
        <w:ind w:firstLine="420"/>
      </w:pPr>
      <w:r>
        <w:rPr>
          <w:rFonts w:ascii="宋体" w:hAnsi="宋体" w:eastAsia="宋体"/>
          <w:sz w:val="24"/>
        </w:rPr>
        <w:t>"十级了……比预想的快得多。"那个沙哑的声音喃喃自语，"也是时候了。"</w:t>
      </w:r>
    </w:p>
    <w:p>
      <w:pPr>
        <w:spacing w:line="560" w:lineRule="exact"/>
        <w:ind w:firstLine="420"/>
      </w:pPr>
      <w:r>
        <w:rPr>
          <w:rFonts w:ascii="宋体" w:hAnsi="宋体" w:eastAsia="宋体"/>
          <w:sz w:val="24"/>
        </w:rPr>
        <w:t>他抬起苍白的手，在空中打了一个响指。</w:t>
      </w:r>
    </w:p>
    <w:p>
      <w:pPr>
        <w:spacing w:line="560" w:lineRule="exact"/>
        <w:ind w:firstLine="420"/>
      </w:pPr>
      <w:r>
        <w:rPr>
          <w:rFonts w:ascii="宋体" w:hAnsi="宋体" w:eastAsia="宋体"/>
          <w:sz w:val="24"/>
        </w:rPr>
        <w:t>黑暗中，一个蒙面的黑影无声无息地浮现。</w:t>
      </w:r>
    </w:p>
    <w:p>
      <w:pPr>
        <w:spacing w:line="560" w:lineRule="exact"/>
        <w:ind w:firstLine="420"/>
      </w:pPr>
      <w:r>
        <w:rPr>
          <w:rFonts w:ascii="宋体" w:hAnsi="宋体" w:eastAsia="宋体"/>
          <w:sz w:val="24"/>
        </w:rPr>
        <w:t>"去，派个人接触他。"沙哑的声音说，"不要太明显……先试探一下。"</w:t>
      </w:r>
    </w:p>
    <w:p>
      <w:pPr>
        <w:spacing w:line="560" w:lineRule="exact"/>
        <w:ind w:firstLine="420"/>
      </w:pPr>
      <w:r>
        <w:rPr>
          <w:rFonts w:ascii="宋体" w:hAnsi="宋体" w:eastAsia="宋体"/>
          <w:sz w:val="24"/>
        </w:rPr>
        <w:t>黑影点了点头，又无声无息地消失在黑暗中。</w:t>
      </w:r>
    </w:p>
    <w:p>
      <w:pPr>
        <w:spacing w:line="560" w:lineRule="exact"/>
        <w:ind w:firstLine="420"/>
      </w:pPr>
      <w:r>
        <w:rPr>
          <w:rFonts w:ascii="宋体" w:hAnsi="宋体" w:eastAsia="宋体"/>
          <w:sz w:val="24"/>
        </w:rPr>
        <w:t>大厅重新恢复了寂静，只有烛火跳动的细微声响。水晶球幽幽的蓝光在空旷的大厅中流转，映照着那张隐藏在阴影中的脸——嘴角缓缓勾起一个意味深长的弧度，像是猎人看到了猎物踏入陷阱。</w:t>
      </w:r>
    </w:p>
    <w:p>
      <w:r>
        <w:br w:type="page"/>
      </w:r>
    </w:p>
    <w:p>
      <w:pPr>
        <w:jc w:val="center"/>
      </w:pPr>
      <w:r>
        <w:rPr>
          <w:b/>
          <w:sz w:val="32"/>
        </w:rPr>
        <w:t>第005章 主城风云</w:t>
      </w:r>
    </w:p>
    <w:p>
      <w:pPr>
        <w:jc w:val="center"/>
      </w:pPr>
      <w:r>
        <w:rPr>
          <w:color w:val="999999"/>
          <w:sz w:val="18"/>
        </w:rPr>
        <w:t>（2,502字）</w:t>
      </w:r>
    </w:p>
    <w:p/>
    <w:p>
      <w:pPr>
        <w:spacing w:line="560" w:lineRule="exact"/>
        <w:ind w:firstLine="420"/>
      </w:pPr>
      <w:r>
        <w:rPr>
          <w:rFonts w:ascii="宋体" w:hAnsi="宋体" w:eastAsia="宋体"/>
          <w:sz w:val="24"/>
        </w:rPr>
        <w:t>十级了。</w:t>
      </w:r>
    </w:p>
    <w:p>
      <w:pPr>
        <w:spacing w:line="560" w:lineRule="exact"/>
        <w:ind w:firstLine="420"/>
      </w:pPr>
      <w:r>
        <w:rPr>
          <w:rFonts w:ascii="宋体" w:hAnsi="宋体" w:eastAsia="宋体"/>
          <w:sz w:val="24"/>
        </w:rPr>
        <w:t>林风站在阳光村的传送阵前，脚下是刻满古老符文的青石板。淡蓝色的光芒从符文缝隙中透出，在黄昏的天色中显得神秘而瑰丽。</w:t>
      </w:r>
    </w:p>
    <w:p>
      <w:pPr>
        <w:spacing w:line="560" w:lineRule="exact"/>
        <w:ind w:firstLine="420"/>
      </w:pPr>
      <w:r>
        <w:rPr>
          <w:rFonts w:ascii="宋体" w:hAnsi="宋体" w:eastAsia="宋体"/>
          <w:sz w:val="24"/>
        </w:rPr>
        <w:t>传送阵旁的NPC老者微笑着问："第一次去主城？目标天风城？"</w:t>
      </w:r>
    </w:p>
    <w:p>
      <w:pPr>
        <w:spacing w:line="560" w:lineRule="exact"/>
        <w:ind w:firstLine="420"/>
      </w:pPr>
      <w:r>
        <w:rPr>
          <w:rFonts w:ascii="宋体" w:hAnsi="宋体" w:eastAsia="宋体"/>
          <w:sz w:val="24"/>
        </w:rPr>
        <w:t>"是。"</w:t>
      </w:r>
    </w:p>
    <w:p>
      <w:pPr>
        <w:spacing w:line="560" w:lineRule="exact"/>
        <w:ind w:firstLine="420"/>
      </w:pPr>
      <w:r>
        <w:rPr>
          <w:rFonts w:ascii="宋体" w:hAnsi="宋体" w:eastAsia="宋体"/>
          <w:sz w:val="24"/>
        </w:rPr>
        <w:t>"站到阵中央就行。传送过程中会有轻微不适，放轻松。"</w:t>
      </w:r>
    </w:p>
    <w:p>
      <w:pPr>
        <w:spacing w:line="560" w:lineRule="exact"/>
        <w:ind w:firstLine="420"/>
      </w:pPr>
      <w:r>
        <w:rPr>
          <w:rFonts w:ascii="宋体" w:hAnsi="宋体" w:eastAsia="宋体"/>
          <w:sz w:val="24"/>
        </w:rPr>
        <w:t>林风踏入传送阵。蓝光瞬间亮起，光芒淹没了他的视线。一阵轻微的眩晕过后——</w:t>
      </w:r>
    </w:p>
    <w:p>
      <w:pPr>
        <w:spacing w:line="560" w:lineRule="exact"/>
        <w:ind w:firstLine="420"/>
      </w:pPr>
      <w:r>
        <w:rPr>
          <w:rFonts w:ascii="宋体" w:hAnsi="宋体" w:eastAsia="宋体"/>
          <w:sz w:val="24"/>
        </w:rPr>
        <w:t>视野重新清晰时，他站在了一个完全不同的世界。</w:t>
      </w:r>
    </w:p>
    <w:p>
      <w:pPr>
        <w:spacing w:line="560" w:lineRule="exact"/>
        <w:ind w:firstLine="420"/>
      </w:pPr>
      <w:r>
        <w:rPr>
          <w:rFonts w:ascii="宋体" w:hAnsi="宋体" w:eastAsia="宋体"/>
          <w:sz w:val="24"/>
        </w:rPr>
        <w:t>天风城。</w:t>
      </w:r>
    </w:p>
    <w:p>
      <w:pPr>
        <w:spacing w:line="560" w:lineRule="exact"/>
        <w:ind w:firstLine="420"/>
      </w:pPr>
      <w:r>
        <w:rPr>
          <w:rFonts w:ascii="宋体" w:hAnsi="宋体" w:eastAsia="宋体"/>
          <w:sz w:val="24"/>
        </w:rPr>
        <w:t>当林风踏入天风城的那一刻，系统的提示音在耳边响起：</w:t>
      </w:r>
    </w:p>
    <w:p>
      <w:pPr>
        <w:spacing w:line="560" w:lineRule="exact"/>
        <w:ind w:firstLine="420"/>
      </w:pPr>
      <w:r>
        <w:rPr>
          <w:rFonts w:ascii="宋体" w:hAnsi="宋体" w:eastAsia="宋体"/>
          <w:sz w:val="24"/>
        </w:rPr>
        <w:t>【已进入主城·天风城。当前在线人数：128,432人。】</w:t>
      </w:r>
    </w:p>
    <w:p>
      <w:pPr>
        <w:spacing w:line="560" w:lineRule="exact"/>
        <w:ind w:firstLine="420"/>
      </w:pPr>
      <w:r>
        <w:rPr>
          <w:rFonts w:ascii="宋体" w:hAnsi="宋体" w:eastAsia="宋体"/>
          <w:sz w:val="24"/>
        </w:rPr>
        <w:t>十二万人在线！这个数字让林风暗暗吸了一口气。阳光村最多同时在线也就几百人，天风城光是此刻同时在线的玩家就有十二万——这还不算其他主城。</w:t>
      </w:r>
    </w:p>
    <w:p>
      <w:pPr>
        <w:spacing w:line="560" w:lineRule="exact"/>
        <w:ind w:firstLine="420"/>
      </w:pPr>
      <w:r>
        <w:rPr>
          <w:rFonts w:ascii="宋体" w:hAnsi="宋体" w:eastAsia="宋体"/>
          <w:sz w:val="24"/>
        </w:rPr>
        <w:t>他抬头望去，巨大的白色城墙高耸入云，目测至少有五十米高。墙体由白色巨石砌成，在阳光下泛着庄严的光泽。城门口两排NPC卫兵全副武装，身披银甲，手持长戟，等级全部显示为？？？——远超林风当前的探查范围。</w:t>
      </w:r>
    </w:p>
    <w:p>
      <w:pPr>
        <w:spacing w:line="560" w:lineRule="exact"/>
        <w:ind w:firstLine="420"/>
      </w:pPr>
      <w:r>
        <w:rPr>
          <w:rFonts w:ascii="宋体" w:hAnsi="宋体" w:eastAsia="宋体"/>
          <w:sz w:val="24"/>
        </w:rPr>
        <w:t>城门内，宽阔的主干道笔直延伸向城市深处。道路两侧是鳞次栉比的建筑——铁匠铺、药剂店、装备行、佣兵公会……每一栋都气派非凡。远处，城市中央一座高耸入云的白色塔楼矗立着，塔尖几乎刺破云霄。</w:t>
      </w:r>
    </w:p>
    <w:p>
      <w:pPr>
        <w:spacing w:line="560" w:lineRule="exact"/>
        <w:ind w:firstLine="420"/>
      </w:pPr>
      <w:r>
        <w:rPr>
          <w:rFonts w:ascii="宋体" w:hAnsi="宋体" w:eastAsia="宋体"/>
          <w:sz w:val="24"/>
        </w:rPr>
        <w:t>天空中，一只通体火红的凤凰盘旋而过，凤尾拖着长长的金色流光，从城市上空划过一道绚丽的弧线。背上的玩家穿着华丽法袍，手持法杖，衣袂飘飘，引得下方不少玩家抬头仰望，发出羡慕的惊叹。</w:t>
      </w:r>
    </w:p>
    <w:p>
      <w:pPr>
        <w:spacing w:line="560" w:lineRule="exact"/>
        <w:ind w:firstLine="420"/>
      </w:pPr>
      <w:r>
        <w:rPr>
          <w:rFonts w:ascii="宋体" w:hAnsi="宋体" w:eastAsia="宋体"/>
          <w:sz w:val="24"/>
        </w:rPr>
        <w:t>林风抬头看着这一切，心中涌起一股难以言喻的激动。</w:t>
      </w:r>
    </w:p>
    <w:p>
      <w:pPr>
        <w:spacing w:line="560" w:lineRule="exact"/>
        <w:ind w:firstLine="420"/>
      </w:pPr>
      <w:r>
        <w:rPr>
          <w:rFonts w:ascii="宋体" w:hAnsi="宋体" w:eastAsia="宋体"/>
          <w:sz w:val="24"/>
        </w:rPr>
        <w:t>新手村跟这里一比——简直是茅草屋和皇宫的区别。</w:t>
      </w:r>
    </w:p>
    <w:p>
      <w:pPr>
        <w:spacing w:line="560" w:lineRule="exact"/>
        <w:ind w:firstLine="420"/>
      </w:pPr>
      <w:r>
        <w:rPr>
          <w:rFonts w:ascii="宋体" w:hAnsi="宋体" w:eastAsia="宋体"/>
          <w:sz w:val="24"/>
        </w:rPr>
        <w:t>他迈步走进城门。脚下的青石板路光滑平整，比新手村的土路好了不知道多少倍。街道两旁是密集的商铺和摊位，各种商品琳琅满目——从最低级的白装到稀有的紫装，从基础药水到高阶附魔材料，应有尽有。沿街还有玩家摆摊的叫卖声此起彼伏："高价收购矿石！""来个人组队刷副本，缺奶缺T！""出售25级蓝装，价格公道！"</w:t>
      </w:r>
    </w:p>
    <w:p>
      <w:pPr>
        <w:spacing w:line="560" w:lineRule="exact"/>
        <w:ind w:firstLine="420"/>
      </w:pPr>
      <w:r>
        <w:rPr>
          <w:rFonts w:ascii="宋体" w:hAnsi="宋体" w:eastAsia="宋体"/>
          <w:sz w:val="24"/>
        </w:rPr>
        <w:t>林风一路走一路看，感受到了主城和新手村最本质的区别——这里的玩家更密集，竞争更激烈，机会也更多。</w:t>
      </w:r>
    </w:p>
    <w:p>
      <w:pPr>
        <w:spacing w:line="560" w:lineRule="exact"/>
        <w:ind w:firstLine="420"/>
      </w:pPr>
      <w:r>
        <w:rPr>
          <w:rFonts w:ascii="宋体" w:hAnsi="宋体" w:eastAsia="宋体"/>
          <w:sz w:val="24"/>
        </w:rPr>
        <w:t>没走几步，旁边传来几声嗤笑。</w:t>
      </w:r>
    </w:p>
    <w:p>
      <w:pPr>
        <w:spacing w:line="560" w:lineRule="exact"/>
        <w:ind w:firstLine="420"/>
      </w:pPr>
      <w:r>
        <w:rPr>
          <w:rFonts w:ascii="宋体" w:hAnsi="宋体" w:eastAsia="宋体"/>
          <w:sz w:val="24"/>
        </w:rPr>
        <w:t>"看，又来了个新手村的土包子。"</w:t>
        <w:br/>
        <w:t>"才10级就敢进天风城？估计连装备都买不起。"</w:t>
        <w:br/>
        <w:t>"你看他那身装备……金光闪闪的，什么玩意儿？新手村特效装吧？"</w:t>
        <w:br/>
        <w:t>"哈哈，笑死人了。"</w:t>
      </w:r>
    </w:p>
    <w:p>
      <w:pPr>
        <w:spacing w:line="560" w:lineRule="exact"/>
        <w:ind w:firstLine="420"/>
      </w:pPr>
      <w:r>
        <w:rPr>
          <w:rFonts w:ascii="宋体" w:hAnsi="宋体" w:eastAsia="宋体"/>
          <w:sz w:val="24"/>
        </w:rPr>
        <w:t>城门口几个25级左右的玩家靠在墙边，上下打量着林风，目光中满是轻蔑。</w:t>
      </w:r>
    </w:p>
    <w:p>
      <w:pPr>
        <w:spacing w:line="560" w:lineRule="exact"/>
        <w:ind w:firstLine="420"/>
      </w:pPr>
      <w:r>
        <w:rPr>
          <w:rFonts w:ascii="宋体" w:hAnsi="宋体" w:eastAsia="宋体"/>
          <w:sz w:val="24"/>
        </w:rPr>
        <w:t>林风脚步未停。这些人的态度他根本不放在心上。他的传说装备在新手村是震撼全场的存在，但在天风城，因为等级差距过大，装备的光泽效果被系统压低了，看起来确实不那么起眼。</w:t>
      </w:r>
    </w:p>
    <w:p>
      <w:pPr>
        <w:spacing w:line="560" w:lineRule="exact"/>
        <w:ind w:firstLine="420"/>
      </w:pPr>
      <w:r>
        <w:rPr>
          <w:rFonts w:ascii="宋体" w:hAnsi="宋体" w:eastAsia="宋体"/>
          <w:sz w:val="24"/>
        </w:rPr>
        <w:t>等他等级升上去，这些人的表情会很好看的。</w:t>
      </w:r>
    </w:p>
    <w:p>
      <w:pPr>
        <w:spacing w:line="560" w:lineRule="exact"/>
        <w:ind w:firstLine="420"/>
      </w:pPr>
      <w:r>
        <w:rPr>
          <w:rFonts w:ascii="宋体" w:hAnsi="宋体" w:eastAsia="宋体"/>
          <w:sz w:val="24"/>
        </w:rPr>
        <w:t>他打开地图，找到此行的第一个目的地——天风城商会。</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商会位于主城东区，是一栋三层高的古朴建筑。大门两侧挂着烫金匾额："汇通天下，货通四海"。</w:t>
      </w:r>
    </w:p>
    <w:p>
      <w:pPr>
        <w:spacing w:line="560" w:lineRule="exact"/>
        <w:ind w:firstLine="420"/>
      </w:pPr>
      <w:r>
        <w:rPr>
          <w:rFonts w:ascii="宋体" w:hAnsi="宋体" w:eastAsia="宋体"/>
          <w:sz w:val="24"/>
        </w:rPr>
        <w:t>林风推门而入。大堂内人声鼎沸——几十个玩家正围在公告栏前，查看今日的拍卖和交易信息。</w:t>
      </w:r>
    </w:p>
    <w:p>
      <w:pPr>
        <w:spacing w:line="560" w:lineRule="exact"/>
        <w:ind w:firstLine="420"/>
      </w:pPr>
      <w:r>
        <w:rPr>
          <w:rFonts w:ascii="宋体" w:hAnsi="宋体" w:eastAsia="宋体"/>
          <w:sz w:val="24"/>
        </w:rPr>
        <w:t>他挤过人群，走到公告栏前。木质的公告栏上贴着密密麻麻的委托单，有求购装备的、有组队招募的、有出售材料的。但最吸引眼球的，是公告栏正上方那面由魔法投影形成的巨大光幕——上面滚动显示着今晚拍卖会的信息，每一个字都闪烁着金色的光芒。</w:t>
      </w:r>
    </w:p>
    <w:p>
      <w:pPr>
        <w:spacing w:line="560" w:lineRule="exact"/>
        <w:ind w:firstLine="420"/>
      </w:pPr>
      <w:r>
        <w:rPr>
          <w:rFonts w:ascii="宋体" w:hAnsi="宋体" w:eastAsia="宋体"/>
          <w:sz w:val="24"/>
        </w:rPr>
        <w:t>最上方一行烫金大字格外醒目：</w:t>
      </w:r>
    </w:p>
    <w:p>
      <w:pPr>
        <w:spacing w:line="560" w:lineRule="exact"/>
        <w:ind w:firstLine="420"/>
      </w:pPr>
      <w:r>
        <w:rPr>
          <w:rFonts w:ascii="宋体" w:hAnsi="宋体" w:eastAsia="宋体"/>
          <w:sz w:val="24"/>
        </w:rPr>
        <w:t>【天风城拍卖会公告】</w:t>
        <w:br/>
        <w:t>时间：今晚20:00</w:t>
        <w:br/>
        <w:t>地点：天风城拍卖行</w:t>
        <w:br/>
        <w:t>拍品预览：</w:t>
        <w:br/>
        <w:t>1. 传说级武器·霜寒之刃（起拍价：500万金币）</w:t>
        <w:br/>
        <w:t>2. 稀有级坐骑·追风马（起拍价：100万金币）</w:t>
        <w:br/>
        <w:t>3. 紫色品质戒指·灵力指环（起拍价：50万金币）</w:t>
        <w:br/>
        <w:t>4. 技能书·狂暴斩 Lv.3（起拍价：80万金币）</w:t>
        <w:br/>
        <w:t>5. 精炼石×10（起拍价：20万金币）</w:t>
      </w:r>
    </w:p>
    <w:p>
      <w:pPr>
        <w:spacing w:line="560" w:lineRule="exact"/>
        <w:ind w:firstLine="420"/>
      </w:pPr>
      <w:r>
        <w:rPr>
          <w:rFonts w:ascii="宋体" w:hAnsi="宋体" w:eastAsia="宋体"/>
          <w:sz w:val="24"/>
        </w:rPr>
        <w:t>传说武器！</w:t>
      </w:r>
    </w:p>
    <w:p>
      <w:pPr>
        <w:spacing w:line="560" w:lineRule="exact"/>
        <w:ind w:firstLine="420"/>
      </w:pPr>
      <w:r>
        <w:rPr>
          <w:rFonts w:ascii="宋体" w:hAnsi="宋体" w:eastAsia="宋体"/>
          <w:sz w:val="24"/>
        </w:rPr>
        <w:t>整个大堂瞬间沸腾。</w:t>
      </w:r>
    </w:p>
    <w:p>
      <w:pPr>
        <w:spacing w:line="560" w:lineRule="exact"/>
        <w:ind w:firstLine="420"/>
      </w:pPr>
      <w:r>
        <w:rPr>
          <w:rFonts w:ascii="宋体" w:hAnsi="宋体" w:eastAsia="宋体"/>
          <w:sz w:val="24"/>
        </w:rPr>
        <w:t>"传说武器！天风城第一次拍卖传说武器！"</w:t>
        <w:br/>
        <w:t>"霜寒之刃，据说是攻击+350的极品！"</w:t>
        <w:br/>
        <w:t>"起拍价500万金币……那就是500万人民币啊！"</w:t>
        <w:br/>
        <w:t>"谁买得起？这也太贵了！"</w:t>
        <w:br/>
        <w:t>"买不起就别买，反正龙腾公会肯定要出手的！"</w:t>
      </w:r>
    </w:p>
    <w:p>
      <w:pPr>
        <w:spacing w:line="560" w:lineRule="exact"/>
        <w:ind w:firstLine="420"/>
      </w:pPr>
      <w:r>
        <w:rPr>
          <w:rFonts w:ascii="宋体" w:hAnsi="宋体" w:eastAsia="宋体"/>
          <w:sz w:val="24"/>
        </w:rPr>
        <w:t>林风看着公告上的拍品列表，眼睛微亮。</w:t>
      </w:r>
    </w:p>
    <w:p>
      <w:pPr>
        <w:spacing w:line="560" w:lineRule="exact"/>
        <w:ind w:firstLine="420"/>
      </w:pPr>
      <w:r>
        <w:rPr>
          <w:rFonts w:ascii="宋体" w:hAnsi="宋体" w:eastAsia="宋体"/>
          <w:sz w:val="24"/>
        </w:rPr>
        <w:t>攻击+350的传说武器——虽然比不上他的神豪之剑（攻击+999），但能出现在公开拍卖会上的传说武器，已经是足以让全城轰动的稀世珍品了。</w:t>
      </w:r>
    </w:p>
    <w:p>
      <w:pPr>
        <w:spacing w:line="560" w:lineRule="exact"/>
        <w:ind w:firstLine="420"/>
      </w:pPr>
      <w:r>
        <w:rPr>
          <w:rFonts w:ascii="宋体" w:hAnsi="宋体" w:eastAsia="宋体"/>
          <w:sz w:val="24"/>
        </w:rPr>
        <w:t>而且，这是任何人都可以竞价的公开拍卖。</w:t>
      </w:r>
    </w:p>
    <w:p>
      <w:pPr>
        <w:spacing w:line="560" w:lineRule="exact"/>
        <w:ind w:firstLine="420"/>
      </w:pPr>
      <w:r>
        <w:rPr>
          <w:rFonts w:ascii="宋体" w:hAnsi="宋体" w:eastAsia="宋体"/>
          <w:sz w:val="24"/>
        </w:rPr>
        <w:t>500万金币的起拍价——对普通玩家来说是天价。天风城的玩家平均等级在25-30级，大多数人还在为攒一把蓝色装备的钱辛苦打怪。500万金币相当于500万人民币，够一个普通家庭生活好几年。</w:t>
      </w:r>
    </w:p>
    <w:p>
      <w:pPr>
        <w:spacing w:line="560" w:lineRule="exact"/>
        <w:ind w:firstLine="420"/>
      </w:pPr>
      <w:r>
        <w:rPr>
          <w:rFonts w:ascii="宋体" w:hAnsi="宋体" w:eastAsia="宋体"/>
          <w:sz w:val="24"/>
        </w:rPr>
        <w:t>但对林风——他看了眼神豪系统的余额。</w:t>
      </w:r>
    </w:p>
    <w:p>
      <w:pPr>
        <w:spacing w:line="560" w:lineRule="exact"/>
        <w:ind w:firstLine="420"/>
      </w:pPr>
      <w:r>
        <w:rPr>
          <w:rFonts w:ascii="宋体" w:hAnsi="宋体" w:eastAsia="宋体"/>
          <w:sz w:val="24"/>
        </w:rPr>
        <w:t>一亿游戏币。</w:t>
      </w:r>
    </w:p>
    <w:p>
      <w:pPr>
        <w:spacing w:line="560" w:lineRule="exact"/>
        <w:ind w:firstLine="420"/>
      </w:pPr>
      <w:r>
        <w:rPr>
          <w:rFonts w:ascii="宋体" w:hAnsi="宋体" w:eastAsia="宋体"/>
          <w:sz w:val="24"/>
        </w:rPr>
        <w:t>500万？对他来说连零头都算不上，系统里还有一亿呢。毛毛雨。</w:t>
      </w:r>
    </w:p>
    <w:p>
      <w:pPr>
        <w:spacing w:line="560" w:lineRule="exact"/>
        <w:ind w:firstLine="420"/>
      </w:pPr>
      <w:r>
        <w:rPr>
          <w:rFonts w:ascii="宋体" w:hAnsi="宋体" w:eastAsia="宋体"/>
          <w:sz w:val="24"/>
        </w:rPr>
        <w:t>但就在这时，大堂门口忽然一阵骚动。人群自动分开一条路——一个穿着华丽锦袍的玩家大步走了进来，身后跟着一群装备精良、等级在35级左右的保镖。</w:t>
      </w:r>
    </w:p>
    <w:p>
      <w:pPr>
        <w:spacing w:line="560" w:lineRule="exact"/>
        <w:ind w:firstLine="420"/>
      </w:pPr>
      <w:r>
        <w:rPr>
          <w:rFonts w:ascii="宋体" w:hAnsi="宋体" w:eastAsia="宋体"/>
          <w:sz w:val="24"/>
        </w:rPr>
        <w:t>"是龙腾公会的副会长龙啸云！"旁边有人低声惊呼。</w:t>
      </w:r>
    </w:p>
    <w:p>
      <w:pPr>
        <w:spacing w:line="560" w:lineRule="exact"/>
        <w:ind w:firstLine="420"/>
      </w:pPr>
      <w:r>
        <w:rPr>
          <w:rFonts w:ascii="宋体" w:hAnsi="宋体" w:eastAsia="宋体"/>
          <w:sz w:val="24"/>
        </w:rPr>
        <w:t>龙啸云走到公告栏前，扫了一眼拍品列表，嘴角勾起一抹志在必得的笑容："传说武器？500万起拍？太便宜了。这种级别的武器，至少值2000万。"他提高声音，环视四周，"我龙啸云代表龙腾公会宣布——今晚的霜寒之刃，我们龙腾要定了。谁也别想抢。"</w:t>
      </w:r>
    </w:p>
    <w:p>
      <w:pPr>
        <w:spacing w:line="560" w:lineRule="exact"/>
        <w:ind w:firstLine="420"/>
      </w:pPr>
      <w:r>
        <w:rPr>
          <w:rFonts w:ascii="宋体" w:hAnsi="宋体" w:eastAsia="宋体"/>
          <w:sz w:val="24"/>
        </w:rPr>
        <w:t>大厅里的议论声像烧开的水一样沸腾了：</w:t>
      </w:r>
    </w:p>
    <w:p>
      <w:pPr>
        <w:spacing w:line="560" w:lineRule="exact"/>
        <w:ind w:firstLine="420"/>
      </w:pPr>
      <w:r>
        <w:rPr>
          <w:rFonts w:ascii="宋体" w:hAnsi="宋体" w:eastAsia="宋体"/>
          <w:sz w:val="24"/>
        </w:rPr>
        <w:t>"龙腾公会放话了！"</w:t>
        <w:br/>
        <w:t>"据说会长龙腾天身家过亿，买把2000万的武器跟玩似的！"</w:t>
        <w:br/>
        <w:t>"这下谁敢跟龙腾抢？"</w:t>
        <w:br/>
        <w:t>"霜寒之刃怕是已经姓'龙'了。"</w:t>
      </w:r>
    </w:p>
    <w:p>
      <w:pPr>
        <w:spacing w:line="560" w:lineRule="exact"/>
        <w:ind w:firstLine="420"/>
      </w:pPr>
      <w:r>
        <w:rPr>
          <w:rFonts w:ascii="宋体" w:hAnsi="宋体" w:eastAsia="宋体"/>
          <w:sz w:val="24"/>
        </w:rPr>
        <w:t>龙啸云满意地听着周围的议论，目光傲慢地扫过人群。视线在林风身上停留了不到一秒就移开了——一个10级的新人，穿着被系统压低了光泽的新手装备，根本不值得他多看一眼。</w:t>
      </w:r>
    </w:p>
    <w:p>
      <w:pPr>
        <w:spacing w:line="560" w:lineRule="exact"/>
        <w:ind w:firstLine="420"/>
      </w:pPr>
      <w:r>
        <w:rPr>
          <w:rFonts w:ascii="宋体" w:hAnsi="宋体" w:eastAsia="宋体"/>
          <w:sz w:val="24"/>
        </w:rPr>
        <w:t>他大摇大摆地带着人离开了商会。</w:t>
      </w:r>
    </w:p>
    <w:p>
      <w:pPr>
        <w:spacing w:line="560" w:lineRule="exact"/>
        <w:ind w:firstLine="420"/>
      </w:pPr>
      <w:r>
        <w:rPr>
          <w:rFonts w:ascii="宋体" w:hAnsi="宋体" w:eastAsia="宋体"/>
          <w:sz w:val="24"/>
        </w:rPr>
        <w:t>大堂里的玩家们还在热烈议论：</w:t>
      </w:r>
    </w:p>
    <w:p>
      <w:pPr>
        <w:spacing w:line="560" w:lineRule="exact"/>
        <w:ind w:firstLine="420"/>
      </w:pPr>
      <w:r>
        <w:rPr>
          <w:rFonts w:ascii="宋体" w:hAnsi="宋体" w:eastAsia="宋体"/>
          <w:sz w:val="24"/>
        </w:rPr>
        <w:t>"今晚的拍卖会肯定精彩！"</w:t>
        <w:br/>
        <w:t>"精彩什么，龙腾一出手，谁敢跟？"</w:t>
        <w:br/>
        <w:t>"皇朝公会呢？他们也不差钱吧？"</w:t>
        <w:br/>
        <w:t>"皇朝的人没放话，估计对武器没兴趣。"</w:t>
        <w:br/>
        <w:t>"那霜寒之刃不就是龙腾的囊中之物了？"</w:t>
      </w:r>
    </w:p>
    <w:p>
      <w:pPr>
        <w:spacing w:line="560" w:lineRule="exact"/>
        <w:ind w:firstLine="420"/>
      </w:pPr>
      <w:r>
        <w:rPr>
          <w:rFonts w:ascii="宋体" w:hAnsi="宋体" w:eastAsia="宋体"/>
          <w:sz w:val="24"/>
        </w:rPr>
        <w:t>林风站在角落里，目送龙啸云的背影消失在门口。</w:t>
      </w:r>
    </w:p>
    <w:p>
      <w:pPr>
        <w:spacing w:line="560" w:lineRule="exact"/>
        <w:ind w:firstLine="420"/>
      </w:pPr>
      <w:r>
        <w:rPr>
          <w:rFonts w:ascii="宋体" w:hAnsi="宋体" w:eastAsia="宋体"/>
          <w:sz w:val="24"/>
        </w:rPr>
        <w:t>龙腾公会要定了？</w:t>
      </w:r>
    </w:p>
    <w:p>
      <w:pPr>
        <w:spacing w:line="560" w:lineRule="exact"/>
        <w:ind w:firstLine="420"/>
      </w:pPr>
      <w:r>
        <w:rPr>
          <w:rFonts w:ascii="宋体" w:hAnsi="宋体" w:eastAsia="宋体"/>
          <w:sz w:val="24"/>
        </w:rPr>
        <w:t>他嘴角微微上扬，露出一丝不易察觉的笑意。</w:t>
      </w:r>
    </w:p>
    <w:p>
      <w:pPr>
        <w:spacing w:line="560" w:lineRule="exact"/>
        <w:ind w:firstLine="420"/>
      </w:pPr>
      <w:r>
        <w:rPr>
          <w:rFonts w:ascii="宋体" w:hAnsi="宋体" w:eastAsia="宋体"/>
          <w:sz w:val="24"/>
        </w:rPr>
        <w:t>那可不一定。</w:t>
      </w:r>
    </w:p>
    <w:p>
      <w:pPr>
        <w:spacing w:line="560" w:lineRule="exact"/>
        <w:ind w:firstLine="420"/>
      </w:pPr>
      <w:r>
        <w:rPr>
          <w:rFonts w:ascii="宋体" w:hAnsi="宋体" w:eastAsia="宋体"/>
          <w:sz w:val="24"/>
        </w:rPr>
        <w:t>他站在商会门口，看着龙腾公会的人马消失在街道尽头，然后转身走向另一个方向。他没有直接去拍卖行——拍卖会晚上八点才开始，他还有时间熟悉一下主城的地图。他打开好友列表，找到赵铁柱的名字，发了条消息："铁柱，帮我查一下拍卖会的入场资格。"</w:t>
      </w:r>
    </w:p>
    <w:p>
      <w:pPr>
        <w:spacing w:line="560" w:lineRule="exact"/>
        <w:ind w:firstLine="420"/>
      </w:pPr>
      <w:r>
        <w:rPr>
          <w:rFonts w:ascii="宋体" w:hAnsi="宋体" w:eastAsia="宋体"/>
          <w:sz w:val="24"/>
        </w:rPr>
        <w:t>赵铁柱秒回："林风你要参加？！我听说入场要交10万金币的押金！10万啊！我全部身家才500金币！"</w:t>
      </w:r>
    </w:p>
    <w:p>
      <w:pPr>
        <w:spacing w:line="560" w:lineRule="exact"/>
        <w:ind w:firstLine="420"/>
      </w:pPr>
      <w:r>
        <w:rPr>
          <w:rFonts w:ascii="宋体" w:hAnsi="宋体" w:eastAsia="宋体"/>
          <w:sz w:val="24"/>
        </w:rPr>
        <w:t>"知道了。"林风笑了笑，"晚上八点，拍卖会见，有好戏看。"</w:t>
      </w:r>
    </w:p>
    <w:p>
      <w:pPr>
        <w:spacing w:line="560" w:lineRule="exact"/>
        <w:ind w:firstLine="420"/>
      </w:pPr>
      <w:r>
        <w:rPr>
          <w:rFonts w:ascii="宋体" w:hAnsi="宋体" w:eastAsia="宋体"/>
          <w:sz w:val="24"/>
        </w:rPr>
        <w:t>赵铁柱发来一长串感叹号："卧槽？！你真去？！那可是10万押金！你哪来的钱？！"</w:t>
      </w:r>
    </w:p>
    <w:p>
      <w:pPr>
        <w:spacing w:line="560" w:lineRule="exact"/>
        <w:ind w:firstLine="420"/>
      </w:pPr>
      <w:r>
        <w:rPr>
          <w:rFonts w:ascii="宋体" w:hAnsi="宋体" w:eastAsia="宋体"/>
          <w:sz w:val="24"/>
        </w:rPr>
        <w:t>"见面再说。"</w:t>
      </w:r>
    </w:p>
    <w:p>
      <w:pPr>
        <w:spacing w:line="560" w:lineRule="exact"/>
        <w:ind w:firstLine="420"/>
      </w:pPr>
      <w:r>
        <w:rPr>
          <w:rFonts w:ascii="宋体" w:hAnsi="宋体" w:eastAsia="宋体"/>
          <w:sz w:val="24"/>
        </w:rPr>
        <w:t>林风收起消息界面，抬头望向城市中央那座高耸入云的白色塔楼。落日的余晖将塔身染成了金红色，恢宏而神秘。</w:t>
      </w:r>
    </w:p>
    <w:p>
      <w:pPr>
        <w:spacing w:line="560" w:lineRule="exact"/>
        <w:ind w:firstLine="420"/>
      </w:pPr>
      <w:r>
        <w:rPr>
          <w:rFonts w:ascii="宋体" w:hAnsi="宋体" w:eastAsia="宋体"/>
          <w:sz w:val="24"/>
        </w:rPr>
        <w:t>天风城的第一夜——注定不会平静。</w:t>
      </w:r>
    </w:p>
    <w:p>
      <w:pPr>
        <w:spacing w:line="560" w:lineRule="exact"/>
        <w:ind w:firstLine="420"/>
      </w:pPr>
      <w:r>
        <w:rPr>
          <w:rFonts w:ascii="宋体" w:hAnsi="宋体" w:eastAsia="宋体"/>
          <w:sz w:val="24"/>
        </w:rPr>
        <w:t>他握紧腰间的剑柄，转身走出商会大门，顺着主干道朝着拍卖行的方向走去。路上的玩家来来往往，有人骑着坐骑呼啸而过，有人在街边摆摊吆喝——天风城的一切都充满活力。夕阳将林风的影子拉得很长，映在青石板路上。他穿过人群，步伐不快不慢。背后，商会的喧嚣渐渐远去，取而代之的是一种风雨欲来的宁静。</w:t>
      </w:r>
    </w:p>
    <w:p>
      <w:pPr>
        <w:spacing w:line="560" w:lineRule="exact"/>
        <w:ind w:firstLine="420"/>
      </w:pPr>
      <w:r>
        <w:rPr>
          <w:rFonts w:ascii="宋体" w:hAnsi="宋体" w:eastAsia="宋体"/>
          <w:sz w:val="24"/>
        </w:rPr>
        <w:t>而在那座白色高塔的顶层——天风城最高的建筑，城主府的水晶观测室中——那面悬浮在半空中的巨大水晶球正闪烁着淡蓝色的光芒。球面映出的画面，正是商会大堂的实时影像。画面中，林风站在公告栏前的身影被水晶球的魔法烙印清晰地捕捉了下来。</w:t>
      </w:r>
    </w:p>
    <w:p>
      <w:pPr>
        <w:spacing w:line="560" w:lineRule="exact"/>
        <w:ind w:firstLine="420"/>
      </w:pPr>
      <w:r>
        <w:rPr>
          <w:rFonts w:ascii="宋体" w:hAnsi="宋体" w:eastAsia="宋体"/>
          <w:sz w:val="24"/>
        </w:rPr>
        <w:t>"呵，拍卖会……"那个沙哑的声音带着玩味的笑意，水晶球的画面在林风身上停留了片刻，然后缓缓缩小，变回了寻常的观测模式。"去凑凑热闹也好，让天风城的人见识一下，神豪商人到底是什么样的存在。顺便——也让某些人知道，天风城要变天了。"</w:t>
      </w:r>
    </w:p>
    <w:p>
      <w:r>
        <w:br w:type="page"/>
      </w:r>
    </w:p>
    <w:p>
      <w:pPr>
        <w:jc w:val="center"/>
      </w:pPr>
      <w:r>
        <w:rPr>
          <w:b/>
          <w:sz w:val="32"/>
        </w:rPr>
        <w:t>第006章 拍卖会（上）</w:t>
      </w:r>
    </w:p>
    <w:p>
      <w:pPr>
        <w:jc w:val="center"/>
      </w:pPr>
      <w:r>
        <w:rPr>
          <w:color w:val="999999"/>
          <w:sz w:val="18"/>
        </w:rPr>
        <w:t>（2,500字）</w:t>
      </w:r>
    </w:p>
    <w:p/>
    <w:p>
      <w:pPr>
        <w:spacing w:line="560" w:lineRule="exact"/>
        <w:ind w:firstLine="420"/>
      </w:pPr>
      <w:r>
        <w:rPr>
          <w:rFonts w:ascii="宋体" w:hAnsi="宋体" w:eastAsia="宋体"/>
          <w:sz w:val="24"/>
        </w:rPr>
        <w:t>晚上七点五十分。</w:t>
      </w:r>
    </w:p>
    <w:p>
      <w:pPr>
        <w:spacing w:line="560" w:lineRule="exact"/>
        <w:ind w:firstLine="420"/>
      </w:pPr>
      <w:r>
        <w:rPr>
          <w:rFonts w:ascii="宋体" w:hAnsi="宋体" w:eastAsia="宋体"/>
          <w:sz w:val="24"/>
        </w:rPr>
        <w:t>天风城拍卖行门前，灯火通明。</w:t>
      </w:r>
    </w:p>
    <w:p>
      <w:pPr>
        <w:spacing w:line="560" w:lineRule="exact"/>
        <w:ind w:firstLine="420"/>
      </w:pPr>
      <w:r>
        <w:rPr>
          <w:rFonts w:ascii="宋体" w:hAnsi="宋体" w:eastAsia="宋体"/>
          <w:sz w:val="24"/>
        </w:rPr>
        <w:t>这座三层高的圆顶建筑在夜色中显得格外恢宏，通体由白色大理石砌成，圆顶在灯光下泛着温润的光泽。大门上方镶嵌着一枚巨大的金色徽章——交叉的锤子和法杖，象征着财富与力量的结合。两侧的魔法火炬燃烧着永不熄灭的蓝色火焰，将门前的地面照得如同白昼。两名NPC守卫站在门口，等级55级，气势威严。</w:t>
      </w:r>
    </w:p>
    <w:p>
      <w:pPr>
        <w:spacing w:line="560" w:lineRule="exact"/>
        <w:ind w:firstLine="420"/>
      </w:pPr>
      <w:r>
        <w:rPr>
          <w:rFonts w:ascii="宋体" w:hAnsi="宋体" w:eastAsia="宋体"/>
          <w:sz w:val="24"/>
        </w:rPr>
        <w:t>门前已经聚集了上百名玩家，熙熙攘攘，场面热闹非凡。</w:t>
      </w:r>
    </w:p>
    <w:p>
      <w:pPr>
        <w:spacing w:line="560" w:lineRule="exact"/>
        <w:ind w:firstLine="420"/>
      </w:pPr>
      <w:r>
        <w:rPr>
          <w:rFonts w:ascii="宋体" w:hAnsi="宋体" w:eastAsia="宋体"/>
          <w:sz w:val="24"/>
        </w:rPr>
        <w:t>"听说今晚要拍卖传说武器！必须要来看看！"</w:t>
        <w:br/>
        <w:t>"霜寒之刃啊！攻击+350的极品！"</w:t>
        <w:br/>
        <w:t>"我看看热闹就行，反正买不起。"</w:t>
        <w:br/>
        <w:t>"听人说入场押金要10万金币，能进去的都不是普通人。"</w:t>
      </w:r>
    </w:p>
    <w:p>
      <w:pPr>
        <w:spacing w:line="560" w:lineRule="exact"/>
        <w:ind w:firstLine="420"/>
      </w:pPr>
      <w:r>
        <w:rPr>
          <w:rFonts w:ascii="宋体" w:hAnsi="宋体" w:eastAsia="宋体"/>
          <w:sz w:val="24"/>
        </w:rPr>
        <w:t>林风穿着一件在杂货铺买的普通黑色斗篷，，遮住了身上的传说铠甲，低调地站在人群中。</w:t>
      </w:r>
    </w:p>
    <w:p>
      <w:pPr>
        <w:spacing w:line="560" w:lineRule="exact"/>
        <w:ind w:firstLine="420"/>
      </w:pPr>
      <w:r>
        <w:rPr>
          <w:rFonts w:ascii="宋体" w:hAnsi="宋体" w:eastAsia="宋体"/>
          <w:sz w:val="24"/>
        </w:rPr>
        <w:t>10万金币的入场押金——他眼睛都不眨地交了。系统的确认音刚落下，他的账户里就少了10万金币，换来一张烫金的拍卖会入场券。</w:t>
      </w:r>
    </w:p>
    <w:p>
      <w:pPr>
        <w:spacing w:line="560" w:lineRule="exact"/>
        <w:ind w:firstLine="420"/>
      </w:pPr>
      <w:r>
        <w:rPr>
          <w:rFonts w:ascii="宋体" w:hAnsi="宋体" w:eastAsia="宋体"/>
          <w:sz w:val="24"/>
        </w:rPr>
        <w:t>对他来说，10万和一毛钱没区别。</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八点整。拍卖行大门缓缓打开。</w:t>
      </w:r>
    </w:p>
    <w:p>
      <w:pPr>
        <w:spacing w:line="560" w:lineRule="exact"/>
        <w:ind w:firstLine="420"/>
      </w:pPr>
      <w:r>
        <w:rPr>
          <w:rFonts w:ascii="宋体" w:hAnsi="宋体" w:eastAsia="宋体"/>
          <w:sz w:val="24"/>
        </w:rPr>
        <w:t>有入场券的玩家依次进入。林风数了数——大约有五六十人。这些人要么是各大公会的代表，要么是现实中不差钱的土豪玩家。每个人进场时都带着几分倨傲，仿佛能走进这个门本身就是一种身份的象征。</w:t>
      </w:r>
    </w:p>
    <w:p>
      <w:pPr>
        <w:spacing w:line="560" w:lineRule="exact"/>
        <w:ind w:firstLine="420"/>
      </w:pPr>
      <w:r>
        <w:rPr>
          <w:rFonts w:ascii="宋体" w:hAnsi="宋体" w:eastAsia="宋体"/>
          <w:sz w:val="24"/>
        </w:rPr>
        <w:t>拍卖大厅内部比外面看起来更加奢华。高高的穹顶上绘制着精美的壁画——描绘了天风城建立之初的场景，古老的魔法师和战士们并肩作战。金色水晶吊灯从穹顶垂下，将整个大厅照得如同白昼。脚下的地毯是深红色的，踩上去悄无声息。前方是一个一米的拍卖台，台后是一块巨大的魔法屏幕，用来展示拍品的详细属性。</w:t>
      </w:r>
    </w:p>
    <w:p>
      <w:pPr>
        <w:spacing w:line="560" w:lineRule="exact"/>
        <w:ind w:firstLine="420"/>
      </w:pPr>
      <w:r>
        <w:rPr>
          <w:rFonts w:ascii="宋体" w:hAnsi="宋体" w:eastAsia="宋体"/>
          <w:sz w:val="24"/>
        </w:rPr>
        <w:t>座位呈阶梯式排列，分上下两层。下层是普通席位，上层是贵宾包厢——据说是给超级VIP准备的。</w:t>
      </w:r>
    </w:p>
    <w:p>
      <w:pPr>
        <w:spacing w:line="560" w:lineRule="exact"/>
        <w:ind w:firstLine="420"/>
      </w:pPr>
      <w:r>
        <w:rPr>
          <w:rFonts w:ascii="宋体" w:hAnsi="宋体" w:eastAsia="宋体"/>
          <w:sz w:val="24"/>
        </w:rPr>
        <w:t>林风随便找了个下层靠后的位置坐下，位置偏僻但视野很好，能看清整个大厅。斗篷的兜帽遮住了大半张脸，只露出下巴的轮廓，让他得以安静地观察四周而不被人注意。他在心里默默记下了每一个坐在前排的公会代表——龙腾、皇朝、还有几个小公会的会长。</w:t>
      </w:r>
    </w:p>
    <w:p>
      <w:pPr>
        <w:spacing w:line="560" w:lineRule="exact"/>
        <w:ind w:firstLine="420"/>
      </w:pPr>
      <w:r>
        <w:rPr>
          <w:rFonts w:ascii="宋体" w:hAnsi="宋体" w:eastAsia="宋体"/>
          <w:sz w:val="24"/>
        </w:rPr>
        <w:t>前排的VIP区，龙啸云大马金刀地坐在最中间的位置，身边围着四五个人。他手里端着一杯系统提供的免费红酒，神态倨傲，像一只巡视自己领地的雄狮。</w:t>
      </w:r>
    </w:p>
    <w:p>
      <w:pPr>
        <w:spacing w:line="560" w:lineRule="exact"/>
        <w:ind w:firstLine="420"/>
      </w:pPr>
      <w:r>
        <w:rPr>
          <w:rFonts w:ascii="宋体" w:hAnsi="宋体" w:eastAsia="宋体"/>
          <w:sz w:val="24"/>
        </w:rPr>
        <w:t>"龙哥，今晚霜寒之刃肯定是您的了！"旁边的小弟拍马屁。</w:t>
      </w:r>
    </w:p>
    <w:p>
      <w:pPr>
        <w:spacing w:line="560" w:lineRule="exact"/>
        <w:ind w:firstLine="420"/>
      </w:pPr>
      <w:r>
        <w:rPr>
          <w:rFonts w:ascii="宋体" w:hAnsi="宋体" w:eastAsia="宋体"/>
          <w:sz w:val="24"/>
        </w:rPr>
        <w:t>"那还用说？"龙啸云冷笑一声，"我带了3000万金币来，这破城里有谁能跟我抢？"</w:t>
      </w:r>
    </w:p>
    <w:p>
      <w:pPr>
        <w:spacing w:line="560" w:lineRule="exact"/>
        <w:ind w:firstLine="420"/>
      </w:pPr>
      <w:r>
        <w:rPr>
          <w:rFonts w:ascii="宋体" w:hAnsi="宋体" w:eastAsia="宋体"/>
          <w:sz w:val="24"/>
        </w:rPr>
        <w:t>"皇朝公会会不会……"</w:t>
      </w:r>
    </w:p>
    <w:p>
      <w:pPr>
        <w:spacing w:line="560" w:lineRule="exact"/>
        <w:ind w:firstLine="420"/>
      </w:pPr>
      <w:r>
        <w:rPr>
          <w:rFonts w:ascii="宋体" w:hAnsi="宋体" w:eastAsia="宋体"/>
          <w:sz w:val="24"/>
        </w:rPr>
        <w:t>"皇朝？"龙啸云不屑地嗤了一声，"他们会长今晚没来，派了个小喽啰来走个过场。放心吧，霜寒之刃今晚必姓龙。"</w:t>
      </w:r>
    </w:p>
    <w:p>
      <w:pPr>
        <w:spacing w:line="560" w:lineRule="exact"/>
        <w:ind w:firstLine="420"/>
      </w:pPr>
      <w:r>
        <w:rPr>
          <w:rFonts w:ascii="宋体" w:hAnsi="宋体" w:eastAsia="宋体"/>
          <w:sz w:val="24"/>
        </w:rPr>
        <w:t>林风在后排听着，嘴角微微上扬。</w:t>
      </w:r>
    </w:p>
    <w:p>
      <w:pPr>
        <w:spacing w:line="560" w:lineRule="exact"/>
        <w:ind w:firstLine="420"/>
      </w:pPr>
      <w:r>
        <w:rPr>
          <w:rFonts w:ascii="宋体" w:hAnsi="宋体" w:eastAsia="宋体"/>
          <w:sz w:val="24"/>
        </w:rPr>
        <w:t>3000万金币。</w:t>
      </w:r>
    </w:p>
    <w:p>
      <w:pPr>
        <w:spacing w:line="560" w:lineRule="exact"/>
        <w:ind w:firstLine="420"/>
      </w:pPr>
      <w:r>
        <w:rPr>
          <w:rFonts w:ascii="宋体" w:hAnsi="宋体" w:eastAsia="宋体"/>
          <w:sz w:val="24"/>
        </w:rPr>
        <w:t>挺多的。</w:t>
      </w:r>
    </w:p>
    <w:p>
      <w:pPr>
        <w:spacing w:line="560" w:lineRule="exact"/>
        <w:ind w:firstLine="420"/>
      </w:pPr>
      <w:r>
        <w:rPr>
          <w:rFonts w:ascii="宋体" w:hAnsi="宋体" w:eastAsia="宋体"/>
          <w:sz w:val="24"/>
        </w:rPr>
        <w:t>但他有一亿。</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八点十分。拍卖会正式开始。</w:t>
      </w:r>
    </w:p>
    <w:p>
      <w:pPr>
        <w:spacing w:line="560" w:lineRule="exact"/>
        <w:ind w:firstLine="420"/>
      </w:pPr>
      <w:r>
        <w:rPr>
          <w:rFonts w:ascii="宋体" w:hAnsi="宋体" w:eastAsia="宋体"/>
          <w:sz w:val="24"/>
        </w:rPr>
        <w:t>主持人是一位穿着红色旗袍的女NPC，容貌精致，声音甜美：</w:t>
      </w:r>
    </w:p>
    <w:p>
      <w:pPr>
        <w:spacing w:line="560" w:lineRule="exact"/>
        <w:ind w:firstLine="420"/>
      </w:pPr>
      <w:r>
        <w:rPr>
          <w:rFonts w:ascii="宋体" w:hAnsi="宋体" w:eastAsia="宋体"/>
          <w:sz w:val="24"/>
        </w:rPr>
        <w:t>"各位尊贵的来宾，欢迎来到天风城拍卖会！我是主持人红袖。今晚，我们为大家准备了五件精品拍品，每一件都是万里挑一的珍品！"</w:t>
      </w:r>
    </w:p>
    <w:p>
      <w:pPr>
        <w:spacing w:line="560" w:lineRule="exact"/>
        <w:ind w:firstLine="420"/>
      </w:pPr>
      <w:r>
        <w:rPr>
          <w:rFonts w:ascii="宋体" w:hAnsi="宋体" w:eastAsia="宋体"/>
          <w:sz w:val="24"/>
        </w:rPr>
        <w:t>"第一件拍品——精炼石×10！"</w:t>
      </w:r>
    </w:p>
    <w:p>
      <w:pPr>
        <w:spacing w:line="560" w:lineRule="exact"/>
        <w:ind w:firstLine="420"/>
      </w:pPr>
      <w:r>
        <w:rPr>
          <w:rFonts w:ascii="宋体" w:hAnsi="宋体" w:eastAsia="宋体"/>
          <w:sz w:val="24"/>
        </w:rPr>
        <w:t>屏幕上显示出精炼石的属性。精炼石是强化装备的必备材料，在游戏前期非常稀缺。</w:t>
      </w:r>
    </w:p>
    <w:p>
      <w:pPr>
        <w:spacing w:line="560" w:lineRule="exact"/>
        <w:ind w:firstLine="420"/>
      </w:pPr>
      <w:r>
        <w:rPr>
          <w:rFonts w:ascii="宋体" w:hAnsi="宋体" w:eastAsia="宋体"/>
          <w:sz w:val="24"/>
        </w:rPr>
        <w:t>"起拍价：20万金币。每次加价不得少于1万金币。开始竞拍！"</w:t>
      </w:r>
    </w:p>
    <w:p>
      <w:pPr>
        <w:spacing w:line="560" w:lineRule="exact"/>
        <w:ind w:firstLine="420"/>
      </w:pPr>
      <w:r>
        <w:rPr>
          <w:rFonts w:ascii="宋体" w:hAnsi="宋体" w:eastAsia="宋体"/>
          <w:sz w:val="24"/>
        </w:rPr>
        <w:t>"21万！"</w:t>
        <w:br/>
        <w:t>"22万！"</w:t>
        <w:br/>
        <w:t>"25万！"</w:t>
      </w:r>
    </w:p>
    <w:p>
      <w:pPr>
        <w:spacing w:line="560" w:lineRule="exact"/>
        <w:ind w:firstLine="420"/>
      </w:pPr>
      <w:r>
        <w:rPr>
          <w:rFonts w:ascii="宋体" w:hAnsi="宋体" w:eastAsia="宋体"/>
          <w:sz w:val="24"/>
        </w:rPr>
        <w:t>竞价声此起彼伏。最终，精炼石以32万金币的价格成交，被一个看起来像工匠职业的玩家买走。</w:t>
      </w:r>
    </w:p>
    <w:p>
      <w:pPr>
        <w:spacing w:line="560" w:lineRule="exact"/>
        <w:ind w:firstLine="420"/>
      </w:pPr>
      <w:r>
        <w:rPr>
          <w:rFonts w:ascii="宋体" w:hAnsi="宋体" w:eastAsia="宋体"/>
          <w:sz w:val="24"/>
        </w:rPr>
        <w:t>"第二件拍品——技能书·狂暴斩 Lv.3！"</w:t>
      </w:r>
    </w:p>
    <w:p>
      <w:pPr>
        <w:spacing w:line="560" w:lineRule="exact"/>
        <w:ind w:firstLine="420"/>
      </w:pPr>
      <w:r>
        <w:rPr>
          <w:rFonts w:ascii="宋体" w:hAnsi="宋体" w:eastAsia="宋体"/>
          <w:sz w:val="24"/>
        </w:rPr>
        <w:t>狂暴斩是战士职业的高阶技能，第三级解锁后伤害惊人。</w:t>
      </w:r>
    </w:p>
    <w:p>
      <w:pPr>
        <w:spacing w:line="560" w:lineRule="exact"/>
        <w:ind w:firstLine="420"/>
      </w:pPr>
      <w:r>
        <w:rPr>
          <w:rFonts w:ascii="宋体" w:hAnsi="宋体" w:eastAsia="宋体"/>
          <w:sz w:val="24"/>
        </w:rPr>
        <w:t>"起拍价：80万金币！开始竞拍！"</w:t>
      </w:r>
    </w:p>
    <w:p>
      <w:pPr>
        <w:spacing w:line="560" w:lineRule="exact"/>
        <w:ind w:firstLine="420"/>
      </w:pPr>
      <w:r>
        <w:rPr>
          <w:rFonts w:ascii="宋体" w:hAnsi="宋体" w:eastAsia="宋体"/>
          <w:sz w:val="24"/>
        </w:rPr>
        <w:t>"85万！"</w:t>
        <w:br/>
        <w:t>"90万！"</w:t>
        <w:br/>
        <w:t>"100万！"</w:t>
        <w:br/>
        <w:t>"105万！"</w:t>
        <w:br/>
        <w:t>"110万！"喊价的都是战士玩家，每报一次价，声音里都带着微微的颤抖——对普通玩家来说，百万金币就是他们全部的身家了。</w:t>
      </w:r>
    </w:p>
    <w:p>
      <w:pPr>
        <w:spacing w:line="560" w:lineRule="exact"/>
        <w:ind w:firstLine="420"/>
      </w:pPr>
      <w:r>
        <w:rPr>
          <w:rFonts w:ascii="宋体" w:hAnsi="宋体" w:eastAsia="宋体"/>
          <w:sz w:val="24"/>
        </w:rPr>
        <w:t>竞价很快突破百万。最终以135万金币成交，被一个战士玩家满脸激动地拿下。</w:t>
      </w:r>
    </w:p>
    <w:p>
      <w:pPr>
        <w:spacing w:line="560" w:lineRule="exact"/>
        <w:ind w:firstLine="420"/>
      </w:pPr>
      <w:r>
        <w:rPr>
          <w:rFonts w:ascii="宋体" w:hAnsi="宋体" w:eastAsia="宋体"/>
          <w:sz w:val="24"/>
        </w:rPr>
        <w:t>"第三件拍品——紫色品质戒指·灵力指环！"</w:t>
      </w:r>
    </w:p>
    <w:p>
      <w:pPr>
        <w:spacing w:line="560" w:lineRule="exact"/>
        <w:ind w:firstLine="420"/>
      </w:pPr>
      <w:r>
        <w:rPr>
          <w:rFonts w:ascii="宋体" w:hAnsi="宋体" w:eastAsia="宋体"/>
          <w:sz w:val="24"/>
        </w:rPr>
        <w:t>灵力指环是法师的极品装备，能够大幅提升魔法攻击力和法力回复速度。</w:t>
      </w:r>
    </w:p>
    <w:p>
      <w:pPr>
        <w:spacing w:line="560" w:lineRule="exact"/>
        <w:ind w:firstLine="420"/>
      </w:pPr>
      <w:r>
        <w:rPr>
          <w:rFonts w:ascii="宋体" w:hAnsi="宋体" w:eastAsia="宋体"/>
          <w:sz w:val="24"/>
        </w:rPr>
        <w:t>"起拍价：50万金币！开始竞拍！"</w:t>
      </w:r>
    </w:p>
    <w:p>
      <w:pPr>
        <w:spacing w:line="560" w:lineRule="exact"/>
        <w:ind w:firstLine="420"/>
      </w:pPr>
      <w:r>
        <w:rPr>
          <w:rFonts w:ascii="宋体" w:hAnsi="宋体" w:eastAsia="宋体"/>
          <w:sz w:val="24"/>
        </w:rPr>
        <w:t>"55万！"</w:t>
        <w:br/>
        <w:t>"60万！"</w:t>
        <w:br/>
        <w:t>"70万！"</w:t>
      </w:r>
    </w:p>
    <w:p>
      <w:pPr>
        <w:spacing w:line="560" w:lineRule="exact"/>
        <w:ind w:firstLine="420"/>
      </w:pPr>
      <w:r>
        <w:rPr>
          <w:rFonts w:ascii="宋体" w:hAnsi="宋体" w:eastAsia="宋体"/>
          <w:sz w:val="24"/>
        </w:rPr>
        <w:t>竞价一路攀升。龙啸云忽然举牌："100万。"</w:t>
      </w:r>
    </w:p>
    <w:p>
      <w:pPr>
        <w:spacing w:line="560" w:lineRule="exact"/>
        <w:ind w:firstLine="420"/>
      </w:pPr>
      <w:r>
        <w:rPr>
          <w:rFonts w:ascii="宋体" w:hAnsi="宋体" w:eastAsia="宋体"/>
          <w:sz w:val="24"/>
        </w:rPr>
        <w:t>全场安静了一秒。</w:t>
      </w:r>
    </w:p>
    <w:p>
      <w:pPr>
        <w:spacing w:line="560" w:lineRule="exact"/>
        <w:ind w:firstLine="420"/>
      </w:pPr>
      <w:r>
        <w:rPr>
          <w:rFonts w:ascii="宋体" w:hAnsi="宋体" w:eastAsia="宋体"/>
          <w:sz w:val="24"/>
        </w:rPr>
        <w:t>有人小声说："龙腾公会出手了。"</w:t>
      </w:r>
    </w:p>
    <w:p>
      <w:pPr>
        <w:spacing w:line="560" w:lineRule="exact"/>
        <w:ind w:firstLine="420"/>
      </w:pPr>
      <w:r>
        <w:rPr>
          <w:rFonts w:ascii="宋体" w:hAnsi="宋体" w:eastAsia="宋体"/>
          <w:sz w:val="24"/>
        </w:rPr>
        <w:t>最终，灵力指环以100万被龙啸云拿下。他面带得色，仿佛100万对他来说不过是零花钱。</w:t>
      </w:r>
    </w:p>
    <w:p>
      <w:pPr>
        <w:spacing w:line="560" w:lineRule="exact"/>
        <w:ind w:firstLine="420"/>
      </w:pPr>
      <w:r>
        <w:rPr>
          <w:rFonts w:ascii="宋体" w:hAnsi="宋体" w:eastAsia="宋体"/>
          <w:sz w:val="24"/>
        </w:rPr>
        <w:t>"第四件拍品——稀有级坐骑·追风马！"</w:t>
      </w:r>
    </w:p>
    <w:p>
      <w:pPr>
        <w:spacing w:line="560" w:lineRule="exact"/>
        <w:ind w:firstLine="420"/>
      </w:pPr>
      <w:r>
        <w:rPr>
          <w:rFonts w:ascii="宋体" w:hAnsi="宋体" w:eastAsia="宋体"/>
          <w:sz w:val="24"/>
        </w:rPr>
        <w:t>屏幕上展示出一匹通体雪白的骏马，鬃毛飘逸，四蹄踏着淡淡的流光。这是天风城目前出现的最高级坐骑，速度加成极高。</w:t>
      </w:r>
    </w:p>
    <w:p>
      <w:pPr>
        <w:spacing w:line="560" w:lineRule="exact"/>
        <w:ind w:firstLine="420"/>
      </w:pPr>
      <w:r>
        <w:rPr>
          <w:rFonts w:ascii="宋体" w:hAnsi="宋体" w:eastAsia="宋体"/>
          <w:sz w:val="24"/>
        </w:rPr>
        <w:t>"起拍价：100万金币！开始竞拍！"</w:t>
      </w:r>
    </w:p>
    <w:p>
      <w:pPr>
        <w:spacing w:line="560" w:lineRule="exact"/>
        <w:ind w:firstLine="420"/>
      </w:pPr>
      <w:r>
        <w:rPr>
          <w:rFonts w:ascii="宋体" w:hAnsi="宋体" w:eastAsia="宋体"/>
          <w:sz w:val="24"/>
        </w:rPr>
        <w:t>竞价瞬间火爆：</w:t>
      </w:r>
    </w:p>
    <w:p>
      <w:pPr>
        <w:spacing w:line="560" w:lineRule="exact"/>
        <w:ind w:firstLine="420"/>
      </w:pPr>
      <w:r>
        <w:rPr>
          <w:rFonts w:ascii="宋体" w:hAnsi="宋体" w:eastAsia="宋体"/>
          <w:sz w:val="24"/>
        </w:rPr>
        <w:t>"120万！"</w:t>
        <w:br/>
        <w:t>"150万！"</w:t>
        <w:br/>
        <w:t>"160万！"</w:t>
        <w:br/>
        <w:t>"200万！"</w:t>
      </w:r>
    </w:p>
    <w:p>
      <w:pPr>
        <w:spacing w:line="560" w:lineRule="exact"/>
        <w:ind w:firstLine="420"/>
      </w:pPr>
      <w:r>
        <w:rPr>
          <w:rFonts w:ascii="宋体" w:hAnsi="宋体" w:eastAsia="宋体"/>
          <w:sz w:val="24"/>
        </w:rPr>
        <w:t>龙啸云再次举牌："250万。"</w:t>
      </w:r>
    </w:p>
    <w:p>
      <w:pPr>
        <w:spacing w:line="560" w:lineRule="exact"/>
        <w:ind w:firstLine="420"/>
      </w:pPr>
      <w:r>
        <w:rPr>
          <w:rFonts w:ascii="宋体" w:hAnsi="宋体" w:eastAsia="宋体"/>
          <w:sz w:val="24"/>
        </w:rPr>
        <w:t>又是他。全场再次安静。所有人的目光都集中在了龙啸云手中的号牌上——250万，对这个层次的玩家来说已经是天价了。</w:t>
      </w:r>
    </w:p>
    <w:p>
      <w:pPr>
        <w:spacing w:line="560" w:lineRule="exact"/>
        <w:ind w:firstLine="420"/>
      </w:pPr>
      <w:r>
        <w:rPr>
          <w:rFonts w:ascii="宋体" w:hAnsi="宋体" w:eastAsia="宋体"/>
          <w:sz w:val="24"/>
        </w:rPr>
        <w:t>但这次——有人跟了。</w:t>
      </w:r>
    </w:p>
    <w:p>
      <w:pPr>
        <w:spacing w:line="560" w:lineRule="exact"/>
        <w:ind w:firstLine="420"/>
      </w:pPr>
      <w:r>
        <w:rPr>
          <w:rFonts w:ascii="宋体" w:hAnsi="宋体" w:eastAsia="宋体"/>
          <w:sz w:val="24"/>
        </w:rPr>
        <w:t>"260万。"一个清冷的声音从上层包厢中传出。</w:t>
      </w:r>
    </w:p>
    <w:p>
      <w:pPr>
        <w:spacing w:line="560" w:lineRule="exact"/>
        <w:ind w:firstLine="420"/>
      </w:pPr>
      <w:r>
        <w:rPr>
          <w:rFonts w:ascii="宋体" w:hAnsi="宋体" w:eastAsia="宋体"/>
          <w:sz w:val="24"/>
        </w:rPr>
        <w:t>全场哗然。</w:t>
      </w:r>
    </w:p>
    <w:p>
      <w:pPr>
        <w:spacing w:line="560" w:lineRule="exact"/>
        <w:ind w:firstLine="420"/>
      </w:pPr>
      <w:r>
        <w:rPr>
          <w:rFonts w:ascii="宋体" w:hAnsi="宋体" w:eastAsia="宋体"/>
          <w:sz w:val="24"/>
        </w:rPr>
        <w:t>龙啸云脸色一沉，抬头看向上层的包厢："谁？！"</w:t>
      </w:r>
    </w:p>
    <w:p>
      <w:pPr>
        <w:spacing w:line="560" w:lineRule="exact"/>
        <w:ind w:firstLine="420"/>
      </w:pPr>
      <w:r>
        <w:rPr>
          <w:rFonts w:ascii="宋体" w:hAnsi="宋体" w:eastAsia="宋体"/>
          <w:sz w:val="24"/>
        </w:rPr>
        <w:t>包厢的帘幕半掩，看不清里面的人。但那清冷的声音再次响起："270万。"</w:t>
      </w:r>
    </w:p>
    <w:p>
      <w:pPr>
        <w:spacing w:line="560" w:lineRule="exact"/>
        <w:ind w:firstLine="420"/>
      </w:pPr>
      <w:r>
        <w:rPr>
          <w:rFonts w:ascii="宋体" w:hAnsi="宋体" w:eastAsia="宋体"/>
          <w:sz w:val="24"/>
        </w:rPr>
        <w:t>"280万！"龙啸云咬牙举牌。</w:t>
      </w:r>
    </w:p>
    <w:p>
      <w:pPr>
        <w:spacing w:line="560" w:lineRule="exact"/>
        <w:ind w:firstLine="420"/>
      </w:pPr>
      <w:r>
        <w:rPr>
          <w:rFonts w:ascii="宋体" w:hAnsi="宋体" w:eastAsia="宋体"/>
          <w:sz w:val="24"/>
        </w:rPr>
        <w:t>"300万。"包厢不急不缓。</w:t>
      </w:r>
    </w:p>
    <w:p>
      <w:pPr>
        <w:spacing w:line="560" w:lineRule="exact"/>
        <w:ind w:firstLine="420"/>
      </w:pPr>
      <w:r>
        <w:rPr>
          <w:rFonts w:ascii="宋体" w:hAnsi="宋体" w:eastAsia="宋体"/>
          <w:sz w:val="24"/>
        </w:rPr>
        <w:t>全场气氛紧绷到了极点。所有人都屏住了呼吸——龙腾公会居然被人正面硬刚了！</w:t>
      </w:r>
    </w:p>
    <w:p>
      <w:pPr>
        <w:spacing w:line="560" w:lineRule="exact"/>
        <w:ind w:firstLine="420"/>
      </w:pPr>
      <w:r>
        <w:rPr>
          <w:rFonts w:ascii="宋体" w:hAnsi="宋体" w:eastAsia="宋体"/>
          <w:sz w:val="24"/>
        </w:rPr>
        <w:t>龙啸云额头青筋暴起，犹豫了片刻，最终没有继续加价。</w:t>
      </w:r>
    </w:p>
    <w:p>
      <w:pPr>
        <w:spacing w:line="560" w:lineRule="exact"/>
        <w:ind w:firstLine="420"/>
      </w:pPr>
      <w:r>
        <w:rPr>
          <w:rFonts w:ascii="宋体" w:hAnsi="宋体" w:eastAsia="宋体"/>
          <w:sz w:val="24"/>
        </w:rPr>
        <w:t>追风马以300万金币成交，被包厢中的神秘买家拍走。</w:t>
      </w:r>
    </w:p>
    <w:p>
      <w:pPr>
        <w:spacing w:line="560" w:lineRule="exact"/>
        <w:ind w:firstLine="420"/>
      </w:pPr>
      <w:r>
        <w:rPr>
          <w:rFonts w:ascii="宋体" w:hAnsi="宋体" w:eastAsia="宋体"/>
          <w:sz w:val="24"/>
        </w:rPr>
        <w:t>龙啸云脸色铁青，将杯子里的红酒一饮而尽，重重地把杯子顿在桌上，发出沉闷的一声响。</w:t>
      </w:r>
    </w:p>
    <w:p>
      <w:pPr>
        <w:spacing w:line="560" w:lineRule="exact"/>
        <w:ind w:firstLine="420"/>
      </w:pPr>
      <w:r>
        <w:rPr>
          <w:rFonts w:ascii="宋体" w:hAnsi="宋体" w:eastAsia="宋体"/>
          <w:sz w:val="24"/>
        </w:rPr>
        <w:t>"没事，追风马而已。"他低声对身边的小弟说，声音里带着压抑的不快，"等我拿到霜寒之刃，那破马算什么东西。"</w:t>
      </w:r>
    </w:p>
    <w:p>
      <w:pPr>
        <w:spacing w:line="560" w:lineRule="exact"/>
        <w:ind w:firstLine="420"/>
      </w:pPr>
      <w:r>
        <w:rPr>
          <w:rFonts w:ascii="宋体" w:hAnsi="宋体" w:eastAsia="宋体"/>
          <w:sz w:val="24"/>
        </w:rPr>
        <w:t>小弟连忙附和："对对对，龙哥说得对，追风马算什么，霜寒之刃才是硬货！"他低声对身边的小弟说，"我们的目标是霜寒之刃。让他们先得意一会儿。"</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主持人红袖的声音再次响起，带着一丝激动：</w:t>
      </w:r>
    </w:p>
    <w:p>
      <w:pPr>
        <w:spacing w:line="560" w:lineRule="exact"/>
        <w:ind w:firstLine="420"/>
      </w:pPr>
      <w:r>
        <w:rPr>
          <w:rFonts w:ascii="宋体" w:hAnsi="宋体" w:eastAsia="宋体"/>
          <w:sz w:val="24"/>
        </w:rPr>
        <w:t>"各位来宾——今晚的重头戏来了！"</w:t>
      </w:r>
    </w:p>
    <w:p>
      <w:pPr>
        <w:spacing w:line="560" w:lineRule="exact"/>
        <w:ind w:firstLine="420"/>
      </w:pPr>
      <w:r>
        <w:rPr>
          <w:rFonts w:ascii="宋体" w:hAnsi="宋体" w:eastAsia="宋体"/>
          <w:sz w:val="24"/>
        </w:rPr>
        <w:t>"第五件拍品——传说级武器·霜寒之刃！"</w:t>
      </w:r>
    </w:p>
    <w:p>
      <w:pPr>
        <w:spacing w:line="560" w:lineRule="exact"/>
        <w:ind w:firstLine="420"/>
      </w:pPr>
      <w:r>
        <w:rPr>
          <w:rFonts w:ascii="宋体" w:hAnsi="宋体" w:eastAsia="宋体"/>
          <w:sz w:val="24"/>
        </w:rPr>
        <w:t>魔法屏幕上，一把通体冰蓝色的长剑缓缓旋转展示。剑身修长，散发着凛冽的寒气，剑刃上覆盖着一层薄薄的冰霜。光是看画面，仿佛就能感受到那股刺骨的寒意。</w:t>
      </w:r>
    </w:p>
    <w:p>
      <w:pPr>
        <w:spacing w:line="560" w:lineRule="exact"/>
        <w:ind w:firstLine="420"/>
      </w:pPr>
      <w:r>
        <w:rPr>
          <w:rFonts w:ascii="宋体" w:hAnsi="宋体" w:eastAsia="宋体"/>
          <w:sz w:val="24"/>
        </w:rPr>
        <w:t>【霜寒之刃】</w:t>
        <w:br/>
        <w:t>等级需求：30级</w:t>
        <w:br/>
        <w:t>攻击力：+350</w:t>
        <w:br/>
        <w:t>特效：冰霜伤害（攻击时有30%概率附加200点冰霜伤害）</w:t>
        <w:br/>
        <w:t>特效：减速（攻击时有20%概率降低目标30%移动速度，持续3秒）</w:t>
      </w:r>
    </w:p>
    <w:p>
      <w:pPr>
        <w:spacing w:line="560" w:lineRule="exact"/>
        <w:ind w:firstLine="420"/>
      </w:pPr>
      <w:r>
        <w:rPr>
          <w:rFonts w:ascii="宋体" w:hAnsi="宋体" w:eastAsia="宋体"/>
          <w:sz w:val="24"/>
        </w:rPr>
        <w:t>屏幕上的长剑缓缓旋转三百六十度，剑身上的冰霜纹路在魔法光效下晶莹剔透。台下响起了此起彼伏的惊叹声——天风城开服至今，公开拍卖的传说武器，这还是头一把。</w:t>
      </w:r>
    </w:p>
    <w:p>
      <w:pPr>
        <w:spacing w:line="560" w:lineRule="exact"/>
        <w:ind w:firstLine="420"/>
      </w:pPr>
      <w:r>
        <w:rPr>
          <w:rFonts w:ascii="宋体" w:hAnsi="宋体" w:eastAsia="宋体"/>
          <w:sz w:val="24"/>
        </w:rPr>
        <w:t>全场沸腾了！所有人都坐直了身体伸长了脖子，想透过魔法屏幕看得更清楚些——那把传说中的武器，此刻就在拍卖行的仓库里等待着它的主人。</w:t>
      </w:r>
    </w:p>
    <w:p>
      <w:pPr>
        <w:spacing w:line="560" w:lineRule="exact"/>
        <w:ind w:firstLine="420"/>
      </w:pPr>
      <w:r>
        <w:rPr>
          <w:rFonts w:ascii="宋体" w:hAnsi="宋体" w:eastAsia="宋体"/>
          <w:sz w:val="24"/>
        </w:rPr>
        <w:t>"350攻击力！还有两个特效！"</w:t>
        <w:br/>
        <w:t>"这把剑要是给战士拿了，简直无敌！"</w:t>
        <w:br/>
        <w:t>"30级就能用，简直是前期神器！"</w:t>
      </w:r>
    </w:p>
    <w:p>
      <w:pPr>
        <w:spacing w:line="560" w:lineRule="exact"/>
        <w:ind w:firstLine="420"/>
      </w:pPr>
      <w:r>
        <w:rPr>
          <w:rFonts w:ascii="宋体" w:hAnsi="宋体" w:eastAsia="宋体"/>
          <w:sz w:val="24"/>
        </w:rPr>
        <w:t>龙啸云坐直了身体，眼中闪烁着志在必得的光芒。他身边的几个小弟已经开始提前庆祝了。</w:t>
      </w:r>
    </w:p>
    <w:p>
      <w:pPr>
        <w:spacing w:line="560" w:lineRule="exact"/>
        <w:ind w:firstLine="420"/>
      </w:pPr>
      <w:r>
        <w:rPr>
          <w:rFonts w:ascii="宋体" w:hAnsi="宋体" w:eastAsia="宋体"/>
          <w:sz w:val="24"/>
        </w:rPr>
        <w:t>"起拍价——500万金币！"红袖的声音响彻全场，"每次加价不得少于10万金币！开始竞拍！"</w:t>
      </w:r>
    </w:p>
    <w:p>
      <w:pPr>
        <w:spacing w:line="560" w:lineRule="exact"/>
        <w:ind w:firstLine="420"/>
      </w:pPr>
      <w:r>
        <w:rPr>
          <w:rFonts w:ascii="宋体" w:hAnsi="宋体" w:eastAsia="宋体"/>
          <w:sz w:val="24"/>
        </w:rPr>
        <w:t>"500万！"立刻有人举牌。</w:t>
      </w:r>
    </w:p>
    <w:p>
      <w:pPr>
        <w:spacing w:line="560" w:lineRule="exact"/>
        <w:ind w:firstLine="420"/>
      </w:pPr>
      <w:r>
        <w:rPr>
          <w:rFonts w:ascii="宋体" w:hAnsi="宋体" w:eastAsia="宋体"/>
          <w:sz w:val="24"/>
        </w:rPr>
        <w:t>"550万！"</w:t>
        <w:br/>
        <w:t>"600万！"</w:t>
        <w:br/>
        <w:t>"650万！"</w:t>
      </w:r>
    </w:p>
    <w:p>
      <w:pPr>
        <w:spacing w:line="560" w:lineRule="exact"/>
        <w:ind w:firstLine="420"/>
      </w:pPr>
      <w:r>
        <w:rPr>
          <w:rFonts w:ascii="宋体" w:hAnsi="宋体" w:eastAsia="宋体"/>
          <w:sz w:val="24"/>
        </w:rPr>
        <w:t>竞价声此起彼伏，价格一路飙升。不到两分钟，已经突破800万。</w:t>
      </w:r>
    </w:p>
    <w:p>
      <w:pPr>
        <w:spacing w:line="560" w:lineRule="exact"/>
        <w:ind w:firstLine="420"/>
      </w:pPr>
      <w:r>
        <w:rPr>
          <w:rFonts w:ascii="宋体" w:hAnsi="宋体" w:eastAsia="宋体"/>
          <w:sz w:val="24"/>
        </w:rPr>
        <w:t>龙啸云稳坐不动。他在等——等那些小鱼小虾先出局。</w:t>
      </w:r>
    </w:p>
    <w:p>
      <w:pPr>
        <w:spacing w:line="560" w:lineRule="exact"/>
        <w:ind w:firstLine="420"/>
      </w:pPr>
      <w:r>
        <w:rPr>
          <w:rFonts w:ascii="宋体" w:hAnsi="宋体" w:eastAsia="宋体"/>
          <w:sz w:val="24"/>
        </w:rPr>
        <w:t>当竞价达到900万时，参与的人已经只剩下三个——龙啸云、皇朝公会的代表、还有一个戴着面具的神秘玩家。</w:t>
      </w:r>
    </w:p>
    <w:p>
      <w:pPr>
        <w:spacing w:line="560" w:lineRule="exact"/>
        <w:ind w:firstLine="420"/>
      </w:pPr>
      <w:r>
        <w:rPr>
          <w:rFonts w:ascii="宋体" w:hAnsi="宋体" w:eastAsia="宋体"/>
          <w:sz w:val="24"/>
        </w:rPr>
        <w:t>"900万！"皇朝代表举牌。</w:t>
      </w:r>
    </w:p>
    <w:p>
      <w:pPr>
        <w:spacing w:line="560" w:lineRule="exact"/>
        <w:ind w:firstLine="420"/>
      </w:pPr>
      <w:r>
        <w:rPr>
          <w:rFonts w:ascii="宋体" w:hAnsi="宋体" w:eastAsia="宋体"/>
          <w:sz w:val="24"/>
        </w:rPr>
        <w:t>龙啸云终于动了。他缓缓举牌——声音不大，却让全场清晰可闻：</w:t>
      </w:r>
    </w:p>
    <w:p>
      <w:pPr>
        <w:spacing w:line="560" w:lineRule="exact"/>
        <w:ind w:firstLine="420"/>
      </w:pPr>
      <w:r>
        <w:rPr>
          <w:rFonts w:ascii="宋体" w:hAnsi="宋体" w:eastAsia="宋体"/>
          <w:sz w:val="24"/>
        </w:rPr>
        <w:t>"1200万。"</w:t>
      </w:r>
    </w:p>
    <w:p>
      <w:pPr>
        <w:spacing w:line="560" w:lineRule="exact"/>
        <w:ind w:firstLine="420"/>
      </w:pPr>
      <w:r>
        <w:rPr>
          <w:rFonts w:ascii="宋体" w:hAnsi="宋体" w:eastAsia="宋体"/>
          <w:sz w:val="24"/>
        </w:rPr>
        <w:t>直接从900万跳到1200万。</w:t>
      </w:r>
    </w:p>
    <w:p>
      <w:pPr>
        <w:spacing w:line="560" w:lineRule="exact"/>
        <w:ind w:firstLine="420"/>
      </w:pPr>
      <w:r>
        <w:rPr>
          <w:rFonts w:ascii="宋体" w:hAnsi="宋体" w:eastAsia="宋体"/>
          <w:sz w:val="24"/>
        </w:rPr>
        <w:t>全场倒吸一口冷气。</w:t>
      </w:r>
    </w:p>
    <w:p>
      <w:pPr>
        <w:spacing w:line="560" w:lineRule="exact"/>
        <w:ind w:firstLine="420"/>
      </w:pPr>
      <w:r>
        <w:rPr>
          <w:rFonts w:ascii="宋体" w:hAnsi="宋体" w:eastAsia="宋体"/>
          <w:sz w:val="24"/>
        </w:rPr>
        <w:t>皇朝代表的脸色变了。他犹豫了许久，最终放下了牌子。</w:t>
      </w:r>
    </w:p>
    <w:p>
      <w:pPr>
        <w:spacing w:line="560" w:lineRule="exact"/>
        <w:ind w:firstLine="420"/>
      </w:pPr>
      <w:r>
        <w:rPr>
          <w:rFonts w:ascii="宋体" w:hAnsi="宋体" w:eastAsia="宋体"/>
          <w:sz w:val="24"/>
        </w:rPr>
        <w:t>那个面具玩家也沉默了。</w:t>
      </w:r>
    </w:p>
    <w:p>
      <w:pPr>
        <w:spacing w:line="560" w:lineRule="exact"/>
        <w:ind w:firstLine="420"/>
      </w:pPr>
      <w:r>
        <w:rPr>
          <w:rFonts w:ascii="宋体" w:hAnsi="宋体" w:eastAsia="宋体"/>
          <w:sz w:val="24"/>
        </w:rPr>
        <w:t>龙啸云嘴角勾起一抹胜利的笑容。</w:t>
      </w:r>
    </w:p>
    <w:p>
      <w:pPr>
        <w:spacing w:line="560" w:lineRule="exact"/>
        <w:ind w:firstLine="420"/>
      </w:pPr>
      <w:r>
        <w:rPr>
          <w:rFonts w:ascii="宋体" w:hAnsi="宋体" w:eastAsia="宋体"/>
          <w:sz w:val="24"/>
        </w:rPr>
        <w:t>"1200万一次！1200万两次——"</w:t>
      </w:r>
    </w:p>
    <w:p>
      <w:pPr>
        <w:spacing w:line="560" w:lineRule="exact"/>
        <w:ind w:firstLine="420"/>
      </w:pPr>
      <w:r>
        <w:rPr>
          <w:rFonts w:ascii="宋体" w:hAnsi="宋体" w:eastAsia="宋体"/>
          <w:sz w:val="24"/>
        </w:rPr>
        <w:t>红袖举起拍卖槌。</w:t>
      </w:r>
    </w:p>
    <w:p>
      <w:pPr>
        <w:spacing w:line="560" w:lineRule="exact"/>
        <w:ind w:firstLine="420"/>
      </w:pPr>
      <w:r>
        <w:rPr>
          <w:rFonts w:ascii="宋体" w:hAnsi="宋体" w:eastAsia="宋体"/>
          <w:sz w:val="24"/>
        </w:rPr>
        <w:t>就在这时——</w:t>
      </w:r>
    </w:p>
    <w:p>
      <w:pPr>
        <w:spacing w:line="560" w:lineRule="exact"/>
        <w:ind w:firstLine="420"/>
      </w:pPr>
      <w:r>
        <w:rPr>
          <w:rFonts w:ascii="宋体" w:hAnsi="宋体" w:eastAsia="宋体"/>
          <w:sz w:val="24"/>
        </w:rPr>
        <w:t>后排，一个穿着黑色斗篷的身影，缓缓举起了手中的号牌。</w:t>
      </w:r>
    </w:p>
    <w:p>
      <w:pPr>
        <w:spacing w:line="560" w:lineRule="exact"/>
        <w:ind w:firstLine="420"/>
      </w:pPr>
      <w:r>
        <w:rPr>
          <w:rFonts w:ascii="宋体" w:hAnsi="宋体" w:eastAsia="宋体"/>
          <w:sz w:val="24"/>
        </w:rPr>
        <w:t>一个平静的声音，不紧不慢地响起：</w:t>
      </w:r>
    </w:p>
    <w:p>
      <w:pPr>
        <w:spacing w:line="560" w:lineRule="exact"/>
        <w:ind w:firstLine="420"/>
      </w:pPr>
      <w:r>
        <w:rPr>
          <w:rFonts w:ascii="宋体" w:hAnsi="宋体" w:eastAsia="宋体"/>
          <w:sz w:val="24"/>
        </w:rPr>
        <w:t>"2000万。"</w:t>
      </w:r>
    </w:p>
    <w:p>
      <w:pPr>
        <w:spacing w:line="560" w:lineRule="exact"/>
        <w:ind w:firstLine="420"/>
      </w:pPr>
      <w:r>
        <w:rPr>
          <w:rFonts w:ascii="宋体" w:hAnsi="宋体" w:eastAsia="宋体"/>
          <w:sz w:val="24"/>
        </w:rPr>
        <w:t>这个数字像一颗陨石砸进了平静的湖面。所有人的脑袋都齐刷刷地转向了后排那个穿着黑色斗篷的身影——</w:t>
      </w:r>
    </w:p>
    <w:p>
      <w:pPr>
        <w:spacing w:line="560" w:lineRule="exact"/>
        <w:ind w:firstLine="420"/>
      </w:pPr>
      <w:r>
        <w:rPr>
          <w:rFonts w:ascii="宋体" w:hAnsi="宋体" w:eastAsia="宋体"/>
          <w:sz w:val="24"/>
        </w:rPr>
        <w:t>是那个之前从未开口出过价的人。从拍卖开始到现在，他对前面的四件拍品一声不吭，仿佛只是为了这一刻而来。</w:t>
      </w:r>
    </w:p>
    <w:p>
      <w:pPr>
        <w:spacing w:line="560" w:lineRule="exact"/>
        <w:ind w:firstLine="420"/>
      </w:pPr>
      <w:r>
        <w:rPr>
          <w:rFonts w:ascii="宋体" w:hAnsi="宋体" w:eastAsia="宋体"/>
          <w:sz w:val="24"/>
        </w:rPr>
        <w:t>龙啸云端在手里的酒杯停在了半空中，脸上的笑容像被按了暂停键一样定格了。</w:t>
      </w:r>
    </w:p>
    <w:p>
      <w:r>
        <w:br w:type="page"/>
      </w:r>
    </w:p>
    <w:p>
      <w:pPr>
        <w:jc w:val="center"/>
      </w:pPr>
      <w:r>
        <w:rPr>
          <w:b/>
          <w:sz w:val="32"/>
        </w:rPr>
        <w:t>第007章 拍卖会（下）</w:t>
      </w:r>
    </w:p>
    <w:p>
      <w:pPr>
        <w:jc w:val="center"/>
      </w:pPr>
      <w:r>
        <w:rPr>
          <w:color w:val="999999"/>
          <w:sz w:val="18"/>
        </w:rPr>
        <w:t>（2,508字）</w:t>
      </w:r>
    </w:p>
    <w:p/>
    <w:p>
      <w:pPr>
        <w:spacing w:line="560" w:lineRule="exact"/>
        <w:ind w:firstLine="420"/>
      </w:pPr>
      <w:r>
        <w:rPr>
          <w:rFonts w:ascii="宋体" w:hAnsi="宋体" w:eastAsia="宋体"/>
          <w:sz w:val="24"/>
        </w:rPr>
        <w:t>整个拍卖大厅陷入了一片死寂。几分钟前，通体冰蓝色的长剑被推上台时全场就已经沸腾过一次——主持人红袖用魔法投影展示了武器属性，光是"传说级"三个字就让所有前排公会的会长坐直了身体。霜寒之刃：攻击+350，冰霜伤害，减速特效。整个天风城交易行半年没出过传说级武器了。</w:t>
      </w:r>
    </w:p>
    <w:p>
      <w:pPr>
        <w:spacing w:line="560" w:lineRule="exact"/>
        <w:ind w:firstLine="420"/>
      </w:pPr>
      <w:r>
        <w:rPr>
          <w:rFonts w:ascii="宋体" w:hAnsi="宋体" w:eastAsia="宋体"/>
          <w:sz w:val="24"/>
        </w:rPr>
        <w:t>而此刻，这把传说级武器的价格已经突破了所有人的预期。</w:t>
      </w:r>
    </w:p>
    <w:p>
      <w:pPr>
        <w:spacing w:line="560" w:lineRule="exact"/>
        <w:ind w:firstLine="420"/>
      </w:pPr>
      <w:r>
        <w:rPr>
          <w:rFonts w:ascii="宋体" w:hAnsi="宋体" w:eastAsia="宋体"/>
          <w:sz w:val="24"/>
        </w:rPr>
        <w:t>"2000万。"</w:t>
      </w:r>
    </w:p>
    <w:p>
      <w:pPr>
        <w:spacing w:line="560" w:lineRule="exact"/>
        <w:ind w:firstLine="420"/>
      </w:pPr>
      <w:r>
        <w:rPr>
          <w:rFonts w:ascii="宋体" w:hAnsi="宋体" w:eastAsia="宋体"/>
          <w:sz w:val="24"/>
        </w:rPr>
        <w:t>那个声音平静得像在说今天天气不错，却像一颗重磅炸弹投进了会场。</w:t>
      </w:r>
    </w:p>
    <w:p>
      <w:pPr>
        <w:spacing w:line="560" w:lineRule="exact"/>
        <w:ind w:firstLine="420"/>
      </w:pPr>
      <w:r>
        <w:rPr>
          <w:rFonts w:ascii="宋体" w:hAnsi="宋体" w:eastAsia="宋体"/>
          <w:sz w:val="24"/>
        </w:rPr>
        <w:t>整个大厅的空气仿佛凝固了三秒钟。</w:t>
      </w:r>
    </w:p>
    <w:p>
      <w:pPr>
        <w:spacing w:line="560" w:lineRule="exact"/>
        <w:ind w:firstLine="420"/>
      </w:pPr>
      <w:r>
        <w:rPr>
          <w:rFonts w:ascii="宋体" w:hAnsi="宋体" w:eastAsia="宋体"/>
          <w:sz w:val="24"/>
        </w:rPr>
        <w:t>所有人都猛地扭头看向声音的来源——后排角落一个不起眼的座位上，一个穿着黑色斗篷的身影坐在阴影里，兜帽遮住了大半张脸，只露出一个线条分明的下巴。他手中的号牌举在半空中，纹丝不动，像一座雕像。</w:t>
      </w:r>
    </w:p>
    <w:p>
      <w:pPr>
        <w:spacing w:line="560" w:lineRule="exact"/>
        <w:ind w:firstLine="420"/>
      </w:pPr>
      <w:r>
        <w:rPr>
          <w:rFonts w:ascii="宋体" w:hAnsi="宋体" w:eastAsia="宋体"/>
          <w:sz w:val="24"/>
        </w:rPr>
        <w:t>直接从1200万跳到2000万。</w:t>
      </w:r>
    </w:p>
    <w:p>
      <w:pPr>
        <w:spacing w:line="560" w:lineRule="exact"/>
        <w:ind w:firstLine="420"/>
      </w:pPr>
      <w:r>
        <w:rPr>
          <w:rFonts w:ascii="宋体" w:hAnsi="宋体" w:eastAsia="宋体"/>
          <w:sz w:val="24"/>
        </w:rPr>
        <w:t>一次性加价800万。</w:t>
      </w:r>
    </w:p>
    <w:p>
      <w:pPr>
        <w:spacing w:line="560" w:lineRule="exact"/>
        <w:ind w:firstLine="420"/>
      </w:pPr>
      <w:r>
        <w:rPr>
          <w:rFonts w:ascii="宋体" w:hAnsi="宋体" w:eastAsia="宋体"/>
          <w:sz w:val="24"/>
        </w:rPr>
        <w:t>坐在前排的贵宾区里，龙啸云猛地站了起来，椅子向后翻倒，发出一声巨响。酒杯从桌上滚落，琥珀色的酒液洒了一桌。他瞪大了眼睛，死死盯着后排那个黑袍人，脸上的表情从震惊到愤怒，脸色由红转白，由白转青，像走马灯一样精彩。</w:t>
      </w:r>
    </w:p>
    <w:p>
      <w:pPr>
        <w:spacing w:line="560" w:lineRule="exact"/>
        <w:ind w:firstLine="420"/>
      </w:pPr>
      <w:r>
        <w:rPr>
          <w:rFonts w:ascii="宋体" w:hAnsi="宋体" w:eastAsia="宋体"/>
          <w:sz w:val="24"/>
        </w:rPr>
        <w:t>"你是谁？！"龙啸云的声音带着压抑的怒意，几乎是从牙缝里挤出来的。</w:t>
      </w:r>
    </w:p>
    <w:p>
      <w:pPr>
        <w:spacing w:line="560" w:lineRule="exact"/>
        <w:ind w:firstLine="420"/>
      </w:pPr>
      <w:r>
        <w:rPr>
          <w:rFonts w:ascii="宋体" w:hAnsi="宋体" w:eastAsia="宋体"/>
          <w:sz w:val="24"/>
        </w:rPr>
        <w:t>黑袍人没有回答。甚至没有转头看他一眼，像没听见一样。</w:t>
      </w:r>
    </w:p>
    <w:p>
      <w:pPr>
        <w:spacing w:line="560" w:lineRule="exact"/>
        <w:ind w:firstLine="420"/>
      </w:pPr>
      <w:r>
        <w:rPr>
          <w:rFonts w:ascii="宋体" w:hAnsi="宋体" w:eastAsia="宋体"/>
          <w:sz w:val="24"/>
        </w:rPr>
        <w:t>主持人红袖站在台上也愣了几秒，手中的拍卖槌悬在半空中——她主持了上百场拍卖会，从没见过这种加价方式。但职业素养让她迅速回过神来："2000万！还有没有更高的出价？2000万一次！"</w:t>
      </w:r>
    </w:p>
    <w:p>
      <w:pPr>
        <w:spacing w:line="560" w:lineRule="exact"/>
        <w:ind w:firstLine="420"/>
      </w:pPr>
      <w:r>
        <w:rPr>
          <w:rFonts w:ascii="宋体" w:hAnsi="宋体" w:eastAsia="宋体"/>
          <w:sz w:val="24"/>
        </w:rPr>
        <w:t>龙啸云咬着牙，额头青筋暴起："2100万！"</w:t>
      </w:r>
    </w:p>
    <w:p>
      <w:pPr>
        <w:spacing w:line="560" w:lineRule="exact"/>
        <w:ind w:firstLine="420"/>
      </w:pPr>
      <w:r>
        <w:rPr>
          <w:rFonts w:ascii="宋体" w:hAnsi="宋体" w:eastAsia="宋体"/>
          <w:sz w:val="24"/>
        </w:rPr>
        <w:t>"3000万。"黑袍人再次举牌，语气依旧平淡。</w:t>
      </w:r>
    </w:p>
    <w:p>
      <w:pPr>
        <w:spacing w:line="560" w:lineRule="exact"/>
        <w:ind w:firstLine="420"/>
      </w:pPr>
      <w:r>
        <w:rPr>
          <w:rFonts w:ascii="宋体" w:hAnsi="宋体" w:eastAsia="宋体"/>
          <w:sz w:val="24"/>
        </w:rPr>
        <w:t>全场再次炸锅！</w:t>
      </w:r>
    </w:p>
    <w:p>
      <w:pPr>
        <w:spacing w:line="560" w:lineRule="exact"/>
        <w:ind w:firstLine="420"/>
      </w:pPr>
      <w:r>
        <w:rPr>
          <w:rFonts w:ascii="宋体" w:hAnsi="宋体" w:eastAsia="宋体"/>
          <w:sz w:val="24"/>
        </w:rPr>
        <w:t>"3000万？！直接从2100万跳到3000万？！"</w:t>
        <w:br/>
        <w:t>"这他妈的是一次性加价九百万啊！"</w:t>
        <w:br/>
        <w:t>"这人到底是谁？！天风城什么时候来了这么一尊大佛？！"</w:t>
        <w:br/>
        <w:t>"龙腾公会这次踢到铁板了！"</w:t>
        <w:br/>
        <w:t>"快截图！这可是今年拍卖行最大的一笔交易！"</w:t>
        <w:br/>
        <w:t>"账号多少级？看看他等级！"</w:t>
        <w:br/>
        <w:t>"我看了……1……10级？卧槽10级哪来的3000万？"</w:t>
        <w:br/>
        <w:t>"10级？那肯定是某个大佬的小号！"</w:t>
      </w:r>
    </w:p>
    <w:p>
      <w:pPr>
        <w:spacing w:line="560" w:lineRule="exact"/>
        <w:ind w:firstLine="420"/>
      </w:pPr>
      <w:r>
        <w:rPr>
          <w:rFonts w:ascii="宋体" w:hAnsi="宋体" w:eastAsia="宋体"/>
          <w:sz w:val="24"/>
        </w:rPr>
        <w:t>龙啸云的脸已经黑如锅底。他带来的现金总共就3200万——本以为是十拿九稳的局，没想到半路杀出个程咬金。</w:t>
      </w:r>
    </w:p>
    <w:p>
      <w:pPr>
        <w:spacing w:line="560" w:lineRule="exact"/>
        <w:ind w:firstLine="420"/>
      </w:pPr>
      <w:r>
        <w:rPr>
          <w:rFonts w:ascii="宋体" w:hAnsi="宋体" w:eastAsia="宋体"/>
          <w:sz w:val="24"/>
        </w:rPr>
        <w:t>他死死攥着号牌，指节发白。身旁的小弟小声说："龙哥……我们只剩120万了……"</w:t>
      </w:r>
    </w:p>
    <w:p>
      <w:pPr>
        <w:spacing w:line="560" w:lineRule="exact"/>
        <w:ind w:firstLine="420"/>
      </w:pPr>
      <w:r>
        <w:rPr>
          <w:rFonts w:ascii="宋体" w:hAnsi="宋体" w:eastAsia="宋体"/>
          <w:sz w:val="24"/>
        </w:rPr>
        <w:t>龙啸云沉默了三秒。然后——缓缓放下了手中的号牌。</w:t>
      </w:r>
    </w:p>
    <w:p>
      <w:pPr>
        <w:spacing w:line="560" w:lineRule="exact"/>
        <w:ind w:firstLine="420"/>
      </w:pPr>
      <w:r>
        <w:rPr>
          <w:rFonts w:ascii="宋体" w:hAnsi="宋体" w:eastAsia="宋体"/>
          <w:sz w:val="24"/>
        </w:rPr>
        <w:t>他输了。</w:t>
      </w:r>
    </w:p>
    <w:p>
      <w:pPr>
        <w:spacing w:line="560" w:lineRule="exact"/>
        <w:ind w:firstLine="420"/>
      </w:pPr>
      <w:r>
        <w:rPr>
          <w:rFonts w:ascii="宋体" w:hAnsi="宋体" w:eastAsia="宋体"/>
          <w:sz w:val="24"/>
        </w:rPr>
        <w:t>红袖深吸了一口气，举起拍卖槌，声音在落针可闻的寂静大厅中响起：</w:t>
      </w:r>
    </w:p>
    <w:p>
      <w:pPr>
        <w:spacing w:line="560" w:lineRule="exact"/>
        <w:ind w:firstLine="420"/>
      </w:pPr>
      <w:r>
        <w:rPr>
          <w:rFonts w:ascii="宋体" w:hAnsi="宋体" w:eastAsia="宋体"/>
          <w:sz w:val="24"/>
        </w:rPr>
        <w:t>"3000万一次——"</w:t>
        <w:br/>
        <w:t>"3000万两次——"</w:t>
        <w:br/>
        <w:t>"3000万三次——成交！"</w:t>
      </w:r>
    </w:p>
    <w:p>
      <w:pPr>
        <w:spacing w:line="560" w:lineRule="exact"/>
        <w:ind w:firstLine="420"/>
      </w:pPr>
      <w:r>
        <w:rPr>
          <w:rFonts w:ascii="宋体" w:hAnsi="宋体" w:eastAsia="宋体"/>
          <w:sz w:val="24"/>
        </w:rPr>
        <w:t>砰！拍卖槌落下，发出清脆的声响。</w:t>
      </w:r>
    </w:p>
    <w:p>
      <w:pPr>
        <w:spacing w:line="560" w:lineRule="exact"/>
        <w:ind w:firstLine="420"/>
      </w:pPr>
      <w:r>
        <w:rPr>
          <w:rFonts w:ascii="宋体" w:hAnsi="宋体" w:eastAsia="宋体"/>
          <w:sz w:val="24"/>
        </w:rPr>
        <w:t>"恭喜这位贵宾，以3000万金币的价格拍得传说级武器·霜寒之刃！"</w:t>
      </w:r>
    </w:p>
    <w:p>
      <w:pPr>
        <w:spacing w:line="560" w:lineRule="exact"/>
        <w:ind w:firstLine="420"/>
      </w:pPr>
      <w:r>
        <w:rPr>
          <w:rFonts w:ascii="宋体" w:hAnsi="宋体" w:eastAsia="宋体"/>
          <w:sz w:val="24"/>
        </w:rPr>
        <w:t>全场的目光聚焦在那个黑袍人身上。</w:t>
      </w:r>
    </w:p>
    <w:p>
      <w:pPr>
        <w:spacing w:line="560" w:lineRule="exact"/>
        <w:ind w:firstLine="420"/>
      </w:pPr>
      <w:r>
        <w:rPr>
          <w:rFonts w:ascii="宋体" w:hAnsi="宋体" w:eastAsia="宋体"/>
          <w:sz w:val="24"/>
        </w:rPr>
        <w:t>林风站起身，在众目睽睽之下走向后台交易区。黑色斗篷在灯光中微微摆动，步伐从容不迫，仿佛那三千万金币对他来说只是一串数字。两侧的玩家自动让开了一条路，所有人都在看着他——畏惧的、好奇的、嫉妒的目光交织在一起，像聚光灯一样打在他身上。</w:t>
      </w:r>
    </w:p>
    <w:p>
      <w:pPr>
        <w:spacing w:line="560" w:lineRule="exact"/>
        <w:ind w:firstLine="420"/>
      </w:pPr>
      <w:r>
        <w:rPr>
          <w:rFonts w:ascii="宋体" w:hAnsi="宋体" w:eastAsia="宋体"/>
          <w:sz w:val="24"/>
        </w:rPr>
        <w:t>龙啸云死死盯着他离去的背影，双手攥成拳头，眼中闪烁着阴冷的光芒。</w:t>
      </w:r>
    </w:p>
    <w:p>
      <w:pPr>
        <w:spacing w:line="560" w:lineRule="exact"/>
        <w:ind w:firstLine="420"/>
      </w:pPr>
      <w:r>
        <w:rPr>
          <w:rFonts w:ascii="宋体" w:hAnsi="宋体" w:eastAsia="宋体"/>
          <w:sz w:val="24"/>
        </w:rPr>
        <w:t>"给我查！"他对身边的小弟低吼道，"查清楚这个人是谁！"</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后台交易区。</w:t>
      </w:r>
    </w:p>
    <w:p>
      <w:pPr>
        <w:spacing w:line="560" w:lineRule="exact"/>
        <w:ind w:firstLine="420"/>
      </w:pPr>
      <w:r>
        <w:rPr>
          <w:rFonts w:ascii="宋体" w:hAnsi="宋体" w:eastAsia="宋体"/>
          <w:sz w:val="24"/>
        </w:rPr>
        <w:t>林风将3000万金币划入拍卖行的账户。系统提示扣除金额的数字在眼前一闪而过——他的金币余额甚至没有因为这笔巨额支出而产生任何变化。系统确认音落下，背包中多了一把通体冰蓝色的长剑，剑身上流动着淡淡的寒气。</w:t>
      </w:r>
    </w:p>
    <w:p>
      <w:pPr>
        <w:spacing w:line="560" w:lineRule="exact"/>
        <w:ind w:firstLine="420"/>
      </w:pPr>
      <w:r>
        <w:rPr>
          <w:rFonts w:ascii="宋体" w:hAnsi="宋体" w:eastAsia="宋体"/>
          <w:sz w:val="24"/>
        </w:rPr>
        <w:t>【霜寒之刃】</w:t>
        <w:br/>
        <w:t>攻击力：+350</w:t>
        <w:br/>
        <w:t>特效：冰霜伤害、减速</w:t>
      </w:r>
    </w:p>
    <w:p>
      <w:pPr>
        <w:spacing w:line="560" w:lineRule="exact"/>
        <w:ind w:firstLine="420"/>
      </w:pPr>
      <w:r>
        <w:rPr>
          <w:rFonts w:ascii="宋体" w:hAnsi="宋体" w:eastAsia="宋体"/>
          <w:sz w:val="24"/>
        </w:rPr>
        <w:t>虽然不是他的神豪之剑能比的，但这把剑的价值不在于它本身——而在于它代表的意义。</w:t>
      </w:r>
    </w:p>
    <w:p>
      <w:pPr>
        <w:spacing w:line="560" w:lineRule="exact"/>
        <w:ind w:firstLine="420"/>
      </w:pPr>
      <w:r>
        <w:rPr>
          <w:rFonts w:ascii="宋体" w:hAnsi="宋体" w:eastAsia="宋体"/>
          <w:sz w:val="24"/>
        </w:rPr>
        <w:t>从天风城最大的公会手中，抢下了他们势在必得的武器。</w:t>
      </w:r>
    </w:p>
    <w:p>
      <w:pPr>
        <w:spacing w:line="560" w:lineRule="exact"/>
        <w:ind w:firstLine="420"/>
      </w:pPr>
      <w:r>
        <w:rPr>
          <w:rFonts w:ascii="宋体" w:hAnsi="宋体" w:eastAsia="宋体"/>
          <w:sz w:val="24"/>
        </w:rPr>
        <w:t>从今以后，天风城所有的玩家都会知道——那把最具争议的传说武器，在一个名叫"风中追风"的独行玩家手里。这个消息，用不了多久就会像野火一样传遍全城。</w:t>
      </w:r>
    </w:p>
    <w:p>
      <w:pPr>
        <w:spacing w:line="560" w:lineRule="exact"/>
        <w:ind w:firstLine="420"/>
      </w:pPr>
      <w:r>
        <w:rPr>
          <w:rFonts w:ascii="宋体" w:hAnsi="宋体" w:eastAsia="宋体"/>
          <w:sz w:val="24"/>
        </w:rPr>
        <w:t>"风中追风"这个名字——从今晚开始，将在天风城真正打响。</w:t>
      </w:r>
    </w:p>
    <w:p>
      <w:pPr>
        <w:spacing w:line="560" w:lineRule="exact"/>
        <w:ind w:firstLine="420"/>
      </w:pPr>
      <w:r>
        <w:rPr>
          <w:rFonts w:ascii="宋体" w:hAnsi="宋体" w:eastAsia="宋体"/>
          <w:sz w:val="24"/>
        </w:rPr>
        <w:t>林风将霜寒之刃收好，转身走出拍卖行。</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拍卖行门外，夜色已深。街道上的玩家比白天少了一些，但依然热闹。</w:t>
      </w:r>
    </w:p>
    <w:p>
      <w:pPr>
        <w:spacing w:line="560" w:lineRule="exact"/>
        <w:ind w:firstLine="420"/>
      </w:pPr>
      <w:r>
        <w:rPr>
          <w:rFonts w:ascii="宋体" w:hAnsi="宋体" w:eastAsia="宋体"/>
          <w:sz w:val="24"/>
        </w:rPr>
        <w:t>林风走出大门没几步，几个身影就从黑暗中围了上来。</w:t>
      </w:r>
    </w:p>
    <w:p>
      <w:pPr>
        <w:spacing w:line="560" w:lineRule="exact"/>
        <w:ind w:firstLine="420"/>
      </w:pPr>
      <w:r>
        <w:rPr>
          <w:rFonts w:ascii="宋体" w:hAnsi="宋体" w:eastAsia="宋体"/>
          <w:sz w:val="24"/>
        </w:rPr>
        <w:t>"兄弟，留步。"</w:t>
      </w:r>
    </w:p>
    <w:p>
      <w:pPr>
        <w:spacing w:line="560" w:lineRule="exact"/>
        <w:ind w:firstLine="420"/>
      </w:pPr>
      <w:r>
        <w:rPr>
          <w:rFonts w:ascii="宋体" w:hAnsi="宋体" w:eastAsia="宋体"/>
          <w:sz w:val="24"/>
        </w:rPr>
        <w:t>为首的是一个穿着黑色皮甲的盗贼玩家，等级32级，手中把玩着一把闪着绿光的匕首。身后跟着四个同样30级左右的玩家，隐隐封住了林风的前后路。</w:t>
      </w:r>
    </w:p>
    <w:p>
      <w:pPr>
        <w:spacing w:line="560" w:lineRule="exact"/>
        <w:ind w:firstLine="420"/>
      </w:pPr>
      <w:r>
        <w:rPr>
          <w:rFonts w:ascii="宋体" w:hAnsi="宋体" w:eastAsia="宋体"/>
          <w:sz w:val="24"/>
        </w:rPr>
        <w:t>"我们龙哥想跟你聊聊。"盗贼皮笑肉不笑地说，"关于那把剑的事——识相的话，转手卖给我们龙腾公会，我们龙哥说了，可以给你2500万。"</w:t>
      </w:r>
    </w:p>
    <w:p>
      <w:pPr>
        <w:spacing w:line="560" w:lineRule="exact"/>
        <w:ind w:firstLine="420"/>
      </w:pPr>
      <w:r>
        <w:rPr>
          <w:rFonts w:ascii="宋体" w:hAnsi="宋体" w:eastAsia="宋体"/>
          <w:sz w:val="24"/>
        </w:rPr>
        <w:t>3000万买进，2500万卖出？净亏500万？</w:t>
      </w:r>
    </w:p>
    <w:p>
      <w:pPr>
        <w:spacing w:line="560" w:lineRule="exact"/>
        <w:ind w:firstLine="420"/>
      </w:pPr>
      <w:r>
        <w:rPr>
          <w:rFonts w:ascii="宋体" w:hAnsi="宋体" w:eastAsia="宋体"/>
          <w:sz w:val="24"/>
        </w:rPr>
        <w:t>林风隔着兜帽看了他一眼，兜帽下的嘴角微微勾了一下："不卖。"</w:t>
      </w:r>
    </w:p>
    <w:p>
      <w:pPr>
        <w:spacing w:line="560" w:lineRule="exact"/>
        <w:ind w:firstLine="420"/>
      </w:pPr>
      <w:r>
        <w:rPr>
          <w:rFonts w:ascii="宋体" w:hAnsi="宋体" w:eastAsia="宋体"/>
          <w:sz w:val="24"/>
        </w:rPr>
        <w:t>盗贼的笑容僵住了："兄弟，给个面子。在天风城，得罪龙腾公会可不是明智的选择。"</w:t>
      </w:r>
    </w:p>
    <w:p>
      <w:pPr>
        <w:spacing w:line="560" w:lineRule="exact"/>
        <w:ind w:firstLine="420"/>
      </w:pPr>
      <w:r>
        <w:rPr>
          <w:rFonts w:ascii="宋体" w:hAnsi="宋体" w:eastAsia="宋体"/>
          <w:sz w:val="24"/>
        </w:rPr>
        <w:t>"哦？"林风的声音带着一丝笑意，"那我倒要看看，得罪了龙腾公会——会怎么样？"</w:t>
      </w:r>
    </w:p>
    <w:p>
      <w:pPr>
        <w:spacing w:line="560" w:lineRule="exact"/>
        <w:ind w:firstLine="420"/>
      </w:pPr>
      <w:r>
        <w:rPr>
          <w:rFonts w:ascii="宋体" w:hAnsi="宋体" w:eastAsia="宋体"/>
          <w:sz w:val="24"/>
        </w:rPr>
        <w:t>盗贼脸色一沉，手中的匕首翻转了一下："敬酒不吃吃罚酒。兄弟们——"</w:t>
      </w:r>
    </w:p>
    <w:p>
      <w:pPr>
        <w:spacing w:line="560" w:lineRule="exact"/>
        <w:ind w:firstLine="420"/>
      </w:pPr>
      <w:r>
        <w:rPr>
          <w:rFonts w:ascii="宋体" w:hAnsi="宋体" w:eastAsia="宋体"/>
          <w:sz w:val="24"/>
        </w:rPr>
        <w:t>但他的话还没说完——</w:t>
      </w:r>
    </w:p>
    <w:p>
      <w:pPr>
        <w:spacing w:line="560" w:lineRule="exact"/>
        <w:ind w:firstLine="420"/>
      </w:pPr>
      <w:r>
        <w:rPr>
          <w:rFonts w:ascii="宋体" w:hAnsi="宋体" w:eastAsia="宋体"/>
          <w:sz w:val="24"/>
        </w:rPr>
        <w:t>一道耀眼的金色光芒突然在夜色中绽放！</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林风的神豪之剑不知何时已经出鞘，一剑横扫，直接将最前面的两个盗贼斩成了白光！</w:t>
      </w:r>
    </w:p>
    <w:p>
      <w:pPr>
        <w:spacing w:line="560" w:lineRule="exact"/>
        <w:ind w:firstLine="420"/>
      </w:pPr>
      <w:r>
        <w:rPr>
          <w:rFonts w:ascii="宋体" w:hAnsi="宋体" w:eastAsia="宋体"/>
          <w:sz w:val="24"/>
        </w:rPr>
        <w:t>剩下的三个人还没反应过来，剑光再次闪动！</w:t>
      </w:r>
    </w:p>
    <w:p>
      <w:pPr>
        <w:spacing w:line="560" w:lineRule="exact"/>
        <w:ind w:firstLine="420"/>
      </w:pPr>
      <w:r>
        <w:rPr>
          <w:rFonts w:ascii="宋体" w:hAnsi="宋体" w:eastAsia="宋体"/>
          <w:sz w:val="24"/>
        </w:rPr>
        <w:t>——2000！</w:t>
      </w:r>
    </w:p>
    <w:p>
      <w:pPr>
        <w:spacing w:line="560" w:lineRule="exact"/>
        <w:ind w:firstLine="420"/>
      </w:pPr>
      <w:r>
        <w:rPr>
          <w:rFonts w:ascii="宋体" w:hAnsi="宋体" w:eastAsia="宋体"/>
          <w:sz w:val="24"/>
        </w:rPr>
        <w:t>金钱冲击的金色光柱从天而降，将第三个玩家轰成了白光！</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——999！</w:t>
      </w:r>
    </w:p>
    <w:p>
      <w:pPr>
        <w:spacing w:line="560" w:lineRule="exact"/>
        <w:ind w:firstLine="420"/>
      </w:pPr>
      <w:r>
        <w:rPr>
          <w:rFonts w:ascii="宋体" w:hAnsi="宋体" w:eastAsia="宋体"/>
          <w:sz w:val="24"/>
        </w:rPr>
        <w:t>不到十秒钟，五个人——全灭。</w:t>
      </w:r>
    </w:p>
    <w:p>
      <w:pPr>
        <w:spacing w:line="560" w:lineRule="exact"/>
        <w:ind w:firstLine="420"/>
      </w:pPr>
      <w:r>
        <w:rPr>
          <w:rFonts w:ascii="宋体" w:hAnsi="宋体" w:eastAsia="宋体"/>
          <w:sz w:val="24"/>
        </w:rPr>
        <w:t>地面上散落着几件掉落的装备。</w:t>
      </w:r>
    </w:p>
    <w:p>
      <w:pPr>
        <w:spacing w:line="560" w:lineRule="exact"/>
        <w:ind w:firstLine="420"/>
      </w:pPr>
      <w:r>
        <w:rPr>
          <w:rFonts w:ascii="宋体" w:hAnsi="宋体" w:eastAsia="宋体"/>
          <w:sz w:val="24"/>
        </w:rPr>
        <w:t>林风收起长剑，动作行云流水，仿佛刚才只是随手拍死了几只苍蝇。</w:t>
      </w:r>
    </w:p>
    <w:p>
      <w:pPr>
        <w:spacing w:line="560" w:lineRule="exact"/>
        <w:ind w:firstLine="420"/>
      </w:pPr>
      <w:r>
        <w:rPr>
          <w:rFonts w:ascii="宋体" w:hAnsi="宋体" w:eastAsia="宋体"/>
          <w:sz w:val="24"/>
        </w:rPr>
        <w:t>街道上，几个路过的玩家目睹了全过程，一个个目瞪口呆。</w:t>
      </w:r>
    </w:p>
    <w:p>
      <w:pPr>
        <w:spacing w:line="560" w:lineRule="exact"/>
        <w:ind w:firstLine="420"/>
      </w:pPr>
      <w:r>
        <w:rPr>
          <w:rFonts w:ascii="宋体" w:hAnsi="宋体" w:eastAsia="宋体"/>
          <w:sz w:val="24"/>
        </w:rPr>
        <w:t>"卧槽……30级的人被10级秒了？"</w:t>
        <w:br/>
        <w:t>"那金色的技能是什么？从来没见过！"</w:t>
        <w:br/>
        <w:t>"风中追风……这名字我记住了！"</w:t>
      </w:r>
    </w:p>
    <w:p>
      <w:pPr>
        <w:spacing w:line="560" w:lineRule="exact"/>
        <w:ind w:firstLine="420"/>
      </w:pPr>
      <w:r>
        <w:rPr>
          <w:rFonts w:ascii="宋体" w:hAnsi="宋体" w:eastAsia="宋体"/>
          <w:sz w:val="24"/>
        </w:rPr>
        <w:t>林风没有停留。他转身消失在夜色中。</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不远处的一座屋顶上，一个蒙面的黑影静静注视着这一切。</w:t>
      </w:r>
    </w:p>
    <w:p>
      <w:pPr>
        <w:spacing w:line="560" w:lineRule="exact"/>
        <w:ind w:firstLine="420"/>
      </w:pPr>
      <w:r>
        <w:rPr>
          <w:rFonts w:ascii="宋体" w:hAnsi="宋体" w:eastAsia="宋体"/>
          <w:sz w:val="24"/>
        </w:rPr>
        <w:t>"神豪商人……果然是名不虚传。"</w:t>
      </w:r>
    </w:p>
    <w:p>
      <w:pPr>
        <w:spacing w:line="560" w:lineRule="exact"/>
        <w:ind w:firstLine="420"/>
      </w:pPr>
      <w:r>
        <w:rPr>
          <w:rFonts w:ascii="宋体" w:hAnsi="宋体" w:eastAsia="宋体"/>
          <w:sz w:val="24"/>
        </w:rPr>
        <w:t>黑影从怀中掏出一枚巴掌大的黑色令牌，金属表面没有一丝反光，在月光下端详了片刻。令牌上刻着一个诡异的符号——一只半睁的眼睛。</w:t>
      </w:r>
    </w:p>
    <w:p>
      <w:pPr>
        <w:spacing w:line="560" w:lineRule="exact"/>
        <w:ind w:firstLine="420"/>
      </w:pPr>
      <w:r>
        <w:rPr>
          <w:rFonts w:ascii="宋体" w:hAnsi="宋体" w:eastAsia="宋体"/>
          <w:sz w:val="24"/>
        </w:rPr>
        <w:t>"好戏才刚刚开始。"黑影低语了一句，声音里带着一丝意味深长的笑意。他的身形完全融在屋顶的阴影中，只有月光偶尔照亮他腰间那把造型古怪的短刃——刀柄上刻着同样的半睁眼睛符号。</w:t>
      </w:r>
    </w:p>
    <w:p>
      <w:pPr>
        <w:spacing w:line="560" w:lineRule="exact"/>
        <w:ind w:firstLine="420"/>
      </w:pPr>
      <w:r>
        <w:rPr>
          <w:rFonts w:ascii="宋体" w:hAnsi="宋体" w:eastAsia="宋体"/>
          <w:sz w:val="24"/>
        </w:rPr>
        <w:t>他将令牌举到月光下端详了片刻——令牌是黑铁质地，表面刻着一个诡异的符号：一只半睁的眼睛，瞳孔中嵌着一枚细小的红色宝石，在月光下泛着幽暗的光。</w:t>
      </w:r>
    </w:p>
    <w:p>
      <w:pPr>
        <w:spacing w:line="560" w:lineRule="exact"/>
        <w:ind w:firstLine="420"/>
      </w:pPr>
      <w:r>
        <w:rPr>
          <w:rFonts w:ascii="宋体" w:hAnsi="宋体" w:eastAsia="宋体"/>
          <w:sz w:val="24"/>
        </w:rPr>
        <w:t>"主人说得没错。这个人——值得关注。"</w:t>
      </w:r>
    </w:p>
    <w:p>
      <w:pPr>
        <w:spacing w:line="560" w:lineRule="exact"/>
        <w:ind w:firstLine="420"/>
      </w:pPr>
      <w:r>
        <w:rPr>
          <w:rFonts w:ascii="宋体" w:hAnsi="宋体" w:eastAsia="宋体"/>
          <w:sz w:val="24"/>
        </w:rPr>
        <w:t>黑影将令牌收好，黑色披风在夜风中猎猎作响。他的目光最后扫了一眼街道上那些还在议论纷纷的围观玩家，然后纵身一跃，消失在夜色之中，仿佛从未出现过。</w:t>
      </w:r>
    </w:p>
    <w:p>
      <w:pPr>
        <w:spacing w:line="560" w:lineRule="exact"/>
        <w:ind w:firstLine="420"/>
      </w:pPr>
      <w:r>
        <w:rPr>
          <w:rFonts w:ascii="宋体" w:hAnsi="宋体" w:eastAsia="宋体"/>
          <w:sz w:val="24"/>
        </w:rPr>
        <w:t>而拍卖行大厅内——</w:t>
      </w:r>
    </w:p>
    <w:p>
      <w:pPr>
        <w:spacing w:line="560" w:lineRule="exact"/>
        <w:ind w:firstLine="420"/>
      </w:pPr>
      <w:r>
        <w:rPr>
          <w:rFonts w:ascii="宋体" w:hAnsi="宋体" w:eastAsia="宋体"/>
          <w:sz w:val="24"/>
        </w:rPr>
        <w:t>龙啸云坐在VIP区的椅子上，周围的小弟噤若寒蝉，没有人敢说话。他手里的酒杯已经被捏出了裂纹，琥珀色的酒液顺着指缝滴落在昂贵的地毯上。</w:t>
      </w:r>
    </w:p>
    <w:p>
      <w:pPr>
        <w:spacing w:line="560" w:lineRule="exact"/>
        <w:ind w:firstLine="420"/>
      </w:pPr>
      <w:r>
        <w:rPr>
          <w:rFonts w:ascii="宋体" w:hAnsi="宋体" w:eastAsia="宋体"/>
          <w:sz w:val="24"/>
        </w:rPr>
        <w:t>"风中追风……"他重复着这个名字，声音低沉而阴冷，像一条蛇在吐信子，"一个10级的独行玩家，敢在太岁头上动土……"</w:t>
      </w:r>
    </w:p>
    <w:p>
      <w:pPr>
        <w:spacing w:line="560" w:lineRule="exact"/>
        <w:ind w:firstLine="420"/>
      </w:pPr>
      <w:r>
        <w:rPr>
          <w:rFonts w:ascii="宋体" w:hAnsi="宋体" w:eastAsia="宋体"/>
          <w:sz w:val="24"/>
        </w:rPr>
        <w:t>他把碎裂的酒杯扔在地上，站起身，用力踩了一脚。</w:t>
      </w:r>
    </w:p>
    <w:p>
      <w:pPr>
        <w:spacing w:line="560" w:lineRule="exact"/>
        <w:ind w:firstLine="420"/>
      </w:pPr>
      <w:r>
        <w:rPr>
          <w:rFonts w:ascii="宋体" w:hAnsi="宋体" w:eastAsia="宋体"/>
          <w:sz w:val="24"/>
        </w:rPr>
        <w:t>"给我放出话去——天风城所有的红名团，谁他妈能干掉风中追风一次，我龙啸云给他五十万金币！"</w:t>
      </w:r>
    </w:p>
    <w:p>
      <w:pPr>
        <w:spacing w:line="560" w:lineRule="exact"/>
        <w:ind w:firstLine="420"/>
      </w:pPr>
      <w:r>
        <w:rPr>
          <w:rFonts w:ascii="宋体" w:hAnsi="宋体" w:eastAsia="宋体"/>
          <w:sz w:val="24"/>
        </w:rPr>
        <w:t>"龙哥，那小子好像有点邪门……10级秒30级，这伤害数字我从来没听说过。"一个小弟缩着脖子小心翼翼地说。</w:t>
      </w:r>
    </w:p>
    <w:p>
      <w:pPr>
        <w:spacing w:line="560" w:lineRule="exact"/>
        <w:ind w:firstLine="420"/>
      </w:pPr>
      <w:r>
        <w:rPr>
          <w:rFonts w:ascii="宋体" w:hAnsi="宋体" w:eastAsia="宋体"/>
          <w:sz w:val="24"/>
        </w:rPr>
        <w:t>龙啸云一巴掌扇在他后脑勺上："邪门？老子有的是钱！一百个人打不过他，那就派两百个！两百个打不过就五百个！老子不信他一个人能打五百个！"</w:t>
      </w:r>
    </w:p>
    <w:p>
      <w:pPr>
        <w:spacing w:line="560" w:lineRule="exact"/>
        <w:ind w:firstLine="420"/>
      </w:pPr>
      <w:r>
        <w:rPr>
          <w:rFonts w:ascii="宋体" w:hAnsi="宋体" w:eastAsia="宋体"/>
          <w:sz w:val="24"/>
        </w:rPr>
        <w:t>他转身，大步走向门口。</w:t>
      </w:r>
    </w:p>
    <w:p>
      <w:pPr>
        <w:spacing w:line="560" w:lineRule="exact"/>
        <w:ind w:firstLine="420"/>
      </w:pPr>
      <w:r>
        <w:rPr>
          <w:rFonts w:ascii="宋体" w:hAnsi="宋体" w:eastAsia="宋体"/>
          <w:sz w:val="24"/>
        </w:rPr>
        <w:t>临出门前，他停了一下，回头看了一眼拍卖台——那把他势在必得的传说级霜寒之刃，本该插在他的武器架上，而不是落在一个名不见经传的10级小号手里。</w:t>
      </w:r>
    </w:p>
    <w:p>
      <w:pPr>
        <w:spacing w:line="560" w:lineRule="exact"/>
        <w:ind w:firstLine="420"/>
      </w:pPr>
      <w:r>
        <w:rPr>
          <w:rFonts w:ascii="宋体" w:hAnsi="宋体" w:eastAsia="宋体"/>
          <w:sz w:val="24"/>
        </w:rPr>
        <w:t>他的眼神阴鸷得像要滴出水来。</w:t>
      </w:r>
    </w:p>
    <w:p>
      <w:pPr>
        <w:spacing w:line="560" w:lineRule="exact"/>
        <w:ind w:firstLine="420"/>
      </w:pPr>
      <w:r>
        <w:rPr>
          <w:rFonts w:ascii="宋体" w:hAnsi="宋体" w:eastAsia="宋体"/>
          <w:sz w:val="24"/>
        </w:rPr>
        <w:t>"风中追风……你能打五个，能打十个，但能打五十个、一百个吗？龙腾公会什么都缺，就是不缺人。"他拍了拍身上的灰尘，"从明天开始，天风城的所有练级点都给我盯紧了——见到风中追风，杀无赦。"</w:t>
      </w:r>
    </w:p>
    <w:p>
      <w:pPr>
        <w:spacing w:line="560" w:lineRule="exact"/>
        <w:ind w:firstLine="420"/>
      </w:pPr>
      <w:r>
        <w:rPr>
          <w:rFonts w:ascii="宋体" w:hAnsi="宋体" w:eastAsia="宋体"/>
          <w:sz w:val="24"/>
        </w:rPr>
        <w:t>"风中追风……你给我等着。天风城——不是你这种小角色能撒野的地方。"</w:t>
      </w:r>
    </w:p>
    <w:p>
      <w:r>
        <w:br w:type="page"/>
      </w:r>
    </w:p>
    <w:p>
      <w:pPr>
        <w:jc w:val="center"/>
      </w:pPr>
      <w:r>
        <w:rPr>
          <w:b/>
          <w:sz w:val="32"/>
        </w:rPr>
        <w:t>第008章 现实逆袭</w:t>
      </w:r>
    </w:p>
    <w:p>
      <w:pPr>
        <w:jc w:val="center"/>
      </w:pPr>
      <w:r>
        <w:rPr>
          <w:color w:val="999999"/>
          <w:sz w:val="18"/>
        </w:rPr>
        <w:t>（2,500字）</w:t>
      </w:r>
    </w:p>
    <w:p/>
    <w:p>
      <w:pPr>
        <w:spacing w:line="560" w:lineRule="exact"/>
        <w:ind w:firstLine="420"/>
      </w:pPr>
      <w:r>
        <w:rPr>
          <w:rFonts w:ascii="宋体" w:hAnsi="宋体" w:eastAsia="宋体"/>
          <w:sz w:val="24"/>
        </w:rPr>
        <w:t>凌晨两点。林风从游戏舱中退出。</w:t>
      </w:r>
    </w:p>
    <w:p>
      <w:pPr>
        <w:spacing w:line="560" w:lineRule="exact"/>
        <w:ind w:firstLine="420"/>
      </w:pPr>
      <w:r>
        <w:rPr>
          <w:rFonts w:ascii="宋体" w:hAnsi="宋体" w:eastAsia="宋体"/>
          <w:sz w:val="24"/>
        </w:rPr>
        <w:t>摘下神经接入头盔的那一刻，宿舍的灯光和窗外的夜色一同涌入视线。赵铁柱还在游戏舱里奋战，舱体发出低沉的嗡鸣声。</w:t>
      </w:r>
    </w:p>
    <w:p>
      <w:pPr>
        <w:spacing w:line="560" w:lineRule="exact"/>
        <w:ind w:firstLine="420"/>
      </w:pPr>
      <w:r>
        <w:rPr>
          <w:rFonts w:ascii="宋体" w:hAnsi="宋体" w:eastAsia="宋体"/>
          <w:sz w:val="24"/>
        </w:rPr>
        <w:t>林风坐在床边，低头看了看自己的双手。</w:t>
      </w:r>
    </w:p>
    <w:p>
      <w:pPr>
        <w:spacing w:line="560" w:lineRule="exact"/>
        <w:ind w:firstLine="420"/>
      </w:pPr>
      <w:r>
        <w:rPr>
          <w:rFonts w:ascii="宋体" w:hAnsi="宋体" w:eastAsia="宋体"/>
          <w:sz w:val="24"/>
        </w:rPr>
        <w:t>在《天界》里度过了将近六个小时——从食堂被羞辱到新手村横推，从秒杀王浩到拍卖会碾压龙腾公会，从被30级玩家围堵到三剑秒杀五个——这一切就像一场过于真实的梦。故事里才会有的情节，今天全部发生在了他身上。</w:t>
      </w:r>
    </w:p>
    <w:p>
      <w:pPr>
        <w:spacing w:line="560" w:lineRule="exact"/>
        <w:ind w:firstLine="420"/>
      </w:pPr>
      <w:r>
        <w:rPr>
          <w:rFonts w:ascii="宋体" w:hAnsi="宋体" w:eastAsia="宋体"/>
          <w:sz w:val="24"/>
        </w:rPr>
        <w:t>但这不是梦。神豪系统的绑定，是真实的。</w:t>
      </w:r>
    </w:p>
    <w:p>
      <w:pPr>
        <w:spacing w:line="560" w:lineRule="exact"/>
        <w:ind w:firstLine="420"/>
      </w:pPr>
      <w:r>
        <w:rPr>
          <w:rFonts w:ascii="宋体" w:hAnsi="宋体" w:eastAsia="宋体"/>
          <w:sz w:val="24"/>
        </w:rPr>
        <w:t>他拿起手机，打开银行APP。</w:t>
      </w:r>
    </w:p>
    <w:p>
      <w:pPr>
        <w:spacing w:line="560" w:lineRule="exact"/>
        <w:ind w:firstLine="420"/>
      </w:pPr>
      <w:r>
        <w:rPr>
          <w:rFonts w:ascii="宋体" w:hAnsi="宋体" w:eastAsia="宋体"/>
          <w:sz w:val="24"/>
        </w:rPr>
        <w:t>心跳不由自主地加速了。</w:t>
      </w:r>
    </w:p>
    <w:p>
      <w:pPr>
        <w:spacing w:line="560" w:lineRule="exact"/>
        <w:ind w:firstLine="420"/>
      </w:pPr>
      <w:r>
        <w:rPr>
          <w:rFonts w:ascii="宋体" w:hAnsi="宋体" w:eastAsia="宋体"/>
          <w:sz w:val="24"/>
        </w:rPr>
        <w:t>登录——查询余额——</w:t>
      </w:r>
    </w:p>
    <w:p>
      <w:pPr>
        <w:spacing w:line="560" w:lineRule="exact"/>
        <w:ind w:firstLine="420"/>
      </w:pPr>
      <w:r>
        <w:rPr>
          <w:rFonts w:ascii="宋体" w:hAnsi="宋体" w:eastAsia="宋体"/>
          <w:sz w:val="24"/>
        </w:rPr>
        <w:t>屏幕上跳出的数字让他猛地瞪大了眼睛。</w:t>
      </w:r>
    </w:p>
    <w:p>
      <w:pPr>
        <w:spacing w:line="560" w:lineRule="exact"/>
        <w:ind w:firstLine="420"/>
      </w:pPr>
      <w:r>
        <w:rPr>
          <w:rFonts w:ascii="宋体" w:hAnsi="宋体" w:eastAsia="宋体"/>
          <w:sz w:val="24"/>
        </w:rPr>
        <w:t>账户余额：128,500.00元。</w:t>
      </w:r>
    </w:p>
    <w:p>
      <w:pPr>
        <w:spacing w:line="560" w:lineRule="exact"/>
        <w:ind w:firstLine="420"/>
      </w:pPr>
      <w:r>
        <w:rPr>
          <w:rFonts w:ascii="宋体" w:hAnsi="宋体" w:eastAsia="宋体"/>
          <w:sz w:val="24"/>
        </w:rPr>
        <w:t>林风愣住了。他把手机拿近了又拿远，反复确认了三遍那个数字——十二万八千五百，一个零都不差。</w:t>
      </w:r>
    </w:p>
    <w:p>
      <w:pPr>
        <w:spacing w:line="560" w:lineRule="exact"/>
        <w:ind w:firstLine="420"/>
      </w:pPr>
      <w:r>
        <w:rPr>
          <w:rFonts w:ascii="宋体" w:hAnsi="宋体" w:eastAsia="宋体"/>
          <w:sz w:val="24"/>
        </w:rPr>
        <w:t>他的第一反应是不信，觉得是系统出错了。第二反应是刷新页面——数字没变。第三反应——眼眶忽然有些发热。</w:t>
      </w:r>
    </w:p>
    <w:p>
      <w:pPr>
        <w:spacing w:line="560" w:lineRule="exact"/>
        <w:ind w:firstLine="420"/>
      </w:pPr>
      <w:r>
        <w:rPr>
          <w:rFonts w:ascii="宋体" w:hAnsi="宋体" w:eastAsia="宋体"/>
          <w:sz w:val="24"/>
        </w:rPr>
        <w:t>他清楚地记得，今天下午他卡里只剩下不到三万块——那是他打两年工攒下的全部积蓄，加上助学贷款剩下的钱。买完游戏舱花掉五万块后，卡里应该只剩不到三万才对。</w:t>
      </w:r>
    </w:p>
    <w:p>
      <w:pPr>
        <w:spacing w:line="560" w:lineRule="exact"/>
        <w:ind w:firstLine="420"/>
      </w:pPr>
      <w:r>
        <w:rPr>
          <w:rFonts w:ascii="宋体" w:hAnsi="宋体" w:eastAsia="宋体"/>
          <w:sz w:val="24"/>
        </w:rPr>
        <w:t>但屏幕上显示的，是十二万八千五。</w:t>
      </w:r>
    </w:p>
    <w:p>
      <w:pPr>
        <w:spacing w:line="560" w:lineRule="exact"/>
        <w:ind w:firstLine="420"/>
      </w:pPr>
      <w:r>
        <w:rPr>
          <w:rFonts w:ascii="宋体" w:hAnsi="宋体" w:eastAsia="宋体"/>
          <w:sz w:val="24"/>
        </w:rPr>
        <w:t>多了十万。</w:t>
      </w:r>
    </w:p>
    <w:p>
      <w:pPr>
        <w:spacing w:line="560" w:lineRule="exact"/>
        <w:ind w:firstLine="420"/>
      </w:pPr>
      <w:r>
        <w:rPr>
          <w:rFonts w:ascii="宋体" w:hAnsi="宋体" w:eastAsia="宋体"/>
          <w:sz w:val="24"/>
        </w:rPr>
        <w:t>跟神豪系统承诺的一模一样——每消费1000游戏币，现实账户+1元。他在游戏里消费了一亿游戏币，现实账户就应该增加十万元。</w:t>
      </w:r>
    </w:p>
    <w:p>
      <w:pPr>
        <w:spacing w:line="560" w:lineRule="exact"/>
        <w:ind w:firstLine="420"/>
      </w:pPr>
      <w:r>
        <w:rPr>
          <w:rFonts w:ascii="宋体" w:hAnsi="宋体" w:eastAsia="宋体"/>
          <w:sz w:val="24"/>
        </w:rPr>
        <w:t>不是假的。不是幻觉。</w:t>
      </w:r>
    </w:p>
    <w:p>
      <w:pPr>
        <w:spacing w:line="560" w:lineRule="exact"/>
        <w:ind w:firstLine="420"/>
      </w:pPr>
      <w:r>
        <w:rPr>
          <w:rFonts w:ascii="宋体" w:hAnsi="宋体" w:eastAsia="宋体"/>
          <w:sz w:val="24"/>
        </w:rPr>
        <w:t>是真实的。真实的钱。真实的十万块。</w:t>
      </w:r>
    </w:p>
    <w:p>
      <w:pPr>
        <w:spacing w:line="560" w:lineRule="exact"/>
        <w:ind w:firstLine="420"/>
      </w:pPr>
      <w:r>
        <w:rPr>
          <w:rFonts w:ascii="宋体" w:hAnsi="宋体" w:eastAsia="宋体"/>
          <w:sz w:val="24"/>
        </w:rPr>
        <w:t>林风握着手机的手在微微颤抖。</w:t>
      </w:r>
    </w:p>
    <w:p>
      <w:pPr>
        <w:spacing w:line="560" w:lineRule="exact"/>
        <w:ind w:firstLine="420"/>
      </w:pPr>
      <w:r>
        <w:rPr>
          <w:rFonts w:ascii="宋体" w:hAnsi="宋体" w:eastAsia="宋体"/>
          <w:sz w:val="24"/>
        </w:rPr>
        <w:t>十万块。他两年的全部积蓄只有五万。而这六个小时——六个小时，他就赚了十万。</w:t>
      </w:r>
    </w:p>
    <w:p>
      <w:pPr>
        <w:spacing w:line="560" w:lineRule="exact"/>
        <w:ind w:firstLine="420"/>
      </w:pPr>
      <w:r>
        <w:rPr>
          <w:rFonts w:ascii="宋体" w:hAnsi="宋体" w:eastAsia="宋体"/>
          <w:sz w:val="24"/>
        </w:rPr>
        <w:t>而且这只是开始。他今天才充了一亿游戏币。系统告诉他，上限远不止于此。</w:t>
      </w:r>
    </w:p>
    <w:p>
      <w:pPr>
        <w:spacing w:line="560" w:lineRule="exact"/>
        <w:ind w:firstLine="420"/>
      </w:pPr>
      <w:r>
        <w:rPr>
          <w:rFonts w:ascii="宋体" w:hAnsi="宋体" w:eastAsia="宋体"/>
          <w:sz w:val="24"/>
        </w:rPr>
        <w:t>他深吸一口气，放下了手机。然后拿起钱包，看了看里面那张已经用了一年的学生公交卡。</w:t>
      </w:r>
    </w:p>
    <w:p>
      <w:pPr>
        <w:spacing w:line="560" w:lineRule="exact"/>
        <w:ind w:firstLine="420"/>
      </w:pPr>
      <w:r>
        <w:rPr>
          <w:rFonts w:ascii="宋体" w:hAnsi="宋体" w:eastAsia="宋体"/>
          <w:sz w:val="24"/>
        </w:rPr>
        <w:t>明天……很多事情都要变了。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第二天清晨。</w:t>
      </w:r>
    </w:p>
    <w:p>
      <w:pPr>
        <w:spacing w:line="560" w:lineRule="exact"/>
        <w:ind w:firstLine="420"/>
      </w:pPr>
      <w:r>
        <w:rPr>
          <w:rFonts w:ascii="宋体" w:hAnsi="宋体" w:eastAsia="宋体"/>
          <w:sz w:val="24"/>
        </w:rPr>
        <w:t>林风醒来时，赵铁柱已经不在宿舍了——桌上留了张纸条："我去上课了，你昨晚几点下的？拍卖会怎么样？回来给我讲讲！——铁柱。"</w:t>
      </w:r>
    </w:p>
    <w:p>
      <w:pPr>
        <w:spacing w:line="560" w:lineRule="exact"/>
        <w:ind w:firstLine="420"/>
      </w:pPr>
      <w:r>
        <w:rPr>
          <w:rFonts w:ascii="宋体" w:hAnsi="宋体" w:eastAsia="宋体"/>
          <w:sz w:val="24"/>
        </w:rPr>
        <w:t>林风笑了笑，把纸条收好。</w:t>
      </w:r>
    </w:p>
    <w:p>
      <w:pPr>
        <w:spacing w:line="560" w:lineRule="exact"/>
        <w:ind w:firstLine="420"/>
      </w:pPr>
      <w:r>
        <w:rPr>
          <w:rFonts w:ascii="宋体" w:hAnsi="宋体" w:eastAsia="宋体"/>
          <w:sz w:val="24"/>
        </w:rPr>
        <w:t>他洗漱完，换上了一件干净的衬衫——是他唯一一件没有补丁的衣服。然后走出了宿舍。</w:t>
      </w:r>
    </w:p>
    <w:p>
      <w:pPr>
        <w:spacing w:line="560" w:lineRule="exact"/>
        <w:ind w:firstLine="420"/>
      </w:pPr>
      <w:r>
        <w:rPr>
          <w:rFonts w:ascii="宋体" w:hAnsi="宋体" w:eastAsia="宋体"/>
          <w:sz w:val="24"/>
        </w:rPr>
        <w:t>他先去了银行，取了五千块现金。柜台的金属托盘推出来时，那一沓红色的钞票整整齐齐码在一起。柜员礼貌地说了句"请收好"，林风接过钱，手指在钞票边缘停留了片刻。</w:t>
      </w:r>
    </w:p>
    <w:p>
      <w:pPr>
        <w:spacing w:line="560" w:lineRule="exact"/>
        <w:ind w:firstLine="420"/>
      </w:pPr>
      <w:r>
        <w:rPr>
          <w:rFonts w:ascii="宋体" w:hAnsi="宋体" w:eastAsia="宋体"/>
          <w:sz w:val="24"/>
        </w:rPr>
        <w:t>柜员把钞票递过来时，林风有种不真实的感觉。这是他第一次——靠自己的能力——取这么多钱。</w:t>
      </w:r>
    </w:p>
    <w:p>
      <w:pPr>
        <w:spacing w:line="560" w:lineRule="exact"/>
        <w:ind w:firstLine="420"/>
      </w:pPr>
      <w:r>
        <w:rPr>
          <w:rFonts w:ascii="宋体" w:hAnsi="宋体" w:eastAsia="宋体"/>
          <w:sz w:val="24"/>
        </w:rPr>
        <w:t>接着，他去了学校附近的商场。</w:t>
      </w:r>
    </w:p>
    <w:p>
      <w:pPr>
        <w:spacing w:line="560" w:lineRule="exact"/>
        <w:ind w:firstLine="420"/>
      </w:pPr>
      <w:r>
        <w:rPr>
          <w:rFonts w:ascii="宋体" w:hAnsi="宋体" w:eastAsia="宋体"/>
          <w:sz w:val="24"/>
        </w:rPr>
        <w:t>买了一身新衣服——简单的白T恤和牛仔裤，不是什么名牌，但干净合身。三百块。</w:t>
      </w:r>
    </w:p>
    <w:p>
      <w:pPr>
        <w:spacing w:line="560" w:lineRule="exact"/>
        <w:ind w:firstLine="420"/>
      </w:pPr>
      <w:r>
        <w:rPr>
          <w:rFonts w:ascii="宋体" w:hAnsi="宋体" w:eastAsia="宋体"/>
          <w:sz w:val="24"/>
        </w:rPr>
        <w:t>去理发店剪了个清爽利落的发型——五十块。</w:t>
      </w:r>
    </w:p>
    <w:p>
      <w:pPr>
        <w:spacing w:line="560" w:lineRule="exact"/>
        <w:ind w:firstLine="420"/>
      </w:pPr>
      <w:r>
        <w:rPr>
          <w:rFonts w:ascii="宋体" w:hAnsi="宋体" w:eastAsia="宋体"/>
          <w:sz w:val="24"/>
        </w:rPr>
        <w:t>去超市买了一堆吃的——牛奶、面包、水果、速冻水饺——把宿舍那台常年空空如也的小冰箱塞满了。两百块。</w:t>
      </w:r>
    </w:p>
    <w:p>
      <w:pPr>
        <w:spacing w:line="560" w:lineRule="exact"/>
        <w:ind w:firstLine="420"/>
      </w:pPr>
      <w:r>
        <w:rPr>
          <w:rFonts w:ascii="宋体" w:hAnsi="宋体" w:eastAsia="宋体"/>
          <w:sz w:val="24"/>
        </w:rPr>
        <w:t>然后他去了学校旁边那个他看了两年却从没进去过的小饭馆，点了一碗热腾腾的红烧牛肉面，加了两个荷包蛋。</w:t>
      </w:r>
    </w:p>
    <w:p>
      <w:pPr>
        <w:spacing w:line="560" w:lineRule="exact"/>
        <w:ind w:firstLine="420"/>
      </w:pPr>
      <w:r>
        <w:rPr>
          <w:rFonts w:ascii="宋体" w:hAnsi="宋体" w:eastAsia="宋体"/>
          <w:sz w:val="24"/>
        </w:rPr>
        <w:t>面的味道很好。牛肉软烂，汤汁浓郁，面条筋道。荷包蛋煎得恰到好处，边缘微焦，蛋黄戳破后淌进汤里，和牛肉的香味混在一起。</w:t>
      </w:r>
    </w:p>
    <w:p>
      <w:pPr>
        <w:spacing w:line="560" w:lineRule="exact"/>
        <w:ind w:firstLine="420"/>
      </w:pPr>
      <w:r>
        <w:rPr>
          <w:rFonts w:ascii="宋体" w:hAnsi="宋体" w:eastAsia="宋体"/>
          <w:sz w:val="24"/>
        </w:rPr>
        <w:t>林风低头吃着面，吃得很慢。每一口都嚼得很仔细。不是因为这碗面有多好吃——虽然确实好吃——而是因为他忽然意识到，他已经很久很久没有这样好好吃过一顿饭了。</w:t>
      </w:r>
    </w:p>
    <w:p>
      <w:pPr>
        <w:spacing w:line="560" w:lineRule="exact"/>
        <w:ind w:firstLine="420"/>
      </w:pPr>
      <w:r>
        <w:rPr>
          <w:rFonts w:ascii="宋体" w:hAnsi="宋体" w:eastAsia="宋体"/>
          <w:sz w:val="24"/>
        </w:rPr>
        <w:t>两年了。他忽然有种鼻子发酸的感觉。</w:t>
      </w:r>
    </w:p>
    <w:p>
      <w:pPr>
        <w:spacing w:line="560" w:lineRule="exact"/>
        <w:ind w:firstLine="420"/>
      </w:pPr>
      <w:r>
        <w:rPr>
          <w:rFonts w:ascii="宋体" w:hAnsi="宋体" w:eastAsia="宋体"/>
          <w:sz w:val="24"/>
        </w:rPr>
        <w:t>两年了。父母去世后的这两年，他每一分钱都精打细算。早饭经常不吃，午饭食堂最便宜的素菜，晚饭泡面加个鸡蛋就算加餐。同学们出去聚餐他从不参加——不是不想，是真的请不起。</w:t>
      </w:r>
    </w:p>
    <w:p>
      <w:pPr>
        <w:spacing w:line="560" w:lineRule="exact"/>
        <w:ind w:firstLine="420"/>
      </w:pPr>
      <w:r>
        <w:rPr>
          <w:rFonts w:ascii="宋体" w:hAnsi="宋体" w:eastAsia="宋体"/>
          <w:sz w:val="24"/>
        </w:rPr>
        <w:t>而现在——</w:t>
      </w:r>
    </w:p>
    <w:p>
      <w:pPr>
        <w:spacing w:line="560" w:lineRule="exact"/>
        <w:ind w:firstLine="420"/>
      </w:pPr>
      <w:r>
        <w:rPr>
          <w:rFonts w:ascii="宋体" w:hAnsi="宋体" w:eastAsia="宋体"/>
          <w:sz w:val="24"/>
        </w:rPr>
        <w:t>他坐在小饭馆里，面前是一碗热腾腾的红烧牛肉面。卡里还有十二万。</w:t>
      </w:r>
    </w:p>
    <w:p>
      <w:pPr>
        <w:spacing w:line="560" w:lineRule="exact"/>
        <w:ind w:firstLine="420"/>
      </w:pPr>
      <w:r>
        <w:rPr>
          <w:rFonts w:ascii="宋体" w:hAnsi="宋体" w:eastAsia="宋体"/>
          <w:sz w:val="24"/>
        </w:rPr>
        <w:t>而且，他知道——这只是开始。</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吃完面，林风走出饭馆，午后的阳光洒在脸上，暖洋洋的。</w:t>
      </w:r>
    </w:p>
    <w:p>
      <w:pPr>
        <w:spacing w:line="560" w:lineRule="exact"/>
        <w:ind w:firstLine="420"/>
      </w:pPr>
      <w:r>
        <w:rPr>
          <w:rFonts w:ascii="宋体" w:hAnsi="宋体" w:eastAsia="宋体"/>
          <w:sz w:val="24"/>
        </w:rPr>
        <w:t>他正打算回宿舍上线，手机忽然响了。</w:t>
      </w:r>
    </w:p>
    <w:p>
      <w:pPr>
        <w:spacing w:line="560" w:lineRule="exact"/>
        <w:ind w:firstLine="420"/>
      </w:pPr>
      <w:r>
        <w:rPr>
          <w:rFonts w:ascii="宋体" w:hAnsi="宋体" w:eastAsia="宋体"/>
          <w:sz w:val="24"/>
        </w:rPr>
        <w:t>他低头一看——来电显示：柳如烟。</w:t>
      </w:r>
    </w:p>
    <w:p>
      <w:pPr>
        <w:spacing w:line="560" w:lineRule="exact"/>
        <w:ind w:firstLine="420"/>
      </w:pPr>
      <w:r>
        <w:rPr>
          <w:rFonts w:ascii="宋体" w:hAnsi="宋体" w:eastAsia="宋体"/>
          <w:sz w:val="24"/>
        </w:rPr>
        <w:t>林风的心跳漏了一拍。</w:t>
      </w:r>
    </w:p>
    <w:p>
      <w:pPr>
        <w:spacing w:line="560" w:lineRule="exact"/>
        <w:ind w:firstLine="420"/>
      </w:pPr>
      <w:r>
        <w:rPr>
          <w:rFonts w:ascii="宋体" w:hAnsi="宋体" w:eastAsia="宋体"/>
          <w:sz w:val="24"/>
        </w:rPr>
        <w:t>柳如烟。江城大学的校花，柳氏集团的千金——那个他暗恋了两年却连话都不敢多说的女孩。</w:t>
      </w:r>
    </w:p>
    <w:p>
      <w:pPr>
        <w:spacing w:line="560" w:lineRule="exact"/>
        <w:ind w:firstLine="420"/>
      </w:pPr>
      <w:r>
        <w:rPr>
          <w:rFonts w:ascii="宋体" w:hAnsi="宋体" w:eastAsia="宋体"/>
          <w:sz w:val="24"/>
        </w:rPr>
        <w:t>她怎么会给他打电话？</w:t>
      </w:r>
    </w:p>
    <w:p>
      <w:pPr>
        <w:spacing w:line="560" w:lineRule="exact"/>
        <w:ind w:firstLine="420"/>
      </w:pPr>
      <w:r>
        <w:rPr>
          <w:rFonts w:ascii="宋体" w:hAnsi="宋体" w:eastAsia="宋体"/>
          <w:sz w:val="24"/>
        </w:rPr>
        <w:t>林风深吸一口气，接通了电话。</w:t>
      </w:r>
    </w:p>
    <w:p>
      <w:pPr>
        <w:spacing w:line="560" w:lineRule="exact"/>
        <w:ind w:firstLine="420"/>
      </w:pPr>
      <w:r>
        <w:rPr>
          <w:rFonts w:ascii="宋体" w:hAnsi="宋体" w:eastAsia="宋体"/>
          <w:sz w:val="24"/>
        </w:rPr>
        <w:t>"喂？"</w:t>
      </w:r>
    </w:p>
    <w:p>
      <w:pPr>
        <w:spacing w:line="560" w:lineRule="exact"/>
        <w:ind w:firstLine="420"/>
      </w:pPr>
      <w:r>
        <w:rPr>
          <w:rFonts w:ascii="宋体" w:hAnsi="宋体" w:eastAsia="宋体"/>
          <w:sz w:val="24"/>
        </w:rPr>
        <w:t>"林风吗？我是柳如烟。"</w:t>
      </w:r>
    </w:p>
    <w:p>
      <w:pPr>
        <w:spacing w:line="560" w:lineRule="exact"/>
        <w:ind w:firstLine="420"/>
      </w:pPr>
      <w:r>
        <w:rPr>
          <w:rFonts w:ascii="宋体" w:hAnsi="宋体" w:eastAsia="宋体"/>
          <w:sz w:val="24"/>
        </w:rPr>
        <w:t>电话那头的声音温柔而清澈，带着一丝犹豫。</w:t>
      </w:r>
    </w:p>
    <w:p>
      <w:pPr>
        <w:spacing w:line="560" w:lineRule="exact"/>
        <w:ind w:firstLine="420"/>
      </w:pPr>
      <w:r>
        <w:rPr>
          <w:rFonts w:ascii="宋体" w:hAnsi="宋体" w:eastAsia="宋体"/>
          <w:sz w:val="24"/>
        </w:rPr>
        <w:t>"嗯……是我。"林风尽量让自己的声音听起来平静。</w:t>
      </w:r>
    </w:p>
    <w:p>
      <w:pPr>
        <w:spacing w:line="560" w:lineRule="exact"/>
        <w:ind w:firstLine="420"/>
      </w:pPr>
      <w:r>
        <w:rPr>
          <w:rFonts w:ascii="宋体" w:hAnsi="宋体" w:eastAsia="宋体"/>
          <w:sz w:val="24"/>
        </w:rPr>
        <w:t>"那个……"柳如烟停顿了一下，"我听说昨天在食堂……王浩又找你麻烦了？"</w:t>
      </w:r>
    </w:p>
    <w:p>
      <w:pPr>
        <w:spacing w:line="560" w:lineRule="exact"/>
        <w:ind w:firstLine="420"/>
      </w:pPr>
      <w:r>
        <w:rPr>
          <w:rFonts w:ascii="宋体" w:hAnsi="宋体" w:eastAsia="宋体"/>
          <w:sz w:val="24"/>
        </w:rPr>
        <w:t>林风愣了一下。她知道了？</w:t>
      </w:r>
    </w:p>
    <w:p>
      <w:pPr>
        <w:spacing w:line="560" w:lineRule="exact"/>
        <w:ind w:firstLine="420"/>
      </w:pPr>
      <w:r>
        <w:rPr>
          <w:rFonts w:ascii="宋体" w:hAnsi="宋体" w:eastAsia="宋体"/>
          <w:sz w:val="24"/>
        </w:rPr>
        <w:t>"没事，已经解决了。"他说。</w:t>
      </w:r>
    </w:p>
    <w:p>
      <w:pPr>
        <w:spacing w:line="560" w:lineRule="exact"/>
        <w:ind w:firstLine="420"/>
      </w:pPr>
      <w:r>
        <w:rPr>
          <w:rFonts w:ascii="宋体" w:hAnsi="宋体" w:eastAsia="宋体"/>
          <w:sz w:val="24"/>
        </w:rPr>
        <w:t>"对不起……"柳如烟的声音带着歉意，"王浩那样做……有一部分原因是因为我。他总是……自以为是地觉得我跟他是……"她没说完，叹了口气，"总之，我想当面跟你说声抱歉。你今晚有空吗？"</w:t>
      </w:r>
    </w:p>
    <w:p>
      <w:pPr>
        <w:spacing w:line="560" w:lineRule="exact"/>
        <w:ind w:firstLine="420"/>
      </w:pPr>
      <w:r>
        <w:rPr>
          <w:rFonts w:ascii="宋体" w:hAnsi="宋体" w:eastAsia="宋体"/>
          <w:sz w:val="24"/>
        </w:rPr>
        <w:t>林风握着手机的手指紧了紧。</w:t>
      </w:r>
    </w:p>
    <w:p>
      <w:pPr>
        <w:spacing w:line="560" w:lineRule="exact"/>
        <w:ind w:firstLine="420"/>
      </w:pPr>
      <w:r>
        <w:rPr>
          <w:rFonts w:ascii="宋体" w:hAnsi="宋体" w:eastAsia="宋体"/>
          <w:sz w:val="24"/>
        </w:rPr>
        <w:t>今晚？柳如烟约他？</w:t>
      </w:r>
    </w:p>
    <w:p>
      <w:pPr>
        <w:spacing w:line="560" w:lineRule="exact"/>
        <w:ind w:firstLine="420"/>
      </w:pPr>
      <w:r>
        <w:rPr>
          <w:rFonts w:ascii="宋体" w:hAnsi="宋体" w:eastAsia="宋体"/>
          <w:sz w:val="24"/>
        </w:rPr>
        <w:t>"有空。"他几乎没有任何犹豫。</w:t>
      </w:r>
    </w:p>
    <w:p>
      <w:pPr>
        <w:spacing w:line="560" w:lineRule="exact"/>
        <w:ind w:firstLine="420"/>
      </w:pPr>
      <w:r>
        <w:rPr>
          <w:rFonts w:ascii="宋体" w:hAnsi="宋体" w:eastAsia="宋体"/>
          <w:sz w:val="24"/>
        </w:rPr>
        <w:t>"那……晚上七点，学校南门的'时光咖啡馆'，我请你喝咖啡？"</w:t>
      </w:r>
    </w:p>
    <w:p>
      <w:pPr>
        <w:spacing w:line="560" w:lineRule="exact"/>
        <w:ind w:firstLine="420"/>
      </w:pPr>
      <w:r>
        <w:rPr>
          <w:rFonts w:ascii="宋体" w:hAnsi="宋体" w:eastAsia="宋体"/>
          <w:sz w:val="24"/>
        </w:rPr>
        <w:t>"好。"</w:t>
      </w:r>
    </w:p>
    <w:p>
      <w:pPr>
        <w:spacing w:line="560" w:lineRule="exact"/>
        <w:ind w:firstLine="420"/>
      </w:pPr>
      <w:r>
        <w:rPr>
          <w:rFonts w:ascii="宋体" w:hAnsi="宋体" w:eastAsia="宋体"/>
          <w:sz w:val="24"/>
        </w:rPr>
        <w:t>"那晚上见。"</w:t>
      </w:r>
    </w:p>
    <w:p>
      <w:pPr>
        <w:spacing w:line="560" w:lineRule="exact"/>
        <w:ind w:firstLine="420"/>
      </w:pPr>
      <w:r>
        <w:rPr>
          <w:rFonts w:ascii="宋体" w:hAnsi="宋体" w:eastAsia="宋体"/>
          <w:sz w:val="24"/>
        </w:rPr>
        <w:t>电话挂断。</w:t>
      </w:r>
    </w:p>
    <w:p>
      <w:pPr>
        <w:spacing w:line="560" w:lineRule="exact"/>
        <w:ind w:firstLine="420"/>
      </w:pPr>
      <w:r>
        <w:rPr>
          <w:rFonts w:ascii="宋体" w:hAnsi="宋体" w:eastAsia="宋体"/>
          <w:sz w:val="24"/>
        </w:rPr>
        <w:t>林风站在午后的阳光下，看着手机屏幕上"通话结束"四个字，好半天没回过神来。</w:t>
      </w:r>
    </w:p>
    <w:p>
      <w:pPr>
        <w:spacing w:line="560" w:lineRule="exact"/>
        <w:ind w:firstLine="420"/>
      </w:pPr>
      <w:r>
        <w:rPr>
          <w:rFonts w:ascii="宋体" w:hAnsi="宋体" w:eastAsia="宋体"/>
          <w:sz w:val="24"/>
        </w:rPr>
        <w:t>柳如烟约他了。</w:t>
      </w:r>
    </w:p>
    <w:p>
      <w:pPr>
        <w:spacing w:line="560" w:lineRule="exact"/>
        <w:ind w:firstLine="420"/>
      </w:pPr>
      <w:r>
        <w:rPr>
          <w:rFonts w:ascii="宋体" w:hAnsi="宋体" w:eastAsia="宋体"/>
          <w:sz w:val="24"/>
        </w:rPr>
        <w:t>他低头看了看自己刚买的白T恤和牛仔裤——还好今天换了新衣服。</w:t>
      </w:r>
    </w:p>
    <w:p>
      <w:pPr>
        <w:spacing w:line="560" w:lineRule="exact"/>
        <w:ind w:firstLine="420"/>
      </w:pPr>
      <w:r>
        <w:rPr>
          <w:rFonts w:ascii="宋体" w:hAnsi="宋体" w:eastAsia="宋体"/>
          <w:sz w:val="24"/>
        </w:rPr>
        <w:t>然后他忽然想到一个问题。</w:t>
      </w:r>
    </w:p>
    <w:p>
      <w:pPr>
        <w:spacing w:line="560" w:lineRule="exact"/>
        <w:ind w:firstLine="420"/>
      </w:pPr>
      <w:r>
        <w:rPr>
          <w:rFonts w:ascii="宋体" w:hAnsi="宋体" w:eastAsia="宋体"/>
          <w:sz w:val="24"/>
        </w:rPr>
        <w:t>晚上七点。</w:t>
      </w:r>
    </w:p>
    <w:p>
      <w:pPr>
        <w:spacing w:line="560" w:lineRule="exact"/>
        <w:ind w:firstLine="420"/>
      </w:pPr>
      <w:r>
        <w:rPr>
          <w:rFonts w:ascii="宋体" w:hAnsi="宋体" w:eastAsia="宋体"/>
          <w:sz w:val="24"/>
        </w:rPr>
        <w:t>今晚八点——游戏里还有副本首通计划。如果跟柳如烟喝咖啡，肯定赶不上八点上线。</w:t>
      </w:r>
    </w:p>
    <w:p>
      <w:pPr>
        <w:spacing w:line="560" w:lineRule="exact"/>
        <w:ind w:firstLine="420"/>
      </w:pPr>
      <w:r>
        <w:rPr>
          <w:rFonts w:ascii="宋体" w:hAnsi="宋体" w:eastAsia="宋体"/>
          <w:sz w:val="24"/>
        </w:rPr>
        <w:t>林风站在路边，沉默了片刻。</w:t>
      </w:r>
    </w:p>
    <w:p>
      <w:pPr>
        <w:spacing w:line="560" w:lineRule="exact"/>
        <w:ind w:firstLine="420"/>
      </w:pPr>
      <w:r>
        <w:rPr>
          <w:rFonts w:ascii="宋体" w:hAnsi="宋体" w:eastAsia="宋体"/>
          <w:sz w:val="24"/>
        </w:rPr>
        <w:t>然后他笑了。</w:t>
      </w:r>
    </w:p>
    <w:p>
      <w:pPr>
        <w:spacing w:line="560" w:lineRule="exact"/>
        <w:ind w:firstLine="420"/>
      </w:pPr>
      <w:r>
        <w:rPr>
          <w:rFonts w:ascii="宋体" w:hAnsi="宋体" w:eastAsia="宋体"/>
          <w:sz w:val="24"/>
        </w:rPr>
        <w:t>游戏晚点再上不就行了？现实中的事情——比虚拟世界重要得多。</w:t>
      </w:r>
    </w:p>
    <w:p>
      <w:pPr>
        <w:spacing w:line="560" w:lineRule="exact"/>
        <w:ind w:firstLine="420"/>
      </w:pPr>
      <w:r>
        <w:rPr>
          <w:rFonts w:ascii="宋体" w:hAnsi="宋体" w:eastAsia="宋体"/>
          <w:sz w:val="24"/>
        </w:rPr>
        <w:t>而且……他摸了摸口袋里的银行卡。</w:t>
      </w:r>
    </w:p>
    <w:p>
      <w:pPr>
        <w:spacing w:line="560" w:lineRule="exact"/>
        <w:ind w:firstLine="420"/>
      </w:pPr>
      <w:r>
        <w:rPr>
          <w:rFonts w:ascii="宋体" w:hAnsi="宋体" w:eastAsia="宋体"/>
          <w:sz w:val="24"/>
        </w:rPr>
        <w:t>十二万只是开始。</w:t>
      </w:r>
    </w:p>
    <w:p>
      <w:pPr>
        <w:spacing w:line="560" w:lineRule="exact"/>
        <w:ind w:firstLine="420"/>
      </w:pPr>
      <w:r>
        <w:rPr>
          <w:rFonts w:ascii="宋体" w:hAnsi="宋体" w:eastAsia="宋体"/>
          <w:sz w:val="24"/>
        </w:rPr>
        <w:t>神豪系统的真正价值，不在于在游戏里多厉害——而在于它能改变他的现实人生。</w:t>
      </w:r>
    </w:p>
    <w:p>
      <w:pPr>
        <w:spacing w:line="560" w:lineRule="exact"/>
        <w:ind w:firstLine="420"/>
      </w:pPr>
      <w:r>
        <w:rPr>
          <w:rFonts w:ascii="宋体" w:hAnsi="宋体" w:eastAsia="宋体"/>
          <w:sz w:val="24"/>
        </w:rPr>
        <w:t>他抬头看了看天空，阳光正好。</w:t>
      </w:r>
    </w:p>
    <w:p>
      <w:pPr>
        <w:spacing w:line="560" w:lineRule="exact"/>
        <w:ind w:firstLine="420"/>
      </w:pPr>
      <w:r>
        <w:rPr>
          <w:rFonts w:ascii="宋体" w:hAnsi="宋体" w:eastAsia="宋体"/>
          <w:sz w:val="24"/>
        </w:rPr>
        <w:t>晚上七点，时光咖啡馆。</w:t>
      </w:r>
    </w:p>
    <w:p>
      <w:pPr>
        <w:spacing w:line="560" w:lineRule="exact"/>
        <w:ind w:firstLine="420"/>
      </w:pPr>
      <w:r>
        <w:rPr>
          <w:rFonts w:ascii="宋体" w:hAnsi="宋体" w:eastAsia="宋体"/>
          <w:sz w:val="24"/>
        </w:rPr>
        <w:t>柳如烟已经坐在靠窗的位置了，面前放着一杯正冒着热气的拿铁咖啡。她今天穿着一身淡蓝色的连衣裙，长发披散在肩上。夕阳透过玻璃窗洒进来，在她的侧脸上镀了一层温柔的金色光芒，她正低头看手机，侧脸线条柔和而安静。</w:t>
      </w:r>
    </w:p>
    <w:p>
      <w:pPr>
        <w:spacing w:line="560" w:lineRule="exact"/>
        <w:ind w:firstLine="420"/>
      </w:pPr>
      <w:r>
        <w:rPr>
          <w:rFonts w:ascii="宋体" w:hAnsi="宋体" w:eastAsia="宋体"/>
          <w:sz w:val="24"/>
        </w:rPr>
        <w:t>林风推门走进咖啡馆时，看到她，脚步微微一滞。</w:t>
      </w:r>
    </w:p>
    <w:p>
      <w:pPr>
        <w:spacing w:line="560" w:lineRule="exact"/>
        <w:ind w:firstLine="420"/>
      </w:pPr>
      <w:r>
        <w:rPr>
          <w:rFonts w:ascii="宋体" w:hAnsi="宋体" w:eastAsia="宋体"/>
          <w:sz w:val="24"/>
        </w:rPr>
        <w:t>两年了。他偷偷看了她两年——图书馆、食堂、教学楼走廊——却从没想过有一天会这样面对面地坐在一起。</w:t>
      </w:r>
    </w:p>
    <w:p>
      <w:pPr>
        <w:spacing w:line="560" w:lineRule="exact"/>
        <w:ind w:firstLine="420"/>
      </w:pPr>
      <w:r>
        <w:rPr>
          <w:rFonts w:ascii="宋体" w:hAnsi="宋体" w:eastAsia="宋体"/>
          <w:sz w:val="24"/>
        </w:rPr>
        <w:t>他走过去，在她对面坐下。</w:t>
      </w:r>
    </w:p>
    <w:p>
      <w:pPr>
        <w:spacing w:line="560" w:lineRule="exact"/>
        <w:ind w:firstLine="420"/>
      </w:pPr>
      <w:r>
        <w:rPr>
          <w:rFonts w:ascii="宋体" w:hAnsi="宋体" w:eastAsia="宋体"/>
          <w:sz w:val="24"/>
        </w:rPr>
        <w:t>"你来啦。"柳如烟抬头，对他笑了笑。</w:t>
      </w:r>
    </w:p>
    <w:p>
      <w:pPr>
        <w:spacing w:line="560" w:lineRule="exact"/>
        <w:ind w:firstLine="420"/>
      </w:pPr>
      <w:r>
        <w:rPr>
          <w:rFonts w:ascii="宋体" w:hAnsi="宋体" w:eastAsia="宋体"/>
          <w:sz w:val="24"/>
        </w:rPr>
        <w:t>那个笑容，让林风的心脏狠狠跳了一下。</w:t>
      </w:r>
    </w:p>
    <w:p>
      <w:pPr>
        <w:spacing w:line="560" w:lineRule="exact"/>
        <w:ind w:firstLine="420"/>
      </w:pPr>
      <w:r>
        <w:rPr>
          <w:rFonts w:ascii="宋体" w:hAnsi="宋体" w:eastAsia="宋体"/>
          <w:sz w:val="24"/>
        </w:rPr>
        <w:t>"嗯。"他尽量自然地点了点头。</w:t>
      </w:r>
    </w:p>
    <w:p>
      <w:pPr>
        <w:spacing w:line="560" w:lineRule="exact"/>
        <w:ind w:firstLine="420"/>
      </w:pPr>
      <w:r>
        <w:rPr>
          <w:rFonts w:ascii="宋体" w:hAnsi="宋体" w:eastAsia="宋体"/>
          <w:sz w:val="24"/>
        </w:rPr>
        <w:t>两人聊了起来。柳如烟为昨天食堂的事道歉，说王浩那种人不值得计较。林风说没关系，事情已经翻篇了。她又问他是不是也在玩《天界》——昨天食堂里好像听到大家在讨论这件事。林风点了点头说是，最近刚开始玩。她眼睛亮了一下，说她也注册了账号，选了个法师职业，但还没开始练级，连新手村都没出。</w:t>
      </w:r>
    </w:p>
    <w:p>
      <w:pPr>
        <w:spacing w:line="560" w:lineRule="exact"/>
        <w:ind w:firstLine="420"/>
      </w:pPr>
      <w:r>
        <w:rPr>
          <w:rFonts w:ascii="宋体" w:hAnsi="宋体" w:eastAsia="宋体"/>
          <w:sz w:val="24"/>
        </w:rPr>
        <w:t>"等你开始玩了，我可以带你。"林风脱口而出。</w:t>
      </w:r>
    </w:p>
    <w:p>
      <w:pPr>
        <w:spacing w:line="560" w:lineRule="exact"/>
        <w:ind w:firstLine="420"/>
      </w:pPr>
      <w:r>
        <w:rPr>
          <w:rFonts w:ascii="宋体" w:hAnsi="宋体" w:eastAsia="宋体"/>
          <w:sz w:val="24"/>
        </w:rPr>
        <w:t>柳如烟看着他，嘴角弯了弯："好，那我可记住你这句话了。"</w:t>
      </w:r>
    </w:p>
    <w:p>
      <w:pPr>
        <w:spacing w:line="560" w:lineRule="exact"/>
        <w:ind w:firstLine="420"/>
      </w:pPr>
      <w:r>
        <w:rPr>
          <w:rFonts w:ascii="宋体" w:hAnsi="宋体" w:eastAsia="宋体"/>
          <w:sz w:val="24"/>
        </w:rPr>
        <w:t>咖啡冒着氤氲的热气，窗外的天色从夕阳橘红渐渐变成了深蓝。咖啡馆里放着一首舒缓的钢琴曲，角落里的几只猫蜷在沙发上打盹。两人从食堂的事聊到游戏，从选课聊到未来的打算，不知不觉已经聊了将近一个小时。</w:t>
      </w:r>
    </w:p>
    <w:p>
      <w:pPr>
        <w:spacing w:line="560" w:lineRule="exact"/>
        <w:ind w:firstLine="420"/>
      </w:pPr>
      <w:r>
        <w:rPr>
          <w:rFonts w:ascii="宋体" w:hAnsi="宋体" w:eastAsia="宋体"/>
          <w:sz w:val="24"/>
        </w:rPr>
        <w:t>聊到最后，柳如烟端起杯子抿了一口咖啡，忽然看着他说：</w:t>
      </w:r>
    </w:p>
    <w:p>
      <w:pPr>
        <w:spacing w:line="560" w:lineRule="exact"/>
        <w:ind w:firstLine="420"/>
      </w:pPr>
      <w:r>
        <w:rPr>
          <w:rFonts w:ascii="宋体" w:hAnsi="宋体" w:eastAsia="宋体"/>
          <w:sz w:val="24"/>
        </w:rPr>
        <w:t>"林风……你好像跟以前不太一样了。"</w:t>
      </w:r>
    </w:p>
    <w:p>
      <w:pPr>
        <w:spacing w:line="560" w:lineRule="exact"/>
        <w:ind w:firstLine="420"/>
      </w:pPr>
      <w:r>
        <w:rPr>
          <w:rFonts w:ascii="宋体" w:hAnsi="宋体" w:eastAsia="宋体"/>
          <w:sz w:val="24"/>
        </w:rPr>
        <w:t>林风微微一怔："哪里不一样？"</w:t>
      </w:r>
    </w:p>
    <w:p>
      <w:pPr>
        <w:spacing w:line="560" w:lineRule="exact"/>
        <w:ind w:firstLine="420"/>
      </w:pPr>
      <w:r>
        <w:rPr>
          <w:rFonts w:ascii="宋体" w:hAnsi="宋体" w:eastAsia="宋体"/>
          <w:sz w:val="24"/>
        </w:rPr>
        <w:t>"说不上来。"柳如烟歪了歪头，认真地想了想，"就是……感觉你比以前自信了。"</w:t>
      </w:r>
    </w:p>
    <w:p>
      <w:pPr>
        <w:spacing w:line="560" w:lineRule="exact"/>
        <w:ind w:firstLine="420"/>
      </w:pPr>
      <w:r>
        <w:rPr>
          <w:rFonts w:ascii="宋体" w:hAnsi="宋体" w:eastAsia="宋体"/>
          <w:sz w:val="24"/>
        </w:rPr>
        <w:t>林风沉默了一瞬，然后笑了："也许吧。"</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晚上九点，林风回到宿舍。</w:t>
      </w:r>
    </w:p>
    <w:p>
      <w:pPr>
        <w:spacing w:line="560" w:lineRule="exact"/>
        <w:ind w:firstLine="420"/>
      </w:pPr>
      <w:r>
        <w:rPr>
          <w:rFonts w:ascii="宋体" w:hAnsi="宋体" w:eastAsia="宋体"/>
          <w:sz w:val="24"/>
        </w:rPr>
        <w:t>赵铁柱正坐在床边等他，一脸八卦："怎么样怎么样？柳如烟找你干嘛？"</w:t>
      </w:r>
    </w:p>
    <w:p>
      <w:pPr>
        <w:spacing w:line="560" w:lineRule="exact"/>
        <w:ind w:firstLine="420"/>
      </w:pPr>
      <w:r>
        <w:rPr>
          <w:rFonts w:ascii="宋体" w:hAnsi="宋体" w:eastAsia="宋体"/>
          <w:sz w:val="24"/>
        </w:rPr>
        <w:t>"喝了个咖啡。"林风脱下外套，"聊了会天。"</w:t>
      </w:r>
    </w:p>
    <w:p>
      <w:pPr>
        <w:spacing w:line="560" w:lineRule="exact"/>
        <w:ind w:firstLine="420"/>
      </w:pPr>
      <w:r>
        <w:rPr>
          <w:rFonts w:ascii="宋体" w:hAnsi="宋体" w:eastAsia="宋体"/>
          <w:sz w:val="24"/>
        </w:rPr>
        <w:t>"就这？"赵铁柱一脸失望，"没点别的进展？"</w:t>
      </w:r>
    </w:p>
    <w:p>
      <w:pPr>
        <w:spacing w:line="560" w:lineRule="exact"/>
        <w:ind w:firstLine="420"/>
      </w:pPr>
      <w:r>
        <w:rPr>
          <w:rFonts w:ascii="宋体" w:hAnsi="宋体" w:eastAsia="宋体"/>
          <w:sz w:val="24"/>
        </w:rPr>
        <w:t>"能有什么进展？"林风好笑地看着他，"第一次单独聊天就想有什么进展？"</w:t>
      </w:r>
    </w:p>
    <w:p>
      <w:pPr>
        <w:spacing w:line="560" w:lineRule="exact"/>
        <w:ind w:firstLine="420"/>
      </w:pPr>
      <w:r>
        <w:rPr>
          <w:rFonts w:ascii="宋体" w:hAnsi="宋体" w:eastAsia="宋体"/>
          <w:sz w:val="24"/>
        </w:rPr>
        <w:t>"好吧……也是。"赵铁柱挠了挠头，"对了，你昨晚拍卖会怎么样？"</w:t>
      </w:r>
    </w:p>
    <w:p>
      <w:pPr>
        <w:spacing w:line="560" w:lineRule="exact"/>
        <w:ind w:firstLine="420"/>
      </w:pPr>
      <w:r>
        <w:rPr>
          <w:rFonts w:ascii="宋体" w:hAnsi="宋体" w:eastAsia="宋体"/>
          <w:sz w:val="24"/>
        </w:rPr>
        <w:t>林风躺进游戏舱，戴上头盔前，朝他笑了笑：</w:t>
      </w:r>
    </w:p>
    <w:p>
      <w:pPr>
        <w:spacing w:line="560" w:lineRule="exact"/>
        <w:ind w:firstLine="420"/>
      </w:pPr>
      <w:r>
        <w:rPr>
          <w:rFonts w:ascii="宋体" w:hAnsi="宋体" w:eastAsia="宋体"/>
          <w:sz w:val="24"/>
        </w:rPr>
        <w:t>"抢了龙腾公会一把传说武器。花了3000万。"</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赵铁柱的嘴张成了一个O型，下巴差点脱臼："三……三千万？！你抢银行了？！"</w:t>
      </w:r>
    </w:p>
    <w:p>
      <w:pPr>
        <w:spacing w:line="560" w:lineRule="exact"/>
        <w:ind w:firstLine="420"/>
      </w:pPr>
      <w:r>
        <w:rPr>
          <w:rFonts w:ascii="宋体" w:hAnsi="宋体" w:eastAsia="宋体"/>
          <w:sz w:val="24"/>
        </w:rPr>
        <w:t>林风已经关上了游戏舱的门。舱盖合上的瞬间，赵铁柱还在外面拍着舱体大喊："卧槽你倒是说清楚啊！"</w:t>
      </w:r>
    </w:p>
    <w:p>
      <w:r>
        <w:br w:type="page"/>
      </w:r>
    </w:p>
    <w:p>
      <w:pPr>
        <w:jc w:val="center"/>
      </w:pPr>
      <w:r>
        <w:rPr>
          <w:b/>
          <w:sz w:val="32"/>
        </w:rPr>
        <w:t>第009章 副本首通</w:t>
      </w:r>
    </w:p>
    <w:p>
      <w:pPr>
        <w:jc w:val="center"/>
      </w:pPr>
      <w:r>
        <w:rPr>
          <w:color w:val="999999"/>
          <w:sz w:val="18"/>
        </w:rPr>
        <w:t>（2,502字）</w:t>
      </w:r>
    </w:p>
    <w:p/>
    <w:p>
      <w:pPr>
        <w:spacing w:line="560" w:lineRule="exact"/>
        <w:ind w:firstLine="420"/>
      </w:pPr>
      <w:r>
        <w:rPr>
          <w:rFonts w:ascii="宋体" w:hAnsi="宋体" w:eastAsia="宋体"/>
          <w:sz w:val="24"/>
        </w:rPr>
        <w:t>次日清晨，林风戴上头盔登录游戏时，天风城的广场上已经人声鼎沸，热闹得像赶集一样。</w:t>
      </w:r>
    </w:p>
    <w:p>
      <w:pPr>
        <w:spacing w:line="560" w:lineRule="exact"/>
        <w:ind w:firstLine="420"/>
      </w:pPr>
      <w:r>
        <w:rPr>
          <w:rFonts w:ascii="宋体" w:hAnsi="宋体" w:eastAsia="宋体"/>
          <w:sz w:val="24"/>
        </w:rPr>
        <w:t>经过昨晚的拍卖会，他的ID"风雪夜归人"一夜之间火了——全服通告刷了三轮，全城都在讨论那个花了三千万抢龙腾公会装备的神秘土豪。</w:t>
      </w:r>
    </w:p>
    <w:p>
      <w:pPr>
        <w:spacing w:line="560" w:lineRule="exact"/>
        <w:ind w:firstLine="420"/>
      </w:pPr>
      <w:r>
        <w:rPr>
          <w:rFonts w:ascii="宋体" w:hAnsi="宋体" w:eastAsia="宋体"/>
          <w:sz w:val="24"/>
        </w:rPr>
        <w:t>林风刚在广场中央刷新出现，周围的玩家就像被按了暂停键一样，齐刷刷扭头看了过来。</w:t>
      </w:r>
    </w:p>
    <w:p>
      <w:pPr>
        <w:spacing w:line="560" w:lineRule="exact"/>
        <w:ind w:firstLine="420"/>
      </w:pPr>
      <w:r>
        <w:rPr>
          <w:rFonts w:ascii="宋体" w:hAnsi="宋体" w:eastAsia="宋体"/>
          <w:sz w:val="24"/>
        </w:rPr>
        <w:t>"就是他！风雪夜归人！"有人压低声音。</w:t>
      </w:r>
    </w:p>
    <w:p>
      <w:pPr>
        <w:spacing w:line="560" w:lineRule="exact"/>
        <w:ind w:firstLine="420"/>
      </w:pPr>
      <w:r>
        <w:rPr>
          <w:rFonts w:ascii="宋体" w:hAnsi="宋体" w:eastAsia="宋体"/>
          <w:sz w:val="24"/>
        </w:rPr>
        <w:t>"卧槽！那装备光泽……传说级套装！"</w:t>
      </w:r>
    </w:p>
    <w:p>
      <w:pPr>
        <w:spacing w:line="560" w:lineRule="exact"/>
        <w:ind w:firstLine="420"/>
      </w:pPr>
      <w:r>
        <w:rPr>
          <w:rFonts w:ascii="宋体" w:hAnsi="宋体" w:eastAsia="宋体"/>
          <w:sz w:val="24"/>
        </w:rPr>
        <w:t>"昨晚拍卖会就是他抢了龙腾的传说武器！"</w:t>
      </w:r>
    </w:p>
    <w:p>
      <w:pPr>
        <w:spacing w:line="560" w:lineRule="exact"/>
        <w:ind w:firstLine="420"/>
      </w:pPr>
      <w:r>
        <w:rPr>
          <w:rFonts w:ascii="宋体" w:hAnsi="宋体" w:eastAsia="宋体"/>
          <w:sz w:val="24"/>
        </w:rPr>
        <w:t>龙腾天发的3000万悬赏令还挂在公会榜上，但显然没人敢接。谁都知道，能随手扔三千万的人，不是普通人惹得起的。</w:t>
      </w:r>
    </w:p>
    <w:p>
      <w:pPr>
        <w:spacing w:line="560" w:lineRule="exact"/>
        <w:ind w:firstLine="420"/>
      </w:pPr>
      <w:r>
        <w:rPr>
          <w:rFonts w:ascii="宋体" w:hAnsi="宋体" w:eastAsia="宋体"/>
          <w:sz w:val="24"/>
        </w:rPr>
        <w:t>林风像没看到一样，完全无视了周围那些羡慕嫉妒恨的目光。他打开好友列表，给赵铁柱发了条消息。</w:t>
      </w:r>
    </w:p>
    <w:p>
      <w:pPr>
        <w:spacing w:line="560" w:lineRule="exact"/>
        <w:ind w:firstLine="420"/>
      </w:pPr>
      <w:r>
        <w:rPr>
          <w:rFonts w:ascii="宋体" w:hAnsi="宋体" w:eastAsia="宋体"/>
          <w:sz w:val="24"/>
        </w:rPr>
        <w:t>"铁柱，在哪？"</w:t>
      </w:r>
    </w:p>
    <w:p>
      <w:pPr>
        <w:spacing w:line="560" w:lineRule="exact"/>
        <w:ind w:firstLine="420"/>
      </w:pPr>
      <w:r>
        <w:rPr>
          <w:rFonts w:ascii="宋体" w:hAnsi="宋体" w:eastAsia="宋体"/>
          <w:sz w:val="24"/>
        </w:rPr>
        <w:t>"主城副本大厅！快来！"赵铁柱秒回，"我在研究副本列表，等你组队！"</w:t>
      </w:r>
    </w:p>
    <w:p>
      <w:pPr>
        <w:spacing w:line="560" w:lineRule="exact"/>
        <w:ind w:firstLine="420"/>
      </w:pPr>
      <w:r>
        <w:rPr>
          <w:rFonts w:ascii="宋体" w:hAnsi="宋体" w:eastAsia="宋体"/>
          <w:sz w:val="24"/>
        </w:rPr>
        <w:t>林风迈步朝副本大厅走去。</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副本大厅坐落在天风城的正中央，一座高达三十米的巨型石殿。</w:t>
      </w:r>
    </w:p>
    <w:p>
      <w:pPr>
        <w:spacing w:line="560" w:lineRule="exact"/>
        <w:ind w:firstLine="420"/>
      </w:pPr>
      <w:r>
        <w:rPr>
          <w:rFonts w:ascii="宋体" w:hAnsi="宋体" w:eastAsia="宋体"/>
          <w:sz w:val="24"/>
        </w:rPr>
        <w:t>走进大厅，空间豁然开朗——足足两个足球场大的圆形大殿穹顶高悬，巨大的蓝色光幕占据了大厅整个正面，上面流动着密密麻麻的副本信息和排行榜。正中央是一座高达五米的巨型水晶柱，散发着幽蓝色的光芒。</w:t>
      </w:r>
    </w:p>
    <w:p>
      <w:pPr>
        <w:spacing w:line="560" w:lineRule="exact"/>
        <w:ind w:firstLine="420"/>
      </w:pPr>
      <w:r>
        <w:rPr>
          <w:rFonts w:ascii="宋体" w:hAnsi="宋体" w:eastAsia="宋体"/>
          <w:sz w:val="24"/>
        </w:rPr>
        <w:t>数百名玩家聚集在大厅中，有的对着巨大的光幕认真研究副本攻略，有的举着牌子高声喊话组队，还有的坐在角落里啃面包回血。各种各样的喊话声、议论声、装备碰撞声混杂在一起，喧闹声此起彼伏。</w:t>
      </w:r>
    </w:p>
    <w:p>
      <w:pPr>
        <w:spacing w:line="560" w:lineRule="exact"/>
        <w:ind w:firstLine="420"/>
      </w:pPr>
      <w:r>
        <w:rPr>
          <w:rFonts w:ascii="宋体" w:hAnsi="宋体" w:eastAsia="宋体"/>
          <w:sz w:val="24"/>
        </w:rPr>
        <w:t>"20级幽暗森林来DPS和治疗！来熟练工，不要小白！"</w:t>
      </w:r>
    </w:p>
    <w:p>
      <w:pPr>
        <w:spacing w:line="560" w:lineRule="exact"/>
        <w:ind w:firstLine="420"/>
      </w:pPr>
      <w:r>
        <w:rPr>
          <w:rFonts w:ascii="宋体" w:hAnsi="宋体" w:eastAsia="宋体"/>
          <w:sz w:val="24"/>
        </w:rPr>
        <w:t>"30级熔岩洞穴开荒队！缺坦克和奶妈！来的M！"</w:t>
      </w:r>
    </w:p>
    <w:p>
      <w:pPr>
        <w:spacing w:line="560" w:lineRule="exact"/>
        <w:ind w:firstLine="420"/>
      </w:pPr>
      <w:r>
        <w:rPr>
          <w:rFonts w:ascii="宋体" w:hAnsi="宋体" w:eastAsia="宋体"/>
          <w:sz w:val="24"/>
        </w:rPr>
        <w:t>赵铁柱站在大厅一角，看到林风眼睛一亮，快步迎了上来。</w:t>
      </w:r>
    </w:p>
    <w:p>
      <w:pPr>
        <w:spacing w:line="560" w:lineRule="exact"/>
        <w:ind w:firstLine="420"/>
      </w:pPr>
      <w:r>
        <w:rPr>
          <w:rFonts w:ascii="宋体" w:hAnsi="宋体" w:eastAsia="宋体"/>
          <w:sz w:val="24"/>
        </w:rPr>
        <w:t>"风哥！你可算来了！"他兴奋地拉着林风往光幕前走，"你看！咱们今天刷哪个？"</w:t>
      </w:r>
    </w:p>
    <w:p>
      <w:pPr>
        <w:spacing w:line="560" w:lineRule="exact"/>
        <w:ind w:firstLine="420"/>
      </w:pPr>
      <w:r>
        <w:rPr>
          <w:rFonts w:ascii="宋体" w:hAnsi="宋体" w:eastAsia="宋体"/>
          <w:sz w:val="24"/>
        </w:rPr>
        <w:t>光幕上，副本列表从低到高排列整齐：</w:t>
      </w:r>
    </w:p>
    <w:p>
      <w:pPr>
        <w:spacing w:line="560" w:lineRule="exact"/>
        <w:ind w:firstLine="420"/>
      </w:pPr>
      <w:r>
        <w:rPr>
          <w:rFonts w:ascii="宋体" w:hAnsi="宋体" w:eastAsia="宋体"/>
          <w:sz w:val="24"/>
        </w:rPr>
        <w:t>【新手洞穴】1-10级 | 首通者：无</w:t>
        <w:br/>
        <w:t>【幽暗森林】11-20级 | 首通者：无</w:t>
        <w:br/>
        <w:t>【死亡矿井】21-30级 | 首通者：无</w:t>
        <w:br/>
        <w:t>【血色修道院】31-40级 | 首通者：无</w:t>
        <w:br/>
        <w:t>【熔岩宫殿】41-50级 | 首通者：无</w:t>
      </w:r>
    </w:p>
    <w:p>
      <w:pPr>
        <w:spacing w:line="560" w:lineRule="exact"/>
        <w:ind w:firstLine="420"/>
      </w:pPr>
      <w:r>
        <w:rPr>
          <w:rFonts w:ascii="宋体" w:hAnsi="宋体" w:eastAsia="宋体"/>
          <w:sz w:val="24"/>
        </w:rPr>
        <w:t>每一行的首通者都是——"无"。</w:t>
      </w:r>
    </w:p>
    <w:p>
      <w:pPr>
        <w:spacing w:line="560" w:lineRule="exact"/>
        <w:ind w:firstLine="420"/>
      </w:pPr>
      <w:r>
        <w:rPr>
          <w:rFonts w:ascii="宋体" w:hAnsi="宋体" w:eastAsia="宋体"/>
          <w:sz w:val="24"/>
        </w:rPr>
        <w:t>赵铁柱兴奋地搓着双手，两眼放光："风哥，你看啊——全服到现在还没有人首通过任何一个副本！昨天开放公测到现在，最快的队伍也卡在幽暗森林老三那儿了。如果我们能拿下第一个首通——"</w:t>
      </w:r>
    </w:p>
    <w:p>
      <w:pPr>
        <w:spacing w:line="560" w:lineRule="exact"/>
        <w:ind w:firstLine="420"/>
      </w:pPr>
      <w:r>
        <w:rPr>
          <w:rFonts w:ascii="宋体" w:hAnsi="宋体" w:eastAsia="宋体"/>
          <w:sz w:val="24"/>
        </w:rPr>
        <w:t>"那就选最难的。"林风不假思索，"死亡矿井。26-30级副本，抢第一个首通。"</w:t>
      </w:r>
    </w:p>
    <w:p>
      <w:pPr>
        <w:spacing w:line="560" w:lineRule="exact"/>
        <w:ind w:firstLine="420"/>
      </w:pPr>
      <w:r>
        <w:rPr>
          <w:rFonts w:ascii="宋体" w:hAnsi="宋体" w:eastAsia="宋体"/>
          <w:sz w:val="24"/>
        </w:rPr>
        <w:t>"死、死亡矿井？"赵铁柱咽了口唾沫，"那是当前最高级副本……据说最后一个BOSS是个40级的精英亡灵骑士，好几支公会队都团灭了。"</w:t>
      </w:r>
    </w:p>
    <w:p>
      <w:pPr>
        <w:spacing w:line="560" w:lineRule="exact"/>
        <w:ind w:firstLine="420"/>
      </w:pPr>
      <w:r>
        <w:rPr>
          <w:rFonts w:ascii="宋体" w:hAnsi="宋体" w:eastAsia="宋体"/>
          <w:sz w:val="24"/>
        </w:rPr>
        <w:t>"那就更该打它。"林风嘴角微扬，"首通要拿就拿到最响亮的。"</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五分钟后，林风和赵铁柱站在副本入口前。</w:t>
      </w:r>
    </w:p>
    <w:p>
      <w:pPr>
        <w:spacing w:line="560" w:lineRule="exact"/>
        <w:ind w:firstLine="420"/>
      </w:pPr>
      <w:r>
        <w:rPr>
          <w:rFonts w:ascii="宋体" w:hAnsi="宋体" w:eastAsia="宋体"/>
          <w:sz w:val="24"/>
        </w:rPr>
        <w:t>赵铁柱看了看两人队伍里的两个空位，迟疑道："风哥，就咱俩？不再组两个人？这副本推荐五人队的……"</w:t>
      </w:r>
    </w:p>
    <w:p>
      <w:pPr>
        <w:spacing w:line="560" w:lineRule="exact"/>
        <w:ind w:firstLine="420"/>
      </w:pPr>
      <w:r>
        <w:rPr>
          <w:rFonts w:ascii="宋体" w:hAnsi="宋体" w:eastAsia="宋体"/>
          <w:sz w:val="24"/>
        </w:rPr>
        <w:t>"人多了反而拖节奏。"林风打开背包，扔了一件装备过去。</w:t>
      </w:r>
    </w:p>
    <w:p>
      <w:pPr>
        <w:spacing w:line="560" w:lineRule="exact"/>
        <w:ind w:firstLine="420"/>
      </w:pPr>
      <w:r>
        <w:rPr>
          <w:rFonts w:ascii="宋体" w:hAnsi="宋体" w:eastAsia="宋体"/>
          <w:sz w:val="24"/>
        </w:rPr>
        <w:t>赵铁柱手忙脚乱地接住，定睛一看——</w:t>
      </w:r>
    </w:p>
    <w:p>
      <w:pPr>
        <w:spacing w:line="560" w:lineRule="exact"/>
        <w:ind w:firstLine="420"/>
      </w:pPr>
      <w:r>
        <w:rPr>
          <w:rFonts w:ascii="宋体" w:hAnsi="宋体" w:eastAsia="宋体"/>
          <w:sz w:val="24"/>
        </w:rPr>
        <w:t>【传说级·神豪之盾】</w:t>
        <w:br/>
        <w:t>品质：传说级</w:t>
        <w:br/>
        <w:t>防御：+888</w:t>
        <w:br/>
        <w:t>特效：伤害减免+40%</w:t>
        <w:br/>
        <w:t>等级要求：10级</w:t>
      </w:r>
    </w:p>
    <w:p>
      <w:pPr>
        <w:spacing w:line="560" w:lineRule="exact"/>
        <w:ind w:firstLine="420"/>
      </w:pPr>
      <w:r>
        <w:rPr>
          <w:rFonts w:ascii="宋体" w:hAnsi="宋体" w:eastAsia="宋体"/>
          <w:sz w:val="24"/>
        </w:rPr>
        <w:t>"传、传说级盾牌？？"赵铁柱的声音都变了。</w:t>
      </w:r>
    </w:p>
    <w:p>
      <w:pPr>
        <w:spacing w:line="560" w:lineRule="exact"/>
        <w:ind w:firstLine="420"/>
      </w:pPr>
      <w:r>
        <w:rPr>
          <w:rFonts w:ascii="宋体" w:hAnsi="宋体" w:eastAsia="宋体"/>
          <w:sz w:val="24"/>
        </w:rPr>
        <w:t>"昨晚拍卖会多拍了一件，正好给你。"林风平淡地说，"换上，扛得住。"</w:t>
      </w:r>
    </w:p>
    <w:p>
      <w:pPr>
        <w:spacing w:line="560" w:lineRule="exact"/>
        <w:ind w:firstLine="420"/>
      </w:pPr>
      <w:r>
        <w:rPr>
          <w:rFonts w:ascii="宋体" w:hAnsi="宋体" w:eastAsia="宋体"/>
          <w:sz w:val="24"/>
        </w:rPr>
        <w:t>赵铁柱嘴唇哆嗦着换上了盾牌。属性面板暴涨——防御从80直接飚到了400。</w:t>
      </w:r>
    </w:p>
    <w:p>
      <w:pPr>
        <w:spacing w:line="560" w:lineRule="exact"/>
        <w:ind w:firstLine="420"/>
      </w:pPr>
      <w:r>
        <w:rPr>
          <w:rFonts w:ascii="宋体" w:hAnsi="宋体" w:eastAsia="宋体"/>
          <w:sz w:val="24"/>
        </w:rPr>
        <w:t>"风哥……你这——"</w:t>
      </w:r>
    </w:p>
    <w:p>
      <w:pPr>
        <w:spacing w:line="560" w:lineRule="exact"/>
        <w:ind w:firstLine="420"/>
      </w:pPr>
      <w:r>
        <w:rPr>
          <w:rFonts w:ascii="宋体" w:hAnsi="宋体" w:eastAsia="宋体"/>
          <w:sz w:val="24"/>
        </w:rPr>
        <w:t>"别废话，进了。"林风率先踏入副本传送门。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死亡矿井内部阴森潮湿得令人窒息，矿道两侧的岩壁上残留着斑驳的血迹和爪痕。空气中弥漫着一股腐烂的气味，昏暗的火把在微风中摇曳，映照着坑道深处窸窸窣窣的声响——那是无数怪物潜伏在暗处等待猎物的声音。</w:t>
      </w:r>
    </w:p>
    <w:p>
      <w:pPr>
        <w:spacing w:line="560" w:lineRule="exact"/>
        <w:ind w:firstLine="420"/>
      </w:pPr>
      <w:r>
        <w:rPr>
          <w:rFonts w:ascii="宋体" w:hAnsi="宋体" w:eastAsia="宋体"/>
          <w:sz w:val="24"/>
        </w:rPr>
        <w:t>第一波怪迎面冲来——【矿洞食尸鬼】×8，等级26。</w:t>
      </w:r>
    </w:p>
    <w:p>
      <w:pPr>
        <w:spacing w:line="560" w:lineRule="exact"/>
        <w:ind w:firstLine="420"/>
      </w:pPr>
      <w:r>
        <w:rPr>
          <w:rFonts w:ascii="宋体" w:hAnsi="宋体" w:eastAsia="宋体"/>
          <w:sz w:val="24"/>
        </w:rPr>
        <w:t>林风没有废话，抬手一剑。</w:t>
      </w:r>
    </w:p>
    <w:p>
      <w:pPr>
        <w:spacing w:line="560" w:lineRule="exact"/>
        <w:ind w:firstLine="420"/>
      </w:pPr>
      <w:r>
        <w:rPr>
          <w:rFonts w:ascii="宋体" w:hAnsi="宋体" w:eastAsia="宋体"/>
          <w:sz w:val="24"/>
        </w:rPr>
        <w:t>【金钱冲击】发动！</w:t>
      </w:r>
    </w:p>
    <w:p>
      <w:pPr>
        <w:spacing w:line="560" w:lineRule="exact"/>
        <w:ind w:firstLine="420"/>
      </w:pPr>
      <w:r>
        <w:rPr>
          <w:rFonts w:ascii="宋体" w:hAnsi="宋体" w:eastAsia="宋体"/>
          <w:sz w:val="24"/>
        </w:rPr>
        <w:t>一道金色的剑光横扫而出——</w:t>
      </w:r>
    </w:p>
    <w:p>
      <w:pPr>
        <w:spacing w:line="560" w:lineRule="exact"/>
        <w:ind w:firstLine="420"/>
      </w:pPr>
      <w:r>
        <w:rPr>
          <w:rFonts w:ascii="宋体" w:hAnsi="宋体" w:eastAsia="宋体"/>
          <w:sz w:val="24"/>
        </w:rPr>
        <w:t>-9999！ -9999！ -9999！ -9999！</w:t>
      </w:r>
    </w:p>
    <w:p>
      <w:pPr>
        <w:spacing w:line="560" w:lineRule="exact"/>
        <w:ind w:firstLine="420"/>
      </w:pPr>
      <w:r>
        <w:rPr>
          <w:rFonts w:ascii="宋体" w:hAnsi="宋体" w:eastAsia="宋体"/>
          <w:sz w:val="24"/>
        </w:rPr>
        <w:t>八只食尸鬼瞬间化为白光。</w:t>
      </w:r>
    </w:p>
    <w:p>
      <w:pPr>
        <w:spacing w:line="560" w:lineRule="exact"/>
        <w:ind w:firstLine="420"/>
      </w:pPr>
      <w:r>
        <w:rPr>
          <w:rFonts w:ascii="宋体" w:hAnsi="宋体" w:eastAsia="宋体"/>
          <w:sz w:val="24"/>
        </w:rPr>
        <w:t>赵铁柱举着盾还没反应过来，战斗就结束了。</w:t>
      </w:r>
    </w:p>
    <w:p>
      <w:pPr>
        <w:spacing w:line="560" w:lineRule="exact"/>
        <w:ind w:firstLine="420"/>
      </w:pPr>
      <w:r>
        <w:rPr>
          <w:rFonts w:ascii="宋体" w:hAnsi="宋体" w:eastAsia="宋体"/>
          <w:sz w:val="24"/>
        </w:rPr>
        <w:t>"……风哥你就不能慢点？让我也摸一下怪？"</w:t>
      </w:r>
    </w:p>
    <w:p>
      <w:pPr>
        <w:spacing w:line="560" w:lineRule="exact"/>
        <w:ind w:firstLine="420"/>
      </w:pPr>
      <w:r>
        <w:rPr>
          <w:rFonts w:ascii="宋体" w:hAnsi="宋体" w:eastAsia="宋体"/>
          <w:sz w:val="24"/>
        </w:rPr>
        <w:t>"下一波让你摸。"林风笑道。</w:t>
      </w:r>
    </w:p>
    <w:p>
      <w:pPr>
        <w:spacing w:line="560" w:lineRule="exact"/>
        <w:ind w:firstLine="420"/>
      </w:pPr>
      <w:r>
        <w:rPr>
          <w:rFonts w:ascii="宋体" w:hAnsi="宋体" w:eastAsia="宋体"/>
          <w:sz w:val="24"/>
        </w:rPr>
        <w:t>然而直到第三波怪，赵铁柱依然只摸到了空气。林风的金钱冲击和大范围技能清怪速度实在太快了，他甚至来不及举盾就已经打完了。</w:t>
      </w:r>
    </w:p>
    <w:p>
      <w:pPr>
        <w:spacing w:line="560" w:lineRule="exact"/>
        <w:ind w:firstLine="420"/>
      </w:pPr>
      <w:r>
        <w:rPr>
          <w:rFonts w:ascii="宋体" w:hAnsi="宋体" w:eastAsia="宋体"/>
          <w:sz w:val="24"/>
        </w:rPr>
        <w:t>"算了算了，躺赢也是一种难得的幸福。"赵铁柱跟在后面自我安慰道，虽然语气里还是带着一丝不甘心。</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不到二十分钟，两人抵达了最终BOSS所在的巨大房间。</w:t>
      </w:r>
    </w:p>
    <w:p>
      <w:pPr>
        <w:spacing w:line="560" w:lineRule="exact"/>
        <w:ind w:firstLine="420"/>
      </w:pPr>
      <w:r>
        <w:rPr>
          <w:rFonts w:ascii="宋体" w:hAnsi="宋体" w:eastAsia="宋体"/>
          <w:sz w:val="24"/>
        </w:rPr>
        <w:t>房间中央阴冷刺骨，一具身穿黑色重型铠甲的骷髅骑士端坐在巨大的骨椅上，手中握着一柄燃烧着幽绿色火焰的巨剑。它的眼眶中闪烁着猩红色的光芒。</w:t>
      </w:r>
    </w:p>
    <w:p>
      <w:pPr>
        <w:spacing w:line="560" w:lineRule="exact"/>
        <w:ind w:firstLine="420"/>
      </w:pPr>
      <w:r>
        <w:rPr>
          <w:rFonts w:ascii="宋体" w:hAnsi="宋体" w:eastAsia="宋体"/>
          <w:sz w:val="24"/>
        </w:rPr>
        <w:t>【死亡领主·莫德雷德】</w:t>
        <w:br/>
        <w:t>等级：40级（精英BOSS）</w:t>
        <w:br/>
        <w:t>生命值：500,000</w:t>
        <w:br/>
        <w:t>攻击力：4200</w:t>
        <w:br/>
        <w:t>防御力：2800</w:t>
        <w:br/>
        <w:t>技能：死亡冲锋、暗影斩、亡灵召唤</w:t>
      </w:r>
    </w:p>
    <w:p>
      <w:pPr>
        <w:spacing w:line="560" w:lineRule="exact"/>
        <w:ind w:firstLine="420"/>
      </w:pPr>
      <w:r>
        <w:rPr>
          <w:rFonts w:ascii="宋体" w:hAnsi="宋体" w:eastAsia="宋体"/>
          <w:sz w:val="24"/>
        </w:rPr>
        <w:t>"40万血量！"赵铁柱倒吸一口凉气，"之前来开荒的那支大公会队，辛辛苦苦打掉了它10万血就被全员团灭了。"</w:t>
      </w:r>
    </w:p>
    <w:p>
      <w:pPr>
        <w:spacing w:line="560" w:lineRule="exact"/>
        <w:ind w:firstLine="420"/>
      </w:pPr>
      <w:r>
        <w:rPr>
          <w:rFonts w:ascii="宋体" w:hAnsi="宋体" w:eastAsia="宋体"/>
          <w:sz w:val="24"/>
        </w:rPr>
        <w:t>林风没有后退。他拔出了神豪之剑。</w:t>
      </w:r>
    </w:p>
    <w:p>
      <w:pPr>
        <w:spacing w:line="560" w:lineRule="exact"/>
        <w:ind w:firstLine="420"/>
      </w:pPr>
      <w:r>
        <w:rPr>
          <w:rFonts w:ascii="宋体" w:hAnsi="宋体" w:eastAsia="宋体"/>
          <w:sz w:val="24"/>
        </w:rPr>
        <w:t>"就这点血？不够我砍的。"</w:t>
      </w:r>
    </w:p>
    <w:p>
      <w:pPr>
        <w:spacing w:line="560" w:lineRule="exact"/>
        <w:ind w:firstLine="420"/>
      </w:pPr>
      <w:r>
        <w:rPr>
          <w:rFonts w:ascii="宋体" w:hAnsi="宋体" w:eastAsia="宋体"/>
          <w:sz w:val="24"/>
        </w:rPr>
        <w:t>BOSS怒吼一声，率先发动冲锋！死亡之剑携着幽绿色的火焰直劈而下——林风不闪不避，举剑正面迎击！</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两剑碰撞，爆发出刺目的火花。林风的身体纹丝不动，而死亡领主竟然被震退了半步！</w:t>
      </w:r>
    </w:p>
    <w:p>
      <w:pPr>
        <w:spacing w:line="560" w:lineRule="exact"/>
        <w:ind w:firstLine="420"/>
      </w:pPr>
      <w:r>
        <w:rPr>
          <w:rFonts w:ascii="宋体" w:hAnsi="宋体" w:eastAsia="宋体"/>
          <w:sz w:val="24"/>
        </w:rPr>
        <w:t>"怎么可能？"BOSS发出了机械的咆哮。</w:t>
      </w:r>
    </w:p>
    <w:p>
      <w:pPr>
        <w:spacing w:line="560" w:lineRule="exact"/>
        <w:ind w:firstLine="420"/>
      </w:pPr>
      <w:r>
        <w:rPr>
          <w:rFonts w:ascii="宋体" w:hAnsi="宋体" w:eastAsia="宋体"/>
          <w:sz w:val="24"/>
        </w:rPr>
        <w:t>林风冷笑一声，不退反进。他手腕一翻，神豪之剑在空中划过一个半圆，剑刃上的金色光芒骤然暴涨——反手一剑斩出！</w:t>
      </w:r>
    </w:p>
    <w:p>
      <w:pPr>
        <w:spacing w:line="560" w:lineRule="exact"/>
        <w:ind w:firstLine="420"/>
      </w:pPr>
      <w:r>
        <w:rPr>
          <w:rFonts w:ascii="宋体" w:hAnsi="宋体" w:eastAsia="宋体"/>
          <w:sz w:val="24"/>
        </w:rPr>
        <w:t>【神豪·金钱风暴】！消耗50000游戏币发动！</w:t>
      </w:r>
    </w:p>
    <w:p>
      <w:pPr>
        <w:spacing w:line="560" w:lineRule="exact"/>
        <w:ind w:firstLine="420"/>
      </w:pPr>
      <w:r>
        <w:rPr>
          <w:rFonts w:ascii="宋体" w:hAnsi="宋体" w:eastAsia="宋体"/>
          <w:sz w:val="24"/>
        </w:rPr>
        <w:t>漫天金芒如暴雨坠落，每一缕金光都化作利剑穿透BOSS的身体——</w:t>
      </w:r>
    </w:p>
    <w:p>
      <w:pPr>
        <w:spacing w:line="560" w:lineRule="exact"/>
        <w:ind w:firstLine="420"/>
      </w:pPr>
      <w:r>
        <w:rPr>
          <w:rFonts w:ascii="宋体" w:hAnsi="宋体" w:eastAsia="宋体"/>
          <w:sz w:val="24"/>
        </w:rPr>
        <w:t>-50000！ -50000！ -50000！</w:t>
      </w:r>
    </w:p>
    <w:p>
      <w:pPr>
        <w:spacing w:line="560" w:lineRule="exact"/>
        <w:ind w:firstLine="420"/>
      </w:pPr>
      <w:r>
        <w:rPr>
          <w:rFonts w:ascii="宋体" w:hAnsi="宋体" w:eastAsia="宋体"/>
          <w:sz w:val="24"/>
        </w:rPr>
        <w:t>三道伤害数字爆炸般跳出。</w:t>
      </w:r>
    </w:p>
    <w:p>
      <w:pPr>
        <w:spacing w:line="560" w:lineRule="exact"/>
        <w:ind w:firstLine="420"/>
      </w:pPr>
      <w:r>
        <w:rPr>
          <w:rFonts w:ascii="宋体" w:hAnsi="宋体" w:eastAsia="宋体"/>
          <w:sz w:val="24"/>
        </w:rPr>
        <w:t>死亡领主的血条瞬间暴跌——500000→350000→200000→50000！</w:t>
      </w:r>
    </w:p>
    <w:p>
      <w:pPr>
        <w:spacing w:line="560" w:lineRule="exact"/>
        <w:ind w:firstLine="420"/>
      </w:pPr>
      <w:r>
        <w:rPr>
          <w:rFonts w:ascii="宋体" w:hAnsi="宋体" w:eastAsia="宋体"/>
          <w:sz w:val="24"/>
        </w:rPr>
        <w:t>仅仅三秒钟的时间，死亡领主那厚达四十万的血条就像被砍断的堤坝一样疯狂崩塌，从满血直接跌到只剩五万残血！</w:t>
      </w:r>
    </w:p>
    <w:p>
      <w:pPr>
        <w:spacing w:line="560" w:lineRule="exact"/>
        <w:ind w:firstLine="420"/>
      </w:pPr>
      <w:r>
        <w:rPr>
          <w:rFonts w:ascii="宋体" w:hAnsi="宋体" w:eastAsia="宋体"/>
          <w:sz w:val="24"/>
        </w:rPr>
        <w:t>一旁的赵铁柱张大了嘴巴，盾牌都差点脱手。他见过秒人的，没见过连BOSS也秒的——而且这还是个40级的精英BOSS！</w:t>
      </w:r>
    </w:p>
    <w:p>
      <w:pPr>
        <w:spacing w:line="560" w:lineRule="exact"/>
        <w:ind w:firstLine="420"/>
      </w:pPr>
      <w:r>
        <w:rPr>
          <w:rFonts w:ascii="宋体" w:hAnsi="宋体" w:eastAsia="宋体"/>
          <w:sz w:val="24"/>
        </w:rPr>
        <w:t>死亡领主发出震耳欲聋的不甘嘶吼，整个BOSS房间都在它的咆哮中震颤。它举起燃烧着幽绿色火焰的巨剑，准备做最后的拼死一搏。但林风的身影已经出现在它面前——</w:t>
      </w:r>
    </w:p>
    <w:p>
      <w:pPr>
        <w:spacing w:line="560" w:lineRule="exact"/>
        <w:ind w:firstLine="420"/>
      </w:pPr>
      <w:r>
        <w:rPr>
          <w:rFonts w:ascii="宋体" w:hAnsi="宋体" w:eastAsia="宋体"/>
          <w:sz w:val="24"/>
        </w:rPr>
        <w:t>"没有意义了。"</w:t>
      </w:r>
    </w:p>
    <w:p>
      <w:pPr>
        <w:spacing w:line="560" w:lineRule="exact"/>
        <w:ind w:firstLine="420"/>
      </w:pPr>
      <w:r>
        <w:rPr>
          <w:rFonts w:ascii="宋体" w:hAnsi="宋体" w:eastAsia="宋体"/>
          <w:sz w:val="24"/>
        </w:rPr>
        <w:t>一剑横扫！</w:t>
      </w:r>
    </w:p>
    <w:p>
      <w:pPr>
        <w:spacing w:line="560" w:lineRule="exact"/>
        <w:ind w:firstLine="420"/>
      </w:pPr>
      <w:r>
        <w:rPr>
          <w:rFonts w:ascii="宋体" w:hAnsi="宋体" w:eastAsia="宋体"/>
          <w:sz w:val="24"/>
        </w:rPr>
        <w:t>-50000！</w:t>
      </w:r>
    </w:p>
    <w:p>
      <w:pPr>
        <w:spacing w:line="560" w:lineRule="exact"/>
        <w:ind w:firstLine="420"/>
      </w:pPr>
      <w:r>
        <w:rPr>
          <w:rFonts w:ascii="宋体" w:hAnsi="宋体" w:eastAsia="宋体"/>
          <w:sz w:val="24"/>
        </w:rPr>
        <w:t>【系统公告：全服通告！玩家「风雪夜归人」带领队伍首通【死亡矿井】，耗时17分28秒，创造副本最快通关纪录！】</w:t>
      </w:r>
    </w:p>
    <w:p>
      <w:pPr>
        <w:spacing w:line="560" w:lineRule="exact"/>
        <w:ind w:firstLine="420"/>
      </w:pPr>
      <w:r>
        <w:rPr>
          <w:rFonts w:ascii="宋体" w:hAnsi="宋体" w:eastAsia="宋体"/>
          <w:sz w:val="24"/>
        </w:rPr>
        <w:t>【系统公告：全服通告！首通队伍成员：风雪夜归人、铁血战士。奖励声望+3000，金币+500！】</w:t>
      </w:r>
    </w:p>
    <w:p>
      <w:pPr>
        <w:spacing w:line="560" w:lineRule="exact"/>
        <w:ind w:firstLine="420"/>
      </w:pPr>
      <w:r>
        <w:rPr>
          <w:rFonts w:ascii="宋体" w:hAnsi="宋体" w:eastAsia="宋体"/>
          <w:sz w:val="24"/>
        </w:rPr>
        <w:t>三条金色加粗的公告同时在全服所有玩家的屏幕正中央刷屏，闪得人睁不开眼！</w:t>
      </w:r>
    </w:p>
    <w:p>
      <w:pPr>
        <w:spacing w:line="560" w:lineRule="exact"/>
        <w:ind w:firstLine="420"/>
      </w:pPr>
      <w:r>
        <w:rPr>
          <w:rFonts w:ascii="宋体" w:hAnsi="宋体" w:eastAsia="宋体"/>
          <w:sz w:val="24"/>
        </w:rPr>
        <w:t>整个《天界》服务器瞬间炸开了锅！世界频道的消息刷屏速度达到了前所未有的高度！</w:t>
      </w:r>
    </w:p>
    <w:p>
      <w:pPr>
        <w:spacing w:line="560" w:lineRule="exact"/>
        <w:ind w:firstLine="420"/>
      </w:pPr>
      <w:r>
        <w:rPr>
          <w:rFonts w:ascii="宋体" w:hAnsi="宋体" w:eastAsia="宋体"/>
          <w:sz w:val="24"/>
        </w:rPr>
        <w:t>世界频道瞬间被刷爆——</w:t>
      </w:r>
    </w:p>
    <w:p>
      <w:pPr>
        <w:spacing w:line="560" w:lineRule="exact"/>
        <w:ind w:firstLine="420"/>
      </w:pPr>
      <w:r>
        <w:rPr>
          <w:rFonts w:ascii="宋体" w:hAnsi="宋体" w:eastAsia="宋体"/>
          <w:sz w:val="24"/>
        </w:rPr>
        <w:t>"我靠！风雪夜归人？？又是他？？这才第二天啊！"</w:t>
      </w:r>
    </w:p>
    <w:p>
      <w:pPr>
        <w:spacing w:line="560" w:lineRule="exact"/>
        <w:ind w:firstLine="420"/>
      </w:pPr>
      <w:r>
        <w:rPr>
          <w:rFonts w:ascii="宋体" w:hAnsi="宋体" w:eastAsia="宋体"/>
          <w:sz w:val="24"/>
        </w:rPr>
        <w:t>"死亡矿井首通！！那可是40级的精英级亡灵BOSS啊！之前几支大公会队打了一晚上都过不去！"</w:t>
      </w:r>
    </w:p>
    <w:p>
      <w:pPr>
        <w:spacing w:line="560" w:lineRule="exact"/>
        <w:ind w:firstLine="420"/>
      </w:pPr>
      <w:r>
        <w:rPr>
          <w:rFonts w:ascii="宋体" w:hAnsi="宋体" w:eastAsia="宋体"/>
          <w:sz w:val="24"/>
        </w:rPr>
        <w:t>"17分28秒？？之前那支公会队整整打了三个多小时都没能过的本，他17分钟就拿下了？？"</w:t>
      </w:r>
    </w:p>
    <w:p>
      <w:pPr>
        <w:spacing w:line="560" w:lineRule="exact"/>
        <w:ind w:firstLine="420"/>
      </w:pPr>
      <w:r>
        <w:rPr>
          <w:rFonts w:ascii="宋体" w:hAnsi="宋体" w:eastAsia="宋体"/>
          <w:sz w:val="24"/>
        </w:rPr>
        <w:t>"这就是昨晚花三千万的大佬吗……"</w:t>
      </w:r>
    </w:p>
    <w:p>
      <w:pPr>
        <w:spacing w:line="560" w:lineRule="exact"/>
        <w:ind w:firstLine="420"/>
      </w:pPr>
      <w:r>
        <w:rPr>
          <w:rFonts w:ascii="宋体" w:hAnsi="宋体" w:eastAsia="宋体"/>
          <w:sz w:val="24"/>
        </w:rPr>
        <w:t>"我宣布从今以后风雪夜归人就是我亲爹！"</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副本结算。</w:t>
      </w:r>
    </w:p>
    <w:p>
      <w:pPr>
        <w:spacing w:line="560" w:lineRule="exact"/>
        <w:ind w:firstLine="420"/>
      </w:pPr>
      <w:r>
        <w:rPr>
          <w:rFonts w:ascii="宋体" w:hAnsi="宋体" w:eastAsia="宋体"/>
          <w:sz w:val="24"/>
        </w:rPr>
        <w:t>巨大的金色宝箱浮现在两人面前。</w:t>
      </w:r>
    </w:p>
    <w:p>
      <w:pPr>
        <w:spacing w:line="560" w:lineRule="exact"/>
        <w:ind w:firstLine="420"/>
      </w:pPr>
      <w:r>
        <w:rPr>
          <w:rFonts w:ascii="宋体" w:hAnsi="宋体" w:eastAsia="宋体"/>
          <w:sz w:val="24"/>
        </w:rPr>
        <w:t>林风走过去，伸手触碰宝箱的锁扣。一声清脆的机械转动声后，宝箱盖自动弹开——一道璀璨的金光冲天而起，将整个副本房间照得如同白昼！</w:t>
      </w:r>
    </w:p>
    <w:p>
      <w:pPr>
        <w:spacing w:line="560" w:lineRule="exact"/>
        <w:ind w:firstLine="420"/>
      </w:pPr>
      <w:r>
        <w:rPr>
          <w:rFonts w:ascii="宋体" w:hAnsi="宋体" w:eastAsia="宋体"/>
          <w:sz w:val="24"/>
        </w:rPr>
        <w:t>【获得：传说级武器·死亡裁决者（双手剑）】</w:t>
        <w:br/>
        <w:t>【获得：传说级戒指·暗影之环】</w:t>
        <w:br/>
        <w:t>【获得：技能书·亡灵召唤 Lv.1】</w:t>
        <w:br/>
        <w:t>【获得：特殊道具·副本首通勋章】</w:t>
      </w:r>
    </w:p>
    <w:p>
      <w:pPr>
        <w:spacing w:line="560" w:lineRule="exact"/>
        <w:ind w:firstLine="420"/>
      </w:pPr>
      <w:r>
        <w:rPr>
          <w:rFonts w:ascii="宋体" w:hAnsi="宋体" w:eastAsia="宋体"/>
          <w:sz w:val="24"/>
        </w:rPr>
        <w:t>装备属性一个个弹出——每一样都是当前版本的顶级货色。</w:t>
      </w:r>
    </w:p>
    <w:p>
      <w:pPr>
        <w:spacing w:line="560" w:lineRule="exact"/>
        <w:ind w:firstLine="420"/>
      </w:pPr>
      <w:r>
        <w:rPr>
          <w:rFonts w:ascii="宋体" w:hAnsi="宋体" w:eastAsia="宋体"/>
          <w:sz w:val="24"/>
        </w:rPr>
        <w:t>但真正让林风在意的，是宝箱底部静静躺着的一枚古铜色的碎片。</w:t>
      </w:r>
    </w:p>
    <w:p>
      <w:pPr>
        <w:spacing w:line="560" w:lineRule="exact"/>
        <w:ind w:firstLine="420"/>
      </w:pPr>
      <w:r>
        <w:rPr>
          <w:rFonts w:ascii="宋体" w:hAnsi="宋体" w:eastAsia="宋体"/>
          <w:sz w:val="24"/>
        </w:rPr>
        <w:t>【获得：？？？碎片（残缺）】</w:t>
        <w:br/>
        <w:t>【描述：散发着古老气息的金属碎片，似乎隐藏着某种秘密。集齐三枚可合成未知物品。】</w:t>
      </w:r>
    </w:p>
    <w:p>
      <w:pPr>
        <w:spacing w:line="560" w:lineRule="exact"/>
        <w:ind w:firstLine="420"/>
      </w:pPr>
      <w:r>
        <w:rPr>
          <w:rFonts w:ascii="宋体" w:hAnsi="宋体" w:eastAsia="宋体"/>
          <w:sz w:val="24"/>
        </w:rPr>
        <w:t>林风拿起碎片，仔细端详。</w:t>
      </w:r>
    </w:p>
    <w:p>
      <w:pPr>
        <w:spacing w:line="560" w:lineRule="exact"/>
        <w:ind w:firstLine="420"/>
      </w:pPr>
      <w:r>
        <w:rPr>
          <w:rFonts w:ascii="宋体" w:hAnsi="宋体" w:eastAsia="宋体"/>
          <w:sz w:val="24"/>
        </w:rPr>
        <w:t>碎片入手触感冰凉沉重，表面刻着某种他完全看不懂的古老符文——线条精细而诡异，像是某种失传的文字。但当他握紧它时，神豪系统面板忽然不受控制地闪烁了一下。</w:t>
      </w:r>
    </w:p>
    <w:p>
      <w:pPr>
        <w:spacing w:line="560" w:lineRule="exact"/>
        <w:ind w:firstLine="420"/>
      </w:pPr>
      <w:r>
        <w:rPr>
          <w:rFonts w:ascii="宋体" w:hAnsi="宋体" w:eastAsia="宋体"/>
          <w:sz w:val="24"/>
        </w:rPr>
        <w:t>一行小字浮现：</w:t>
      </w:r>
    </w:p>
    <w:p>
      <w:pPr>
        <w:spacing w:line="560" w:lineRule="exact"/>
        <w:ind w:firstLine="420"/>
      </w:pPr>
      <w:r>
        <w:rPr>
          <w:rFonts w:ascii="宋体" w:hAnsi="宋体" w:eastAsia="宋体"/>
          <w:sz w:val="24"/>
        </w:rPr>
        <w:t>【检测到关联物品——能量波动匹配成功。该物品来自系统前代宿主。建议立即保存。】</w:t>
      </w:r>
    </w:p>
    <w:p>
      <w:pPr>
        <w:spacing w:line="560" w:lineRule="exact"/>
        <w:ind w:firstLine="420"/>
      </w:pPr>
      <w:r>
        <w:rPr>
          <w:rFonts w:ascii="宋体" w:hAnsi="宋体" w:eastAsia="宋体"/>
          <w:sz w:val="24"/>
        </w:rPr>
        <w:t>前代宿主？</w:t>
      </w:r>
    </w:p>
    <w:p>
      <w:pPr>
        <w:spacing w:line="560" w:lineRule="exact"/>
        <w:ind w:firstLine="420"/>
      </w:pPr>
      <w:r>
        <w:rPr>
          <w:rFonts w:ascii="宋体" w:hAnsi="宋体" w:eastAsia="宋体"/>
          <w:sz w:val="24"/>
        </w:rPr>
        <w:t>林风的心脏猛地一跳。</w:t>
      </w:r>
    </w:p>
    <w:p>
      <w:pPr>
        <w:spacing w:line="560" w:lineRule="exact"/>
        <w:ind w:firstLine="420"/>
      </w:pPr>
      <w:r>
        <w:rPr>
          <w:rFonts w:ascii="宋体" w:hAnsi="宋体" w:eastAsia="宋体"/>
          <w:sz w:val="24"/>
        </w:rPr>
        <w:t>神豪系统……难道不止他一个人用过？在他之前还有别的主人也拥有过这个系统？</w:t>
      </w:r>
    </w:p>
    <w:p>
      <w:pPr>
        <w:spacing w:line="560" w:lineRule="exact"/>
        <w:ind w:firstLine="420"/>
      </w:pPr>
      <w:r>
        <w:rPr>
          <w:rFonts w:ascii="宋体" w:hAnsi="宋体" w:eastAsia="宋体"/>
          <w:sz w:val="24"/>
        </w:rPr>
        <w:t>那之前那个宿主……现在在哪？是死是活？那个「前代宿主」身上又发生了什么？</w:t>
      </w:r>
    </w:p>
    <w:p>
      <w:r>
        <w:br w:type="page"/>
      </w:r>
    </w:p>
    <w:p>
      <w:pPr>
        <w:jc w:val="center"/>
      </w:pPr>
      <w:r>
        <w:rPr>
          <w:b/>
          <w:sz w:val="32"/>
        </w:rPr>
        <w:t>第010章 系统升级</w:t>
      </w:r>
    </w:p>
    <w:p>
      <w:pPr>
        <w:jc w:val="center"/>
      </w:pPr>
      <w:r>
        <w:rPr>
          <w:color w:val="999999"/>
          <w:sz w:val="18"/>
        </w:rPr>
        <w:t>（2,812字）</w:t>
      </w:r>
    </w:p>
    <w:p/>
    <w:p>
      <w:pPr>
        <w:spacing w:line="560" w:lineRule="exact"/>
        <w:ind w:firstLine="420"/>
      </w:pPr>
      <w:r>
        <w:rPr>
          <w:rFonts w:ascii="宋体" w:hAnsi="宋体" w:eastAsia="宋体"/>
          <w:sz w:val="24"/>
        </w:rPr>
        <w:t>死亡矿井首通的公告从刷屏到冷却，足足持续了半个小时。</w:t>
      </w:r>
    </w:p>
    <w:p>
      <w:pPr>
        <w:spacing w:line="560" w:lineRule="exact"/>
        <w:ind w:firstLine="420"/>
      </w:pPr>
      <w:r>
        <w:rPr>
          <w:rFonts w:ascii="宋体" w:hAnsi="宋体" w:eastAsia="宋体"/>
          <w:sz w:val="24"/>
        </w:rPr>
        <w:t>林风和赵铁柱刚从副本传送门出来，就被数百人团团围住了。副本大厅门口像炸了锅一样，人潮汹涌，挤得连站脚的地方都没有。</w:t>
      </w:r>
    </w:p>
    <w:p>
      <w:pPr>
        <w:spacing w:line="560" w:lineRule="exact"/>
        <w:ind w:firstLine="420"/>
      </w:pPr>
      <w:r>
        <w:rPr>
          <w:rFonts w:ascii="宋体" w:hAnsi="宋体" w:eastAsia="宋体"/>
          <w:sz w:val="24"/>
        </w:rPr>
        <w:t>"风雪大佬！求带副本！求抱大腿！"</w:t>
      </w:r>
    </w:p>
    <w:p>
      <w:pPr>
        <w:spacing w:line="560" w:lineRule="exact"/>
        <w:ind w:firstLine="420"/>
      </w:pPr>
      <w:r>
        <w:rPr>
          <w:rFonts w:ascii="宋体" w:hAnsi="宋体" w:eastAsia="宋体"/>
          <w:sz w:val="24"/>
        </w:rPr>
        <w:t>"大佬还缺腿部挂件吗？我什么都能干！扫地做饭暖床——都可以！"</w:t>
      </w:r>
    </w:p>
    <w:p>
      <w:pPr>
        <w:spacing w:line="560" w:lineRule="exact"/>
        <w:ind w:firstLine="420"/>
      </w:pPr>
      <w:r>
        <w:rPr>
          <w:rFonts w:ascii="宋体" w:hAnsi="宋体" w:eastAsia="宋体"/>
          <w:sz w:val="24"/>
        </w:rPr>
        <w:t>"大佬加个好友吧，我24小时在线！你要我什么时候上线我就什么时候上线！"</w:t>
      </w:r>
    </w:p>
    <w:p>
      <w:pPr>
        <w:spacing w:line="560" w:lineRule="exact"/>
        <w:ind w:firstLine="420"/>
      </w:pPr>
      <w:r>
        <w:rPr>
          <w:rFonts w:ascii="宋体" w:hAnsi="宋体" w:eastAsia="宋体"/>
          <w:sz w:val="24"/>
        </w:rPr>
        <w:t>几百号人蜂拥而上，把副本大厅门口堵得水泄不通。赵铁柱被挤得东倒西歪，手里的传说级盾牌被人摸了又摸，脸上的表情又得意又无奈——既想炫耀又怕被人抢走。</w:t>
      </w:r>
    </w:p>
    <w:p>
      <w:pPr>
        <w:spacing w:line="560" w:lineRule="exact"/>
        <w:ind w:firstLine="420"/>
      </w:pPr>
      <w:r>
        <w:rPr>
          <w:rFonts w:ascii="宋体" w:hAnsi="宋体" w:eastAsia="宋体"/>
          <w:sz w:val="24"/>
        </w:rPr>
        <w:t>"别挤别挤！盾牌是我的！你们摸也摸不走！这是我风哥送的！"赵铁柱一边护着盾牌一边喊，声音都快被淹没在人声中了。</w:t>
      </w:r>
    </w:p>
    <w:p>
      <w:pPr>
        <w:spacing w:line="560" w:lineRule="exact"/>
        <w:ind w:firstLine="420"/>
      </w:pPr>
      <w:r>
        <w:rPr>
          <w:rFonts w:ascii="宋体" w:hAnsi="宋体" w:eastAsia="宋体"/>
          <w:sz w:val="24"/>
        </w:rPr>
        <w:t>林风面无表情地环顾了一圈人群。他知道自己现在就是全服的焦点——连续两天的系统公告、拍卖会上的三千万豪掷、再加上刚才的副本首通，他的名字已经彻底火了。</w:t>
      </w:r>
    </w:p>
    <w:p>
      <w:pPr>
        <w:spacing w:line="560" w:lineRule="exact"/>
        <w:ind w:firstLine="420"/>
      </w:pPr>
      <w:r>
        <w:rPr>
          <w:rFonts w:ascii="宋体" w:hAnsi="宋体" w:eastAsia="宋体"/>
          <w:sz w:val="24"/>
        </w:rPr>
        <w:t>但他没有享受这种关注的习惯。他直接打开了系统的隐身功能——</w:t>
      </w:r>
    </w:p>
    <w:p>
      <w:pPr>
        <w:spacing w:line="560" w:lineRule="exact"/>
        <w:ind w:firstLine="420"/>
      </w:pPr>
      <w:r>
        <w:rPr>
          <w:rFonts w:ascii="宋体" w:hAnsi="宋体" w:eastAsia="宋体"/>
          <w:sz w:val="24"/>
        </w:rPr>
        <w:t>【神豪特权·隐身模式：消耗1000游戏币/分钟，完全隐藏自身信息和位置，不可被任何侦查技能探测。】</w:t>
      </w:r>
    </w:p>
    <w:p>
      <w:pPr>
        <w:spacing w:line="560" w:lineRule="exact"/>
        <w:ind w:firstLine="420"/>
      </w:pPr>
      <w:r>
        <w:rPr>
          <w:rFonts w:ascii="宋体" w:hAnsi="宋体" w:eastAsia="宋体"/>
          <w:sz w:val="24"/>
        </w:rPr>
        <w:t>一道金光闪过，他的身影原地消失。</w:t>
      </w:r>
    </w:p>
    <w:p>
      <w:pPr>
        <w:spacing w:line="560" w:lineRule="exact"/>
        <w:ind w:firstLine="420"/>
      </w:pPr>
      <w:r>
        <w:rPr>
          <w:rFonts w:ascii="宋体" w:hAnsi="宋体" w:eastAsia="宋体"/>
          <w:sz w:val="24"/>
        </w:rPr>
        <w:t>人群中爆发出一阵惊呼——</w:t>
      </w:r>
    </w:p>
    <w:p>
      <w:pPr>
        <w:spacing w:line="560" w:lineRule="exact"/>
        <w:ind w:firstLine="420"/>
      </w:pPr>
      <w:r>
        <w:rPr>
          <w:rFonts w:ascii="宋体" w:hAnsi="宋体" w:eastAsia="宋体"/>
          <w:sz w:val="24"/>
        </w:rPr>
        <w:t>"人呢？不见了？"</w:t>
      </w:r>
    </w:p>
    <w:p>
      <w:pPr>
        <w:spacing w:line="560" w:lineRule="exact"/>
        <w:ind w:firstLine="420"/>
      </w:pPr>
      <w:r>
        <w:rPr>
          <w:rFonts w:ascii="宋体" w:hAnsi="宋体" w:eastAsia="宋体"/>
          <w:sz w:val="24"/>
        </w:rPr>
        <w:t>"卧槽？怎么突然消失了？"</w:t>
      </w:r>
    </w:p>
    <w:p>
      <w:pPr>
        <w:spacing w:line="560" w:lineRule="exact"/>
        <w:ind w:firstLine="420"/>
      </w:pPr>
      <w:r>
        <w:rPr>
          <w:rFonts w:ascii="宋体" w:hAnsi="宋体" w:eastAsia="宋体"/>
          <w:sz w:val="24"/>
        </w:rPr>
        <w:t>"这是什么技能？隐身？这游戏有隐身技能吗？刺客都没这么高级的技能吧！"</w:t>
      </w:r>
    </w:p>
    <w:p>
      <w:pPr>
        <w:spacing w:line="560" w:lineRule="exact"/>
        <w:ind w:firstLine="420"/>
      </w:pPr>
      <w:r>
        <w:rPr>
          <w:rFonts w:ascii="宋体" w:hAnsi="宋体" w:eastAsia="宋体"/>
          <w:sz w:val="24"/>
        </w:rPr>
        <w:t>"风雪大佬果然是神豪，连消失都这么帅……"</w:t>
      </w:r>
    </w:p>
    <w:p>
      <w:pPr>
        <w:spacing w:line="560" w:lineRule="exact"/>
        <w:ind w:firstLine="420"/>
      </w:pPr>
      <w:r>
        <w:rPr>
          <w:rFonts w:ascii="宋体" w:hAnsi="宋体" w:eastAsia="宋体"/>
          <w:sz w:val="24"/>
        </w:rPr>
        <w:t>而此时，林风已经出现在天风城的公会大厅顶层。他站在落地窗前，俯瞰着下方混乱的人群。</w:t>
      </w:r>
    </w:p>
    <w:p>
      <w:pPr>
        <w:spacing w:line="560" w:lineRule="exact"/>
        <w:ind w:firstLine="420"/>
      </w:pPr>
      <w:r>
        <w:rPr>
          <w:rFonts w:ascii="宋体" w:hAnsi="宋体" w:eastAsia="宋体"/>
          <w:sz w:val="24"/>
        </w:rPr>
        <w:t>这座城市的街道纵横交错，玩家们如蚂蚁般穿行其间。远处的落日平原上，无数光点在闪烁——那是玩家在释放技能的光芒。更远处，血色山脉的轮廓在暮色中若隐若现，那里有更高等级的副本、更强大的BOSS、更多的秘密等待探索。</w:t>
      </w:r>
    </w:p>
    <w:p>
      <w:pPr>
        <w:spacing w:line="560" w:lineRule="exact"/>
        <w:ind w:firstLine="420"/>
      </w:pPr>
      <w:r>
        <w:rPr>
          <w:rFonts w:ascii="宋体" w:hAnsi="宋体" w:eastAsia="宋体"/>
          <w:sz w:val="24"/>
        </w:rPr>
        <w:t>这个世界的繁华，才刚刚开始。</w:t>
      </w:r>
    </w:p>
    <w:p>
      <w:pPr>
        <w:spacing w:line="560" w:lineRule="exact"/>
        <w:ind w:firstLine="420"/>
      </w:pPr>
      <w:r>
        <w:rPr>
          <w:rFonts w:ascii="宋体" w:hAnsi="宋体" w:eastAsia="宋体"/>
          <w:sz w:val="24"/>
        </w:rPr>
        <w:t>就在这时，脑海中传来系统冰冷而清晰的提示音——</w:t>
      </w:r>
    </w:p>
    <w:p>
      <w:pPr>
        <w:spacing w:line="560" w:lineRule="exact"/>
        <w:ind w:firstLine="420"/>
      </w:pPr>
      <w:r>
        <w:rPr>
          <w:rFonts w:ascii="宋体" w:hAnsi="宋体" w:eastAsia="宋体"/>
          <w:sz w:val="24"/>
        </w:rPr>
        <w:t>【叮！恭喜宿主达成隐藏成就：首次副本首通！】</w:t>
      </w:r>
    </w:p>
    <w:p>
      <w:pPr>
        <w:spacing w:line="560" w:lineRule="exact"/>
        <w:ind w:firstLine="420"/>
      </w:pPr>
      <w:r>
        <w:rPr>
          <w:rFonts w:ascii="宋体" w:hAnsi="宋体" w:eastAsia="宋体"/>
          <w:sz w:val="24"/>
        </w:rPr>
        <w:t>【成就奖励：通用技能点+5，全属性永久+2%】</w:t>
      </w:r>
    </w:p>
    <w:p>
      <w:pPr>
        <w:spacing w:line="560" w:lineRule="exact"/>
        <w:ind w:firstLine="420"/>
      </w:pPr>
      <w:r>
        <w:rPr>
          <w:rFonts w:ascii="宋体" w:hAnsi="宋体" w:eastAsia="宋体"/>
          <w:sz w:val="24"/>
        </w:rPr>
        <w:t>林风微微一怔。隐藏成就？他没想到首通副本还能触发这种额外奖励。不过仔细想想，《天界》作为全球首款沉浸式VRMMORPG，隐藏成就系统本就是一大卖点——只是触发条件极其苛刻，绝大多数玩家玩到退服都不一定能触发一次。</w:t>
      </w:r>
    </w:p>
    <w:p>
      <w:pPr>
        <w:spacing w:line="560" w:lineRule="exact"/>
        <w:ind w:firstLine="420"/>
      </w:pPr>
      <w:r>
        <w:rPr>
          <w:rFonts w:ascii="宋体" w:hAnsi="宋体" w:eastAsia="宋体"/>
          <w:sz w:val="24"/>
        </w:rPr>
        <w:t>而他，仅仅开服几天，就已经拿下了第一个。</w:t>
      </w:r>
    </w:p>
    <w:p>
      <w:pPr>
        <w:spacing w:line="560" w:lineRule="exact"/>
        <w:ind w:firstLine="420"/>
      </w:pPr>
      <w:r>
        <w:rPr>
          <w:rFonts w:ascii="宋体" w:hAnsi="宋体" w:eastAsia="宋体"/>
          <w:sz w:val="24"/>
        </w:rPr>
        <w:t>他随手将5个技能点加在了核心输出技能【金钱冲击】上——这个技能直接从Lv.1升到了Lv.3，伤害倍率提高了60%。现在他一剑下去，基础伤害已经接近两万。</w:t>
      </w:r>
    </w:p>
    <w:p>
      <w:pPr>
        <w:spacing w:line="560" w:lineRule="exact"/>
        <w:ind w:firstLine="420"/>
      </w:pPr>
      <w:r>
        <w:rPr>
          <w:rFonts w:ascii="宋体" w:hAnsi="宋体" w:eastAsia="宋体"/>
          <w:sz w:val="24"/>
        </w:rPr>
        <w:t>但紧接着，更重要的提示来了——</w:t>
      </w:r>
    </w:p>
    <w:p>
      <w:pPr>
        <w:spacing w:line="560" w:lineRule="exact"/>
        <w:ind w:firstLine="420"/>
      </w:pPr>
      <w:r>
        <w:rPr>
          <w:rFonts w:ascii="宋体" w:hAnsi="宋体" w:eastAsia="宋体"/>
          <w:sz w:val="24"/>
        </w:rPr>
        <w:t>【系统升级条件检测中——】</w:t>
      </w:r>
    </w:p>
    <w:p>
      <w:pPr>
        <w:spacing w:line="560" w:lineRule="exact"/>
        <w:ind w:firstLine="420"/>
      </w:pPr>
      <w:r>
        <w:rPr>
          <w:rFonts w:ascii="宋体" w:hAnsi="宋体" w:eastAsia="宋体"/>
          <w:sz w:val="24"/>
        </w:rPr>
        <w:t>一个半透明的金色面板在他眼前缓缓展开，上面逐条显示着各项条件的完成状态：</w:t>
      </w:r>
    </w:p>
    <w:p>
      <w:pPr>
        <w:spacing w:line="560" w:lineRule="exact"/>
        <w:ind w:firstLine="420"/>
      </w:pPr>
      <w:r>
        <w:rPr>
          <w:rFonts w:ascii="宋体" w:hAnsi="宋体" w:eastAsia="宋体"/>
          <w:sz w:val="24"/>
        </w:rPr>
        <w:t>━━━━━━━━━━━━━━━━━━━━━━━━━━━━━━</w:t>
        <w:br/>
        <w:t>【神豪系统升级条件检测】</w:t>
      </w:r>
    </w:p>
    <w:p>
      <w:pPr>
        <w:spacing w:line="560" w:lineRule="exact"/>
        <w:ind w:firstLine="420"/>
      </w:pPr>
      <w:r>
        <w:rPr>
          <w:rFonts w:ascii="宋体" w:hAnsi="宋体" w:eastAsia="宋体"/>
          <w:sz w:val="24"/>
        </w:rPr>
        <w:t>条件1：完成一次副本首通</w:t>
        <w:br/>
        <w:t>状态：✅ 已完成（成功首通【死亡矿井】）</w:t>
        <w:br/>
        <w:t>───</w:t>
        <w:br/>
        <w:t>条件2：等级达到50级</w:t>
        <w:br/>
        <w:t>状态：❌ 未完成（当前等级：30级）</w:t>
        <w:br/>
        <w:t>───</w:t>
        <w:br/>
        <w:t>条件3：获得5件传说级装备</w:t>
        <w:br/>
        <w:t>状态：✅ 已完成（当前持有：7件传说级装备）</w:t>
        <w:br/>
        <w:t>───</w:t>
        <w:br/>
        <w:t>条件4：创建或加入一个公会</w:t>
        <w:br/>
        <w:t>状态：❌ 未完成</w:t>
        <w:br/>
        <w:t>───</w:t>
        <w:br/>
        <w:t>条件5：累计消费1亿游戏币</w:t>
        <w:br/>
        <w:t>状态：✅ 已完成（当前累计消费：1.8亿游戏币）</w:t>
        <w:br/>
        <w:t>───</w:t>
        <w:br/>
        <w:t>整体进度：3/5</w:t>
        <w:br/>
        <w:t>━━━━━━━━━━━━━━━━━━━━━━━━━━━━━━</w:t>
      </w:r>
    </w:p>
    <w:p>
      <w:pPr>
        <w:spacing w:line="560" w:lineRule="exact"/>
        <w:ind w:firstLine="420"/>
      </w:pPr>
      <w:r>
        <w:rPr>
          <w:rFonts w:ascii="宋体" w:hAnsi="宋体" w:eastAsia="宋体"/>
          <w:sz w:val="24"/>
        </w:rPr>
        <w:t>林风眼神一凝。</w:t>
      </w:r>
    </w:p>
    <w:p>
      <w:pPr>
        <w:spacing w:line="560" w:lineRule="exact"/>
        <w:ind w:firstLine="420"/>
      </w:pPr>
      <w:r>
        <w:rPr>
          <w:rFonts w:ascii="宋体" w:hAnsi="宋体" w:eastAsia="宋体"/>
          <w:sz w:val="24"/>
        </w:rPr>
        <w:t>系统升级？还有全新功能？</w:t>
      </w:r>
    </w:p>
    <w:p>
      <w:pPr>
        <w:spacing w:line="560" w:lineRule="exact"/>
        <w:ind w:firstLine="420"/>
      </w:pPr>
      <w:r>
        <w:rPr>
          <w:rFonts w:ascii="宋体" w:hAnsi="宋体" w:eastAsia="宋体"/>
          <w:sz w:val="24"/>
        </w:rPr>
        <w:t>他立刻点开系统升级预览界面——虽然大部分功能被灰色遮罩覆盖，但几个关键词隐约可见：</w:t>
      </w:r>
    </w:p>
    <w:p>
      <w:pPr>
        <w:spacing w:line="560" w:lineRule="exact"/>
        <w:ind w:firstLine="420"/>
      </w:pPr>
      <w:r>
        <w:rPr>
          <w:rFonts w:ascii="宋体" w:hAnsi="宋体" w:eastAsia="宋体"/>
          <w:sz w:val="24"/>
        </w:rPr>
        <w:t>【神豪商店·高级区】——解锁后可用游戏币购买隐藏职业专属史诗级技能书。部分商品为限量发售，仅此途径可获得。</w:t>
      </w:r>
    </w:p>
    <w:p>
      <w:pPr>
        <w:spacing w:line="560" w:lineRule="exact"/>
        <w:ind w:firstLine="420"/>
      </w:pPr>
      <w:r>
        <w:rPr>
          <w:rFonts w:ascii="宋体" w:hAnsi="宋体" w:eastAsia="宋体"/>
          <w:sz w:val="24"/>
        </w:rPr>
        <w:t>【公会专属特权】——解锁后获得公会专属增益BUFF（全公会成员经验获取+15%，掉落率+10%），以及特殊建筑权限（可在公会驻地建造专属「神豪殿堂」，为公会成员提供额外属性加成）。</w:t>
      </w:r>
    </w:p>
    <w:p>
      <w:pPr>
        <w:spacing w:line="560" w:lineRule="exact"/>
        <w:ind w:firstLine="420"/>
      </w:pPr>
      <w:r>
        <w:rPr>
          <w:rFonts w:ascii="宋体" w:hAnsi="宋体" w:eastAsia="宋体"/>
          <w:sz w:val="24"/>
        </w:rPr>
        <w:t>【现实资产兑换加速】——升级后，游戏内消费与现实货币兑换比例由当前1000:1提升至1000:2。即每消费1000游戏币，现实账户同步增加2元人民币。</w:t>
      </w:r>
    </w:p>
    <w:p>
      <w:pPr>
        <w:spacing w:line="560" w:lineRule="exact"/>
        <w:ind w:firstLine="420"/>
      </w:pPr>
      <w:r>
        <w:rPr>
          <w:rFonts w:ascii="宋体" w:hAnsi="宋体" w:eastAsia="宋体"/>
          <w:sz w:val="24"/>
        </w:rPr>
        <w:t>林风的心脏猛地跳了一下。</w:t>
      </w:r>
    </w:p>
    <w:p>
      <w:pPr>
        <w:spacing w:line="560" w:lineRule="exact"/>
        <w:ind w:firstLine="420"/>
      </w:pPr>
      <w:r>
        <w:rPr>
          <w:rFonts w:ascii="宋体" w:hAnsi="宋体" w:eastAsia="宋体"/>
          <w:sz w:val="24"/>
        </w:rPr>
        <w:t>1000:2——这意味着比例翻倍了！如果他现在花一亿游戏币，现实就能进账二十万！而这才不过是第一次系统升级带来的提升——如果后面还能继续升级呢？比例会不会变成1000:5？1000:10？</w:t>
      </w:r>
    </w:p>
    <w:p>
      <w:pPr>
        <w:spacing w:line="560" w:lineRule="exact"/>
        <w:ind w:firstLine="420"/>
      </w:pPr>
      <w:r>
        <w:rPr>
          <w:rFonts w:ascii="宋体" w:hAnsi="宋体" w:eastAsia="宋体"/>
          <w:sz w:val="24"/>
        </w:rPr>
        <w:t>到时候他根本不需要做什么投资理财，光是在游戏里消费，现实里的钱就能像流水一样源源不断地涌进账户！</w:t>
      </w:r>
    </w:p>
    <w:p>
      <w:pPr>
        <w:spacing w:line="560" w:lineRule="exact"/>
        <w:ind w:firstLine="420"/>
      </w:pPr>
      <w:r>
        <w:rPr>
          <w:rFonts w:ascii="宋体" w:hAnsi="宋体" w:eastAsia="宋体"/>
          <w:sz w:val="24"/>
        </w:rPr>
        <w:t>什么王少、什么富二代，在他这个现实印钞机面前，连提鞋都不配。</w:t>
      </w:r>
    </w:p>
    <w:p>
      <w:pPr>
        <w:spacing w:line="560" w:lineRule="exact"/>
        <w:ind w:firstLine="420"/>
      </w:pPr>
      <w:r>
        <w:rPr>
          <w:rFonts w:ascii="宋体" w:hAnsi="宋体" w:eastAsia="宋体"/>
          <w:sz w:val="24"/>
        </w:rPr>
        <w:t>他深吸一口气，压下心中的激动，关闭了系统面板。</w:t>
      </w:r>
    </w:p>
    <w:p>
      <w:pPr>
        <w:spacing w:line="560" w:lineRule="exact"/>
        <w:ind w:firstLine="420"/>
      </w:pPr>
      <w:r>
        <w:rPr>
          <w:rFonts w:ascii="宋体" w:hAnsi="宋体" w:eastAsia="宋体"/>
          <w:sz w:val="24"/>
        </w:rPr>
        <w:t>还差两个条件——升到50级，以及创建或加入一个公会。</w:t>
      </w:r>
    </w:p>
    <w:p>
      <w:pPr>
        <w:spacing w:line="560" w:lineRule="exact"/>
        <w:ind w:firstLine="420"/>
      </w:pPr>
      <w:r>
        <w:rPr>
          <w:rFonts w:ascii="宋体" w:hAnsi="宋体" w:eastAsia="宋体"/>
          <w:sz w:val="24"/>
        </w:rPr>
        <w:t>等级好说。他现在有全套传说装备和强化+10的神豪之剑，加上刚获得的【财富雷达】，刷副本的效率比普通玩家高出十倍不止。几天之内冲到50级不成问题。</w:t>
      </w:r>
    </w:p>
    <w:p>
      <w:pPr>
        <w:spacing w:line="560" w:lineRule="exact"/>
        <w:ind w:firstLine="420"/>
      </w:pPr>
      <w:r>
        <w:rPr>
          <w:rFonts w:ascii="宋体" w:hAnsi="宋体" w:eastAsia="宋体"/>
          <w:sz w:val="24"/>
        </w:rPr>
        <w:t>至于公会……这正好是他计划中的下一步。</w:t>
      </w:r>
    </w:p>
    <w:p>
      <w:pPr>
        <w:spacing w:line="560" w:lineRule="exact"/>
        <w:ind w:firstLine="420"/>
      </w:pPr>
      <w:r>
        <w:rPr>
          <w:rFonts w:ascii="宋体" w:hAnsi="宋体" w:eastAsia="宋体"/>
          <w:sz w:val="24"/>
        </w:rPr>
        <w:t>林风打开世界频道。昨晚首通的余热还在，世界频道里依然有人在热火朝天地讨论他的首通记录。有人甚至把他的战斗视频剪辑出来，在各个游戏论坛上疯传，标题是"《天界》开服最大黑马！一刀99999的隐藏职业大佬！"</w:t>
      </w:r>
    </w:p>
    <w:p>
      <w:pPr>
        <w:spacing w:line="560" w:lineRule="exact"/>
        <w:ind w:firstLine="420"/>
      </w:pPr>
      <w:r>
        <w:rPr>
          <w:rFonts w:ascii="宋体" w:hAnsi="宋体" w:eastAsia="宋体"/>
          <w:sz w:val="24"/>
        </w:rPr>
        <w:t>他直接打了一行字发送——</w:t>
      </w:r>
    </w:p>
    <w:p>
      <w:pPr>
        <w:spacing w:line="560" w:lineRule="exact"/>
        <w:ind w:firstLine="420"/>
      </w:pPr>
      <w:r>
        <w:rPr>
          <w:rFonts w:ascii="宋体" w:hAnsi="宋体" w:eastAsia="宋体"/>
          <w:sz w:val="24"/>
        </w:rPr>
        <w:t>【风雪夜归人】：「明天，我建公会。想来的准备好。」</w:t>
      </w:r>
    </w:p>
    <w:p>
      <w:pPr>
        <w:spacing w:line="560" w:lineRule="exact"/>
        <w:ind w:firstLine="420"/>
      </w:pPr>
      <w:r>
        <w:rPr>
          <w:rFonts w:ascii="宋体" w:hAnsi="宋体" w:eastAsia="宋体"/>
          <w:sz w:val="24"/>
        </w:rPr>
        <w:t>短短一行字，世界频道瞬间炸出了更高的浪花。消息发出的十秒内，评论区就刷了上百条回复——</w:t>
      </w:r>
    </w:p>
    <w:p>
      <w:pPr>
        <w:spacing w:line="560" w:lineRule="exact"/>
        <w:ind w:firstLine="420"/>
      </w:pPr>
      <w:r>
        <w:rPr>
          <w:rFonts w:ascii="宋体" w:hAnsi="宋体" w:eastAsia="宋体"/>
          <w:sz w:val="24"/>
        </w:rPr>
        <w:t>「风雪大佬要建公会了！！我等这一刻等了好久！」</w:t>
      </w:r>
    </w:p>
    <w:p>
      <w:pPr>
        <w:spacing w:line="560" w:lineRule="exact"/>
        <w:ind w:firstLine="420"/>
      </w:pPr>
      <w:r>
        <w:rPr>
          <w:rFonts w:ascii="宋体" w:hAnsi="宋体" w:eastAsia="宋体"/>
          <w:sz w:val="24"/>
        </w:rPr>
        <w:t>「我我我！我要加！求收留！我26级剑士，每天在线12小时，能打能抗能熬夜！」</w:t>
      </w:r>
    </w:p>
    <w:p>
      <w:pPr>
        <w:spacing w:line="560" w:lineRule="exact"/>
        <w:ind w:firstLine="420"/>
      </w:pPr>
      <w:r>
        <w:rPr>
          <w:rFonts w:ascii="宋体" w:hAnsi="宋体" w:eastAsia="宋体"/>
          <w:sz w:val="24"/>
        </w:rPr>
        <w:t>「求收留！我操作虽然菜但我听话！会长说往东我不往西，会长说打狗我不撵鸡！」</w:t>
      </w:r>
    </w:p>
    <w:p>
      <w:pPr>
        <w:spacing w:line="560" w:lineRule="exact"/>
        <w:ind w:firstLine="420"/>
      </w:pPr>
      <w:r>
        <w:rPr>
          <w:rFonts w:ascii="宋体" w:hAnsi="宋体" w:eastAsia="宋体"/>
          <w:sz w:val="24"/>
        </w:rPr>
        <w:t>「卧槽，这下龙腾要坐不住了。龙腾天昨晚还在世界上吹他们公会多牛多牛呢。」</w:t>
      </w:r>
    </w:p>
    <w:p>
      <w:pPr>
        <w:spacing w:line="560" w:lineRule="exact"/>
        <w:ind w:firstLine="420"/>
      </w:pPr>
      <w:r>
        <w:rPr>
          <w:rFonts w:ascii="宋体" w:hAnsi="宋体" w:eastAsia="宋体"/>
          <w:sz w:val="24"/>
        </w:rPr>
        <w:t>「龙腾天：？？？」（手动狗头）</w:t>
      </w:r>
    </w:p>
    <w:p>
      <w:pPr>
        <w:spacing w:line="560" w:lineRule="exact"/>
        <w:ind w:firstLine="420"/>
      </w:pPr>
      <w:r>
        <w:rPr>
          <w:rFonts w:ascii="宋体" w:hAnsi="宋体" w:eastAsia="宋体"/>
          <w:sz w:val="24"/>
        </w:rPr>
        <w:t>「龙腾的人别装，你们会长昨晚悬赏三千万都没人敢接风雪大佬，现在怂了吧？」</w:t>
      </w:r>
    </w:p>
    <w:p>
      <w:pPr>
        <w:spacing w:line="560" w:lineRule="exact"/>
        <w:ind w:firstLine="420"/>
      </w:pPr>
      <w:r>
        <w:rPr>
          <w:rFonts w:ascii="宋体" w:hAnsi="宋体" w:eastAsia="宋体"/>
          <w:sz w:val="24"/>
        </w:rPr>
        <w:t>「前排吃瓜！神豪殿vs龙腾，这瓜我已经准备好了！板凳瓜子矿泉水！」</w:t>
      </w:r>
    </w:p>
    <w:p>
      <w:pPr>
        <w:spacing w:line="560" w:lineRule="exact"/>
        <w:ind w:firstLine="420"/>
      </w:pPr>
      <w:r>
        <w:rPr>
          <w:rFonts w:ascii="宋体" w:hAnsi="宋体" w:eastAsia="宋体"/>
          <w:sz w:val="24"/>
        </w:rPr>
        <w:t>世界频道乱成一锅粥。而龙腾公会那边始终保持着沉默——这种沉默本身就像是一种默认，一种心虚的表现。</w:t>
      </w:r>
    </w:p>
    <w:p>
      <w:pPr>
        <w:spacing w:line="560" w:lineRule="exact"/>
        <w:ind w:firstLine="420"/>
      </w:pPr>
      <w:r>
        <w:rPr>
          <w:rFonts w:ascii="宋体" w:hAnsi="宋体" w:eastAsia="宋体"/>
          <w:sz w:val="24"/>
        </w:rPr>
        <w:t>林风嘴角微扬，关闭了聊天窗口。</w:t>
      </w:r>
    </w:p>
    <w:p>
      <w:pPr>
        <w:spacing w:line="560" w:lineRule="exact"/>
        <w:ind w:firstLine="420"/>
      </w:pPr>
      <w:r>
        <w:rPr>
          <w:rFonts w:ascii="宋体" w:hAnsi="宋体" w:eastAsia="宋体"/>
          <w:sz w:val="24"/>
        </w:rPr>
        <w:t>他打开背包，目光落在那枚古铜色的碎片上——它静静地躺在背包的角落里，散发着若隐若现的微光。</w:t>
      </w:r>
    </w:p>
    <w:p>
      <w:pPr>
        <w:spacing w:line="560" w:lineRule="exact"/>
        <w:ind w:firstLine="420"/>
      </w:pPr>
      <w:r>
        <w:rPr>
          <w:rFonts w:ascii="宋体" w:hAnsi="宋体" w:eastAsia="宋体"/>
          <w:sz w:val="24"/>
        </w:rPr>
        <w:t>【？？？碎片（1/3）】</w:t>
        <w:br/>
        <w:t>【描述：散发着古老气息的金属碎片，表面刻有无法解读的上古符文。集齐三枚可合成未知物品。】</w:t>
      </w:r>
    </w:p>
    <w:p>
      <w:pPr>
        <w:spacing w:line="560" w:lineRule="exact"/>
        <w:ind w:firstLine="420"/>
      </w:pPr>
      <w:r>
        <w:rPr>
          <w:rFonts w:ascii="宋体" w:hAnsi="宋体" w:eastAsia="宋体"/>
          <w:sz w:val="24"/>
        </w:rPr>
        <w:t>昨晚拿到手之后，他尝试过用系统的分析功能解析它，但得到的回复只有一行字——</w:t>
      </w:r>
    </w:p>
    <w:p>
      <w:pPr>
        <w:spacing w:line="560" w:lineRule="exact"/>
        <w:ind w:firstLine="420"/>
      </w:pPr>
      <w:r>
        <w:rPr>
          <w:rFonts w:ascii="宋体" w:hAnsi="宋体" w:eastAsia="宋体"/>
          <w:sz w:val="24"/>
        </w:rPr>
        <w:t>【信息不足，无法解析。请收集三枚碎片。】</w:t>
      </w:r>
    </w:p>
    <w:p>
      <w:pPr>
        <w:spacing w:line="560" w:lineRule="exact"/>
        <w:ind w:firstLine="420"/>
      </w:pPr>
      <w:r>
        <w:rPr>
          <w:rFonts w:ascii="宋体" w:hAnsi="宋体" w:eastAsia="宋体"/>
          <w:sz w:val="24"/>
        </w:rPr>
        <w:t>三枚碎片。第一枚从死亡矿井的首通宝箱里开出来的。那么剩下的两枚，会在哪里？</w:t>
      </w:r>
    </w:p>
    <w:p>
      <w:pPr>
        <w:spacing w:line="560" w:lineRule="exact"/>
        <w:ind w:firstLine="420"/>
      </w:pPr>
      <w:r>
        <w:rPr>
          <w:rFonts w:ascii="宋体" w:hAnsi="宋体" w:eastAsia="宋体"/>
          <w:sz w:val="24"/>
        </w:rPr>
        <w:t>他的财富雷达能不能探测到碎片的位置？</w:t>
      </w:r>
    </w:p>
    <w:p>
      <w:pPr>
        <w:spacing w:line="560" w:lineRule="exact"/>
        <w:ind w:firstLine="420"/>
      </w:pPr>
      <w:r>
        <w:rPr>
          <w:rFonts w:ascii="宋体" w:hAnsi="宋体" w:eastAsia="宋体"/>
          <w:sz w:val="24"/>
        </w:rPr>
        <w:t>林风立刻启动财富雷达——一道无形的波纹从他身上扩散开来，扫描周围一千米范围内所有高价值目标。</w:t>
      </w:r>
    </w:p>
    <w:p>
      <w:pPr>
        <w:spacing w:line="560" w:lineRule="exact"/>
        <w:ind w:firstLine="420"/>
      </w:pPr>
      <w:r>
        <w:rPr>
          <w:rFonts w:ascii="宋体" w:hAnsi="宋体" w:eastAsia="宋体"/>
          <w:sz w:val="24"/>
        </w:rPr>
        <w:t>视野右上角的小地图上瞬间亮起了数十个光点。他逐一查看——隐藏宝箱、稀有矿石、草药资源、一个触发条件不明的隐藏任务……但没有任何与碎片相关的标记。</w:t>
      </w:r>
    </w:p>
    <w:p>
      <w:pPr>
        <w:spacing w:line="560" w:lineRule="exact"/>
        <w:ind w:firstLine="420"/>
      </w:pPr>
      <w:r>
        <w:rPr>
          <w:rFonts w:ascii="宋体" w:hAnsi="宋体" w:eastAsia="宋体"/>
          <w:sz w:val="24"/>
        </w:rPr>
        <w:t>看来这枚碎片的等级远超财富雷达的探测范围。或者——它根本不在普通地图上，而是藏在某个特殊副本或隐藏场景中。</w:t>
      </w:r>
    </w:p>
    <w:p>
      <w:pPr>
        <w:spacing w:line="560" w:lineRule="exact"/>
        <w:ind w:firstLine="420"/>
      </w:pPr>
      <w:r>
        <w:rPr>
          <w:rFonts w:ascii="宋体" w:hAnsi="宋体" w:eastAsia="宋体"/>
          <w:sz w:val="24"/>
        </w:rPr>
        <w:t>林风微微皱眉，但没有纠结。线索迟早会浮现——他有一种直觉，这枚碎片和系统的过去、和那个神秘的"前代宿主"，将会在他到达某个等级或触发某个关键事件时，自然揭开谜底。</w:t>
      </w:r>
    </w:p>
    <w:p>
      <w:pPr>
        <w:spacing w:line="560" w:lineRule="exact"/>
        <w:ind w:firstLine="420"/>
      </w:pPr>
      <w:r>
        <w:rPr>
          <w:rFonts w:ascii="宋体" w:hAnsi="宋体" w:eastAsia="宋体"/>
          <w:sz w:val="24"/>
        </w:rPr>
        <w:t>现在，先做好眼前的事。</w:t>
      </w:r>
    </w:p>
    <w:p>
      <w:pPr>
        <w:spacing w:line="560" w:lineRule="exact"/>
        <w:ind w:firstLine="420"/>
      </w:pPr>
      <w:r>
        <w:rPr>
          <w:rFonts w:ascii="宋体" w:hAnsi="宋体" w:eastAsia="宋体"/>
          <w:sz w:val="24"/>
        </w:rPr>
        <w:t>他再次打开系统面板，注意到升级预览中还有一项被标注为"待解锁"的功能——</w:t>
      </w:r>
    </w:p>
    <w:p>
      <w:pPr>
        <w:spacing w:line="560" w:lineRule="exact"/>
        <w:ind w:firstLine="420"/>
      </w:pPr>
      <w:r>
        <w:rPr>
          <w:rFonts w:ascii="宋体" w:hAnsi="宋体" w:eastAsia="宋体"/>
          <w:sz w:val="24"/>
        </w:rPr>
        <w:t>【神豪·预支权限：解锁后，宿主可预支不超过当前等级×100万的游戏币额度，用于紧急消费。还款期限：7天。超期将产生利息（日利率0.1%）。】</w:t>
      </w:r>
    </w:p>
    <w:p>
      <w:pPr>
        <w:spacing w:line="560" w:lineRule="exact"/>
        <w:ind w:firstLine="420"/>
      </w:pPr>
      <w:r>
        <w:rPr>
          <w:rFonts w:ascii="宋体" w:hAnsi="宋体" w:eastAsia="宋体"/>
          <w:sz w:val="24"/>
        </w:rPr>
        <w:t>林风眼睛一亮。</w:t>
      </w:r>
    </w:p>
    <w:p>
      <w:pPr>
        <w:spacing w:line="560" w:lineRule="exact"/>
        <w:ind w:firstLine="420"/>
      </w:pPr>
      <w:r>
        <w:rPr>
          <w:rFonts w:ascii="宋体" w:hAnsi="宋体" w:eastAsia="宋体"/>
          <w:sz w:val="24"/>
        </w:rPr>
        <w:t>当前等级30级，预支额度就是3000万游戏币——而且等级越高，额度越大。这是一个巨大的后备弹药库。万一遇到什么需要临时砸钱的紧急情况，这个功能能救命。</w:t>
      </w:r>
    </w:p>
    <w:p>
      <w:pPr>
        <w:spacing w:line="560" w:lineRule="exact"/>
        <w:ind w:firstLine="420"/>
      </w:pPr>
      <w:r>
        <w:rPr>
          <w:rFonts w:ascii="宋体" w:hAnsi="宋体" w:eastAsia="宋体"/>
          <w:sz w:val="24"/>
        </w:rPr>
        <w:t>他关掉面板，看向窗外。</w:t>
      </w:r>
    </w:p>
    <w:p>
      <w:pPr>
        <w:spacing w:line="560" w:lineRule="exact"/>
        <w:ind w:firstLine="420"/>
      </w:pPr>
      <w:r>
        <w:rPr>
          <w:rFonts w:ascii="宋体" w:hAnsi="宋体" w:eastAsia="宋体"/>
          <w:sz w:val="24"/>
        </w:rPr>
        <w:t>远处，夕阳最后一次沉入地平线，天风城亮起了万家灯火。这座虚拟都市的夜晚比现实世界更加璀璨——街道上挤满了玩家，商铺的霓虹招牌闪烁着各色光芒，公会大厅前的广场上有人正在摆摊叫卖。五光十色的魔法光芒在夜空中交错飞舞，像是一场永不落幕的烟火表演。</w:t>
      </w:r>
    </w:p>
    <w:p>
      <w:pPr>
        <w:spacing w:line="560" w:lineRule="exact"/>
        <w:ind w:firstLine="420"/>
      </w:pPr>
      <w:r>
        <w:rPr>
          <w:rFonts w:ascii="宋体" w:hAnsi="宋体" w:eastAsia="宋体"/>
          <w:sz w:val="24"/>
        </w:rPr>
        <w:t>而明天，他将在这里点燃第一把真正的大火。</w:t>
      </w:r>
    </w:p>
    <w:p>
      <w:pPr>
        <w:spacing w:line="560" w:lineRule="exact"/>
        <w:ind w:firstLine="420"/>
      </w:pPr>
      <w:r>
        <w:rPr>
          <w:rFonts w:ascii="宋体" w:hAnsi="宋体" w:eastAsia="宋体"/>
          <w:sz w:val="24"/>
        </w:rPr>
        <w:t>公会争霸赛的冠军奖励是落日平原的专属公会领地——那片区域是40-60级玩家的核心练级区，拥有三座矿脉、两片稀有草药刷新点，以及一个未公布的隐藏副本入口。</w:t>
      </w:r>
    </w:p>
    <w:p>
      <w:pPr>
        <w:spacing w:line="560" w:lineRule="exact"/>
        <w:ind w:firstLine="420"/>
      </w:pPr>
      <w:r>
        <w:rPr>
          <w:rFonts w:ascii="宋体" w:hAnsi="宋体" w:eastAsia="宋体"/>
          <w:sz w:val="24"/>
        </w:rPr>
        <w:t>谁控制了那片区域，谁就掌握了《天界》中期的经济命脉。</w:t>
      </w:r>
    </w:p>
    <w:p>
      <w:pPr>
        <w:spacing w:line="560" w:lineRule="exact"/>
        <w:ind w:firstLine="420"/>
      </w:pPr>
      <w:r>
        <w:rPr>
          <w:rFonts w:ascii="宋体" w:hAnsi="宋体" w:eastAsia="宋体"/>
          <w:sz w:val="24"/>
        </w:rPr>
        <w:t>龙腾公会肯定也在盯着这块肥肉。龙腾天那个人，从拍卖会上的做派就能看出来——有野心、有手段、舍得花钱。他绝对会不惜一切代价争夺冠军。</w:t>
      </w:r>
    </w:p>
    <w:p>
      <w:pPr>
        <w:spacing w:line="560" w:lineRule="exact"/>
        <w:ind w:firstLine="420"/>
      </w:pPr>
      <w:r>
        <w:rPr>
          <w:rFonts w:ascii="宋体" w:hAnsi="宋体" w:eastAsia="宋体"/>
          <w:sz w:val="24"/>
        </w:rPr>
        <w:t>但林风不怕。</w:t>
      </w:r>
    </w:p>
    <w:p>
      <w:pPr>
        <w:spacing w:line="560" w:lineRule="exact"/>
        <w:ind w:firstLine="420"/>
      </w:pPr>
      <w:r>
        <w:rPr>
          <w:rFonts w:ascii="宋体" w:hAnsi="宋体" w:eastAsia="宋体"/>
          <w:sz w:val="24"/>
        </w:rPr>
        <w:t>他打开好友列表，给赵铁柱发了条消息。</w:t>
      </w:r>
    </w:p>
    <w:p>
      <w:pPr>
        <w:spacing w:line="560" w:lineRule="exact"/>
        <w:ind w:firstLine="420"/>
      </w:pPr>
      <w:r>
        <w:rPr>
          <w:rFonts w:ascii="宋体" w:hAnsi="宋体" w:eastAsia="宋体"/>
          <w:sz w:val="24"/>
        </w:rPr>
        <w:t>"铁柱，明天早上八点，公会大厅见。带上你的新盾牌。"</w:t>
      </w:r>
    </w:p>
    <w:p>
      <w:pPr>
        <w:spacing w:line="560" w:lineRule="exact"/>
        <w:ind w:firstLine="420"/>
      </w:pPr>
      <w:r>
        <w:rPr>
          <w:rFonts w:ascii="宋体" w:hAnsi="宋体" w:eastAsia="宋体"/>
          <w:sz w:val="24"/>
        </w:rPr>
        <w:t>"没问题风哥！我已经准备好跟你干翻龙腾了！我今晚通宵练级，不能拖你后腿！"</w:t>
      </w:r>
    </w:p>
    <w:p>
      <w:pPr>
        <w:spacing w:line="560" w:lineRule="exact"/>
        <w:ind w:firstLine="420"/>
      </w:pPr>
      <w:r>
        <w:rPr>
          <w:rFonts w:ascii="宋体" w:hAnsi="宋体" w:eastAsia="宋体"/>
          <w:sz w:val="24"/>
        </w:rPr>
        <w:t>林风笑了笑，关闭了聊天窗口。</w:t>
      </w:r>
    </w:p>
    <w:p>
      <w:pPr>
        <w:spacing w:line="560" w:lineRule="exact"/>
        <w:ind w:firstLine="420"/>
      </w:pPr>
      <w:r>
        <w:rPr>
          <w:rFonts w:ascii="宋体" w:hAnsi="宋体" w:eastAsia="宋体"/>
          <w:sz w:val="24"/>
        </w:rPr>
        <w:t>夜色渐深。天风城的灯火越来越亮，夜空中繁星点点，与地面的万家灯火交相辉映。</w:t>
      </w:r>
    </w:p>
    <w:p>
      <w:pPr>
        <w:spacing w:line="560" w:lineRule="exact"/>
        <w:ind w:firstLine="420"/>
      </w:pPr>
      <w:r>
        <w:rPr>
          <w:rFonts w:ascii="宋体" w:hAnsi="宋体" w:eastAsia="宋体"/>
          <w:sz w:val="24"/>
        </w:rPr>
        <w:t>明天，一切开始。</w:t>
      </w:r>
    </w:p>
    <w:p>
      <w:r>
        <w:br w:type="page"/>
      </w:r>
    </w:p>
    <w:p>
      <w:pPr>
        <w:jc w:val="center"/>
      </w:pPr>
      <w:r>
        <w:rPr>
          <w:b/>
          <w:sz w:val="32"/>
        </w:rPr>
        <w:t>第011章 创建神豪殿</w:t>
      </w:r>
    </w:p>
    <w:p>
      <w:pPr>
        <w:jc w:val="center"/>
      </w:pPr>
      <w:r>
        <w:rPr>
          <w:color w:val="999999"/>
          <w:sz w:val="18"/>
        </w:rPr>
        <w:t>（3,400字）</w:t>
      </w:r>
    </w:p>
    <w:p/>
    <w:p>
      <w:pPr>
        <w:spacing w:line="560" w:lineRule="exact"/>
        <w:ind w:firstLine="420"/>
      </w:pPr>
      <w:r>
        <w:rPr>
          <w:rFonts w:ascii="宋体" w:hAnsi="宋体" w:eastAsia="宋体"/>
          <w:sz w:val="24"/>
        </w:rPr>
        <w:t>下线睡了四个小时，林风被手机震动吵醒时，整个人还带着几分倦意。</w:t>
      </w:r>
    </w:p>
    <w:p>
      <w:pPr>
        <w:spacing w:line="560" w:lineRule="exact"/>
        <w:ind w:firstLine="420"/>
      </w:pPr>
      <w:r>
        <w:rPr>
          <w:rFonts w:ascii="宋体" w:hAnsi="宋体" w:eastAsia="宋体"/>
          <w:sz w:val="24"/>
        </w:rPr>
        <w:t>他拿起手机一看——苏小雅的消息已经刷了二十多条，时间线从早上七点一直延续到十点半：</w:t>
      </w:r>
    </w:p>
    <w:p>
      <w:pPr>
        <w:spacing w:line="560" w:lineRule="exact"/>
        <w:ind w:firstLine="420"/>
      </w:pPr>
      <w:r>
        <w:rPr>
          <w:rFonts w:ascii="宋体" w:hAnsi="宋体" w:eastAsia="宋体"/>
          <w:sz w:val="24"/>
        </w:rPr>
        <w:t>【雨落倾城（苏小雅）】07:12：「风雪大佬！我已经开始宣传了！昨晚我在粉丝群发了个预告，反响超级热烈！」</w:t>
      </w:r>
    </w:p>
    <w:p>
      <w:pPr>
        <w:spacing w:line="560" w:lineRule="exact"/>
        <w:ind w:firstLine="420"/>
      </w:pPr>
      <w:r>
        <w:rPr>
          <w:rFonts w:ascii="宋体" w:hAnsi="宋体" w:eastAsia="宋体"/>
          <w:sz w:val="24"/>
        </w:rPr>
        <w:t>【雨落倾城】07:30：「我剪了个短视频预告片，配上你昨天在拍卖会的名场面——三千万抢传说武器那段！播放量已经破五十万了！」</w:t>
      </w:r>
    </w:p>
    <w:p>
      <w:pPr>
        <w:spacing w:line="560" w:lineRule="exact"/>
        <w:ind w:firstLine="420"/>
      </w:pPr>
      <w:r>
        <w:rPr>
          <w:rFonts w:ascii="宋体" w:hAnsi="宋体" w:eastAsia="宋体"/>
          <w:sz w:val="24"/>
        </w:rPr>
        <w:t>【雨落倾城】08:15：「炸了炸了炸了！视频播放量破两百万！评论区全在问神豪殿什么时候建会！」</w:t>
      </w:r>
    </w:p>
    <w:p>
      <w:pPr>
        <w:spacing w:line="560" w:lineRule="exact"/>
        <w:ind w:firstLine="420"/>
      </w:pPr>
      <w:r>
        <w:rPr>
          <w:rFonts w:ascii="宋体" w:hAnsi="宋体" w:eastAsia="宋体"/>
          <w:sz w:val="24"/>
        </w:rPr>
        <w:t>【雨落倾城】09:00：「我已经拉了一个预备群，目前进群人数——3827人！！服务器都快被挤爆了！」</w:t>
      </w:r>
    </w:p>
    <w:p>
      <w:pPr>
        <w:spacing w:line="560" w:lineRule="exact"/>
        <w:ind w:firstLine="420"/>
      </w:pPr>
      <w:r>
        <w:rPr>
          <w:rFonts w:ascii="宋体" w:hAnsi="宋体" w:eastAsia="宋体"/>
          <w:sz w:val="24"/>
        </w:rPr>
        <w:t>【雨落倾城】09:45：「大佬你醒了吗？我这边已经等不及了！什么时候上线建会？？你一声令下，全服就炸了！」</w:t>
      </w:r>
    </w:p>
    <w:p>
      <w:pPr>
        <w:spacing w:line="560" w:lineRule="exact"/>
        <w:ind w:firstLine="420"/>
      </w:pPr>
      <w:r>
        <w:rPr>
          <w:rFonts w:ascii="宋体" w:hAnsi="宋体" w:eastAsia="宋体"/>
          <w:sz w:val="24"/>
        </w:rPr>
        <w:t>【雨落倾城】10:02：「（戳一戳）大佬醒了吗？」</w:t>
      </w:r>
    </w:p>
    <w:p>
      <w:pPr>
        <w:spacing w:line="560" w:lineRule="exact"/>
        <w:ind w:firstLine="420"/>
      </w:pPr>
      <w:r>
        <w:rPr>
          <w:rFonts w:ascii="宋体" w:hAnsi="宋体" w:eastAsia="宋体"/>
          <w:sz w:val="24"/>
        </w:rPr>
        <w:t>【雨落倾城】10:15：「（戳一戳×2）」</w:t>
      </w:r>
    </w:p>
    <w:p>
      <w:pPr>
        <w:spacing w:line="560" w:lineRule="exact"/>
        <w:ind w:firstLine="420"/>
      </w:pPr>
      <w:r>
        <w:rPr>
          <w:rFonts w:ascii="宋体" w:hAnsi="宋体" w:eastAsia="宋体"/>
          <w:sz w:val="24"/>
        </w:rPr>
        <w:t>【雨落倾城】10:28：「风雪大佬！！我直播间四百万人在等你的消息！！你再不上线我就被粉丝们吃了！！」</w:t>
      </w:r>
    </w:p>
    <w:p>
      <w:pPr>
        <w:spacing w:line="560" w:lineRule="exact"/>
        <w:ind w:firstLine="420"/>
      </w:pPr>
      <w:r>
        <w:rPr>
          <w:rFonts w:ascii="宋体" w:hAnsi="宋体" w:eastAsia="宋体"/>
          <w:sz w:val="24"/>
        </w:rPr>
        <w:t>林风忍不住笑了一下。这个苏小雅，执行力和热情都比他想象中强太多了。一个晚上就搞出这么大的阵仗，不愧是全平台粉丝破千万的第一女主播。</w:t>
      </w:r>
    </w:p>
    <w:p>
      <w:pPr>
        <w:spacing w:line="560" w:lineRule="exact"/>
        <w:ind w:firstLine="420"/>
      </w:pPr>
      <w:r>
        <w:rPr>
          <w:rFonts w:ascii="宋体" w:hAnsi="宋体" w:eastAsia="宋体"/>
          <w:sz w:val="24"/>
        </w:rPr>
        <w:t>他翻身起床，简单洗漱了一下，泡了一碗方便面当早餐。三分钟吃完，连汤都喝干净了——省钱省习惯了，吃方便面对他来说已经算不上苦。</w:t>
      </w:r>
    </w:p>
    <w:p>
      <w:pPr>
        <w:spacing w:line="560" w:lineRule="exact"/>
        <w:ind w:firstLine="420"/>
      </w:pPr>
      <w:r>
        <w:rPr>
          <w:rFonts w:ascii="宋体" w:hAnsi="宋体" w:eastAsia="宋体"/>
          <w:sz w:val="24"/>
        </w:rPr>
        <w:t>他戴上全息头盔，登录游戏。</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上线的一瞬间，林风差点被铺天盖地的消息提示淹没。</w:t>
      </w:r>
    </w:p>
    <w:p>
      <w:pPr>
        <w:spacing w:line="560" w:lineRule="exact"/>
        <w:ind w:firstLine="420"/>
      </w:pPr>
      <w:r>
        <w:rPr>
          <w:rFonts w:ascii="宋体" w:hAnsi="宋体" w:eastAsia="宋体"/>
          <w:sz w:val="24"/>
        </w:rPr>
        <w:t>好友申请：999+。私聊消息：999+。公会邀请：0（因为全服还没公会）。系统提示框里的消息提示条目多得都快溢出屏幕了。</w:t>
      </w:r>
    </w:p>
    <w:p>
      <w:pPr>
        <w:spacing w:line="560" w:lineRule="exact"/>
        <w:ind w:firstLine="420"/>
      </w:pPr>
      <w:r>
        <w:rPr>
          <w:rFonts w:ascii="宋体" w:hAnsi="宋体" w:eastAsia="宋体"/>
          <w:sz w:val="24"/>
        </w:rPr>
        <w:t>世界频道上，他的ID正被反复提及——</w:t>
      </w:r>
    </w:p>
    <w:p>
      <w:pPr>
        <w:spacing w:line="560" w:lineRule="exact"/>
        <w:ind w:firstLine="420"/>
      </w:pPr>
      <w:r>
        <w:rPr>
          <w:rFonts w:ascii="宋体" w:hAnsi="宋体" w:eastAsia="宋体"/>
          <w:sz w:val="24"/>
        </w:rPr>
        <w:t>[世界] 路人甲：「风雪夜归人上线了！！在线了在线了！」</w:t>
        <w:br/>
        <w:t>[世界] 路人乙：「在哪在哪？我想去看看大佬长什么样！有没有人报坐标？」</w:t>
        <w:br/>
        <w:t>[世界] 雨落倾城家的小粉丝：「风雪大佬！雨落姐说你要建公会了是真的吗？？我要第一个加入！！」</w:t>
        <w:br/>
        <w:t>[世界] 铁血战士（赵铁柱）：「风哥！你终于来了！我这边已经收到几百条私信问咱们公会的事了！」</w:t>
        <w:br/>
        <w:t>[世界] 散人玩家丁：「听说风雪大佬要建公会了，龙腾那边现在慌得一批。」</w:t>
        <w:br/>
        <w:t>[世界] 龙腾小兵：「慌什么慌？一个暴发户的公会而已，我们龙腾已经有五十个人了，全服等级最高！」</w:t>
        <w:br/>
        <w:t>[世界] 散人玩家戊：「五十个人？风雪大佬一开公会怕不是能招五百个。」</w:t>
      </w:r>
    </w:p>
    <w:p>
      <w:pPr>
        <w:spacing w:line="560" w:lineRule="exact"/>
        <w:ind w:firstLine="420"/>
      </w:pPr>
      <w:r>
        <w:rPr>
          <w:rFonts w:ascii="宋体" w:hAnsi="宋体" w:eastAsia="宋体"/>
          <w:sz w:val="24"/>
        </w:rPr>
        <w:t>林风屏蔽了所有陌生人消息，给苏小雅发了条消息："在哪？建会大厅见。"</w:t>
      </w:r>
    </w:p>
    <w:p>
      <w:pPr>
        <w:spacing w:line="560" w:lineRule="exact"/>
        <w:ind w:firstLine="420"/>
      </w:pPr>
      <w:r>
        <w:rPr>
          <w:rFonts w:ascii="宋体" w:hAnsi="宋体" w:eastAsia="宋体"/>
          <w:sz w:val="24"/>
        </w:rPr>
        <w:t>苏小雅秒回："我已经在门口了！你快来！四百万人在等着你！」"</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建会大厅位于天风城的政务区，是一座古罗马风格的白石建筑，门口伫立着两尊高大的骑士雕像，手持巨剑，气势威严，仿佛两尊守护神。大厅内外已经围了上千号人——全是看到苏小雅直播预告后赶来的玩家。黑压压的人头挤满了整个广场，喧闹声震天响。</w:t>
      </w:r>
    </w:p>
    <w:p>
      <w:pPr>
        <w:spacing w:line="560" w:lineRule="exact"/>
        <w:ind w:firstLine="420"/>
      </w:pPr>
      <w:r>
        <w:rPr>
          <w:rFonts w:ascii="宋体" w:hAnsi="宋体" w:eastAsia="宋体"/>
          <w:sz w:val="24"/>
        </w:rPr>
        <w:t>林风刚走到门口，人群中就爆发出一阵山呼海啸般的骚动——</w:t>
      </w:r>
    </w:p>
    <w:p>
      <w:pPr>
        <w:spacing w:line="560" w:lineRule="exact"/>
        <w:ind w:firstLine="420"/>
      </w:pPr>
      <w:r>
        <w:rPr>
          <w:rFonts w:ascii="宋体" w:hAnsi="宋体" w:eastAsia="宋体"/>
          <w:sz w:val="24"/>
        </w:rPr>
        <w:t>"来了来了！风雪夜归人来了！！"</w:t>
      </w:r>
    </w:p>
    <w:p>
      <w:pPr>
        <w:spacing w:line="560" w:lineRule="exact"/>
        <w:ind w:firstLine="420"/>
      </w:pPr>
      <w:r>
        <w:rPr>
          <w:rFonts w:ascii="宋体" w:hAnsi="宋体" w:eastAsia="宋体"/>
          <w:sz w:val="24"/>
        </w:rPr>
        <w:t>"卧槽他身上的装备光效……那披风我从来没见过，暗金色的龙纹！传说级！"</w:t>
      </w:r>
    </w:p>
    <w:p>
      <w:pPr>
        <w:spacing w:line="560" w:lineRule="exact"/>
        <w:ind w:firstLine="420"/>
      </w:pPr>
      <w:r>
        <w:rPr>
          <w:rFonts w:ascii="宋体" w:hAnsi="宋体" w:eastAsia="宋体"/>
          <w:sz w:val="24"/>
        </w:rPr>
        <w:t>"那把剑——不对，那把剑的光泽我都没见过！强化+10才有那种星辉特效吧？"</w:t>
      </w:r>
    </w:p>
    <w:p>
      <w:pPr>
        <w:spacing w:line="560" w:lineRule="exact"/>
        <w:ind w:firstLine="420"/>
      </w:pPr>
      <w:r>
        <w:rPr>
          <w:rFonts w:ascii="宋体" w:hAnsi="宋体" w:eastAsia="宋体"/>
          <w:sz w:val="24"/>
        </w:rPr>
        <w:t>"+10？？整个服务器有人能强化到+10？那得花多少钱啊我的天！"</w:t>
      </w:r>
    </w:p>
    <w:p>
      <w:pPr>
        <w:spacing w:line="560" w:lineRule="exact"/>
        <w:ind w:firstLine="420"/>
      </w:pPr>
      <w:r>
        <w:rPr>
          <w:rFonts w:ascii="宋体" w:hAnsi="宋体" w:eastAsia="宋体"/>
          <w:sz w:val="24"/>
        </w:rPr>
        <w:t>"他身边那个是雨落倾城？？女主播亲自来迎？我女神也在？！"</w:t>
      </w:r>
    </w:p>
    <w:p>
      <w:pPr>
        <w:spacing w:line="560" w:lineRule="exact"/>
        <w:ind w:firstLine="420"/>
      </w:pPr>
      <w:r>
        <w:rPr>
          <w:rFonts w:ascii="宋体" w:hAnsi="宋体" w:eastAsia="宋体"/>
          <w:sz w:val="24"/>
        </w:rPr>
        <w:t>人群中，一个身穿浅蓝色法师袍、扎着高马尾的女孩快步迎了上来。她的五官精致，眉眼间带着一股灵气与自信，ID「雨落倾城」在她的头顶散发着淡淡的粉色光泽——那是官方认证主播玩家的专属标识。</w:t>
      </w:r>
    </w:p>
    <w:p>
      <w:pPr>
        <w:spacing w:line="560" w:lineRule="exact"/>
        <w:ind w:firstLine="420"/>
      </w:pPr>
      <w:r>
        <w:rPr>
          <w:rFonts w:ascii="宋体" w:hAnsi="宋体" w:eastAsia="宋体"/>
          <w:sz w:val="24"/>
        </w:rPr>
        <w:t>她本人比直播镜头里还要好看。那种干净的、元气满满的美，让人看了就觉得心情好。</w:t>
      </w:r>
    </w:p>
    <w:p>
      <w:pPr>
        <w:spacing w:line="560" w:lineRule="exact"/>
        <w:ind w:firstLine="420"/>
      </w:pPr>
      <w:r>
        <w:rPr>
          <w:rFonts w:ascii="宋体" w:hAnsi="宋体" w:eastAsia="宋体"/>
          <w:sz w:val="24"/>
        </w:rPr>
        <w:t>"风雪大佬！"苏小雅快步走到林风面前，眼睛里闪着兴奋的光，"你可算来了！我都快被粉丝们问疯了！你知道吗，昨晚那条预告短视频播放量已经破五百万了！"</w:t>
      </w:r>
    </w:p>
    <w:p>
      <w:pPr>
        <w:spacing w:line="560" w:lineRule="exact"/>
        <w:ind w:firstLine="420"/>
      </w:pPr>
      <w:r>
        <w:rPr>
          <w:rFonts w:ascii="宋体" w:hAnsi="宋体" w:eastAsia="宋体"/>
          <w:sz w:val="24"/>
        </w:rPr>
        <w:t>"看到了。"林风简洁地说，"走吧，办正事。"</w:t>
      </w:r>
    </w:p>
    <w:p>
      <w:pPr>
        <w:spacing w:line="560" w:lineRule="exact"/>
        <w:ind w:firstLine="420"/>
      </w:pPr>
      <w:r>
        <w:rPr>
          <w:rFonts w:ascii="宋体" w:hAnsi="宋体" w:eastAsia="宋体"/>
          <w:sz w:val="24"/>
        </w:rPr>
        <w:t>两人并肩走进建会大厅。身后的议论声更大了——</w:t>
      </w:r>
    </w:p>
    <w:p>
      <w:pPr>
        <w:spacing w:line="560" w:lineRule="exact"/>
        <w:ind w:firstLine="420"/>
      </w:pPr>
      <w:r>
        <w:rPr>
          <w:rFonts w:ascii="宋体" w:hAnsi="宋体" w:eastAsia="宋体"/>
          <w:sz w:val="24"/>
        </w:rPr>
        <w:t>"风雪夜归人和雨落倾城……这是什么神仙组合？"</w:t>
      </w:r>
    </w:p>
    <w:p>
      <w:pPr>
        <w:spacing w:line="560" w:lineRule="exact"/>
        <w:ind w:firstLine="420"/>
      </w:pPr>
      <w:r>
        <w:rPr>
          <w:rFonts w:ascii="宋体" w:hAnsi="宋体" w:eastAsia="宋体"/>
          <w:sz w:val="24"/>
        </w:rPr>
        <w:t>"你还不知道？雨落姐昨晚直播说了，她要全权帮风雪夜归人运营公会！"</w:t>
      </w:r>
    </w:p>
    <w:p>
      <w:pPr>
        <w:spacing w:line="560" w:lineRule="exact"/>
        <w:ind w:firstLine="420"/>
      </w:pPr>
      <w:r>
        <w:rPr>
          <w:rFonts w:ascii="宋体" w:hAnsi="宋体" w:eastAsia="宋体"/>
          <w:sz w:val="24"/>
        </w:rPr>
        <w:t>"运营公会……那雨落姐岂不是副会长级别的？"</w:t>
      </w:r>
    </w:p>
    <w:p>
      <w:pPr>
        <w:spacing w:line="560" w:lineRule="exact"/>
        <w:ind w:firstLine="420"/>
      </w:pPr>
      <w:r>
        <w:rPr>
          <w:rFonts w:ascii="宋体" w:hAnsi="宋体" w:eastAsia="宋体"/>
          <w:sz w:val="24"/>
        </w:rPr>
        <w:t>"风雪大佬这是要搞大事啊！龙腾那边怕是坐不住了！"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建会大厅内部宽敞明亮，穹顶上绘着精美的壁画，描绘着天界诸神的传说。正中央是一面巨大的水晶屏幕，上面显示着公会创建的相关信息。一名NPC官员坐在柜台后，头顶显示着「公会注册官·奥兰多」。</w:t>
      </w:r>
    </w:p>
    <w:p>
      <w:pPr>
        <w:spacing w:line="560" w:lineRule="exact"/>
        <w:ind w:firstLine="420"/>
      </w:pPr>
      <w:r>
        <w:rPr>
          <w:rFonts w:ascii="宋体" w:hAnsi="宋体" w:eastAsia="宋体"/>
          <w:sz w:val="24"/>
        </w:rPr>
        <w:t>林风走到柜台前，NPC抬起头，用庄重而机械的声音问道："勇士，你是否愿意建立一个公会？创建费用：100,000游戏币。"</w:t>
      </w:r>
    </w:p>
    <w:p>
      <w:pPr>
        <w:spacing w:line="560" w:lineRule="exact"/>
        <w:ind w:firstLine="420"/>
      </w:pPr>
      <w:r>
        <w:rPr>
          <w:rFonts w:ascii="宋体" w:hAnsi="宋体" w:eastAsia="宋体"/>
          <w:sz w:val="24"/>
        </w:rPr>
        <w:t>"确认创建。"</w:t>
      </w:r>
    </w:p>
    <w:p>
      <w:pPr>
        <w:spacing w:line="560" w:lineRule="exact"/>
        <w:ind w:firstLine="420"/>
      </w:pPr>
      <w:r>
        <w:rPr>
          <w:rFonts w:ascii="宋体" w:hAnsi="宋体" w:eastAsia="宋体"/>
          <w:sz w:val="24"/>
        </w:rPr>
        <w:t>【是否扣除100,000游戏币创建公会？】</w:t>
      </w:r>
    </w:p>
    <w:p>
      <w:pPr>
        <w:spacing w:line="560" w:lineRule="exact"/>
        <w:ind w:firstLine="420"/>
      </w:pPr>
      <w:r>
        <w:rPr>
          <w:rFonts w:ascii="宋体" w:hAnsi="宋体" w:eastAsia="宋体"/>
          <w:sz w:val="24"/>
        </w:rPr>
        <w:t>确认。</w:t>
      </w:r>
    </w:p>
    <w:p>
      <w:pPr>
        <w:spacing w:line="560" w:lineRule="exact"/>
        <w:ind w:firstLine="420"/>
      </w:pPr>
      <w:r>
        <w:rPr>
          <w:rFonts w:ascii="宋体" w:hAnsi="宋体" w:eastAsia="宋体"/>
          <w:sz w:val="24"/>
        </w:rPr>
        <w:t>【扣除成功！】</w:t>
      </w:r>
    </w:p>
    <w:p>
      <w:pPr>
        <w:spacing w:line="560" w:lineRule="exact"/>
        <w:ind w:firstLine="420"/>
      </w:pPr>
      <w:r>
        <w:rPr>
          <w:rFonts w:ascii="宋体" w:hAnsi="宋体" w:eastAsia="宋体"/>
          <w:sz w:val="24"/>
        </w:rPr>
        <w:t>【请输入公会名称——】</w:t>
      </w:r>
    </w:p>
    <w:p>
      <w:pPr>
        <w:spacing w:line="560" w:lineRule="exact"/>
        <w:ind w:firstLine="420"/>
      </w:pPr>
      <w:r>
        <w:rPr>
          <w:rFonts w:ascii="宋体" w:hAnsi="宋体" w:eastAsia="宋体"/>
          <w:sz w:val="24"/>
        </w:rPr>
        <w:t>林风输入了那三个字——神豪殿。</w:t>
      </w:r>
    </w:p>
    <w:p>
      <w:pPr>
        <w:spacing w:line="560" w:lineRule="exact"/>
        <w:ind w:firstLine="420"/>
      </w:pPr>
      <w:r>
        <w:rPr>
          <w:rFonts w:ascii="宋体" w:hAnsi="宋体" w:eastAsia="宋体"/>
          <w:sz w:val="24"/>
        </w:rPr>
        <w:t>【名称检测中……名称可用！】</w:t>
      </w:r>
    </w:p>
    <w:p>
      <w:pPr>
        <w:spacing w:line="560" w:lineRule="exact"/>
        <w:ind w:firstLine="420"/>
      </w:pPr>
      <w:r>
        <w:rPr>
          <w:rFonts w:ascii="宋体" w:hAnsi="宋体" w:eastAsia="宋体"/>
          <w:sz w:val="24"/>
        </w:rPr>
        <w:t>【公会「神豪殿」创建成功！】</w:t>
      </w:r>
    </w:p>
    <w:p>
      <w:pPr>
        <w:spacing w:line="560" w:lineRule="exact"/>
        <w:ind w:firstLine="420"/>
      </w:pPr>
      <w:r>
        <w:rPr>
          <w:rFonts w:ascii="宋体" w:hAnsi="宋体" w:eastAsia="宋体"/>
          <w:sz w:val="24"/>
        </w:rPr>
        <w:t>一道金色的光柱从建会大厅的水晶屏上冲天而起！</w:t>
      </w:r>
    </w:p>
    <w:p>
      <w:pPr>
        <w:spacing w:line="560" w:lineRule="exact"/>
        <w:ind w:firstLine="420"/>
      </w:pPr>
      <w:r>
        <w:rPr>
          <w:rFonts w:ascii="宋体" w:hAnsi="宋体" w:eastAsia="宋体"/>
          <w:sz w:val="24"/>
        </w:rPr>
        <w:t>【系统公告：全服通告！玩家「风雪夜归人」创建公会「神豪殿」！即日起，神豪殿正式向全服招收成员！】</w:t>
      </w:r>
    </w:p>
    <w:p>
      <w:pPr>
        <w:spacing w:line="560" w:lineRule="exact"/>
        <w:ind w:firstLine="420"/>
      </w:pPr>
      <w:r>
        <w:rPr>
          <w:rFonts w:ascii="宋体" w:hAnsi="宋体" w:eastAsia="宋体"/>
          <w:sz w:val="24"/>
        </w:rPr>
        <w:t>金色的公告横幅划过天际，连续滚动了三遍，金色的光效映亮了整个天风城的天空！</w:t>
      </w:r>
    </w:p>
    <w:p>
      <w:pPr>
        <w:spacing w:line="560" w:lineRule="exact"/>
        <w:ind w:firstLine="420"/>
      </w:pPr>
      <w:r>
        <w:rPr>
          <w:rFonts w:ascii="宋体" w:hAnsi="宋体" w:eastAsia="宋体"/>
          <w:sz w:val="24"/>
        </w:rPr>
        <w:t>整个世界频道瞬间炸成了一锅粥——</w:t>
      </w:r>
    </w:p>
    <w:p>
      <w:pPr>
        <w:spacing w:line="560" w:lineRule="exact"/>
        <w:ind w:firstLine="420"/>
      </w:pPr>
      <w:r>
        <w:rPr>
          <w:rFonts w:ascii="宋体" w:hAnsi="宋体" w:eastAsia="宋体"/>
          <w:sz w:val="24"/>
        </w:rPr>
        <w:t>[世界] 一叶知秋：「卧槽！真建了！！风雪大神威武！」</w:t>
        <w:br/>
        <w:t>[世界] 夜未央：「神豪殿……这名字霸气！一看就是风雪大佬的风格！」</w:t>
        <w:br/>
        <w:t>[世界] 散人小白：「求加入求加入！！我26级剑士，能进神豪殿吗？我有团队经验！」</w:t>
        <w:br/>
        <w:t>[世界] 龙腾天下：「呵，一个暴发户的公会而已。等公会争霸赛开始了，让你们知道什么叫真正的实力。」</w:t>
        <w:br/>
        <w:t>[世界] 龙腾小兵：「会长说得对！龙腾公会今天正式建会，到时候见真章！」</w:t>
        <w:br/>
        <w:t>[世界] 吃瓜路人：「好戏开场了！神豪殿vs龙腾公会，这瓜够我吃一年！」</w:t>
      </w:r>
    </w:p>
    <w:p>
      <w:pPr>
        <w:spacing w:line="560" w:lineRule="exact"/>
        <w:ind w:firstLine="420"/>
      </w:pPr>
      <w:r>
        <w:rPr>
          <w:rFonts w:ascii="宋体" w:hAnsi="宋体" w:eastAsia="宋体"/>
          <w:sz w:val="24"/>
        </w:rPr>
        <w:t>林风无视了世界频道的口水战。他打开公会管理面板，将苏小雅设置为副会长，然后将赵铁柱拉入公会。</w:t>
      </w:r>
    </w:p>
    <w:p>
      <w:pPr>
        <w:spacing w:line="560" w:lineRule="exact"/>
        <w:ind w:firstLine="420"/>
      </w:pPr>
      <w:r>
        <w:rPr>
          <w:rFonts w:ascii="宋体" w:hAnsi="宋体" w:eastAsia="宋体"/>
          <w:sz w:val="24"/>
        </w:rPr>
        <w:t>紧接着，他打开了公会招募界面——</w:t>
      </w:r>
    </w:p>
    <w:p>
      <w:pPr>
        <w:spacing w:line="560" w:lineRule="exact"/>
        <w:ind w:firstLine="420"/>
      </w:pPr>
      <w:r>
        <w:rPr>
          <w:rFonts w:ascii="宋体" w:hAnsi="宋体" w:eastAsia="宋体"/>
          <w:sz w:val="24"/>
        </w:rPr>
        <w:t>【公会招募信息】</w:t>
        <w:br/>
        <w:t>公会名称：神豪殿</w:t>
        <w:br/>
        <w:t>公会等级：Lv.1</w:t>
        <w:br/>
        <w:t>招募要求：等级≥20级，装备优良，有团队意识</w:t>
        <w:br/>
        <w:t>当前人数：3/50</w:t>
      </w:r>
    </w:p>
    <w:p>
      <w:pPr>
        <w:spacing w:line="560" w:lineRule="exact"/>
        <w:ind w:firstLine="420"/>
      </w:pPr>
      <w:r>
        <w:rPr>
          <w:rFonts w:ascii="宋体" w:hAnsi="宋体" w:eastAsia="宋体"/>
          <w:sz w:val="24"/>
        </w:rPr>
        <w:t>招募信息刚发出去，申请列表就像瀑布一样往下刷——</w:t>
      </w:r>
    </w:p>
    <w:p>
      <w:pPr>
        <w:spacing w:line="560" w:lineRule="exact"/>
        <w:ind w:firstLine="420"/>
      </w:pPr>
      <w:r>
        <w:rPr>
          <w:rFonts w:ascii="宋体" w:hAnsi="宋体" w:eastAsia="宋体"/>
          <w:sz w:val="24"/>
        </w:rPr>
        <w:t>一剑西来 Lv.28 剑士 —— 装备评分：A</w:t>
        <w:br/>
        <w:t>夜未央 Lv.27 法师 —— 装备评分：A-</w:t>
        <w:br/>
        <w:t>血色黄昏 Lv.25 刺客 —— 装备评分：B+</w:t>
        <w:br/>
        <w:t>月光微凉 Lv.24 牧师 —— 装备评分：B+</w:t>
        <w:br/>
        <w:t>狂战八方 Lv.26 狂战士 —— 装备评分：A-</w:t>
        <w:br/>
        <w:t>……</w:t>
      </w:r>
    </w:p>
    <w:p>
      <w:pPr>
        <w:spacing w:line="560" w:lineRule="exact"/>
        <w:ind w:firstLine="420"/>
      </w:pPr>
      <w:r>
        <w:rPr>
          <w:rFonts w:ascii="宋体" w:hAnsi="宋体" w:eastAsia="宋体"/>
          <w:sz w:val="24"/>
        </w:rPr>
        <w:t>申请人数在短短三分钟内突破了八百人！</w:t>
      </w:r>
    </w:p>
    <w:p>
      <w:pPr>
        <w:spacing w:line="560" w:lineRule="exact"/>
        <w:ind w:firstLine="420"/>
      </w:pPr>
      <w:r>
        <w:rPr>
          <w:rFonts w:ascii="宋体" w:hAnsi="宋体" w:eastAsia="宋体"/>
          <w:sz w:val="24"/>
        </w:rPr>
        <w:t>赵铁柱在公会频道里激动得声音都在抖："风哥！！八百多人申请！！这才三分钟！！全服的散人高手都想来咱们公会！"</w:t>
      </w:r>
    </w:p>
    <w:p>
      <w:pPr>
        <w:spacing w:line="560" w:lineRule="exact"/>
        <w:ind w:firstLine="420"/>
      </w:pPr>
      <w:r>
        <w:rPr>
          <w:rFonts w:ascii="宋体" w:hAnsi="宋体" w:eastAsia="宋体"/>
          <w:sz w:val="24"/>
        </w:rPr>
        <w:t>苏小雅显然早有准备。她熟练地打开申请列表，快速筛选起来，手指在屏幕上飞速滑动："等级低于20的不要，装备评分B以下的不要，职业搭配要合理。我先挑出最精英的四十个人作为核心成员，剩下的等公会升级后再扩招。"</w:t>
      </w:r>
    </w:p>
    <w:p>
      <w:pPr>
        <w:spacing w:line="560" w:lineRule="exact"/>
        <w:ind w:firstLine="420"/>
      </w:pPr>
      <w:r>
        <w:rPr>
          <w:rFonts w:ascii="宋体" w:hAnsi="宋体" w:eastAsia="宋体"/>
          <w:sz w:val="24"/>
        </w:rPr>
        <w:t>林风看着她雷厉风行的操作，不得不佩服——这个主播不光是嘴皮子厉害，办事能力和管理思路也是一流水准。</w:t>
      </w:r>
    </w:p>
    <w:p>
      <w:pPr>
        <w:spacing w:line="560" w:lineRule="exact"/>
        <w:ind w:firstLine="420"/>
      </w:pPr>
      <w:r>
        <w:rPr>
          <w:rFonts w:ascii="宋体" w:hAnsi="宋体" w:eastAsia="宋体"/>
          <w:sz w:val="24"/>
        </w:rPr>
        <w:t>不到十分钟，苏小雅就筛选出了第一批成员名单——</w:t>
      </w:r>
    </w:p>
    <w:p>
      <w:pPr>
        <w:spacing w:line="560" w:lineRule="exact"/>
        <w:ind w:firstLine="420"/>
      </w:pPr>
      <w:r>
        <w:rPr>
          <w:rFonts w:ascii="宋体" w:hAnsi="宋体" w:eastAsia="宋体"/>
          <w:sz w:val="24"/>
        </w:rPr>
        <w:t>【神豪殿首批成员名单】（含会长副会长共45人）：</w:t>
      </w:r>
    </w:p>
    <w:p>
      <w:pPr>
        <w:spacing w:line="560" w:lineRule="exact"/>
        <w:ind w:firstLine="420"/>
      </w:pPr>
      <w:r>
        <w:rPr>
          <w:rFonts w:ascii="宋体" w:hAnsi="宋体" w:eastAsia="宋体"/>
          <w:sz w:val="24"/>
        </w:rPr>
        <w:t>会长：风雪夜归人（神豪商人，Lv.30）</w:t>
        <w:br/>
        <w:t>副会长：雨落倾城（冰霜法师，Lv.28）</w:t>
      </w:r>
    </w:p>
    <w:p>
      <w:pPr>
        <w:spacing w:line="560" w:lineRule="exact"/>
        <w:ind w:firstLine="420"/>
      </w:pPr>
      <w:r>
        <w:rPr>
          <w:rFonts w:ascii="宋体" w:hAnsi="宋体" w:eastAsia="宋体"/>
          <w:sz w:val="24"/>
        </w:rPr>
        <w:t>核心成员：</w:t>
        <w:br/>
        <w:t>铁血战士（盾战士，Lv.26）——会长的死党</w:t>
        <w:br/>
        <w:t>一剑西来（剑士，Lv.28）——资深高玩，全服剑士榜前十</w:t>
        <w:br/>
        <w:t>夜未央（元素法师，Lv.27）——法系输出主力</w:t>
        <w:br/>
        <w:t>血色黄昏（暗影刺客，Lv.25）——野外PK高手，操作细腻</w:t>
        <w:br/>
        <w:t>月光微凉（神圣牧师，Lv.24）——治疗核心，意识出众</w:t>
        <w:br/>
        <w:t>狂战八方（狂战士，Lv.26）——前排第二坦克</w:t>
        <w:br/>
        <w:t>月影流光（弓箭手，Lv.25）——远程输出</w:t>
        <w:br/>
        <w:t>星辰变（咒术师，Lv.24）——辅助控制</w:t>
        <w:br/>
        <w:t>……其余成员36人。</w:t>
      </w:r>
    </w:p>
    <w:p>
      <w:pPr>
        <w:spacing w:line="560" w:lineRule="exact"/>
        <w:ind w:firstLine="420"/>
      </w:pPr>
      <w:r>
        <w:rPr>
          <w:rFonts w:ascii="宋体" w:hAnsi="宋体" w:eastAsia="宋体"/>
          <w:sz w:val="24"/>
        </w:rPr>
        <w:t>公会频道里，新成员们热情高涨，消息刷得飞快——</w:t>
      </w:r>
    </w:p>
    <w:p>
      <w:pPr>
        <w:spacing w:line="560" w:lineRule="exact"/>
        <w:ind w:firstLine="420"/>
      </w:pPr>
      <w:r>
        <w:rPr>
          <w:rFonts w:ascii="宋体" w:hAnsi="宋体" w:eastAsia="宋体"/>
          <w:sz w:val="24"/>
        </w:rPr>
        <w:t>一剑西来：「终于进来了！！刚才申请的时候我手都在抖！生怕名额满了！」</w:t>
        <w:br/>
        <w:t>夜未央：「风雪大佬！雨落姐！我以后就是神豪殿的人了！请多多指教！」</w:t>
        <w:br/>
        <w:t>血色黄昏：「会长，有没有什么任务要做的？我已经准备好了！随时可以开干！」</w:t>
        <w:br/>
        <w:t>月光微凉：「我虽然是牧师，但我输出辅助双修，不会拖后腿的！」</w:t>
        <w:br/>
        <w:t>狂战八方：「会长！听说你昨天首通死亡矿井了？能不能带我们也去一趟？我想看看大佬的操作！」</w:t>
        <w:br/>
        <w:t>铁血战士（赵铁柱）：「欢迎欢迎！大家以后都是一家人了！风哥说了，公会福利好得很，传说装备管够！」</w:t>
        <w:br/>
        <w:t>一剑西来：「传说装备管够？？我没听错吧？？」</w:t>
      </w:r>
    </w:p>
    <w:p>
      <w:pPr>
        <w:spacing w:line="560" w:lineRule="exact"/>
        <w:ind w:firstLine="420"/>
      </w:pPr>
      <w:r>
        <w:rPr>
          <w:rFonts w:ascii="宋体" w:hAnsi="宋体" w:eastAsia="宋体"/>
          <w:sz w:val="24"/>
        </w:rPr>
        <w:t>林风在公会频道里打了一段话：</w:t>
      </w:r>
    </w:p>
    <w:p>
      <w:pPr>
        <w:spacing w:line="560" w:lineRule="exact"/>
        <w:ind w:firstLine="420"/>
      </w:pPr>
      <w:r>
        <w:rPr>
          <w:rFonts w:ascii="宋体" w:hAnsi="宋体" w:eastAsia="宋体"/>
          <w:sz w:val="24"/>
        </w:rPr>
        <w:t>「欢迎各位加入神豪殿。三日后就是公会争霸赛。我们的目标只有一个——冠军。」</w:t>
      </w:r>
    </w:p>
    <w:p>
      <w:pPr>
        <w:spacing w:line="560" w:lineRule="exact"/>
        <w:ind w:firstLine="420"/>
      </w:pPr>
      <w:r>
        <w:rPr>
          <w:rFonts w:ascii="宋体" w:hAnsi="宋体" w:eastAsia="宋体"/>
          <w:sz w:val="24"/>
        </w:rPr>
        <w:t>「为了备战，所有核心成员的装备由公会统一提供。明天上午十点，副本大厅集合，我带你们刷装备。」</w:t>
      </w:r>
    </w:p>
    <w:p>
      <w:pPr>
        <w:spacing w:line="560" w:lineRule="exact"/>
        <w:ind w:firstLine="420"/>
      </w:pPr>
      <w:r>
        <w:rPr>
          <w:rFonts w:ascii="宋体" w:hAnsi="宋体" w:eastAsia="宋体"/>
          <w:sz w:val="24"/>
        </w:rPr>
        <w:t>公会频道瞬间炸裂——</w:t>
      </w:r>
    </w:p>
    <w:p>
      <w:pPr>
        <w:spacing w:line="560" w:lineRule="exact"/>
        <w:ind w:firstLine="420"/>
      </w:pPr>
      <w:r>
        <w:rPr>
          <w:rFonts w:ascii="宋体" w:hAnsi="宋体" w:eastAsia="宋体"/>
          <w:sz w:val="24"/>
        </w:rPr>
        <w:t>一剑西来：「会长亲自带刷装备？？我没听错吧？？」</w:t>
        <w:br/>
        <w:t>夜未央：「公会统一提供装备……这就是神豪公会的实力吗？？？」</w:t>
        <w:br/>
        <w:t>月光微凉：「我现在的武器还是蓝装……会长能帮忙换一把好点的法杖吗？」</w:t>
        <w:br/>
        <w:t>狂战八方：「会长！我已经准备好了！明天几点？我提前上线等着！」</w:t>
        <w:br/>
        <w:t>铁血战士：「放心！风哥出手，人手一把传说级不是梦！我身上的盾牌就是风哥送的！」</w:t>
      </w:r>
    </w:p>
    <w:p>
      <w:pPr>
        <w:spacing w:line="560" w:lineRule="exact"/>
        <w:ind w:firstLine="420"/>
      </w:pPr>
      <w:r>
        <w:rPr>
          <w:rFonts w:ascii="宋体" w:hAnsi="宋体" w:eastAsia="宋体"/>
          <w:sz w:val="24"/>
        </w:rPr>
        <w:t>苏小雅在副会长频道悄悄给林风发了条消息："你认真的？核心成员人手一件传说？那得花多少钱……"</w:t>
      </w:r>
    </w:p>
    <w:p>
      <w:pPr>
        <w:spacing w:line="560" w:lineRule="exact"/>
        <w:ind w:firstLine="420"/>
      </w:pPr>
      <w:r>
        <w:rPr>
          <w:rFonts w:ascii="宋体" w:hAnsi="宋体" w:eastAsia="宋体"/>
          <w:sz w:val="24"/>
        </w:rPr>
        <w:t>林风回复了两个字："花得起。"</w:t>
      </w:r>
    </w:p>
    <w:p>
      <w:pPr>
        <w:spacing w:line="560" w:lineRule="exact"/>
        <w:ind w:firstLine="420"/>
      </w:pPr>
      <w:r>
        <w:rPr>
          <w:rFonts w:ascii="宋体" w:hAnsi="宋体" w:eastAsia="宋体"/>
          <w:sz w:val="24"/>
        </w:rPr>
        <w:t>苏小雅沉默了两秒，回了一个竖起大拇指的表情，后面跟了一串星星眼。</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与此同时，天风城另一端的龙腾公会筹备处。</w:t>
      </w:r>
    </w:p>
    <w:p>
      <w:pPr>
        <w:spacing w:line="560" w:lineRule="exact"/>
        <w:ind w:firstLine="420"/>
      </w:pPr>
      <w:r>
        <w:rPr>
          <w:rFonts w:ascii="宋体" w:hAnsi="宋体" w:eastAsia="宋体"/>
          <w:sz w:val="24"/>
        </w:rPr>
        <w:t>龙腾天坐在一间私人包厢里，脸色阴沉地盯着世界频道上神豪殿的消息。他身旁坐着几个龙腾公会的核心成员。</w:t>
      </w:r>
    </w:p>
    <w:p>
      <w:pPr>
        <w:spacing w:line="560" w:lineRule="exact"/>
        <w:ind w:firstLine="420"/>
      </w:pPr>
      <w:r>
        <w:rPr>
          <w:rFonts w:ascii="宋体" w:hAnsi="宋体" w:eastAsia="宋体"/>
          <w:sz w:val="24"/>
        </w:rPr>
        <w:t>"会长，神豪殿已经建成了，而且招募势头很猛。"一个ID叫「龙腾军师」的法师玩家沉声说道，"雨落倾城亲自帮忙运营，他们的人气现在比我们高出一大截。"</w:t>
      </w:r>
    </w:p>
    <w:p>
      <w:pPr>
        <w:spacing w:line="560" w:lineRule="exact"/>
        <w:ind w:firstLine="420"/>
      </w:pPr>
      <w:r>
        <w:rPr>
          <w:rFonts w:ascii="宋体" w:hAnsi="宋体" w:eastAsia="宋体"/>
          <w:sz w:val="24"/>
        </w:rPr>
        <w:t>"人气高有什么用？"龙腾天冷笑一声，"公会争霸赛靠的是硬实力。那个暴发户不过是用钱砸出来的纸老虎，真到了竞技场上，他的那些散兵游勇能跟我们经过训练的职业队伍比？"</w:t>
      </w:r>
    </w:p>
    <w:p>
      <w:pPr>
        <w:spacing w:line="560" w:lineRule="exact"/>
        <w:ind w:firstLine="420"/>
      </w:pPr>
      <w:r>
        <w:rPr>
          <w:rFonts w:ascii="宋体" w:hAnsi="宋体" w:eastAsia="宋体"/>
          <w:sz w:val="24"/>
        </w:rPr>
        <w:t>他站起身，目光阴沉得像一口深井："我已经联系了三个退役职业选手，他们明天就会加入龙腾。三天后，我要让那个风雪夜归人知道——在《天界》里，钱不是万能的。"</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林风并不知道龙腾天的计划。不过就算知道了，他也不会在意。</w:t>
      </w:r>
    </w:p>
    <w:p>
      <w:pPr>
        <w:spacing w:line="560" w:lineRule="exact"/>
        <w:ind w:firstLine="420"/>
      </w:pPr>
      <w:r>
        <w:rPr>
          <w:rFonts w:ascii="宋体" w:hAnsi="宋体" w:eastAsia="宋体"/>
          <w:sz w:val="24"/>
        </w:rPr>
        <w:t>他此时正站在天风城中心广场上，看着眼前那间刚刚开业的黄金商铺——「神豪商会·一号店」。</w:t>
      </w:r>
    </w:p>
    <w:p>
      <w:pPr>
        <w:spacing w:line="560" w:lineRule="exact"/>
        <w:ind w:firstLine="420"/>
      </w:pPr>
      <w:r>
        <w:rPr>
          <w:rFonts w:ascii="宋体" w:hAnsi="宋体" w:eastAsia="宋体"/>
          <w:sz w:val="24"/>
        </w:rPr>
        <w:t>店铺面积不大，约三十平米，但位置绝佳——正对着中心广场的主干道，往来的玩家络绎不绝，几乎每一个经过的人都会多看两眼那块闪着金光的招牌。</w:t>
      </w:r>
    </w:p>
    <w:p>
      <w:pPr>
        <w:spacing w:line="560" w:lineRule="exact"/>
        <w:ind w:firstLine="420"/>
      </w:pPr>
      <w:r>
        <w:rPr>
          <w:rFonts w:ascii="宋体" w:hAnsi="宋体" w:eastAsia="宋体"/>
          <w:sz w:val="24"/>
        </w:rPr>
        <w:t>【神豪商会·一号店已开业！】</w:t>
        <w:br/>
        <w:t>【当前经营状态：自动运营中】</w:t>
        <w:br/>
        <w:t>【今日实时收益：12,500游戏币（持续增长中）】</w:t>
      </w:r>
    </w:p>
    <w:p>
      <w:pPr>
        <w:spacing w:line="560" w:lineRule="exact"/>
        <w:ind w:firstLine="420"/>
      </w:pPr>
      <w:r>
        <w:rPr>
          <w:rFonts w:ascii="宋体" w:hAnsi="宋体" w:eastAsia="宋体"/>
          <w:sz w:val="24"/>
        </w:rPr>
        <w:t>林风看着稳步上涨的收益数字，心情大好。这间商铺就像是一台印钞机，不需要他操任何心，每天自动产生收益，还能转化成现实货币。</w:t>
      </w:r>
    </w:p>
    <w:p>
      <w:pPr>
        <w:spacing w:line="560" w:lineRule="exact"/>
        <w:ind w:firstLine="420"/>
      </w:pPr>
      <w:r>
        <w:rPr>
          <w:rFonts w:ascii="宋体" w:hAnsi="宋体" w:eastAsia="宋体"/>
          <w:sz w:val="24"/>
        </w:rPr>
        <w:t>这时，系统面板忽然弹出一条新的消息——</w:t>
      </w:r>
    </w:p>
    <w:p>
      <w:pPr>
        <w:spacing w:line="560" w:lineRule="exact"/>
        <w:ind w:firstLine="420"/>
      </w:pPr>
      <w:r>
        <w:rPr>
          <w:rFonts w:ascii="宋体" w:hAnsi="宋体" w:eastAsia="宋体"/>
          <w:sz w:val="24"/>
        </w:rPr>
        <w:t>【触发隐藏任务：商铺扩张之路】</w:t>
        <w:br/>
        <w:t>任务目标：累计商铺收益达到1,000,000游戏币</w:t>
        <w:br/>
        <w:t>任务奖励：解锁特殊建筑图纸×1，经验值+500,000</w:t>
        <w:br/>
        <w:t>当前进度：12,500/1,000,000</w:t>
      </w:r>
    </w:p>
    <w:p>
      <w:pPr>
        <w:spacing w:line="560" w:lineRule="exact"/>
        <w:ind w:firstLine="420"/>
      </w:pPr>
      <w:r>
        <w:rPr>
          <w:rFonts w:ascii="宋体" w:hAnsi="宋体" w:eastAsia="宋体"/>
          <w:sz w:val="24"/>
        </w:rPr>
        <w:t>林风挑了挑眉。隐藏任务？看来财富雷达不仅在帮他找宝箱和装备，还帮他触发了经营类的隐藏任务线。这个系统的功能比他想象中还要丰富。</w:t>
      </w:r>
    </w:p>
    <w:p>
      <w:pPr>
        <w:spacing w:line="560" w:lineRule="exact"/>
        <w:ind w:firstLine="420"/>
      </w:pPr>
      <w:r>
        <w:rPr>
          <w:rFonts w:ascii="宋体" w:hAnsi="宋体" w:eastAsia="宋体"/>
          <w:sz w:val="24"/>
        </w:rPr>
        <w:t>他关掉面板，看了眼时间——距离公会争霸赛还有两天。</w:t>
      </w:r>
    </w:p>
    <w:p>
      <w:pPr>
        <w:spacing w:line="560" w:lineRule="exact"/>
        <w:ind w:firstLine="420"/>
      </w:pPr>
      <w:r>
        <w:rPr>
          <w:rFonts w:ascii="宋体" w:hAnsi="宋体" w:eastAsia="宋体"/>
          <w:sz w:val="24"/>
        </w:rPr>
        <w:t>够用了。</w:t>
      </w:r>
    </w:p>
    <w:p>
      <w:r>
        <w:br w:type="page"/>
      </w:r>
    </w:p>
    <w:p>
      <w:pPr>
        <w:jc w:val="center"/>
      </w:pPr>
      <w:r>
        <w:rPr>
          <w:b/>
          <w:sz w:val="32"/>
        </w:rPr>
        <w:t>第012章 首战告捷</w:t>
      </w:r>
    </w:p>
    <w:p>
      <w:pPr>
        <w:jc w:val="center"/>
      </w:pPr>
      <w:r>
        <w:rPr>
          <w:color w:val="999999"/>
          <w:sz w:val="18"/>
        </w:rPr>
        <w:t>（2,501字）</w:t>
      </w:r>
    </w:p>
    <w:p/>
    <w:p>
      <w:pPr>
        <w:spacing w:line="560" w:lineRule="exact"/>
        <w:ind w:firstLine="420"/>
      </w:pPr>
      <w:r>
        <w:rPr>
          <w:rFonts w:ascii="宋体" w:hAnsi="宋体" w:eastAsia="宋体"/>
          <w:sz w:val="24"/>
        </w:rPr>
        <w:t>晚上七点五十分，天风城竞技场内人山人海，座无虚席。</w:t>
      </w:r>
    </w:p>
    <w:p>
      <w:pPr>
        <w:spacing w:line="560" w:lineRule="exact"/>
        <w:ind w:firstLine="420"/>
      </w:pPr>
      <w:r>
        <w:rPr>
          <w:rFonts w:ascii="宋体" w:hAnsi="宋体" w:eastAsia="宋体"/>
          <w:sz w:val="24"/>
        </w:rPr>
        <w:t>能容纳两万观众的巨型环形竞技场座无虚席，看台上人头攒动，呐喊声震耳欲聋。竞技场正中央的巨型光幕上，滚动播放着双方公会的资料对比——</w:t>
      </w:r>
    </w:p>
    <w:p>
      <w:pPr>
        <w:spacing w:line="560" w:lineRule="exact"/>
        <w:ind w:firstLine="420"/>
      </w:pPr>
      <w:r>
        <w:rPr>
          <w:rFonts w:ascii="宋体" w:hAnsi="宋体" w:eastAsia="宋体"/>
          <w:sz w:val="24"/>
        </w:rPr>
        <w:t>【参赛公会：龙腾公会】</w:t>
        <w:br/>
        <w:t>公会等级：Lv.4</w:t>
        <w:br/>
        <w:t>成员总数：2000人</w:t>
        <w:br/>
        <w:t>公会排名：第1位</w:t>
        <w:br/>
        <w:t>战绩：公会挑战赛7胜0负</w:t>
      </w:r>
    </w:p>
    <w:p>
      <w:pPr>
        <w:spacing w:line="560" w:lineRule="exact"/>
        <w:ind w:firstLine="420"/>
      </w:pPr>
      <w:r>
        <w:rPr>
          <w:rFonts w:ascii="宋体" w:hAnsi="宋体" w:eastAsia="宋体"/>
          <w:sz w:val="24"/>
        </w:rPr>
        <w:t>【参赛公会：神豪殿】</w:t>
        <w:br/>
        <w:t>公会等级：Lv.3</w:t>
        <w:br/>
        <w:t>成员总数：500人</w:t>
        <w:br/>
        <w:t>公会排名：第4位</w:t>
        <w:br/>
        <w:t>战绩：公会挑战赛0胜0负</w:t>
      </w:r>
    </w:p>
    <w:p>
      <w:pPr>
        <w:spacing w:line="560" w:lineRule="exact"/>
        <w:ind w:firstLine="420"/>
      </w:pPr>
      <w:r>
        <w:rPr>
          <w:rFonts w:ascii="宋体" w:hAnsi="宋体" w:eastAsia="宋体"/>
          <w:sz w:val="24"/>
        </w:rPr>
        <w:t>数据对比一出，看台上立刻响起了一片嘈杂的议论声，说什么的都有。</w:t>
      </w:r>
    </w:p>
    <w:p>
      <w:pPr>
        <w:spacing w:line="560" w:lineRule="exact"/>
        <w:ind w:firstLine="420"/>
      </w:pPr>
      <w:r>
        <w:rPr>
          <w:rFonts w:ascii="宋体" w:hAnsi="宋体" w:eastAsia="宋体"/>
          <w:sz w:val="24"/>
        </w:rPr>
        <w:t>「这差距也太大了吧……神豪殿昨天才刚成立，今天就跑来打挑战赛？这不是送死吗？」</w:t>
      </w:r>
    </w:p>
    <w:p>
      <w:pPr>
        <w:spacing w:line="560" w:lineRule="exact"/>
        <w:ind w:firstLine="420"/>
      </w:pPr>
      <w:r>
        <w:rPr>
          <w:rFonts w:ascii="宋体" w:hAnsi="宋体" w:eastAsia="宋体"/>
          <w:sz w:val="24"/>
        </w:rPr>
        <w:t>「龙腾可是老牌公会，内测的时候就成立了，精英团成员全都是职业级的操作。」</w:t>
      </w:r>
    </w:p>
    <w:p>
      <w:pPr>
        <w:spacing w:line="560" w:lineRule="exact"/>
        <w:ind w:firstLine="420"/>
      </w:pPr>
      <w:r>
        <w:rPr>
          <w:rFonts w:ascii="宋体" w:hAnsi="宋体" w:eastAsia="宋体"/>
          <w:sz w:val="24"/>
        </w:rPr>
        <w:t>「风雪夜归人虽然有钱有装备，但钱不能当操作用啊。团队战靠的是配合，不是一个人莽。」</w:t>
      </w:r>
    </w:p>
    <w:p>
      <w:pPr>
        <w:spacing w:line="560" w:lineRule="exact"/>
        <w:ind w:firstLine="420"/>
      </w:pPr>
      <w:r>
        <w:rPr>
          <w:rFonts w:ascii="宋体" w:hAnsi="宋体" w:eastAsia="宋体"/>
          <w:sz w:val="24"/>
        </w:rPr>
        <w:t>「说不定人家有底牌呢。能在17分钟内首通死亡矿井的人，能简单吗？」</w:t>
      </w:r>
    </w:p>
    <w:p>
      <w:pPr>
        <w:spacing w:line="560" w:lineRule="exact"/>
        <w:ind w:firstLine="420"/>
      </w:pPr>
      <w:r>
        <w:rPr>
          <w:rFonts w:ascii="宋体" w:hAnsi="宋体" w:eastAsia="宋体"/>
          <w:sz w:val="24"/>
        </w:rPr>
        <w:t>「拭目以待吧。」</w:t>
      </w:r>
    </w:p>
    <w:p>
      <w:pPr>
        <w:spacing w:line="560" w:lineRule="exact"/>
        <w:ind w:firstLine="420"/>
      </w:pPr>
      <w:r>
        <w:rPr>
          <w:rFonts w:ascii="宋体" w:hAnsi="宋体" w:eastAsia="宋体"/>
          <w:sz w:val="24"/>
        </w:rPr>
        <w:t>七点五十五分，龙腾公会的团队率先入场。</w:t>
      </w:r>
    </w:p>
    <w:p>
      <w:pPr>
        <w:spacing w:line="560" w:lineRule="exact"/>
        <w:ind w:firstLine="420"/>
      </w:pPr>
      <w:r>
        <w:rPr>
          <w:rFonts w:ascii="宋体" w:hAnsi="宋体" w:eastAsia="宋体"/>
          <w:sz w:val="24"/>
        </w:rPr>
        <w:t>二十名玩家鱼贯而出，统一的银白色公会战甲，步伐整齐，气势逼人。走在最前面的是龙腾天——全身传说级套装，手持一柄泛着紫光的巨型战斧。</w:t>
      </w:r>
    </w:p>
    <w:p>
      <w:pPr>
        <w:spacing w:line="560" w:lineRule="exact"/>
        <w:ind w:firstLine="420"/>
      </w:pPr>
      <w:r>
        <w:rPr>
          <w:rFonts w:ascii="宋体" w:hAnsi="宋体" w:eastAsia="宋体"/>
          <w:sz w:val="24"/>
        </w:rPr>
        <w:t>【龙腾天——等级45级——狂战士】</w:t>
      </w:r>
    </w:p>
    <w:p>
      <w:pPr>
        <w:spacing w:line="560" w:lineRule="exact"/>
        <w:ind w:firstLine="420"/>
      </w:pPr>
      <w:r>
        <w:rPr>
          <w:rFonts w:ascii="宋体" w:hAnsi="宋体" w:eastAsia="宋体"/>
          <w:sz w:val="24"/>
        </w:rPr>
        <w:t>装备评分：12800</w:t>
      </w:r>
    </w:p>
    <w:p>
      <w:pPr>
        <w:spacing w:line="560" w:lineRule="exact"/>
        <w:ind w:firstLine="420"/>
      </w:pPr>
      <w:r>
        <w:rPr>
          <w:rFonts w:ascii="宋体" w:hAnsi="宋体" w:eastAsia="宋体"/>
          <w:sz w:val="24"/>
        </w:rPr>
        <w:t>他的身后，龙腾公会的精英团一字排开——三名坦克、五名输出、五名法师、四名弓箭手、三名治疗。标准的PVP黄金配置，每个人的装备都在传说级之上。</w:t>
      </w:r>
    </w:p>
    <w:p>
      <w:pPr>
        <w:spacing w:line="560" w:lineRule="exact"/>
        <w:ind w:firstLine="420"/>
      </w:pPr>
      <w:r>
        <w:rPr>
          <w:rFonts w:ascii="宋体" w:hAnsi="宋体" w:eastAsia="宋体"/>
          <w:sz w:val="24"/>
        </w:rPr>
        <w:t>看台上响起了震天的欢呼声。</w:t>
      </w:r>
    </w:p>
    <w:p>
      <w:pPr>
        <w:spacing w:line="560" w:lineRule="exact"/>
        <w:ind w:firstLine="420"/>
      </w:pPr>
      <w:r>
        <w:rPr>
          <w:rFonts w:ascii="宋体" w:hAnsi="宋体" w:eastAsia="宋体"/>
          <w:sz w:val="24"/>
        </w:rPr>
        <w:t>「龙腾！！龙腾！！龙腾！！」</w:t>
      </w:r>
    </w:p>
    <w:p>
      <w:pPr>
        <w:spacing w:line="560" w:lineRule="exact"/>
        <w:ind w:firstLine="420"/>
      </w:pPr>
      <w:r>
        <w:rPr>
          <w:rFonts w:ascii="宋体" w:hAnsi="宋体" w:eastAsia="宋体"/>
          <w:sz w:val="24"/>
        </w:rPr>
        <w:t>「碾压他们！」</w:t>
      </w:r>
    </w:p>
    <w:p>
      <w:pPr>
        <w:spacing w:line="560" w:lineRule="exact"/>
        <w:ind w:firstLine="420"/>
      </w:pPr>
      <w:r>
        <w:rPr>
          <w:rFonts w:ascii="宋体" w:hAnsi="宋体" w:eastAsia="宋体"/>
          <w:sz w:val="24"/>
        </w:rPr>
        <w:t>「让新公会知道什么叫差距！」</w:t>
      </w:r>
    </w:p>
    <w:p>
      <w:pPr>
        <w:spacing w:line="560" w:lineRule="exact"/>
        <w:ind w:firstLine="420"/>
      </w:pPr>
      <w:r>
        <w:rPr>
          <w:rFonts w:ascii="宋体" w:hAnsi="宋体" w:eastAsia="宋体"/>
          <w:sz w:val="24"/>
        </w:rPr>
        <w:t>然而然而当神豪殿的二十人团队正式入场时，整个竞技场的空气仿佛凝固了一秒。</w:t>
      </w:r>
    </w:p>
    <w:p>
      <w:pPr>
        <w:spacing w:line="560" w:lineRule="exact"/>
        <w:ind w:firstLine="420"/>
      </w:pPr>
      <w:r>
        <w:rPr>
          <w:rFonts w:ascii="宋体" w:hAnsi="宋体" w:eastAsia="宋体"/>
          <w:sz w:val="24"/>
        </w:rPr>
        <w:t>二十个人鱼贯走出——装备参差不齐。有人穿着蓝装，有人混着几件紫装，还有两个人甚至穿着绿装。</w:t>
      </w:r>
    </w:p>
    <w:p>
      <w:pPr>
        <w:spacing w:line="560" w:lineRule="exact"/>
        <w:ind w:firstLine="420"/>
      </w:pPr>
      <w:r>
        <w:rPr>
          <w:rFonts w:ascii="宋体" w:hAnsi="宋体" w:eastAsia="宋体"/>
          <w:sz w:val="24"/>
        </w:rPr>
        <w:t>看台上先是死一般的沉默，大约持续了两三秒，然后爆发出一阵震耳的哄堂大笑，笑声几乎掀翻了竞技场的顶棚。</w:t>
      </w:r>
    </w:p>
    <w:p>
      <w:pPr>
        <w:spacing w:line="560" w:lineRule="exact"/>
        <w:ind w:firstLine="420"/>
      </w:pPr>
      <w:r>
        <w:rPr>
          <w:rFonts w:ascii="宋体" w:hAnsi="宋体" w:eastAsia="宋体"/>
          <w:sz w:val="24"/>
        </w:rPr>
        <w:t>「哈哈哈哈！绿装？？我没看错吧！」</w:t>
      </w:r>
    </w:p>
    <w:p>
      <w:pPr>
        <w:spacing w:line="560" w:lineRule="exact"/>
        <w:ind w:firstLine="420"/>
      </w:pPr>
      <w:r>
        <w:rPr>
          <w:rFonts w:ascii="宋体" w:hAnsi="宋体" w:eastAsia="宋体"/>
          <w:sz w:val="24"/>
        </w:rPr>
        <w:t>「神豪殿的成员就这装备水平？？」</w:t>
      </w:r>
    </w:p>
    <w:p>
      <w:pPr>
        <w:spacing w:line="560" w:lineRule="exact"/>
        <w:ind w:firstLine="420"/>
      </w:pPr>
      <w:r>
        <w:rPr>
          <w:rFonts w:ascii="宋体" w:hAnsi="宋体" w:eastAsia="宋体"/>
          <w:sz w:val="24"/>
        </w:rPr>
        <w:t>「这就是风雪大佬的精锐团？我上我也行啊！」</w:t>
      </w:r>
    </w:p>
    <w:p>
      <w:pPr>
        <w:spacing w:line="560" w:lineRule="exact"/>
        <w:ind w:firstLine="420"/>
      </w:pPr>
      <w:r>
        <w:rPr>
          <w:rFonts w:ascii="宋体" w:hAnsi="宋体" w:eastAsia="宋体"/>
          <w:sz w:val="24"/>
        </w:rPr>
        <w:t>「完了完了，这是单方面屠杀。」</w:t>
      </w:r>
    </w:p>
    <w:p>
      <w:pPr>
        <w:spacing w:line="560" w:lineRule="exact"/>
        <w:ind w:firstLine="420"/>
      </w:pPr>
      <w:r>
        <w:rPr>
          <w:rFonts w:ascii="宋体" w:hAnsi="宋体" w:eastAsia="宋体"/>
          <w:sz w:val="24"/>
        </w:rPr>
        <w:t>龙腾天看着对面的阵容，嘴角勾起一抹轻蔑的笑意。他举起战斧，指向对面——</w:t>
      </w:r>
    </w:p>
    <w:p>
      <w:pPr>
        <w:spacing w:line="560" w:lineRule="exact"/>
        <w:ind w:firstLine="420"/>
      </w:pPr>
      <w:r>
        <w:rPr>
          <w:rFonts w:ascii="宋体" w:hAnsi="宋体" w:eastAsia="宋体"/>
          <w:sz w:val="24"/>
        </w:rPr>
        <w:t>「风雪夜归人，这就是你吹上天的那个所谓神豪殿？就这点家底？」</w:t>
      </w:r>
    </w:p>
    <w:p>
      <w:pPr>
        <w:spacing w:line="560" w:lineRule="exact"/>
        <w:ind w:firstLine="420"/>
      </w:pPr>
      <w:r>
        <w:rPr>
          <w:rFonts w:ascii="宋体" w:hAnsi="宋体" w:eastAsia="宋体"/>
          <w:sz w:val="24"/>
        </w:rPr>
        <w:t>他身后的龙腾成员也跟着哄笑起来。</w:t>
      </w:r>
    </w:p>
    <w:p>
      <w:pPr>
        <w:spacing w:line="560" w:lineRule="exact"/>
        <w:ind w:firstLine="420"/>
      </w:pPr>
      <w:r>
        <w:rPr>
          <w:rFonts w:ascii="宋体" w:hAnsi="宋体" w:eastAsia="宋体"/>
          <w:sz w:val="24"/>
        </w:rPr>
        <w:t>林风没有回应。他只是站在队伍最前方，一袭黑色斗篷，手持死亡裁决者，面无表情地看着对面的二十人。</w:t>
      </w:r>
    </w:p>
    <w:p>
      <w:pPr>
        <w:spacing w:line="560" w:lineRule="exact"/>
        <w:ind w:firstLine="420"/>
      </w:pPr>
      <w:r>
        <w:rPr>
          <w:rFonts w:ascii="宋体" w:hAnsi="宋体" w:eastAsia="宋体"/>
          <w:sz w:val="24"/>
        </w:rPr>
        <w:t>他的脑海中，系统面板正在飞速运算——</w:t>
      </w:r>
    </w:p>
    <w:p>
      <w:pPr>
        <w:spacing w:line="560" w:lineRule="exact"/>
        <w:ind w:firstLine="420"/>
      </w:pPr>
      <w:r>
        <w:rPr>
          <w:rFonts w:ascii="宋体" w:hAnsi="宋体" w:eastAsia="宋体"/>
          <w:sz w:val="24"/>
        </w:rPr>
        <w:t>【神豪战术模块已启动。】</w:t>
      </w:r>
    </w:p>
    <w:p>
      <w:pPr>
        <w:spacing w:line="560" w:lineRule="exact"/>
        <w:ind w:firstLine="420"/>
      </w:pPr>
      <w:r>
        <w:rPr>
          <w:rFonts w:ascii="宋体" w:hAnsi="宋体" w:eastAsia="宋体"/>
          <w:sz w:val="24"/>
        </w:rPr>
        <w:t>【对方阵容分析完毕——推荐战术：金钱碾压。】</w:t>
      </w:r>
    </w:p>
    <w:p>
      <w:pPr>
        <w:spacing w:line="560" w:lineRule="exact"/>
        <w:ind w:firstLine="420"/>
      </w:pPr>
      <w:r>
        <w:rPr>
          <w:rFonts w:ascii="宋体" w:hAnsi="宋体" w:eastAsia="宋体"/>
          <w:sz w:val="24"/>
        </w:rPr>
        <w:t>【消耗200万游戏币可激活「团队鼓舞」BUFF，全员属性+30%，持续15分钟。】</w:t>
      </w:r>
    </w:p>
    <w:p>
      <w:pPr>
        <w:spacing w:line="560" w:lineRule="exact"/>
        <w:ind w:firstLine="420"/>
      </w:pPr>
      <w:r>
        <w:rPr>
          <w:rFonts w:ascii="宋体" w:hAnsi="宋体" w:eastAsia="宋体"/>
          <w:sz w:val="24"/>
        </w:rPr>
        <w:t>【消耗500万游戏币可激活「神豪领域」，领域内敌方全属性降低20%。】</w:t>
      </w:r>
    </w:p>
    <w:p>
      <w:pPr>
        <w:spacing w:line="560" w:lineRule="exact"/>
        <w:ind w:firstLine="420"/>
      </w:pPr>
      <w:r>
        <w:rPr>
          <w:rFonts w:ascii="宋体" w:hAnsi="宋体" w:eastAsia="宋体"/>
          <w:sz w:val="24"/>
        </w:rPr>
        <w:t>【消耗1000万游戏币可激活「绝对压制」，对敌方全体造成一次真实伤害。伤害值：50000点。】</w:t>
      </w:r>
    </w:p>
    <w:p>
      <w:pPr>
        <w:spacing w:line="560" w:lineRule="exact"/>
        <w:ind w:firstLine="420"/>
      </w:pPr>
      <w:r>
        <w:rPr>
          <w:rFonts w:ascii="宋体" w:hAnsi="宋体" w:eastAsia="宋体"/>
          <w:sz w:val="24"/>
        </w:rPr>
        <w:t>林风选择了第一项和第三项。</w:t>
      </w:r>
    </w:p>
    <w:p>
      <w:pPr>
        <w:spacing w:line="560" w:lineRule="exact"/>
        <w:ind w:firstLine="420"/>
      </w:pPr>
      <w:r>
        <w:rPr>
          <w:rFonts w:ascii="宋体" w:hAnsi="宋体" w:eastAsia="宋体"/>
          <w:sz w:val="24"/>
        </w:rPr>
        <w:t>——他不需要通过削弱对手来证明自己的实力。他只需要让队友变强，然后正面碾过去。</w:t>
      </w:r>
    </w:p>
    <w:p>
      <w:pPr>
        <w:spacing w:line="560" w:lineRule="exact"/>
        <w:ind w:firstLine="420"/>
      </w:pPr>
      <w:r>
        <w:rPr>
          <w:rFonts w:ascii="宋体" w:hAnsi="宋体" w:eastAsia="宋体"/>
          <w:sz w:val="24"/>
        </w:rPr>
        <w:t>「叮——！」</w:t>
      </w:r>
    </w:p>
    <w:p>
      <w:pPr>
        <w:spacing w:line="560" w:lineRule="exact"/>
        <w:ind w:firstLine="420"/>
      </w:pPr>
      <w:r>
        <w:rPr>
          <w:rFonts w:ascii="宋体" w:hAnsi="宋体" w:eastAsia="宋体"/>
          <w:sz w:val="24"/>
        </w:rPr>
        <w:t>一道金光从林风身上扩散开来，笼罩了所有神豪殿的成员。</w:t>
      </w:r>
    </w:p>
    <w:p>
      <w:pPr>
        <w:spacing w:line="560" w:lineRule="exact"/>
        <w:ind w:firstLine="420"/>
      </w:pPr>
      <w:r>
        <w:rPr>
          <w:rFonts w:ascii="宋体" w:hAnsi="宋体" w:eastAsia="宋体"/>
          <w:sz w:val="24"/>
        </w:rPr>
        <w:t>【系统提示：公会「神豪殿」激活「团队鼓舞」BUFF！全员全属性+30%，持续15分钟！】</w:t>
      </w:r>
    </w:p>
    <w:p>
      <w:pPr>
        <w:spacing w:line="560" w:lineRule="exact"/>
        <w:ind w:firstLine="420"/>
      </w:pPr>
      <w:r>
        <w:rPr>
          <w:rFonts w:ascii="宋体" w:hAnsi="宋体" w:eastAsia="宋体"/>
          <w:sz w:val="24"/>
        </w:rPr>
        <w:t>神豪殿的二十名成员同时感到一股温暖的热流从胸口涌入体内，像是被某种无形的力量灌注了能量，属性面板上的数字暴涨。那些穿着绿装的玩家，属性瞬间飙升到了紫装级别。</w:t>
      </w:r>
    </w:p>
    <w:p>
      <w:pPr>
        <w:spacing w:line="560" w:lineRule="exact"/>
        <w:ind w:firstLine="420"/>
      </w:pPr>
      <w:r>
        <w:rPr>
          <w:rFonts w:ascii="宋体" w:hAnsi="宋体" w:eastAsia="宋体"/>
          <w:sz w:val="24"/>
        </w:rPr>
        <w:t>「卧槽！我的攻击力直接翻了一倍！」</w:t>
      </w:r>
    </w:p>
    <w:p>
      <w:pPr>
        <w:spacing w:line="560" w:lineRule="exact"/>
        <w:ind w:firstLine="420"/>
      </w:pPr>
      <w:r>
        <w:rPr>
          <w:rFonts w:ascii="宋体" w:hAnsi="宋体" w:eastAsia="宋体"/>
          <w:sz w:val="24"/>
        </w:rPr>
        <w:t>「这是什么BUFF？？我怎么从来没见过？？」</w:t>
      </w:r>
    </w:p>
    <w:p>
      <w:pPr>
        <w:spacing w:line="560" w:lineRule="exact"/>
        <w:ind w:firstLine="420"/>
      </w:pPr>
      <w:r>
        <w:rPr>
          <w:rFonts w:ascii="宋体" w:hAnsi="宋体" w:eastAsia="宋体"/>
          <w:sz w:val="24"/>
        </w:rPr>
        <w:t>「会长你做了什么？！」</w:t>
      </w:r>
    </w:p>
    <w:p>
      <w:pPr>
        <w:spacing w:line="560" w:lineRule="exact"/>
        <w:ind w:firstLine="420"/>
      </w:pPr>
      <w:r>
        <w:rPr>
          <w:rFonts w:ascii="宋体" w:hAnsi="宋体" w:eastAsia="宋体"/>
          <w:sz w:val="24"/>
        </w:rPr>
        <w:t>看台上的观众也炸了——</w:t>
      </w:r>
    </w:p>
    <w:p>
      <w:pPr>
        <w:spacing w:line="560" w:lineRule="exact"/>
        <w:ind w:firstLine="420"/>
      </w:pPr>
      <w:r>
        <w:rPr>
          <w:rFonts w:ascii="宋体" w:hAnsi="宋体" w:eastAsia="宋体"/>
          <w:sz w:val="24"/>
        </w:rPr>
        <w:t>「什么情况？？神豪殿全员身上冒金光了！」</w:t>
      </w:r>
    </w:p>
    <w:p>
      <w:pPr>
        <w:spacing w:line="560" w:lineRule="exact"/>
        <w:ind w:firstLine="420"/>
      </w:pPr>
      <w:r>
        <w:rPr>
          <w:rFonts w:ascii="宋体" w:hAnsi="宋体" w:eastAsia="宋体"/>
          <w:sz w:val="24"/>
        </w:rPr>
        <w:t>「团队鼓舞？这是什么技能？游戏里有这个技能吗？」</w:t>
      </w:r>
    </w:p>
    <w:p>
      <w:pPr>
        <w:spacing w:line="560" w:lineRule="exact"/>
        <w:ind w:firstLine="420"/>
      </w:pPr>
      <w:r>
        <w:rPr>
          <w:rFonts w:ascii="宋体" w:hAnsi="宋体" w:eastAsia="宋体"/>
          <w:sz w:val="24"/>
        </w:rPr>
        <w:t>「我查了……这是公会专属技能？？神豪商店买的？？」</w:t>
      </w:r>
    </w:p>
    <w:p>
      <w:pPr>
        <w:spacing w:line="560" w:lineRule="exact"/>
        <w:ind w:firstLine="420"/>
      </w:pPr>
      <w:r>
        <w:rPr>
          <w:rFonts w:ascii="宋体" w:hAnsi="宋体" w:eastAsia="宋体"/>
          <w:sz w:val="24"/>
        </w:rPr>
        <w:t>「普通玩家充钱还能买BUFF？？？」</w:t>
      </w:r>
    </w:p>
    <w:p>
      <w:pPr>
        <w:spacing w:line="560" w:lineRule="exact"/>
        <w:ind w:firstLine="420"/>
      </w:pPr>
      <w:r>
        <w:rPr>
          <w:rFonts w:ascii="宋体" w:hAnsi="宋体" w:eastAsia="宋体"/>
          <w:sz w:val="24"/>
        </w:rPr>
        <w:t>龙腾天的笑容僵在了脸上。</w:t>
      </w:r>
    </w:p>
    <w:p>
      <w:pPr>
        <w:spacing w:line="560" w:lineRule="exact"/>
        <w:ind w:firstLine="420"/>
      </w:pPr>
      <w:r>
        <w:rPr>
          <w:rFonts w:ascii="宋体" w:hAnsi="宋体" w:eastAsia="宋体"/>
          <w:sz w:val="24"/>
        </w:rPr>
        <w:t>比赛倒计时的数字在光幕上跳动：10、9、8……每一声都敲在所有观众的心弦上。</w:t>
      </w:r>
    </w:p>
    <w:p>
      <w:pPr>
        <w:spacing w:line="560" w:lineRule="exact"/>
        <w:ind w:firstLine="420"/>
      </w:pPr>
      <w:r>
        <w:rPr>
          <w:rFonts w:ascii="宋体" w:hAnsi="宋体" w:eastAsia="宋体"/>
          <w:sz w:val="24"/>
        </w:rPr>
        <w:t>林风缓缓举起了死亡裁决者。</w:t>
      </w:r>
    </w:p>
    <w:p>
      <w:pPr>
        <w:spacing w:line="560" w:lineRule="exact"/>
        <w:ind w:firstLine="420"/>
      </w:pPr>
      <w:r>
        <w:rPr>
          <w:rFonts w:ascii="宋体" w:hAnsi="宋体" w:eastAsia="宋体"/>
          <w:sz w:val="24"/>
        </w:rPr>
        <w:t>「神豪殿——让他们看看，什么叫神豪的力量。」</w:t>
      </w:r>
    </w:p>
    <w:p>
      <w:pPr>
        <w:spacing w:line="560" w:lineRule="exact"/>
        <w:ind w:firstLine="420"/>
      </w:pPr>
      <w:r>
        <w:rPr>
          <w:rFonts w:ascii="宋体" w:hAnsi="宋体" w:eastAsia="宋体"/>
          <w:sz w:val="24"/>
        </w:rPr>
        <w:t>7、6、5——</w:t>
      </w:r>
    </w:p>
    <w:p>
      <w:pPr>
        <w:spacing w:line="560" w:lineRule="exact"/>
        <w:ind w:firstLine="420"/>
      </w:pPr>
      <w:r>
        <w:rPr>
          <w:rFonts w:ascii="宋体" w:hAnsi="宋体" w:eastAsia="宋体"/>
          <w:sz w:val="24"/>
        </w:rPr>
        <w:t>龙腾天的脸色变得阴沉：「所有人准备！等我号令——集火风雪夜归人！」</w:t>
      </w:r>
    </w:p>
    <w:p>
      <w:pPr>
        <w:spacing w:line="560" w:lineRule="exact"/>
        <w:ind w:firstLine="420"/>
      </w:pPr>
      <w:r>
        <w:rPr>
          <w:rFonts w:ascii="宋体" w:hAnsi="宋体" w:eastAsia="宋体"/>
          <w:sz w:val="24"/>
        </w:rPr>
        <w:t>4、3、2——</w:t>
      </w:r>
    </w:p>
    <w:p>
      <w:pPr>
        <w:spacing w:line="560" w:lineRule="exact"/>
        <w:ind w:firstLine="420"/>
      </w:pPr>
      <w:r>
        <w:rPr>
          <w:rFonts w:ascii="宋体" w:hAnsi="宋体" w:eastAsia="宋体"/>
          <w:sz w:val="24"/>
        </w:rPr>
        <w:t>林风嘴角微扬。</w:t>
      </w:r>
    </w:p>
    <w:p>
      <w:pPr>
        <w:spacing w:line="560" w:lineRule="exact"/>
        <w:ind w:firstLine="420"/>
      </w:pPr>
      <w:r>
        <w:rPr>
          <w:rFonts w:ascii="宋体" w:hAnsi="宋体" w:eastAsia="宋体"/>
          <w:sz w:val="24"/>
        </w:rPr>
        <w:t>1——</w:t>
      </w:r>
    </w:p>
    <w:p>
      <w:pPr>
        <w:spacing w:line="560" w:lineRule="exact"/>
        <w:ind w:firstLine="420"/>
      </w:pPr>
      <w:r>
        <w:rPr>
          <w:rFonts w:ascii="宋体" w:hAnsi="宋体" w:eastAsia="宋体"/>
          <w:sz w:val="24"/>
        </w:rPr>
        <w:t>「第一局比赛，正式开始！」</w:t>
      </w:r>
    </w:p>
    <w:p>
      <w:pPr>
        <w:spacing w:line="560" w:lineRule="exact"/>
        <w:ind w:firstLine="420"/>
      </w:pPr>
      <w:r>
        <w:rPr>
          <w:rFonts w:ascii="宋体" w:hAnsi="宋体" w:eastAsia="宋体"/>
          <w:sz w:val="24"/>
        </w:rPr>
        <w:t>龙腾天的二十名精英成员如同离弦之箭一般瞬间冲锋而出！前排坦克顶盾开路，后排法师读条准备，配合默契得像是演练了上千次。五名法师同时吟唱，漫天冰锥火球铺天盖地砸向神豪殿的阵地！</w:t>
      </w:r>
    </w:p>
    <w:p>
      <w:pPr>
        <w:spacing w:line="560" w:lineRule="exact"/>
        <w:ind w:firstLine="420"/>
      </w:pPr>
      <w:r>
        <w:rPr>
          <w:rFonts w:ascii="宋体" w:hAnsi="宋体" w:eastAsia="宋体"/>
          <w:sz w:val="24"/>
        </w:rPr>
        <w:t>但林风比他们更快。</w:t>
      </w:r>
    </w:p>
    <w:p>
      <w:pPr>
        <w:spacing w:line="560" w:lineRule="exact"/>
        <w:ind w:firstLine="420"/>
      </w:pPr>
      <w:r>
        <w:rPr>
          <w:rFonts w:ascii="宋体" w:hAnsi="宋体" w:eastAsia="宋体"/>
          <w:sz w:val="24"/>
        </w:rPr>
        <w:t>他抬手一挥——一道金光从天而降！</w:t>
      </w:r>
    </w:p>
    <w:p>
      <w:pPr>
        <w:spacing w:line="560" w:lineRule="exact"/>
        <w:ind w:firstLine="420"/>
      </w:pPr>
      <w:r>
        <w:rPr>
          <w:rFonts w:ascii="宋体" w:hAnsi="宋体" w:eastAsia="宋体"/>
          <w:sz w:val="24"/>
        </w:rPr>
        <w:t>【神豪·绝对压制！消耗1000万游戏币——激活！】</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一道直径二十米的金色光柱从天而降，直接砸在了龙腾团队的正中央！</w:t>
      </w:r>
    </w:p>
    <w:p>
      <w:pPr>
        <w:spacing w:line="560" w:lineRule="exact"/>
        <w:ind w:firstLine="420"/>
      </w:pPr>
      <w:r>
        <w:rPr>
          <w:rFonts w:ascii="宋体" w:hAnsi="宋体" w:eastAsia="宋体"/>
          <w:sz w:val="24"/>
        </w:rPr>
        <w:t>-50000！-50000！-50000！-50000！……</w:t>
      </w:r>
    </w:p>
    <w:p>
      <w:pPr>
        <w:spacing w:line="560" w:lineRule="exact"/>
        <w:ind w:firstLine="420"/>
      </w:pPr>
      <w:r>
        <w:rPr>
          <w:rFonts w:ascii="宋体" w:hAnsi="宋体" w:eastAsia="宋体"/>
          <w:sz w:val="24"/>
        </w:rPr>
        <w:t>一连串的伤害数字从龙腾全员头上跳出！二十个人的血条同时暴跌！</w:t>
      </w:r>
    </w:p>
    <w:p>
      <w:pPr>
        <w:spacing w:line="560" w:lineRule="exact"/>
        <w:ind w:firstLine="420"/>
      </w:pPr>
      <w:r>
        <w:rPr>
          <w:rFonts w:ascii="宋体" w:hAnsi="宋体" w:eastAsia="宋体"/>
          <w:sz w:val="24"/>
        </w:rPr>
        <w:t>前排的坦克勉强扛住了这一波伤害——但法师和弓箭手的血量直接见底！三名治疗疯狂加血，但一个五万的伤害缺口根本填不上！</w:t>
      </w:r>
    </w:p>
    <w:p>
      <w:pPr>
        <w:spacing w:line="560" w:lineRule="exact"/>
        <w:ind w:firstLine="420"/>
      </w:pPr>
      <w:r>
        <w:rPr>
          <w:rFonts w:ascii="宋体" w:hAnsi="宋体" w:eastAsia="宋体"/>
          <w:sz w:val="24"/>
        </w:rPr>
        <w:t>「什么？？？这是范围伤害？？？」龙腾天瞳孔骤缩。</w:t>
      </w:r>
    </w:p>
    <w:p>
      <w:pPr>
        <w:spacing w:line="560" w:lineRule="exact"/>
        <w:ind w:firstLine="420"/>
      </w:pPr>
      <w:r>
        <w:rPr>
          <w:rFonts w:ascii="宋体" w:hAnsi="宋体" w:eastAsia="宋体"/>
          <w:sz w:val="24"/>
        </w:rPr>
        <w:t>然而还没等他反应过来，神豪殿的二十人已经杀到了面前！</w:t>
      </w:r>
    </w:p>
    <w:p>
      <w:pPr>
        <w:spacing w:line="560" w:lineRule="exact"/>
        <w:ind w:firstLine="420"/>
      </w:pPr>
      <w:r>
        <w:rPr>
          <w:rFonts w:ascii="宋体" w:hAnsi="宋体" w:eastAsia="宋体"/>
          <w:sz w:val="24"/>
        </w:rPr>
        <w:t>「兄弟们——冲啊！！」赵铁柱举着传说级盾牌一马当先，直接撞进了龙腾的阵型中！</w:t>
      </w:r>
    </w:p>
    <w:p>
      <w:pPr>
        <w:spacing w:line="560" w:lineRule="exact"/>
        <w:ind w:firstLine="420"/>
      </w:pPr>
      <w:r>
        <w:rPr>
          <w:rFonts w:ascii="宋体" w:hAnsi="宋体" w:eastAsia="宋体"/>
          <w:sz w:val="24"/>
        </w:rPr>
        <w:t>剑舞天下紧随其后，步伐灵活得像一道影子。他手中的双剑在灯光下划出两道银色的弧光，交叉斩出，直接切掉了对方一名残血法师的喉咙。</w:t>
      </w:r>
    </w:p>
    <w:p>
      <w:pPr>
        <w:spacing w:line="560" w:lineRule="exact"/>
        <w:ind w:firstLine="420"/>
      </w:pPr>
      <w:r>
        <w:rPr>
          <w:rFonts w:ascii="宋体" w:hAnsi="宋体" w:eastAsia="宋体"/>
          <w:sz w:val="24"/>
        </w:rPr>
        <w:t>「干得漂亮！」狂战八方怒吼一声，巨剑横扫，三名龙腾的弓箭手同时被击飞！</w:t>
      </w:r>
    </w:p>
    <w:p>
      <w:pPr>
        <w:spacing w:line="560" w:lineRule="exact"/>
        <w:ind w:firstLine="420"/>
      </w:pPr>
      <w:r>
        <w:rPr>
          <w:rFonts w:ascii="宋体" w:hAnsi="宋体" w:eastAsia="宋体"/>
          <w:sz w:val="24"/>
        </w:rPr>
        <w:t>苏小雅站在后排，手中的弓箭连珠般射出——每一箭都精准地命中对方治疗的咽喉，打断他们的施法！</w:t>
      </w:r>
    </w:p>
    <w:p>
      <w:pPr>
        <w:spacing w:line="560" w:lineRule="exact"/>
        <w:ind w:firstLine="420"/>
      </w:pPr>
      <w:r>
        <w:rPr>
          <w:rFonts w:ascii="宋体" w:hAnsi="宋体" w:eastAsia="宋体"/>
          <w:sz w:val="24"/>
        </w:rPr>
        <w:t>「治疗被集火了！！快掩护！」龙腾天的声音第一次出现了慌乱。</w:t>
      </w:r>
    </w:p>
    <w:p>
      <w:pPr>
        <w:spacing w:line="560" w:lineRule="exact"/>
        <w:ind w:firstLine="420"/>
      </w:pPr>
      <w:r>
        <w:rPr>
          <w:rFonts w:ascii="宋体" w:hAnsi="宋体" w:eastAsia="宋体"/>
          <w:sz w:val="24"/>
        </w:rPr>
        <w:t>但已经来不及了。</w:t>
      </w:r>
    </w:p>
    <w:p>
      <w:pPr>
        <w:spacing w:line="560" w:lineRule="exact"/>
        <w:ind w:firstLine="420"/>
      </w:pPr>
      <w:r>
        <w:rPr>
          <w:rFonts w:ascii="宋体" w:hAnsi="宋体" w:eastAsia="宋体"/>
          <w:sz w:val="24"/>
        </w:rPr>
        <w:t>神豪殿的二十名成员，在30%全属性加成的强力加持下，每个人就像打了鸡血一样猛。虽然装备不如对手，但属性碾压之下，装备差距被完全抹平了。</w:t>
      </w:r>
    </w:p>
    <w:p>
      <w:pPr>
        <w:spacing w:line="560" w:lineRule="exact"/>
        <w:ind w:firstLine="420"/>
      </w:pPr>
      <w:r>
        <w:rPr>
          <w:rFonts w:ascii="宋体" w:hAnsi="宋体" w:eastAsia="宋体"/>
          <w:sz w:val="24"/>
        </w:rPr>
        <w:t>第一局——神豪殿胜。</w:t>
      </w:r>
    </w:p>
    <w:p>
      <w:pPr>
        <w:spacing w:line="560" w:lineRule="exact"/>
        <w:ind w:firstLine="420"/>
      </w:pPr>
      <w:r>
        <w:rPr>
          <w:rFonts w:ascii="宋体" w:hAnsi="宋体" w:eastAsia="宋体"/>
          <w:sz w:val="24"/>
        </w:rPr>
        <w:t>第一局比分：1:0。</w:t>
      </w:r>
    </w:p>
    <w:p>
      <w:pPr>
        <w:spacing w:line="560" w:lineRule="exact"/>
        <w:ind w:firstLine="420"/>
      </w:pPr>
      <w:r>
        <w:rPr>
          <w:rFonts w:ascii="宋体" w:hAnsi="宋体" w:eastAsia="宋体"/>
          <w:sz w:val="24"/>
        </w:rPr>
        <w:t>看台上鸦雀无声。</w:t>
      </w:r>
    </w:p>
    <w:p>
      <w:pPr>
        <w:spacing w:line="560" w:lineRule="exact"/>
        <w:ind w:firstLine="420"/>
      </w:pPr>
      <w:r>
        <w:rPr>
          <w:rFonts w:ascii="宋体" w:hAnsi="宋体" w:eastAsia="宋体"/>
          <w:sz w:val="24"/>
        </w:rPr>
        <w:t>刚才还在嘲笑神豪殿的观众，此刻全都张大了嘴巴。</w:t>
      </w:r>
    </w:p>
    <w:p>
      <w:pPr>
        <w:spacing w:line="560" w:lineRule="exact"/>
        <w:ind w:firstLine="420"/>
      </w:pPr>
      <w:r>
        <w:rPr>
          <w:rFonts w:ascii="宋体" w:hAnsi="宋体" w:eastAsia="宋体"/>
          <w:sz w:val="24"/>
        </w:rPr>
        <w:t>龙腾天的脸色已经黑得像锅底一样，双眼中几乎要喷出火来。他咬着牙，在公会频道里吼道：「第二局！所有人换防御姿态！不要让他们冲散阵型！」</w:t>
      </w:r>
    </w:p>
    <w:p>
      <w:pPr>
        <w:spacing w:line="560" w:lineRule="exact"/>
        <w:ind w:firstLine="420"/>
      </w:pPr>
      <w:r>
        <w:rPr>
          <w:rFonts w:ascii="宋体" w:hAnsi="宋体" w:eastAsia="宋体"/>
          <w:sz w:val="24"/>
        </w:rPr>
        <w:t>第二局开始。</w:t>
      </w:r>
    </w:p>
    <w:p>
      <w:pPr>
        <w:spacing w:line="560" w:lineRule="exact"/>
        <w:ind w:firstLine="420"/>
      </w:pPr>
      <w:r>
        <w:rPr>
          <w:rFonts w:ascii="宋体" w:hAnsi="宋体" w:eastAsia="宋体"/>
          <w:sz w:val="24"/>
        </w:rPr>
        <w:t>龙腾天改变了策略——全员龟缩防守，五名坦克顶在最前面，后排全力输出。</w:t>
      </w:r>
    </w:p>
    <w:p>
      <w:pPr>
        <w:spacing w:line="560" w:lineRule="exact"/>
        <w:ind w:firstLine="420"/>
      </w:pPr>
      <w:r>
        <w:rPr>
          <w:rFonts w:ascii="宋体" w:hAnsi="宋体" w:eastAsia="宋体"/>
          <w:sz w:val="24"/>
        </w:rPr>
        <w:t>但林风等的就是这个。</w:t>
      </w:r>
    </w:p>
    <w:p>
      <w:pPr>
        <w:spacing w:line="560" w:lineRule="exact"/>
        <w:ind w:firstLine="420"/>
      </w:pPr>
      <w:r>
        <w:rPr>
          <w:rFonts w:ascii="宋体" w:hAnsi="宋体" w:eastAsia="宋体"/>
          <w:sz w:val="24"/>
        </w:rPr>
        <w:t>他单人绕后，直接出现在龙腾的后排阵地中。</w:t>
      </w:r>
    </w:p>
    <w:p>
      <w:pPr>
        <w:spacing w:line="560" w:lineRule="exact"/>
        <w:ind w:firstLine="420"/>
      </w:pPr>
      <w:r>
        <w:rPr>
          <w:rFonts w:ascii="宋体" w:hAnsi="宋体" w:eastAsia="宋体"/>
          <w:sz w:val="24"/>
        </w:rPr>
        <w:t>死亡裁决者出鞘——</w:t>
      </w:r>
    </w:p>
    <w:p>
      <w:pPr>
        <w:spacing w:line="560" w:lineRule="exact"/>
        <w:ind w:firstLine="420"/>
      </w:pPr>
      <w:r>
        <w:rPr>
          <w:rFonts w:ascii="宋体" w:hAnsi="宋体" w:eastAsia="宋体"/>
          <w:sz w:val="24"/>
        </w:rPr>
        <w:t>【神豪·金钱风暴】！消耗100万游戏币！</w:t>
      </w:r>
    </w:p>
    <w:p>
      <w:pPr>
        <w:spacing w:line="560" w:lineRule="exact"/>
        <w:ind w:firstLine="420"/>
      </w:pPr>
      <w:r>
        <w:rPr>
          <w:rFonts w:ascii="宋体" w:hAnsi="宋体" w:eastAsia="宋体"/>
          <w:sz w:val="24"/>
        </w:rPr>
        <w:t>金色的剑光如暴雨般倾泻而下，后排的五名法师和四名弓箭手还没反应过来就被秒杀了三个！</w:t>
      </w:r>
    </w:p>
    <w:p>
      <w:pPr>
        <w:spacing w:line="560" w:lineRule="exact"/>
        <w:ind w:firstLine="420"/>
      </w:pPr>
      <w:r>
        <w:rPr>
          <w:rFonts w:ascii="宋体" w:hAnsi="宋体" w:eastAsia="宋体"/>
          <w:sz w:val="24"/>
        </w:rPr>
        <w:t>「他在后面！！拦住他！！」龙腾天嘶吼着转身冲向后排。</w:t>
      </w:r>
    </w:p>
    <w:p>
      <w:pPr>
        <w:spacing w:line="560" w:lineRule="exact"/>
        <w:ind w:firstLine="420"/>
      </w:pPr>
      <w:r>
        <w:rPr>
          <w:rFonts w:ascii="宋体" w:hAnsi="宋体" w:eastAsia="宋体"/>
          <w:sz w:val="24"/>
        </w:rPr>
        <w:t>但林风的身影如同鬼魅一般飘忽不定——隐身模式下的他根本锁定不了。等龙腾天赶到后排时，剩下的六名远程职业已经被林风全部切掉了。</w:t>
      </w:r>
    </w:p>
    <w:p>
      <w:pPr>
        <w:spacing w:line="560" w:lineRule="exact"/>
        <w:ind w:firstLine="420"/>
      </w:pPr>
      <w:r>
        <w:rPr>
          <w:rFonts w:ascii="宋体" w:hAnsi="宋体" w:eastAsia="宋体"/>
          <w:sz w:val="24"/>
        </w:rPr>
        <w:t>后排全灭。前排的坦克失去了输出支援，成了活靶子。</w:t>
      </w:r>
    </w:p>
    <w:p>
      <w:pPr>
        <w:spacing w:line="560" w:lineRule="exact"/>
        <w:ind w:firstLine="420"/>
      </w:pPr>
      <w:r>
        <w:rPr>
          <w:rFonts w:ascii="宋体" w:hAnsi="宋体" w:eastAsia="宋体"/>
          <w:sz w:val="24"/>
        </w:rPr>
        <w:t>第二局——神豪殿胜。</w:t>
      </w:r>
    </w:p>
    <w:p>
      <w:pPr>
        <w:spacing w:line="560" w:lineRule="exact"/>
        <w:ind w:firstLine="420"/>
      </w:pPr>
      <w:r>
        <w:rPr>
          <w:rFonts w:ascii="宋体" w:hAnsi="宋体" w:eastAsia="宋体"/>
          <w:sz w:val="24"/>
        </w:rPr>
        <w:t>最终比分：2:0。</w:t>
      </w:r>
    </w:p>
    <w:p>
      <w:pPr>
        <w:spacing w:line="560" w:lineRule="exact"/>
        <w:ind w:firstLine="420"/>
      </w:pPr>
      <w:r>
        <w:rPr>
          <w:rFonts w:ascii="宋体" w:hAnsi="宋体" w:eastAsia="宋体"/>
          <w:sz w:val="24"/>
        </w:rPr>
        <w:t>「本场比赛正式结束——最终胜者：「神豪殿」！」</w:t>
      </w:r>
    </w:p>
    <w:p>
      <w:pPr>
        <w:spacing w:line="560" w:lineRule="exact"/>
        <w:ind w:firstLine="420"/>
      </w:pPr>
      <w:r>
        <w:rPr>
          <w:rFonts w:ascii="宋体" w:hAnsi="宋体" w:eastAsia="宋体"/>
          <w:sz w:val="24"/>
        </w:rPr>
        <w:t>系统公告响彻全服。</w:t>
      </w:r>
    </w:p>
    <w:p>
      <w:pPr>
        <w:spacing w:line="560" w:lineRule="exact"/>
        <w:ind w:firstLine="420"/>
      </w:pPr>
      <w:r>
        <w:rPr>
          <w:rFonts w:ascii="宋体" w:hAnsi="宋体" w:eastAsia="宋体"/>
          <w:sz w:val="24"/>
        </w:rPr>
        <w:t>竞技场沉默了三秒，然后爆发出震天的惊呼声——</w:t>
      </w:r>
    </w:p>
    <w:p>
      <w:pPr>
        <w:spacing w:line="560" w:lineRule="exact"/>
        <w:ind w:firstLine="420"/>
      </w:pPr>
      <w:r>
        <w:rPr>
          <w:rFonts w:ascii="宋体" w:hAnsi="宋体" w:eastAsia="宋体"/>
          <w:sz w:val="24"/>
        </w:rPr>
        <w:t>「神豪殿赢了？？？横扫龙腾？？」</w:t>
      </w:r>
    </w:p>
    <w:p>
      <w:pPr>
        <w:spacing w:line="560" w:lineRule="exact"/>
        <w:ind w:firstLine="420"/>
      </w:pPr>
      <w:r>
        <w:rPr>
          <w:rFonts w:ascii="宋体" w:hAnsi="宋体" w:eastAsia="宋体"/>
          <w:sz w:val="24"/>
        </w:rPr>
        <w:t>「2:0！！这简直是碾压啊！！」</w:t>
      </w:r>
    </w:p>
    <w:p>
      <w:pPr>
        <w:spacing w:line="560" w:lineRule="exact"/>
        <w:ind w:firstLine="420"/>
      </w:pPr>
      <w:r>
        <w:rPr>
          <w:rFonts w:ascii="宋体" w:hAnsi="宋体" w:eastAsia="宋体"/>
          <w:sz w:val="24"/>
        </w:rPr>
        <w:t>「龙腾精英团被一个新公会2:0剃了光头！！」</w:t>
      </w:r>
    </w:p>
    <w:p>
      <w:pPr>
        <w:spacing w:line="560" w:lineRule="exact"/>
        <w:ind w:firstLine="420"/>
      </w:pPr>
      <w:r>
        <w:rPr>
          <w:rFonts w:ascii="宋体" w:hAnsi="宋体" w:eastAsia="宋体"/>
          <w:sz w:val="24"/>
        </w:rPr>
        <w:t>「风雪夜归人到底是什么怪物……那一下金色光柱直接打残了龙腾全队！」</w:t>
      </w:r>
    </w:p>
    <w:p>
      <w:pPr>
        <w:spacing w:line="560" w:lineRule="exact"/>
        <w:ind w:firstLine="420"/>
      </w:pPr>
      <w:r>
        <w:rPr>
          <w:rFonts w:ascii="宋体" w:hAnsi="宋体" w:eastAsia="宋体"/>
          <w:sz w:val="24"/>
        </w:rPr>
        <w:t>「神豪殿——这个名字从今天起，整个《天界》没人敢小看了。」</w:t>
      </w:r>
    </w:p>
    <w:p>
      <w:pPr>
        <w:spacing w:line="560" w:lineRule="exact"/>
        <w:ind w:firstLine="420"/>
      </w:pPr>
      <w:r>
        <w:rPr>
          <w:rFonts w:ascii="宋体" w:hAnsi="宋体" w:eastAsia="宋体"/>
          <w:sz w:val="24"/>
        </w:rPr>
        <w:t>龙腾天站在竞技场中央，浑身颤抖。他的传说级战斧还握在手中，但上面的光芒仿佛已经黯淡了。</w:t>
      </w:r>
    </w:p>
    <w:p>
      <w:pPr>
        <w:spacing w:line="560" w:lineRule="exact"/>
        <w:ind w:firstLine="420"/>
      </w:pPr>
      <w:r>
        <w:rPr>
          <w:rFonts w:ascii="宋体" w:hAnsi="宋体" w:eastAsia="宋体"/>
          <w:sz w:val="24"/>
        </w:rPr>
        <w:t>他抬头看向对面——林风正缓缓收起死亡裁决者，目光平静地看着他。</w:t>
      </w:r>
    </w:p>
    <w:p>
      <w:pPr>
        <w:spacing w:line="560" w:lineRule="exact"/>
        <w:ind w:firstLine="420"/>
      </w:pPr>
      <w:r>
        <w:rPr>
          <w:rFonts w:ascii="宋体" w:hAnsi="宋体" w:eastAsia="宋体"/>
          <w:sz w:val="24"/>
        </w:rPr>
        <w:t>「我说了，那就试试。」林风淡淡地说。</w:t>
      </w:r>
    </w:p>
    <w:p>
      <w:pPr>
        <w:spacing w:line="560" w:lineRule="exact"/>
        <w:ind w:firstLine="420"/>
      </w:pPr>
      <w:r>
        <w:rPr>
          <w:rFonts w:ascii="宋体" w:hAnsi="宋体" w:eastAsia="宋体"/>
          <w:sz w:val="24"/>
        </w:rPr>
        <w:t>然后他转身，带着神豪殿的二十人，在全场两万人的注视下，走出了竞技场。</w:t>
      </w:r>
    </w:p>
    <w:p>
      <w:pPr>
        <w:spacing w:line="560" w:lineRule="exact"/>
        <w:ind w:firstLine="420"/>
      </w:pPr>
      <w:r>
        <w:rPr>
          <w:rFonts w:ascii="宋体" w:hAnsi="宋体" w:eastAsia="宋体"/>
          <w:sz w:val="24"/>
        </w:rPr>
        <w:t>身后，龙腾天站在原地，死死盯着林风离去的方向。他手中的战斧手柄被他捏得嘎吱作响，指节泛白，最后直接碎裂。</w:t>
      </w:r>
    </w:p>
    <w:p>
      <w:pPr>
        <w:spacing w:line="560" w:lineRule="exact"/>
        <w:ind w:firstLine="420"/>
      </w:pPr>
      <w:r>
        <w:rPr>
          <w:rFonts w:ascii="宋体" w:hAnsi="宋体" w:eastAsia="宋体"/>
          <w:sz w:val="24"/>
        </w:rPr>
        <w:t>「风雪夜归人……你给我等着。」</w:t>
      </w:r>
    </w:p>
    <w:p>
      <w:pPr>
        <w:spacing w:line="560" w:lineRule="exact"/>
        <w:ind w:firstLine="420"/>
      </w:pPr>
      <w:r>
        <w:rPr>
          <w:rFonts w:ascii="宋体" w:hAnsi="宋体" w:eastAsia="宋体"/>
          <w:sz w:val="24"/>
        </w:rPr>
        <w:t>但林风已经听不到了。</w:t>
      </w:r>
    </w:p>
    <w:p>
      <w:pPr>
        <w:spacing w:line="560" w:lineRule="exact"/>
        <w:ind w:firstLine="420"/>
      </w:pPr>
      <w:r>
        <w:rPr>
          <w:rFonts w:ascii="宋体" w:hAnsi="宋体" w:eastAsia="宋体"/>
          <w:sz w:val="24"/>
        </w:rPr>
        <w:t>他走出竞技场的大门，打开了公会频道。</w:t>
      </w:r>
    </w:p>
    <w:p>
      <w:pPr>
        <w:spacing w:line="560" w:lineRule="exact"/>
        <w:ind w:firstLine="420"/>
      </w:pPr>
      <w:r>
        <w:rPr>
          <w:rFonts w:ascii="宋体" w:hAnsi="宋体" w:eastAsia="宋体"/>
          <w:sz w:val="24"/>
        </w:rPr>
        <w:t>里面已经炸成了一锅粥——消息刷屏的速度快到他根本看不清。</w:t>
      </w:r>
    </w:p>
    <w:p>
      <w:pPr>
        <w:spacing w:line="560" w:lineRule="exact"/>
        <w:ind w:firstLine="420"/>
      </w:pPr>
      <w:r>
        <w:rPr>
          <w:rFonts w:ascii="宋体" w:hAnsi="宋体" w:eastAsia="宋体"/>
          <w:sz w:val="24"/>
        </w:rPr>
        <w:t>他站在竞技场外的广场上，月光洒在他黑色的斗篷上。他笑了笑，打开公会频道打了几个字——</w:t>
      </w:r>
    </w:p>
    <w:p>
      <w:pPr>
        <w:spacing w:line="560" w:lineRule="exact"/>
        <w:ind w:firstLine="420"/>
      </w:pPr>
      <w:r>
        <w:rPr>
          <w:rFonts w:ascii="宋体" w:hAnsi="宋体" w:eastAsia="宋体"/>
          <w:sz w:val="24"/>
        </w:rPr>
        <w:t>【风雪夜归人】：「这只是开始。更大的风暴——还在后面。」</w:t>
      </w:r>
    </w:p>
    <w:p>
      <w:r>
        <w:br w:type="page"/>
      </w:r>
    </w:p>
    <w:p>
      <w:pPr>
        <w:jc w:val="center"/>
      </w:pPr>
      <w:r>
        <w:rPr>
          <w:b/>
          <w:sz w:val="32"/>
        </w:rPr>
        <w:t>第013章 美女主播</w:t>
      </w:r>
    </w:p>
    <w:p>
      <w:pPr>
        <w:jc w:val="center"/>
      </w:pPr>
      <w:r>
        <w:rPr>
          <w:color w:val="999999"/>
          <w:sz w:val="18"/>
        </w:rPr>
        <w:t>（3,086字）</w:t>
      </w:r>
    </w:p>
    <w:p/>
    <w:p>
      <w:pPr>
        <w:spacing w:line="560" w:lineRule="exact"/>
        <w:ind w:firstLine="420"/>
      </w:pPr>
      <w:r>
        <w:rPr>
          <w:rFonts w:ascii="宋体" w:hAnsi="宋体" w:eastAsia="宋体"/>
          <w:sz w:val="24"/>
        </w:rPr>
        <w:t>公会争霸赛倒计时：两天。</w:t>
      </w:r>
    </w:p>
    <w:p>
      <w:pPr>
        <w:spacing w:line="560" w:lineRule="exact"/>
        <w:ind w:firstLine="420"/>
      </w:pPr>
      <w:r>
        <w:rPr>
          <w:rFonts w:ascii="宋体" w:hAnsi="宋体" w:eastAsia="宋体"/>
          <w:sz w:val="24"/>
        </w:rPr>
        <w:t>清晨的阳光洒在天风城的白石街道上，整座城市笼罩在一片金色的光辉中。公会大厅前的广场上，神豪殿的成员们已经集结完毕——四十五人整齐列队，装备焕然一新，气势十足。</w:t>
      </w:r>
    </w:p>
    <w:p>
      <w:pPr>
        <w:spacing w:line="560" w:lineRule="exact"/>
        <w:ind w:firstLine="420"/>
      </w:pPr>
      <w:r>
        <w:rPr>
          <w:rFonts w:ascii="宋体" w:hAnsi="宋体" w:eastAsia="宋体"/>
          <w:sz w:val="24"/>
        </w:rPr>
        <w:t>经过昨天一天的副本刷装备，林风带着核心成员横扫了三个副本——幽暗森林（首通）、死亡矿井（二刷带人）、血色修道院（首通）。每个核心成员都换上了至少一件传说级装备，属性面板翻了一倍不止。</w:t>
      </w:r>
    </w:p>
    <w:p>
      <w:pPr>
        <w:spacing w:line="560" w:lineRule="exact"/>
        <w:ind w:firstLine="420"/>
      </w:pPr>
      <w:r>
        <w:rPr>
          <w:rFonts w:ascii="宋体" w:hAnsi="宋体" w:eastAsia="宋体"/>
          <w:sz w:val="24"/>
        </w:rPr>
        <w:t>苏小雅站在队伍最前方，手持法杖，穿着一件冰蓝色的传说级法袍——这是林风从限时商城买来送给她的。法袍的裙摆在微风中轻轻摆动，表面流动着晶莹的冰纹光泽，引来无数路人的侧目。</w:t>
      </w:r>
    </w:p>
    <w:p>
      <w:pPr>
        <w:spacing w:line="560" w:lineRule="exact"/>
        <w:ind w:firstLine="420"/>
      </w:pPr>
      <w:r>
        <w:rPr>
          <w:rFonts w:ascii="宋体" w:hAnsi="宋体" w:eastAsia="宋体"/>
          <w:sz w:val="24"/>
        </w:rPr>
        <w:t>"这装备光效……雨落姐也换传说装了！"</w:t>
      </w:r>
    </w:p>
    <w:p>
      <w:pPr>
        <w:spacing w:line="560" w:lineRule="exact"/>
        <w:ind w:firstLine="420"/>
      </w:pPr>
      <w:r>
        <w:rPr>
          <w:rFonts w:ascii="宋体" w:hAnsi="宋体" w:eastAsia="宋体"/>
          <w:sz w:val="24"/>
        </w:rPr>
        <w:t>"神豪殿这是人手一件传说？这也太壕了吧！"</w:t>
      </w:r>
    </w:p>
    <w:p>
      <w:pPr>
        <w:spacing w:line="560" w:lineRule="exact"/>
        <w:ind w:firstLine="420"/>
      </w:pPr>
      <w:r>
        <w:rPr>
          <w:rFonts w:ascii="宋体" w:hAnsi="宋体" w:eastAsia="宋体"/>
          <w:sz w:val="24"/>
        </w:rPr>
        <w:t>"我听说风雪大佬昨天一天在副本里掉了五件传说，全分给核心成员了！"</w:t>
      </w:r>
    </w:p>
    <w:p>
      <w:pPr>
        <w:spacing w:line="560" w:lineRule="exact"/>
        <w:ind w:firstLine="420"/>
      </w:pPr>
      <w:r>
        <w:rPr>
          <w:rFonts w:ascii="宋体" w:hAnsi="宋体" w:eastAsia="宋体"/>
          <w:sz w:val="24"/>
        </w:rPr>
        <w:t>"五件传说……说送就送？这什么神仙会长！"</w:t>
      </w:r>
    </w:p>
    <w:p>
      <w:pPr>
        <w:spacing w:line="560" w:lineRule="exact"/>
        <w:ind w:firstLine="420"/>
      </w:pPr>
      <w:r>
        <w:rPr>
          <w:rFonts w:ascii="宋体" w:hAnsi="宋体" w:eastAsia="宋体"/>
          <w:sz w:val="24"/>
        </w:rPr>
        <w:t>苏小雅打开直播镜头，将这一幕实时传送到她的直播间中。弹幕瞬间刷屏——</w:t>
      </w:r>
    </w:p>
    <w:p>
      <w:pPr>
        <w:spacing w:line="560" w:lineRule="exact"/>
        <w:ind w:firstLine="420"/>
      </w:pPr>
      <w:r>
        <w:rPr>
          <w:rFonts w:ascii="宋体" w:hAnsi="宋体" w:eastAsia="宋体"/>
          <w:sz w:val="24"/>
        </w:rPr>
        <w:t>「卧槽这阵仗！神豪殿全员列队！」</w:t>
        <w:br/>
        <w:t>「雨落姐今天好美！这法袍是什么级别的？」</w:t>
        <w:br/>
        <w:t>「传说级法袍！风雪大佬送的！」</w:t>
        <w:br/>
        <w:t>「风雪大佬在哪？我要看风雪大佬！」</w:t>
        <w:br/>
        <w:t>「来了来了！会长来了！」</w:t>
      </w:r>
    </w:p>
    <w:p>
      <w:pPr>
        <w:spacing w:line="560" w:lineRule="exact"/>
        <w:ind w:firstLine="420"/>
      </w:pPr>
      <w:r>
        <w:rPr>
          <w:rFonts w:ascii="宋体" w:hAnsi="宋体" w:eastAsia="宋体"/>
          <w:sz w:val="24"/>
        </w:rPr>
        <w:t>林风从公会大厅中走了出来。他今天换了一身更加耀眼的装备——暗金色的神豪之剑挂在腰间，龙鳞披风在身后随风猎猎作响，整套传说装备的光效叠加在一起，让他整个人仿佛笼罩在一层金色的光晕之中。</w:t>
      </w:r>
    </w:p>
    <w:p>
      <w:pPr>
        <w:spacing w:line="560" w:lineRule="exact"/>
        <w:ind w:firstLine="420"/>
      </w:pPr>
      <w:r>
        <w:rPr>
          <w:rFonts w:ascii="宋体" w:hAnsi="宋体" w:eastAsia="宋体"/>
          <w:sz w:val="24"/>
        </w:rPr>
        <w:t>他走到队伍前方，目光扫过全场。</w:t>
      </w:r>
    </w:p>
    <w:p>
      <w:pPr>
        <w:spacing w:line="560" w:lineRule="exact"/>
        <w:ind w:firstLine="420"/>
      </w:pPr>
      <w:r>
        <w:rPr>
          <w:rFonts w:ascii="宋体" w:hAnsi="宋体" w:eastAsia="宋体"/>
          <w:sz w:val="24"/>
        </w:rPr>
        <w:t>四十五双眼睛齐刷刷看向他，眼中满是期待和热血。</w:t>
      </w:r>
    </w:p>
    <w:p>
      <w:pPr>
        <w:spacing w:line="560" w:lineRule="exact"/>
        <w:ind w:firstLine="420"/>
      </w:pPr>
      <w:r>
        <w:rPr>
          <w:rFonts w:ascii="宋体" w:hAnsi="宋体" w:eastAsia="宋体"/>
          <w:sz w:val="24"/>
        </w:rPr>
        <w:t>"今天的目标很简单。"林风的声音不大，但每一个字都清晰有力，"刷副本、冲等级、打装备。明天就是公会争霸赛报名截止日。我不管龙腾公会请了什么高手、做了什么准备——我们神豪殿的目标从头到尾只有一个。"</w:t>
      </w:r>
    </w:p>
    <w:p>
      <w:pPr>
        <w:spacing w:line="560" w:lineRule="exact"/>
        <w:ind w:firstLine="420"/>
      </w:pPr>
      <w:r>
        <w:rPr>
          <w:rFonts w:ascii="宋体" w:hAnsi="宋体" w:eastAsia="宋体"/>
          <w:sz w:val="24"/>
        </w:rPr>
        <w:t>他顿了顿，一字一句地说：</w:t>
      </w:r>
    </w:p>
    <w:p>
      <w:pPr>
        <w:spacing w:line="560" w:lineRule="exact"/>
        <w:ind w:firstLine="420"/>
      </w:pPr>
      <w:r>
        <w:rPr>
          <w:rFonts w:ascii="宋体" w:hAnsi="宋体" w:eastAsia="宋体"/>
          <w:sz w:val="24"/>
        </w:rPr>
        <w:t>"冠军。"</w:t>
      </w:r>
    </w:p>
    <w:p>
      <w:pPr>
        <w:spacing w:line="560" w:lineRule="exact"/>
        <w:ind w:firstLine="420"/>
      </w:pPr>
      <w:r>
        <w:rPr>
          <w:rFonts w:ascii="宋体" w:hAnsi="宋体" w:eastAsia="宋体"/>
          <w:sz w:val="24"/>
        </w:rPr>
        <w:t>"冠军！"赵铁柱第一个吼了出来。</w:t>
      </w:r>
    </w:p>
    <w:p>
      <w:pPr>
        <w:spacing w:line="560" w:lineRule="exact"/>
        <w:ind w:firstLine="420"/>
      </w:pPr>
      <w:r>
        <w:rPr>
          <w:rFonts w:ascii="宋体" w:hAnsi="宋体" w:eastAsia="宋体"/>
          <w:sz w:val="24"/>
        </w:rPr>
        <w:t>"冠军！！"一剑西来跟着怒吼。</w:t>
      </w:r>
    </w:p>
    <w:p>
      <w:pPr>
        <w:spacing w:line="560" w:lineRule="exact"/>
        <w:ind w:firstLine="420"/>
      </w:pPr>
      <w:r>
        <w:rPr>
          <w:rFonts w:ascii="宋体" w:hAnsi="宋体" w:eastAsia="宋体"/>
          <w:sz w:val="24"/>
        </w:rPr>
        <w:t>"冠军！！！冠军！！！"全员齐声呐喊，声音震得广场上的鸽子都惊飞了。</w:t>
      </w:r>
    </w:p>
    <w:p>
      <w:pPr>
        <w:spacing w:line="560" w:lineRule="exact"/>
        <w:ind w:firstLine="420"/>
      </w:pPr>
      <w:r>
        <w:rPr>
          <w:rFonts w:ascii="宋体" w:hAnsi="宋体" w:eastAsia="宋体"/>
          <w:sz w:val="24"/>
        </w:rPr>
        <w:t>周围的玩家们纷纷驻足观看，窃窃私语——</w:t>
      </w:r>
    </w:p>
    <w:p>
      <w:pPr>
        <w:spacing w:line="560" w:lineRule="exact"/>
        <w:ind w:firstLine="420"/>
      </w:pPr>
      <w:r>
        <w:rPr>
          <w:rFonts w:ascii="宋体" w:hAnsi="宋体" w:eastAsia="宋体"/>
          <w:sz w:val="24"/>
        </w:rPr>
        <w:t>"神豪殿这气势……跟正规军似的。"</w:t>
      </w:r>
    </w:p>
    <w:p>
      <w:pPr>
        <w:spacing w:line="560" w:lineRule="exact"/>
        <w:ind w:firstLine="420"/>
      </w:pPr>
      <w:r>
        <w:rPr>
          <w:rFonts w:ascii="宋体" w:hAnsi="宋体" w:eastAsia="宋体"/>
          <w:sz w:val="24"/>
        </w:rPr>
        <w:t>"跟龙腾那边散漫的样子完全不一样……"</w:t>
      </w:r>
    </w:p>
    <w:p>
      <w:pPr>
        <w:spacing w:line="560" w:lineRule="exact"/>
        <w:ind w:firstLine="420"/>
      </w:pPr>
      <w:r>
        <w:rPr>
          <w:rFonts w:ascii="宋体" w:hAnsi="宋体" w:eastAsia="宋体"/>
          <w:sz w:val="24"/>
        </w:rPr>
        <w:t>"我怎么感觉神豪殿真的能拿冠军？"</w:t>
      </w:r>
    </w:p>
    <w:p>
      <w:pPr>
        <w:spacing w:line="560" w:lineRule="exact"/>
        <w:ind w:firstLine="420"/>
      </w:pPr>
      <w:r>
        <w:rPr>
          <w:rFonts w:ascii="宋体" w:hAnsi="宋体" w:eastAsia="宋体"/>
          <w:sz w:val="24"/>
        </w:rPr>
        <w:t>苏小雅的直播间里，弹幕更是像瀑布一样刷屏——</w:t>
      </w:r>
    </w:p>
    <w:p>
      <w:pPr>
        <w:spacing w:line="560" w:lineRule="exact"/>
        <w:ind w:firstLine="420"/>
      </w:pPr>
      <w:r>
        <w:rPr>
          <w:rFonts w:ascii="宋体" w:hAnsi="宋体" w:eastAsia="宋体"/>
          <w:sz w:val="24"/>
        </w:rPr>
        <w:t>「神豪殿牛逼！！！」</w:t>
        <w:br/>
        <w:t>「这气势我服了！冠军预定！」</w:t>
        <w:br/>
        <w:t>「风雪大佬太帅了啊啊啊！」</w:t>
        <w:br/>
        <w:t>「我也要加入神豪殿！！！」</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一个小时后，落日平原的深处。</w:t>
      </w:r>
    </w:p>
    <w:p>
      <w:pPr>
        <w:spacing w:line="560" w:lineRule="exact"/>
        <w:ind w:firstLine="420"/>
      </w:pPr>
      <w:r>
        <w:rPr>
          <w:rFonts w:ascii="宋体" w:hAnsi="宋体" w:eastAsia="宋体"/>
          <w:sz w:val="24"/>
        </w:rPr>
        <w:t>【军团副本·失落要塞】入口前，神豪殿的十人精英队整装待发。</w:t>
      </w:r>
    </w:p>
    <w:p>
      <w:pPr>
        <w:spacing w:line="560" w:lineRule="exact"/>
        <w:ind w:firstLine="420"/>
      </w:pPr>
      <w:r>
        <w:rPr>
          <w:rFonts w:ascii="宋体" w:hAnsi="宋体" w:eastAsia="宋体"/>
          <w:sz w:val="24"/>
        </w:rPr>
        <w:t>这个副本是40-45级的团队副本，需要十人组队才能进入。目前全服还没有任何队伍通关过——包括龙腾公会，他们昨天派了十五个人的队伍来开荒，结果在第二个BOSS面前团灭了四次，最后灰溜溜地撤了。</w:t>
      </w:r>
    </w:p>
    <w:p>
      <w:pPr>
        <w:spacing w:line="560" w:lineRule="exact"/>
        <w:ind w:firstLine="420"/>
      </w:pPr>
      <w:r>
        <w:rPr>
          <w:rFonts w:ascii="宋体" w:hAnsi="宋体" w:eastAsia="宋体"/>
          <w:sz w:val="24"/>
        </w:rPr>
        <w:t>"会长，这个副本的机制很复杂。"苏小雅打开攻略面板，"失落要塞有三个BOSS，前两个是精英级，最后一个是领主级，45级，血量一百二十万。龙腾的人就是卡在第二个BOSS——一个叫'铁壁将军'的精英怪，防御力高得离谱。"</w:t>
      </w:r>
    </w:p>
    <w:p>
      <w:pPr>
        <w:spacing w:line="560" w:lineRule="exact"/>
        <w:ind w:firstLine="420"/>
      </w:pPr>
      <w:r>
        <w:rPr>
          <w:rFonts w:ascii="宋体" w:hAnsi="宋体" w:eastAsia="宋体"/>
          <w:sz w:val="24"/>
        </w:rPr>
        <w:t>"一百二十万血？"狂战八方咽了口唾沫，"比血色修道院的BOSS多了四十万……"</w:t>
      </w:r>
    </w:p>
    <w:p>
      <w:pPr>
        <w:spacing w:line="560" w:lineRule="exact"/>
        <w:ind w:firstLine="420"/>
      </w:pPr>
      <w:r>
        <w:rPr>
          <w:rFonts w:ascii="宋体" w:hAnsi="宋体" w:eastAsia="宋体"/>
          <w:sz w:val="24"/>
        </w:rPr>
        <w:t>"怕什么？"一剑西来拍了拍胸脯，"有会长在，一百二十万血也就是几剑的事！"</w:t>
      </w:r>
    </w:p>
    <w:p>
      <w:pPr>
        <w:spacing w:line="560" w:lineRule="exact"/>
        <w:ind w:firstLine="420"/>
      </w:pPr>
      <w:r>
        <w:rPr>
          <w:rFonts w:ascii="宋体" w:hAnsi="宋体" w:eastAsia="宋体"/>
          <w:sz w:val="24"/>
        </w:rPr>
        <w:t>林风没说话，直接踏入了副本传送门。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失落要塞的内部比想象中更加宏大。</w:t>
      </w:r>
    </w:p>
    <w:p>
      <w:pPr>
        <w:spacing w:line="560" w:lineRule="exact"/>
        <w:ind w:firstLine="420"/>
      </w:pPr>
      <w:r>
        <w:rPr>
          <w:rFonts w:ascii="宋体" w:hAnsi="宋体" w:eastAsia="宋体"/>
          <w:sz w:val="24"/>
        </w:rPr>
        <w:t>整座要塞建立在一座巨大的岩石山体之中，入口是一条长长的石桥，两侧是深不见底的深渊。桥的尽头，一座高达二十米的铁门紧闭着，门上刻满了古老的符文。</w:t>
      </w:r>
    </w:p>
    <w:p>
      <w:pPr>
        <w:spacing w:line="560" w:lineRule="exact"/>
        <w:ind w:firstLine="420"/>
      </w:pPr>
      <w:r>
        <w:rPr>
          <w:rFonts w:ascii="宋体" w:hAnsi="宋体" w:eastAsia="宋体"/>
          <w:sz w:val="24"/>
        </w:rPr>
        <w:t>队伍穿过铁门，眼前豁然开朗——一座堪比足球场的巨型大厅展现在眼前。大厅的穹顶距离地面至少有五十米，悬挂着巨大的铁链吊灯，燃烧着绿色的魔法火焰。</w:t>
      </w:r>
    </w:p>
    <w:p>
      <w:pPr>
        <w:spacing w:line="560" w:lineRule="exact"/>
        <w:ind w:firstLine="420"/>
      </w:pPr>
      <w:r>
        <w:rPr>
          <w:rFonts w:ascii="宋体" w:hAnsi="宋体" w:eastAsia="宋体"/>
          <w:sz w:val="24"/>
        </w:rPr>
        <w:t>大厅中央，一只全身覆盖着暗红色鳞甲的巨型蜥蜴正趴在地上打盹。它的呼吸如同闷雷，每一次呼气都喷出一团火星。</w:t>
      </w:r>
    </w:p>
    <w:p>
      <w:pPr>
        <w:spacing w:line="560" w:lineRule="exact"/>
        <w:ind w:firstLine="420"/>
      </w:pPr>
      <w:r>
        <w:rPr>
          <w:rFonts w:ascii="宋体" w:hAnsi="宋体" w:eastAsia="宋体"/>
          <w:sz w:val="24"/>
        </w:rPr>
        <w:t>【熔岩巨蜥】</w:t>
        <w:br/>
        <w:t>等级：42级（精英BOSS）</w:t>
        <w:br/>
        <w:t>生命值：600,000</w:t>
        <w:br/>
        <w:t>攻击力：4,800</w:t>
        <w:br/>
        <w:t>防御力：3,500</w:t>
        <w:br/>
        <w:t>技能：熔岩吐息、尾扫、烈焰护盾</w:t>
      </w:r>
    </w:p>
    <w:p>
      <w:pPr>
        <w:spacing w:line="560" w:lineRule="exact"/>
        <w:ind w:firstLine="420"/>
      </w:pPr>
      <w:r>
        <w:rPr>
          <w:rFonts w:ascii="宋体" w:hAnsi="宋体" w:eastAsia="宋体"/>
          <w:sz w:val="24"/>
        </w:rPr>
        <w:t>"我先上。"林风拔剑，"你们等我信号再输出。"</w:t>
      </w:r>
    </w:p>
    <w:p>
      <w:pPr>
        <w:spacing w:line="560" w:lineRule="exact"/>
        <w:ind w:firstLine="420"/>
      </w:pPr>
      <w:r>
        <w:rPr>
          <w:rFonts w:ascii="宋体" w:hAnsi="宋体" w:eastAsia="宋体"/>
          <w:sz w:val="24"/>
        </w:rPr>
        <w:t>他一步踏出，身影如电般冲向巨蜥！</w:t>
      </w:r>
    </w:p>
    <w:p>
      <w:pPr>
        <w:spacing w:line="560" w:lineRule="exact"/>
        <w:ind w:firstLine="420"/>
      </w:pPr>
      <w:r>
        <w:rPr>
          <w:rFonts w:ascii="宋体" w:hAnsi="宋体" w:eastAsia="宋体"/>
          <w:sz w:val="24"/>
        </w:rPr>
        <w:t>熔岩巨蜥察觉到威胁，猛地睁开双眼——一对竖直的瞳孔燃烧着怒火！它张口喷出一道炽热的熔岩柱！</w:t>
      </w:r>
    </w:p>
    <w:p>
      <w:pPr>
        <w:spacing w:line="560" w:lineRule="exact"/>
        <w:ind w:firstLine="420"/>
      </w:pPr>
      <w:r>
        <w:rPr>
          <w:rFonts w:ascii="宋体" w:hAnsi="宋体" w:eastAsia="宋体"/>
          <w:sz w:val="24"/>
        </w:rPr>
        <w:t>林风侧身一闪，熔岩擦着他的披风掠过，在地面上烧出一道焦黑的沟痕！</w:t>
      </w:r>
    </w:p>
    <w:p>
      <w:pPr>
        <w:spacing w:line="560" w:lineRule="exact"/>
        <w:ind w:firstLine="420"/>
      </w:pPr>
      <w:r>
        <w:rPr>
          <w:rFonts w:ascii="宋体" w:hAnsi="宋体" w:eastAsia="宋体"/>
          <w:sz w:val="24"/>
        </w:rPr>
        <w:t>他趁巨蜥喷吐的硬直时间，直接闪到它的腹下——</w:t>
      </w:r>
    </w:p>
    <w:p>
      <w:pPr>
        <w:spacing w:line="560" w:lineRule="exact"/>
        <w:ind w:firstLine="420"/>
      </w:pPr>
      <w:r>
        <w:rPr>
          <w:rFonts w:ascii="宋体" w:hAnsi="宋体" w:eastAsia="宋体"/>
          <w:sz w:val="24"/>
        </w:rPr>
        <w:t>"神豪·金钱冲击！"</w:t>
      </w:r>
    </w:p>
    <w:p>
      <w:pPr>
        <w:spacing w:line="560" w:lineRule="exact"/>
        <w:ind w:firstLine="420"/>
      </w:pPr>
      <w:r>
        <w:rPr>
          <w:rFonts w:ascii="宋体" w:hAnsi="宋体" w:eastAsia="宋体"/>
          <w:sz w:val="24"/>
        </w:rPr>
        <w:t>暗金色的剑光自下而上斩出！</w:t>
      </w:r>
    </w:p>
    <w:p>
      <w:pPr>
        <w:spacing w:line="560" w:lineRule="exact"/>
        <w:ind w:firstLine="420"/>
      </w:pPr>
      <w:r>
        <w:rPr>
          <w:rFonts w:ascii="宋体" w:hAnsi="宋体" w:eastAsia="宋体"/>
          <w:sz w:val="24"/>
        </w:rPr>
        <w:t>-25,000！（暴击！）</w:t>
      </w:r>
    </w:p>
    <w:p>
      <w:pPr>
        <w:spacing w:line="560" w:lineRule="exact"/>
        <w:ind w:firstLine="420"/>
      </w:pPr>
      <w:r>
        <w:rPr>
          <w:rFonts w:ascii="宋体" w:hAnsi="宋体" w:eastAsia="宋体"/>
          <w:sz w:val="24"/>
        </w:rPr>
        <w:t>巨蜥发出一声痛苦的嘶吼！它的血条猛地掉了一截！</w:t>
      </w:r>
    </w:p>
    <w:p>
      <w:pPr>
        <w:spacing w:line="560" w:lineRule="exact"/>
        <w:ind w:firstLine="420"/>
      </w:pPr>
      <w:r>
        <w:rPr>
          <w:rFonts w:ascii="宋体" w:hAnsi="宋体" w:eastAsia="宋体"/>
          <w:sz w:val="24"/>
        </w:rPr>
        <w:t>"会长上了！"一剑西来拔剑冲锋，"跟着输出！"</w:t>
      </w:r>
    </w:p>
    <w:p>
      <w:pPr>
        <w:spacing w:line="560" w:lineRule="exact"/>
        <w:ind w:firstLine="420"/>
      </w:pPr>
      <w:r>
        <w:rPr>
          <w:rFonts w:ascii="宋体" w:hAnsi="宋体" w:eastAsia="宋体"/>
          <w:sz w:val="24"/>
        </w:rPr>
        <w:t>十人队伍同时发动攻击！</w:t>
      </w:r>
    </w:p>
    <w:p>
      <w:pPr>
        <w:spacing w:line="560" w:lineRule="exact"/>
        <w:ind w:firstLine="420"/>
      </w:pPr>
      <w:r>
        <w:rPr>
          <w:rFonts w:ascii="宋体" w:hAnsi="宋体" w:eastAsia="宋体"/>
          <w:sz w:val="24"/>
        </w:rPr>
        <w:t>夜未央的冰锥术率先命中——-1,200！</w:t>
        <w:br/>
        <w:t>月影流光的穿甲箭紧随其后——-1,800！</w:t>
        <w:br/>
        <w:t>狂战八方的大斧劈下——-2,100！</w:t>
        <w:br/>
        <w:t>赵铁柱的盾击砸在巨蜥头部——-800！（嘲讽成功！）</w:t>
      </w:r>
    </w:p>
    <w:p>
      <w:pPr>
        <w:spacing w:line="560" w:lineRule="exact"/>
        <w:ind w:firstLine="420"/>
      </w:pPr>
      <w:r>
        <w:rPr>
          <w:rFonts w:ascii="宋体" w:hAnsi="宋体" w:eastAsia="宋体"/>
          <w:sz w:val="24"/>
        </w:rPr>
        <w:t>但巨蜥的防御力实在太高了，普通成员的伤害普遍只有一千到两千出头，打在BOSS身上像挠痒痒。</w:t>
      </w:r>
    </w:p>
    <w:p>
      <w:pPr>
        <w:spacing w:line="560" w:lineRule="exact"/>
        <w:ind w:firstLine="420"/>
      </w:pPr>
      <w:r>
        <w:rPr>
          <w:rFonts w:ascii="宋体" w:hAnsi="宋体" w:eastAsia="宋体"/>
          <w:sz w:val="24"/>
        </w:rPr>
        <w:t>而林风的每一剑都在两万以上！</w:t>
      </w:r>
    </w:p>
    <w:p>
      <w:pPr>
        <w:spacing w:line="560" w:lineRule="exact"/>
        <w:ind w:firstLine="420"/>
      </w:pPr>
      <w:r>
        <w:rPr>
          <w:rFonts w:ascii="宋体" w:hAnsi="宋体" w:eastAsia="宋体"/>
          <w:sz w:val="24"/>
        </w:rPr>
        <w:t>不到五分钟，熔岩巨蜥的血条就被林风一个人砍掉了大半——600,000 → 150,000！</w:t>
      </w:r>
    </w:p>
    <w:p>
      <w:pPr>
        <w:spacing w:line="560" w:lineRule="exact"/>
        <w:ind w:firstLine="420"/>
      </w:pPr>
      <w:r>
        <w:rPr>
          <w:rFonts w:ascii="宋体" w:hAnsi="宋体" w:eastAsia="宋体"/>
          <w:sz w:val="24"/>
        </w:rPr>
        <w:t>巨蜥发出一声绝望的咆哮，浑身燃起炽热的火焰——</w:t>
      </w:r>
    </w:p>
    <w:p>
      <w:pPr>
        <w:spacing w:line="560" w:lineRule="exact"/>
        <w:ind w:firstLine="420"/>
      </w:pPr>
      <w:r>
        <w:rPr>
          <w:rFonts w:ascii="宋体" w:hAnsi="宋体" w:eastAsia="宋体"/>
          <w:sz w:val="24"/>
        </w:rPr>
        <w:t>【烈焰护盾激活！受到伤害减免80%！持续15秒！】</w:t>
      </w:r>
    </w:p>
    <w:p>
      <w:pPr>
        <w:spacing w:line="560" w:lineRule="exact"/>
        <w:ind w:firstLine="420"/>
      </w:pPr>
      <w:r>
        <w:rPr>
          <w:rFonts w:ascii="宋体" w:hAnsi="宋体" w:eastAsia="宋体"/>
          <w:sz w:val="24"/>
        </w:rPr>
        <w:t>"BOSS开减伤了！"月光微凉急声道，"我的治疗压力上来了！"</w:t>
      </w:r>
    </w:p>
    <w:p>
      <w:pPr>
        <w:spacing w:line="560" w:lineRule="exact"/>
        <w:ind w:firstLine="420"/>
      </w:pPr>
      <w:r>
        <w:rPr>
          <w:rFonts w:ascii="宋体" w:hAnsi="宋体" w:eastAsia="宋体"/>
          <w:sz w:val="24"/>
        </w:rPr>
        <w:t>林风眼神一冷。</w:t>
      </w:r>
    </w:p>
    <w:p>
      <w:pPr>
        <w:spacing w:line="560" w:lineRule="exact"/>
        <w:ind w:firstLine="420"/>
      </w:pPr>
      <w:r>
        <w:rPr>
          <w:rFonts w:ascii="宋体" w:hAnsi="宋体" w:eastAsia="宋体"/>
          <w:sz w:val="24"/>
        </w:rPr>
        <w:t>减伤80%？</w:t>
      </w:r>
    </w:p>
    <w:p>
      <w:pPr>
        <w:spacing w:line="560" w:lineRule="exact"/>
        <w:ind w:firstLine="420"/>
      </w:pPr>
      <w:r>
        <w:rPr>
          <w:rFonts w:ascii="宋体" w:hAnsi="宋体" w:eastAsia="宋体"/>
          <w:sz w:val="24"/>
        </w:rPr>
        <w:t>他收起神豪之剑，从背包里掏出一件东西——一枚泛着紫光的卷轴。这是昨天限时商城刷出的稀有道具：【破甲卷轴·神级】—破除目标所有防御增益效果，持续10秒。</w:t>
      </w:r>
    </w:p>
    <w:p>
      <w:pPr>
        <w:spacing w:line="560" w:lineRule="exact"/>
        <w:ind w:firstLine="420"/>
      </w:pPr>
      <w:r>
        <w:rPr>
          <w:rFonts w:ascii="宋体" w:hAnsi="宋体" w:eastAsia="宋体"/>
          <w:sz w:val="24"/>
        </w:rPr>
        <w:t>售价：50万游戏币。</w:t>
      </w:r>
    </w:p>
    <w:p>
      <w:pPr>
        <w:spacing w:line="560" w:lineRule="exact"/>
        <w:ind w:firstLine="420"/>
      </w:pPr>
      <w:r>
        <w:rPr>
          <w:rFonts w:ascii="宋体" w:hAnsi="宋体" w:eastAsia="宋体"/>
          <w:sz w:val="24"/>
        </w:rPr>
        <w:t>林风毫不犹豫地撕开了卷轴——</w:t>
      </w:r>
    </w:p>
    <w:p>
      <w:pPr>
        <w:spacing w:line="560" w:lineRule="exact"/>
        <w:ind w:firstLine="420"/>
      </w:pPr>
      <w:r>
        <w:rPr>
          <w:rFonts w:ascii="宋体" w:hAnsi="宋体" w:eastAsia="宋体"/>
          <w:sz w:val="24"/>
        </w:rPr>
        <w:t>一道紫色的光芒从卷轴中射出，精准地击中了熔岩巨蜥！</w:t>
      </w:r>
    </w:p>
    <w:p>
      <w:pPr>
        <w:spacing w:line="560" w:lineRule="exact"/>
        <w:ind w:firstLine="420"/>
      </w:pPr>
      <w:r>
        <w:rPr>
          <w:rFonts w:ascii="宋体" w:hAnsi="宋体" w:eastAsia="宋体"/>
          <w:sz w:val="24"/>
        </w:rPr>
        <w:t>【破甲成功！目标所有防御增益已移除！】</w:t>
      </w:r>
    </w:p>
    <w:p>
      <w:pPr>
        <w:spacing w:line="560" w:lineRule="exact"/>
        <w:ind w:firstLine="420"/>
      </w:pPr>
      <w:r>
        <w:rPr>
          <w:rFonts w:ascii="宋体" w:hAnsi="宋体" w:eastAsia="宋体"/>
          <w:sz w:val="24"/>
        </w:rPr>
        <w:t>巨蜥身上的烈焰护盾瞬间消失！</w:t>
      </w:r>
    </w:p>
    <w:p>
      <w:pPr>
        <w:spacing w:line="560" w:lineRule="exact"/>
        <w:ind w:firstLine="420"/>
      </w:pPr>
      <w:r>
        <w:rPr>
          <w:rFonts w:ascii="宋体" w:hAnsi="宋体" w:eastAsia="宋体"/>
          <w:sz w:val="24"/>
        </w:rPr>
        <w:t>"就是现在——全力输出！"林风一声令下！</w:t>
      </w:r>
    </w:p>
    <w:p>
      <w:pPr>
        <w:spacing w:line="560" w:lineRule="exact"/>
        <w:ind w:firstLine="420"/>
      </w:pPr>
      <w:r>
        <w:rPr>
          <w:rFonts w:ascii="宋体" w:hAnsi="宋体" w:eastAsia="宋体"/>
          <w:sz w:val="24"/>
        </w:rPr>
        <w:t>他本人更是直接开启了神豪领域——</w:t>
      </w:r>
    </w:p>
    <w:p>
      <w:pPr>
        <w:spacing w:line="560" w:lineRule="exact"/>
        <w:ind w:firstLine="420"/>
      </w:pPr>
      <w:r>
        <w:rPr>
          <w:rFonts w:ascii="宋体" w:hAnsi="宋体" w:eastAsia="宋体"/>
          <w:sz w:val="24"/>
        </w:rPr>
        <w:t>金色的光环瞬间扩散，覆盖了整个战场！</w:t>
      </w:r>
    </w:p>
    <w:p>
      <w:pPr>
        <w:spacing w:line="560" w:lineRule="exact"/>
        <w:ind w:firstLine="420"/>
      </w:pPr>
      <w:r>
        <w:rPr>
          <w:rFonts w:ascii="宋体" w:hAnsi="宋体" w:eastAsia="宋体"/>
          <w:sz w:val="24"/>
        </w:rPr>
        <w:t>【神豪领域激活！友方全属性+50%，敌方全属性-20%！】</w:t>
      </w:r>
    </w:p>
    <w:p>
      <w:pPr>
        <w:spacing w:line="560" w:lineRule="exact"/>
        <w:ind w:firstLine="420"/>
      </w:pPr>
      <w:r>
        <w:rPr>
          <w:rFonts w:ascii="宋体" w:hAnsi="宋体" w:eastAsia="宋体"/>
          <w:sz w:val="24"/>
        </w:rPr>
        <w:t>全队属性暴涨！</w:t>
      </w:r>
    </w:p>
    <w:p>
      <w:pPr>
        <w:spacing w:line="560" w:lineRule="exact"/>
        <w:ind w:firstLine="420"/>
      </w:pPr>
      <w:r>
        <w:rPr>
          <w:rFonts w:ascii="宋体" w:hAnsi="宋体" w:eastAsia="宋体"/>
          <w:sz w:val="24"/>
        </w:rPr>
        <w:t>一剑西来的剑气伤害从2,100飙升到3,600！</w:t>
        <w:br/>
        <w:t>夜未央的冰锥从1,200飙到2,400！</w:t>
        <w:br/>
        <w:t>狂战八方的斧头劈出了3,800的暴击！</w:t>
      </w:r>
    </w:p>
    <w:p>
      <w:pPr>
        <w:spacing w:line="560" w:lineRule="exact"/>
        <w:ind w:firstLine="420"/>
      </w:pPr>
      <w:r>
        <w:rPr>
          <w:rFonts w:ascii="宋体" w:hAnsi="宋体" w:eastAsia="宋体"/>
          <w:sz w:val="24"/>
        </w:rPr>
        <w:t>十五秒后，熔岩巨蜥轰然倒地！</w:t>
      </w:r>
    </w:p>
    <w:p>
      <w:pPr>
        <w:spacing w:line="560" w:lineRule="exact"/>
        <w:ind w:firstLine="420"/>
      </w:pPr>
      <w:r>
        <w:rPr>
          <w:rFonts w:ascii="宋体" w:hAnsi="宋体" w:eastAsia="宋体"/>
          <w:sz w:val="24"/>
        </w:rPr>
        <w:t>【击杀熔岩巨蜥！全员经验+80,000！】</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苏小雅的直播间里，弹幕已经炸了——</w:t>
      </w:r>
    </w:p>
    <w:p>
      <w:pPr>
        <w:spacing w:line="560" w:lineRule="exact"/>
        <w:ind w:firstLine="420"/>
      </w:pPr>
      <w:r>
        <w:rPr>
          <w:rFonts w:ascii="宋体" w:hAnsi="宋体" w:eastAsia="宋体"/>
          <w:sz w:val="24"/>
        </w:rPr>
        <w:t>「？？？减伤80%的BOSS直接破甲了？」</w:t>
        <w:br/>
        <w:t>「那卷轴是什么东西？我玩了十年游戏没见过这种道具！」</w:t>
        <w:br/>
        <w:t>「限时商城的好东西吧……估计只有风雪大佬买得起。」</w:t>
        <w:br/>
        <w:t>「五十万一张的卷轴说撕就撕？这操作我看傻了。」</w:t>
        <w:br/>
        <w:t>「风雪大佬：五十万？零花钱而已。」</w:t>
        <w:br/>
        <w:t>「神豪领域的特效好帅！全队属性+50%！这什么逆天技能！」</w:t>
      </w:r>
    </w:p>
    <w:p>
      <w:pPr>
        <w:spacing w:line="560" w:lineRule="exact"/>
        <w:ind w:firstLine="420"/>
      </w:pPr>
      <w:r>
        <w:rPr>
          <w:rFonts w:ascii="宋体" w:hAnsi="宋体" w:eastAsia="宋体"/>
          <w:sz w:val="24"/>
        </w:rPr>
        <w:t>苏小雅自己都看呆了。她主持过无数游戏直播，见过各种高玩操作，但像林风这样——用钱直接砸穿副本机制的，她还是第一次见。</w:t>
      </w:r>
    </w:p>
    <w:p>
      <w:pPr>
        <w:spacing w:line="560" w:lineRule="exact"/>
        <w:ind w:firstLine="420"/>
      </w:pPr>
      <w:r>
        <w:rPr>
          <w:rFonts w:ascii="宋体" w:hAnsi="宋体" w:eastAsia="宋体"/>
          <w:sz w:val="24"/>
        </w:rPr>
        <w:t>接下来的战斗更加摧枯拉朽。</w:t>
      </w:r>
    </w:p>
    <w:p>
      <w:pPr>
        <w:spacing w:line="560" w:lineRule="exact"/>
        <w:ind w:firstLine="420"/>
      </w:pPr>
      <w:r>
        <w:rPr>
          <w:rFonts w:ascii="宋体" w:hAnsi="宋体" w:eastAsia="宋体"/>
          <w:sz w:val="24"/>
        </w:rPr>
        <w:t>第二个BOSS【铁壁将军】——那个让龙腾团灭了四次的精英怪，防御力高达5,000。林风直接用第二张破甲卷轴废掉了它的核心机制，然后一剑一剑砍到死。</w:t>
      </w:r>
    </w:p>
    <w:p>
      <w:pPr>
        <w:spacing w:line="560" w:lineRule="exact"/>
        <w:ind w:firstLine="420"/>
      </w:pPr>
      <w:r>
        <w:rPr>
          <w:rFonts w:ascii="宋体" w:hAnsi="宋体" w:eastAsia="宋体"/>
          <w:sz w:val="24"/>
        </w:rPr>
        <w:t>第三个BOSS【失落领主·卡尔萨斯】——45级领主级BOSS，生命值120万。林风开启神豪领域后，全队输出翻倍，加上他自己那恐怖的伤害，十五分钟就把BOSS斩于剑下。</w:t>
      </w:r>
    </w:p>
    <w:p>
      <w:pPr>
        <w:spacing w:line="560" w:lineRule="exact"/>
        <w:ind w:firstLine="420"/>
      </w:pPr>
      <w:r>
        <w:rPr>
          <w:rFonts w:ascii="宋体" w:hAnsi="宋体" w:eastAsia="宋体"/>
          <w:sz w:val="24"/>
        </w:rPr>
        <w:t>【系统公告：全服通告！公会「神豪殿」首通【失落要塞】！】</w:t>
      </w:r>
    </w:p>
    <w:p>
      <w:pPr>
        <w:spacing w:line="560" w:lineRule="exact"/>
        <w:ind w:firstLine="420"/>
      </w:pPr>
      <w:r>
        <w:rPr>
          <w:rFonts w:ascii="宋体" w:hAnsi="宋体" w:eastAsia="宋体"/>
          <w:sz w:val="24"/>
        </w:rPr>
        <w:t>【首通队伍成员：风雪夜归人、雨落倾城、铁血战士、一剑西来、夜未央、月光微凉、血色黄昏、狂战八方、月影流光、星辰变】</w:t>
      </w:r>
    </w:p>
    <w:p>
      <w:pPr>
        <w:spacing w:line="560" w:lineRule="exact"/>
        <w:ind w:firstLine="420"/>
      </w:pPr>
      <w:r>
        <w:rPr>
          <w:rFonts w:ascii="宋体" w:hAnsi="宋体" w:eastAsia="宋体"/>
          <w:sz w:val="24"/>
        </w:rPr>
        <w:t>公告一出，全服震动！</w:t>
      </w:r>
    </w:p>
    <w:p>
      <w:pPr>
        <w:spacing w:line="560" w:lineRule="exact"/>
        <w:ind w:firstLine="420"/>
      </w:pPr>
      <w:r>
        <w:rPr>
          <w:rFonts w:ascii="宋体" w:hAnsi="宋体" w:eastAsia="宋体"/>
          <w:sz w:val="24"/>
        </w:rPr>
        <w:t>[世界] 高玩小白：「神豪殿又首通了？？失落要塞？那可是45级的团队副本！」</w:t>
        <w:br/>
        <w:t>[世界] 散人甲：「一天首通一个副本……神豪殿是来刷首通的吧？」</w:t>
        <w:br/>
        <w:t>[世界] 龙腾小兵：「不可能！失落要塞的机制那么复杂，他们怎么过的？」</w:t>
        <w:br/>
        <w:t>[世界] 吃瓜群众：「龙腾的急了急了急了！」</w:t>
        <w:br/>
        <w:t>[世界] 路人大神：「我看了雨落倾城的直播回放……风雪大佬用了一种破甲卷轴，直接把BOSS的减伤废了。那种卷轴一张五十万，他用了两张。」</w:t>
        <w:br/>
        <w:t>[世界] 全服沉默了一阵，然后——</w:t>
        <w:br/>
        <w:t>[世界] 散人乙：「一张五十万，两张一百万……为了过副本花一百万？」</w:t>
        <w:br/>
        <w:t>[世界] 散人丙：「风雪大佬的世界我不懂。」</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副本结算，宝箱打开——</w:t>
      </w:r>
    </w:p>
    <w:p>
      <w:pPr>
        <w:spacing w:line="560" w:lineRule="exact"/>
        <w:ind w:firstLine="420"/>
      </w:pPr>
      <w:r>
        <w:rPr>
          <w:rFonts w:ascii="宋体" w:hAnsi="宋体" w:eastAsia="宋体"/>
          <w:sz w:val="24"/>
        </w:rPr>
        <w:t>【获得：传说级·龙炎之刃（双手剑）× 1】</w:t>
        <w:br/>
        <w:t>【获得：传说级·冰霜之心（法杖）× 1】</w:t>
        <w:br/>
        <w:t>【获得：传说级·暗影披风 × 1】</w:t>
        <w:br/>
        <w:t>【获得：SSS强化神石 × 2】</w:t>
        <w:br/>
        <w:t>【获得：稀有坐骑·烈焰战马（缰绳）】</w:t>
        <w:br/>
        <w:t>【获得：？？？碎片（2/3）× 1】</w:t>
      </w:r>
    </w:p>
    <w:p>
      <w:pPr>
        <w:spacing w:line="560" w:lineRule="exact"/>
        <w:ind w:firstLine="420"/>
      </w:pPr>
      <w:r>
        <w:rPr>
          <w:rFonts w:ascii="宋体" w:hAnsi="宋体" w:eastAsia="宋体"/>
          <w:sz w:val="24"/>
        </w:rPr>
        <w:t>林风的瞳孔猛地一缩！</w:t>
      </w:r>
    </w:p>
    <w:p>
      <w:pPr>
        <w:spacing w:line="560" w:lineRule="exact"/>
        <w:ind w:firstLine="420"/>
      </w:pPr>
      <w:r>
        <w:rPr>
          <w:rFonts w:ascii="宋体" w:hAnsi="宋体" w:eastAsia="宋体"/>
          <w:sz w:val="24"/>
        </w:rPr>
        <w:t>碎片！第二枚碎片！</w:t>
      </w:r>
    </w:p>
    <w:p>
      <w:pPr>
        <w:spacing w:line="560" w:lineRule="exact"/>
        <w:ind w:firstLine="420"/>
      </w:pPr>
      <w:r>
        <w:rPr>
          <w:rFonts w:ascii="宋体" w:hAnsi="宋体" w:eastAsia="宋体"/>
          <w:sz w:val="24"/>
        </w:rPr>
        <w:t>他快步上前，从宝箱中取出那枚碎片——它和第一枚几乎一模一样，铜绿色的表面刻着相同的符文，但这一次，碎片入手时微微发热，仿佛在回应他的触碰。</w:t>
      </w:r>
    </w:p>
    <w:p>
      <w:pPr>
        <w:spacing w:line="560" w:lineRule="exact"/>
        <w:ind w:firstLine="420"/>
      </w:pPr>
      <w:r>
        <w:rPr>
          <w:rFonts w:ascii="宋体" w:hAnsi="宋体" w:eastAsia="宋体"/>
          <w:sz w:val="24"/>
        </w:rPr>
        <w:t>【获得：？？？碎片（2/3）】</w:t>
      </w:r>
    </w:p>
    <w:p>
      <w:pPr>
        <w:spacing w:line="560" w:lineRule="exact"/>
        <w:ind w:firstLine="420"/>
      </w:pPr>
      <w:r>
        <w:rPr>
          <w:rFonts w:ascii="宋体" w:hAnsi="宋体" w:eastAsia="宋体"/>
          <w:sz w:val="24"/>
        </w:rPr>
        <w:t>两枚碎片在背包中同时亮起微光，仿佛互相感应。</w:t>
      </w:r>
    </w:p>
    <w:p>
      <w:pPr>
        <w:spacing w:line="560" w:lineRule="exact"/>
        <w:ind w:firstLine="420"/>
      </w:pPr>
      <w:r>
        <w:rPr>
          <w:rFonts w:ascii="宋体" w:hAnsi="宋体" w:eastAsia="宋体"/>
          <w:sz w:val="24"/>
        </w:rPr>
        <w:t>就在这时，系统面板弹出一条新提示——</w:t>
      </w:r>
    </w:p>
    <w:p>
      <w:pPr>
        <w:spacing w:line="560" w:lineRule="exact"/>
        <w:ind w:firstLine="420"/>
      </w:pPr>
      <w:r>
        <w:rPr>
          <w:rFonts w:ascii="宋体" w:hAnsi="宋体" w:eastAsia="宋体"/>
          <w:sz w:val="24"/>
        </w:rPr>
        <w:t>【检测到两枚碎片处于同一空间。碎片共鸣启动——】</w:t>
      </w:r>
    </w:p>
    <w:p>
      <w:pPr>
        <w:spacing w:line="560" w:lineRule="exact"/>
        <w:ind w:firstLine="420"/>
      </w:pPr>
      <w:r>
        <w:rPr>
          <w:rFonts w:ascii="宋体" w:hAnsi="宋体" w:eastAsia="宋体"/>
          <w:sz w:val="24"/>
        </w:rPr>
        <w:t>【解锁部分信息——】</w:t>
      </w:r>
    </w:p>
    <w:p>
      <w:pPr>
        <w:spacing w:line="560" w:lineRule="exact"/>
        <w:ind w:firstLine="420"/>
      </w:pPr>
      <w:r>
        <w:rPr>
          <w:rFonts w:ascii="宋体" w:hAnsi="宋体" w:eastAsia="宋体"/>
          <w:sz w:val="24"/>
        </w:rPr>
        <w:t>【碎片来源：古神遗迹。】</w:t>
        <w:br/>
        <w:t>【碎片功能：开启——】</w:t>
      </w:r>
    </w:p>
    <w:p>
      <w:pPr>
        <w:spacing w:line="560" w:lineRule="exact"/>
        <w:ind w:firstLine="420"/>
      </w:pPr>
      <w:r>
        <w:rPr>
          <w:rFonts w:ascii="宋体" w:hAnsi="宋体" w:eastAsia="宋体"/>
          <w:sz w:val="24"/>
        </w:rPr>
        <w:t>信息的后半部分仍然是模糊的，被一层灰色遮罩覆盖。</w:t>
      </w:r>
    </w:p>
    <w:p>
      <w:pPr>
        <w:spacing w:line="560" w:lineRule="exact"/>
        <w:ind w:firstLine="420"/>
      </w:pPr>
      <w:r>
        <w:rPr>
          <w:rFonts w:ascii="宋体" w:hAnsi="宋体" w:eastAsia="宋体"/>
          <w:sz w:val="24"/>
        </w:rPr>
        <w:t>但"古神遗迹"四个字，已经让林风的心脏跳得更快了。</w:t>
      </w:r>
    </w:p>
    <w:p>
      <w:pPr>
        <w:spacing w:line="560" w:lineRule="exact"/>
        <w:ind w:firstLine="420"/>
      </w:pPr>
      <w:r>
        <w:rPr>
          <w:rFonts w:ascii="宋体" w:hAnsi="宋体" w:eastAsia="宋体"/>
          <w:sz w:val="24"/>
        </w:rPr>
        <w:t>古神遗迹？那是什么地方？和神豪系统有什么关系？前代宿主又是谁？</w:t>
      </w:r>
    </w:p>
    <w:p>
      <w:pPr>
        <w:spacing w:line="560" w:lineRule="exact"/>
        <w:ind w:firstLine="420"/>
      </w:pPr>
      <w:r>
        <w:rPr>
          <w:rFonts w:ascii="宋体" w:hAnsi="宋体" w:eastAsia="宋体"/>
          <w:sz w:val="24"/>
        </w:rPr>
        <w:t>他深吸一口气，压下心中的疑问。第三枚碎片——它一定在某处等着他。</w:t>
      </w:r>
    </w:p>
    <w:p>
      <w:pPr>
        <w:spacing w:line="560" w:lineRule="exact"/>
        <w:ind w:firstLine="420"/>
      </w:pPr>
      <w:r>
        <w:rPr>
          <w:rFonts w:ascii="宋体" w:hAnsi="宋体" w:eastAsia="宋体"/>
          <w:sz w:val="24"/>
        </w:rPr>
        <w:t>他关掉背包界面，转身面对全队。</w:t>
      </w:r>
    </w:p>
    <w:p>
      <w:pPr>
        <w:spacing w:line="560" w:lineRule="exact"/>
        <w:ind w:firstLine="420"/>
      </w:pPr>
      <w:r>
        <w:rPr>
          <w:rFonts w:ascii="宋体" w:hAnsi="宋体" w:eastAsia="宋体"/>
          <w:sz w:val="24"/>
        </w:rPr>
        <w:t>"今天的收获——所有传说装备按职业分配。SSS强化石给一剑西来和夜未央，一人一颗。坐骑——"他顿了一下，看向苏小雅，"给雨落倾城。你是公会的门面，烈焰战马配你。"</w:t>
      </w:r>
    </w:p>
    <w:p>
      <w:pPr>
        <w:spacing w:line="560" w:lineRule="exact"/>
        <w:ind w:firstLine="420"/>
      </w:pPr>
      <w:r>
        <w:rPr>
          <w:rFonts w:ascii="宋体" w:hAnsi="宋体" w:eastAsia="宋体"/>
          <w:sz w:val="24"/>
        </w:rPr>
        <w:t>苏小雅愣住了。</w:t>
      </w:r>
    </w:p>
    <w:p>
      <w:pPr>
        <w:spacing w:line="560" w:lineRule="exact"/>
        <w:ind w:firstLine="420"/>
      </w:pPr>
      <w:r>
        <w:rPr>
          <w:rFonts w:ascii="宋体" w:hAnsi="宋体" w:eastAsia="宋体"/>
          <w:sz w:val="24"/>
        </w:rPr>
        <w:t>"给、给我？"她指着自己，声音微微发颤，"这可是稀有坐骑……整个服务器可能就这一匹……"</w:t>
      </w:r>
    </w:p>
    <w:p>
      <w:pPr>
        <w:spacing w:line="560" w:lineRule="exact"/>
        <w:ind w:firstLine="420"/>
      </w:pPr>
      <w:r>
        <w:rPr>
          <w:rFonts w:ascii="宋体" w:hAnsi="宋体" w:eastAsia="宋体"/>
          <w:sz w:val="24"/>
        </w:rPr>
        <w:t>"你为公会做的事配得上它。"林风平淡地说。</w:t>
      </w:r>
    </w:p>
    <w:p>
      <w:pPr>
        <w:spacing w:line="560" w:lineRule="exact"/>
        <w:ind w:firstLine="420"/>
      </w:pPr>
      <w:r>
        <w:rPr>
          <w:rFonts w:ascii="宋体" w:hAnsi="宋体" w:eastAsia="宋体"/>
          <w:sz w:val="24"/>
        </w:rPr>
        <w:t>苏小雅的眼眶微微泛红。直播间的弹幕瞬间疯了——</w:t>
      </w:r>
    </w:p>
    <w:p>
      <w:pPr>
        <w:spacing w:line="560" w:lineRule="exact"/>
        <w:ind w:firstLine="420"/>
      </w:pPr>
      <w:r>
        <w:rPr>
          <w:rFonts w:ascii="宋体" w:hAnsi="宋体" w:eastAsia="宋体"/>
          <w:sz w:val="24"/>
        </w:rPr>
        <w:t>「风雪大佬也太懂了吧！」</w:t>
        <w:br/>
        <w:t>「全服唯一坐骑送雨落姐！这是什么神仙会长！」</w:t>
        <w:br/>
        <w:t>「呜呜呜我也想加入神豪殿！」</w:t>
        <w:br/>
        <w:t>「风雪大佬你是不是对雨落姐有意思？」</w:t>
        <w:br/>
        <w:t>「CP感拉满了啊啊啊！」</w:t>
      </w:r>
    </w:p>
    <w:p>
      <w:pPr>
        <w:spacing w:line="560" w:lineRule="exact"/>
        <w:ind w:firstLine="420"/>
      </w:pPr>
      <w:r>
        <w:rPr>
          <w:rFonts w:ascii="宋体" w:hAnsi="宋体" w:eastAsia="宋体"/>
          <w:sz w:val="24"/>
        </w:rPr>
        <w:t>苏小雅的脸微微红了一下，但她很快就调整好表情——身为顶级主播，她见过的场面够多了。她接过缰绳，拍了拍手，一匹浑身燃烧着烈焰的骏马凭空出现，发出一声雄浑的长嘶，吸引了全场所有人的目光。</w:t>
      </w:r>
    </w:p>
    <w:p>
      <w:pPr>
        <w:spacing w:line="560" w:lineRule="exact"/>
        <w:ind w:firstLine="420"/>
      </w:pPr>
      <w:r>
        <w:rPr>
          <w:rFonts w:ascii="宋体" w:hAnsi="宋体" w:eastAsia="宋体"/>
          <w:sz w:val="24"/>
        </w:rPr>
        <w:t>她翻身骑上战马，英姿飒爽。</w:t>
      </w:r>
    </w:p>
    <w:p>
      <w:pPr>
        <w:spacing w:line="560" w:lineRule="exact"/>
        <w:ind w:firstLine="420"/>
      </w:pPr>
      <w:r>
        <w:rPr>
          <w:rFonts w:ascii="宋体" w:hAnsi="宋体" w:eastAsia="宋体"/>
          <w:sz w:val="24"/>
        </w:rPr>
        <w:t>"会长，明天的公会赛，我绝对不会让你失望。"</w:t>
      </w:r>
    </w:p>
    <w:p>
      <w:pPr>
        <w:spacing w:line="560" w:lineRule="exact"/>
        <w:ind w:firstLine="420"/>
      </w:pPr>
      <w:r>
        <w:rPr>
          <w:rFonts w:ascii="宋体" w:hAnsi="宋体" w:eastAsia="宋体"/>
          <w:sz w:val="24"/>
        </w:rPr>
        <w:t>林风看着她，点了点头。</w:t>
      </w:r>
    </w:p>
    <w:p>
      <w:pPr>
        <w:spacing w:line="560" w:lineRule="exact"/>
        <w:ind w:firstLine="420"/>
      </w:pPr>
      <w:r>
        <w:rPr>
          <w:rFonts w:ascii="宋体" w:hAnsi="宋体" w:eastAsia="宋体"/>
          <w:sz w:val="24"/>
        </w:rPr>
        <w:t>"我知道。"</w:t>
      </w:r>
    </w:p>
    <w:p>
      <w:r>
        <w:br w:type="page"/>
      </w:r>
    </w:p>
    <w:p>
      <w:pPr>
        <w:jc w:val="center"/>
      </w:pPr>
      <w:r>
        <w:rPr>
          <w:b/>
          <w:sz w:val="32"/>
        </w:rPr>
        <w:t>第014章 现实·白月光</w:t>
      </w:r>
    </w:p>
    <w:p>
      <w:pPr>
        <w:jc w:val="center"/>
      </w:pPr>
      <w:r>
        <w:rPr>
          <w:color w:val="999999"/>
          <w:sz w:val="18"/>
        </w:rPr>
        <w:t>（2,509字）</w:t>
      </w:r>
    </w:p>
    <w:p/>
    <w:p>
      <w:pPr>
        <w:spacing w:line="560" w:lineRule="exact"/>
        <w:ind w:firstLine="420"/>
      </w:pPr>
      <w:r>
        <w:rPr>
          <w:rFonts w:ascii="宋体" w:hAnsi="宋体" w:eastAsia="宋体"/>
          <w:sz w:val="24"/>
        </w:rPr>
        <w:t>深夜，林风从游戏舱中退出。</w:t>
      </w:r>
    </w:p>
    <w:p>
      <w:pPr>
        <w:spacing w:line="560" w:lineRule="exact"/>
        <w:ind w:firstLine="420"/>
      </w:pPr>
      <w:r>
        <w:rPr>
          <w:rFonts w:ascii="宋体" w:hAnsi="宋体" w:eastAsia="宋体"/>
          <w:sz w:val="24"/>
        </w:rPr>
        <w:t>他坐在床边，看着手机屏幕上那条王浩发来的消息，眼神冰冷。</w:t>
      </w:r>
    </w:p>
    <w:p>
      <w:pPr>
        <w:spacing w:line="560" w:lineRule="exact"/>
        <w:ind w:firstLine="420"/>
      </w:pPr>
      <w:r>
        <w:rPr>
          <w:rFonts w:ascii="宋体" w:hAnsi="宋体" w:eastAsia="宋体"/>
          <w:sz w:val="24"/>
        </w:rPr>
        <w:t>「柳如烟的事，我劝你最好识相一点。」</w:t>
      </w:r>
    </w:p>
    <w:p>
      <w:pPr>
        <w:spacing w:line="560" w:lineRule="exact"/>
        <w:ind w:firstLine="420"/>
      </w:pPr>
      <w:r>
        <w:rPr>
          <w:rFonts w:ascii="宋体" w:hAnsi="宋体" w:eastAsia="宋体"/>
          <w:sz w:val="24"/>
        </w:rPr>
        <w:t>林风把手机扔到一边，躺了下来。但脑海里却翻来覆去地浮现出那个名字——柳如烟。</w:t>
      </w:r>
    </w:p>
    <w:p>
      <w:pPr>
        <w:spacing w:line="560" w:lineRule="exact"/>
        <w:ind w:firstLine="420"/>
      </w:pPr>
      <w:r>
        <w:rPr>
          <w:rFonts w:ascii="宋体" w:hAnsi="宋体" w:eastAsia="宋体"/>
          <w:sz w:val="24"/>
        </w:rPr>
        <w:t>她是江城大学的校花，也是他从大一开始就默默喜欢的人。</w:t>
      </w:r>
    </w:p>
    <w:p>
      <w:pPr>
        <w:spacing w:line="560" w:lineRule="exact"/>
        <w:ind w:firstLine="420"/>
      </w:pPr>
      <w:r>
        <w:rPr>
          <w:rFonts w:ascii="宋体" w:hAnsi="宋体" w:eastAsia="宋体"/>
          <w:sz w:val="24"/>
        </w:rPr>
        <w:t>大一那年开学典礼，柳如烟作为新生代表上台发言。她穿着一件白色连衣裙，站在讲台中央，阳光从窗棂间斜洒下来落在她身上，将她的轮廓镀上了一层淡淡的金色光晕。林风坐在最后一排的角落里，那一刻他觉得整个礼堂里只有她和光。她的声音很好听，像山间的溪水。从那以后他就记住了她的名字。</w:t>
      </w:r>
    </w:p>
    <w:p>
      <w:pPr>
        <w:spacing w:line="560" w:lineRule="exact"/>
        <w:ind w:firstLine="420"/>
      </w:pPr>
      <w:r>
        <w:rPr>
          <w:rFonts w:ascii="宋体" w:hAnsi="宋体" w:eastAsia="宋体"/>
          <w:sz w:val="24"/>
        </w:rPr>
        <w:t>但他从来没敢靠近过她。</w:t>
      </w:r>
    </w:p>
    <w:p>
      <w:pPr>
        <w:spacing w:line="560" w:lineRule="exact"/>
        <w:ind w:firstLine="420"/>
      </w:pPr>
      <w:r>
        <w:rPr>
          <w:rFonts w:ascii="宋体" w:hAnsi="宋体" w:eastAsia="宋体"/>
          <w:sz w:val="24"/>
        </w:rPr>
        <w:t>他家境贫寒，父母早逝，靠着奖学金和兼职活着。而柳如烟是柳氏集团的千金，住江城市的顶级别墅区，出门有司机接送。他们是两个世界的人。</w:t>
      </w:r>
    </w:p>
    <w:p>
      <w:pPr>
        <w:spacing w:line="560" w:lineRule="exact"/>
        <w:ind w:firstLine="420"/>
      </w:pPr>
      <w:r>
        <w:rPr>
          <w:rFonts w:ascii="宋体" w:hAnsi="宋体" w:eastAsia="宋体"/>
          <w:sz w:val="24"/>
        </w:rPr>
        <w:t>唯一一次近距离接近她，是大二上学期在图书馆四楼。那天柳如烟抱着一摞厚重的专业书从楼梯上下来，转角时没拿稳，十几本书哗啦啦散了一地，像一朵纸花在地面上炸开。林风正好从旁边经过，蹲下来帮她把书一本一本捡起来，每一本都整整齐齐地叠好。她蹲在对面，头发垂下来遮住了半张脸，手忙脚乱地道谢。他把最后一本书递到她手上时，手指不小心碰了一下她的指尖。她抬起头，那双眼睛干净得像山间的泉水。</w:t>
      </w:r>
    </w:p>
    <w:p>
      <w:pPr>
        <w:spacing w:line="560" w:lineRule="exact"/>
        <w:ind w:firstLine="420"/>
      </w:pPr>
      <w:r>
        <w:rPr>
          <w:rFonts w:ascii="宋体" w:hAnsi="宋体" w:eastAsia="宋体"/>
          <w:sz w:val="24"/>
        </w:rPr>
        <w:t>为了那一声谢谢和那一次指尖的触碰，林风在图书馆四楼靠窗的位置坐了一整个学期。每天下午没课的时候都会去，只为了偶尔能远远看她一眼。</w:t>
      </w:r>
    </w:p>
    <w:p>
      <w:pPr>
        <w:spacing w:line="560" w:lineRule="exact"/>
        <w:ind w:firstLine="420"/>
      </w:pPr>
      <w:r>
        <w:rPr>
          <w:rFonts w:ascii="宋体" w:hAnsi="宋体" w:eastAsia="宋体"/>
          <w:sz w:val="24"/>
        </w:rPr>
        <w:t>从那以后，林风会刻意去图书馆同一个位置自习，只为了偶尔能远远看她一眼。</w:t>
      </w:r>
    </w:p>
    <w:p>
      <w:pPr>
        <w:spacing w:line="560" w:lineRule="exact"/>
        <w:ind w:firstLine="420"/>
      </w:pPr>
      <w:r>
        <w:rPr>
          <w:rFonts w:ascii="宋体" w:hAnsi="宋体" w:eastAsia="宋体"/>
          <w:sz w:val="24"/>
        </w:rPr>
        <w:t>直到王浩发现了这件事，开始在公开场合羞辱他。从那以后，林风连图书馆都不敢去了。</w:t>
      </w:r>
    </w:p>
    <w:p>
      <w:pPr>
        <w:spacing w:line="560" w:lineRule="exact"/>
        <w:ind w:firstLine="420"/>
      </w:pPr>
      <w:r>
        <w:rPr>
          <w:rFonts w:ascii="宋体" w:hAnsi="宋体" w:eastAsia="宋体"/>
          <w:sz w:val="24"/>
        </w:rPr>
        <w:t>但现在不一样了。</w:t>
      </w:r>
    </w:p>
    <w:p>
      <w:pPr>
        <w:spacing w:line="560" w:lineRule="exact"/>
        <w:ind w:firstLine="420"/>
      </w:pPr>
      <w:r>
        <w:rPr>
          <w:rFonts w:ascii="宋体" w:hAnsi="宋体" w:eastAsia="宋体"/>
          <w:sz w:val="24"/>
        </w:rPr>
        <w:t>他在《天界》里赚到了钱。第一天的兑换就让他账户多了十几万。这段时间拍卖会、首通、公会战……他累计在游戏里消费了超过五亿游戏币，现实账户里已经多了五十多万。</w:t>
      </w:r>
    </w:p>
    <w:p>
      <w:pPr>
        <w:spacing w:line="560" w:lineRule="exact"/>
        <w:ind w:firstLine="420"/>
      </w:pPr>
      <w:r>
        <w:rPr>
          <w:rFonts w:ascii="宋体" w:hAnsi="宋体" w:eastAsia="宋体"/>
          <w:sz w:val="24"/>
        </w:rPr>
        <w:t>五十万。相比柳氏集团那种百亿级别的企业，这不算什么。但对他来说，这是改变命运的起点。</w:t>
      </w:r>
    </w:p>
    <w:p>
      <w:pPr>
        <w:spacing w:line="560" w:lineRule="exact"/>
        <w:ind w:firstLine="420"/>
      </w:pPr>
      <w:r>
        <w:rPr>
          <w:rFonts w:ascii="宋体" w:hAnsi="宋体" w:eastAsia="宋体"/>
          <w:sz w:val="24"/>
        </w:rPr>
        <w:t>就在这时，手机突然震动了一下。</w:t>
      </w:r>
    </w:p>
    <w:p>
      <w:pPr>
        <w:spacing w:line="560" w:lineRule="exact"/>
        <w:ind w:firstLine="420"/>
      </w:pPr>
      <w:r>
        <w:rPr>
          <w:rFonts w:ascii="宋体" w:hAnsi="宋体" w:eastAsia="宋体"/>
          <w:sz w:val="24"/>
        </w:rPr>
        <w:t>一条微信消息弹了出来——发信人：柳如烟。</w:t>
      </w:r>
    </w:p>
    <w:p>
      <w:pPr>
        <w:spacing w:line="560" w:lineRule="exact"/>
        <w:ind w:firstLine="420"/>
      </w:pPr>
      <w:r>
        <w:rPr>
          <w:rFonts w:ascii="宋体" w:hAnsi="宋体" w:eastAsia="宋体"/>
          <w:sz w:val="24"/>
        </w:rPr>
        <w:t>「林风，明天中午有空吗？我想请你吃个饭。」</w:t>
      </w:r>
    </w:p>
    <w:p>
      <w:pPr>
        <w:spacing w:line="560" w:lineRule="exact"/>
        <w:ind w:firstLine="420"/>
      </w:pPr>
      <w:r>
        <w:rPr>
          <w:rFonts w:ascii="宋体" w:hAnsi="宋体" w:eastAsia="宋体"/>
          <w:sz w:val="24"/>
        </w:rPr>
        <w:t>林风愣住了。</w:t>
      </w:r>
    </w:p>
    <w:p>
      <w:pPr>
        <w:spacing w:line="560" w:lineRule="exact"/>
        <w:ind w:firstLine="420"/>
      </w:pPr>
      <w:r>
        <w:rPr>
          <w:rFonts w:ascii="宋体" w:hAnsi="宋体" w:eastAsia="宋体"/>
          <w:sz w:val="24"/>
        </w:rPr>
        <w:t>他盯着屏幕看了足足十秒钟，确认自己没有看错。柳如烟——主动约他吃饭？</w:t>
      </w:r>
    </w:p>
    <w:p>
      <w:pPr>
        <w:spacing w:line="560" w:lineRule="exact"/>
        <w:ind w:firstLine="420"/>
      </w:pPr>
      <w:r>
        <w:rPr>
          <w:rFonts w:ascii="宋体" w:hAnsi="宋体" w:eastAsia="宋体"/>
          <w:sz w:val="24"/>
        </w:rPr>
        <w:t>他深呼吸了一下，回复：「有空。在哪？」</w:t>
      </w:r>
    </w:p>
    <w:p>
      <w:pPr>
        <w:spacing w:line="560" w:lineRule="exact"/>
        <w:ind w:firstLine="420"/>
      </w:pPr>
      <w:r>
        <w:rPr>
          <w:rFonts w:ascii="宋体" w:hAnsi="宋体" w:eastAsia="宋体"/>
          <w:sz w:val="24"/>
        </w:rPr>
        <w:t>「学校西门那家川菜馆吧，中午十二点。」</w:t>
      </w:r>
    </w:p>
    <w:p>
      <w:pPr>
        <w:spacing w:line="560" w:lineRule="exact"/>
        <w:ind w:firstLine="420"/>
      </w:pPr>
      <w:r>
        <w:rPr>
          <w:rFonts w:ascii="宋体" w:hAnsi="宋体" w:eastAsia="宋体"/>
          <w:sz w:val="24"/>
        </w:rPr>
        <w:t>「好，明天见。」</w:t>
      </w:r>
    </w:p>
    <w:p>
      <w:pPr>
        <w:spacing w:line="560" w:lineRule="exact"/>
        <w:ind w:firstLine="420"/>
      </w:pPr>
      <w:r>
        <w:rPr>
          <w:rFonts w:ascii="宋体" w:hAnsi="宋体" w:eastAsia="宋体"/>
          <w:sz w:val="24"/>
        </w:rPr>
        <w:t>放下手机，林风的心跳久久不能平静。他躺在床上盯着天花板看了一会儿，把那条消息又读了一遍才放下手机。</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第二天中午，林风提前十五分钟到了川菜馆。</w:t>
      </w:r>
    </w:p>
    <w:p>
      <w:pPr>
        <w:spacing w:line="560" w:lineRule="exact"/>
        <w:ind w:firstLine="420"/>
      </w:pPr>
      <w:r>
        <w:rPr>
          <w:rFonts w:ascii="宋体" w:hAnsi="宋体" w:eastAsia="宋体"/>
          <w:sz w:val="24"/>
        </w:rPr>
        <w:t>他换了一身新买的衣服——简单的白衬衫配黑色休闲裤，不是什么名牌但干净利落，把原本有些瘦削的身形衬得精神了不少。头发也理过了，整个人看起来比之前精神了很多。</w:t>
      </w:r>
    </w:p>
    <w:p>
      <w:pPr>
        <w:spacing w:line="560" w:lineRule="exact"/>
        <w:ind w:firstLine="420"/>
      </w:pPr>
      <w:r>
        <w:rPr>
          <w:rFonts w:ascii="宋体" w:hAnsi="宋体" w:eastAsia="宋体"/>
          <w:sz w:val="24"/>
        </w:rPr>
        <w:t>柳如烟已经到了，坐在靠窗的位子上。她穿着一件浅蓝色的针织衫，长发扎成马尾，素面朝天却依然好看得让人移不开眼。</w:t>
      </w:r>
    </w:p>
    <w:p>
      <w:pPr>
        <w:spacing w:line="560" w:lineRule="exact"/>
        <w:ind w:firstLine="420"/>
      </w:pPr>
      <w:r>
        <w:rPr>
          <w:rFonts w:ascii="宋体" w:hAnsi="宋体" w:eastAsia="宋体"/>
          <w:sz w:val="24"/>
        </w:rPr>
        <w:t>她看到林风走进来，微微愣了一下——显然也注意到了他的变化。</w:t>
      </w:r>
    </w:p>
    <w:p>
      <w:pPr>
        <w:spacing w:line="560" w:lineRule="exact"/>
        <w:ind w:firstLine="420"/>
      </w:pPr>
      <w:r>
        <w:rPr>
          <w:rFonts w:ascii="宋体" w:hAnsi="宋体" w:eastAsia="宋体"/>
          <w:sz w:val="24"/>
        </w:rPr>
        <w:t>「你来得好早。」柳如烟笑了笑。</w:t>
      </w:r>
    </w:p>
    <w:p>
      <w:pPr>
        <w:spacing w:line="560" w:lineRule="exact"/>
        <w:ind w:firstLine="420"/>
      </w:pPr>
      <w:r>
        <w:rPr>
          <w:rFonts w:ascii="宋体" w:hAnsi="宋体" w:eastAsia="宋体"/>
          <w:sz w:val="24"/>
        </w:rPr>
        <w:t>「你更早。」林风在她对面坐下。</w:t>
      </w:r>
    </w:p>
    <w:p>
      <w:pPr>
        <w:spacing w:line="560" w:lineRule="exact"/>
        <w:ind w:firstLine="420"/>
      </w:pPr>
      <w:r>
        <w:rPr>
          <w:rFonts w:ascii="宋体" w:hAnsi="宋体" w:eastAsia="宋体"/>
          <w:sz w:val="24"/>
        </w:rPr>
        <w:t>气氛有些微妙。两人之间有一种说不清的距离感——那是过去两年里，林风刻意保持的距离所造成的隔阂。菜还没上，桌上一壶菊花茶冒着淡淡的热气，白色的蒸汽在两人之间袅袅升起又散开。</w:t>
      </w:r>
    </w:p>
    <w:p>
      <w:pPr>
        <w:spacing w:line="560" w:lineRule="exact"/>
        <w:ind w:firstLine="420"/>
      </w:pPr>
      <w:r>
        <w:rPr>
          <w:rFonts w:ascii="宋体" w:hAnsi="宋体" w:eastAsia="宋体"/>
          <w:sz w:val="24"/>
        </w:rPr>
        <w:t>「我看了新闻。」柳如烟开门见山地说，「风雪夜归人——是你对吧？」</w:t>
      </w:r>
    </w:p>
    <w:p>
      <w:pPr>
        <w:spacing w:line="560" w:lineRule="exact"/>
        <w:ind w:firstLine="420"/>
      </w:pPr>
      <w:r>
        <w:rPr>
          <w:rFonts w:ascii="宋体" w:hAnsi="宋体" w:eastAsia="宋体"/>
          <w:sz w:val="24"/>
        </w:rPr>
        <w:t>林风没有否认。他知道以柳如烟的聪明，迟早会猜到。</w:t>
      </w:r>
    </w:p>
    <w:p>
      <w:pPr>
        <w:spacing w:line="560" w:lineRule="exact"/>
        <w:ind w:firstLine="420"/>
      </w:pPr>
      <w:r>
        <w:rPr>
          <w:rFonts w:ascii="宋体" w:hAnsi="宋体" w:eastAsia="宋体"/>
          <w:sz w:val="24"/>
        </w:rPr>
        <w:t>「你一直在玩《天界》？」柳如烟问。</w:t>
      </w:r>
    </w:p>
    <w:p>
      <w:pPr>
        <w:spacing w:line="560" w:lineRule="exact"/>
        <w:ind w:firstLine="420"/>
      </w:pPr>
      <w:r>
        <w:rPr>
          <w:rFonts w:ascii="宋体" w:hAnsi="宋体" w:eastAsia="宋体"/>
          <w:sz w:val="24"/>
        </w:rPr>
        <w:t>「嗯。」</w:t>
      </w:r>
    </w:p>
    <w:p>
      <w:pPr>
        <w:spacing w:line="560" w:lineRule="exact"/>
        <w:ind w:firstLine="420"/>
      </w:pPr>
      <w:r>
        <w:rPr>
          <w:rFonts w:ascii="宋体" w:hAnsi="宋体" w:eastAsia="宋体"/>
          <w:sz w:val="24"/>
        </w:rPr>
        <w:t>「而且玩得很好。」她的目光带着一种认真的审视，「我听说你在游戏里建了一个公会，还打败了排名第一的龙腾公会。」</w:t>
      </w:r>
    </w:p>
    <w:p>
      <w:pPr>
        <w:spacing w:line="560" w:lineRule="exact"/>
        <w:ind w:firstLine="420"/>
      </w:pPr>
      <w:r>
        <w:rPr>
          <w:rFonts w:ascii="宋体" w:hAnsi="宋体" w:eastAsia="宋体"/>
          <w:sz w:val="24"/>
        </w:rPr>
        <w:t>「消息传得真快。」</w:t>
      </w:r>
    </w:p>
    <w:p>
      <w:pPr>
        <w:spacing w:line="560" w:lineRule="exact"/>
        <w:ind w:firstLine="420"/>
      </w:pPr>
      <w:r>
        <w:rPr>
          <w:rFonts w:ascii="宋体" w:hAnsi="宋体" w:eastAsia="宋体"/>
          <w:sz w:val="24"/>
        </w:rPr>
        <w:t>柳如烟轻轻笑了笑：「我弟弟也在玩《天界》，他昨晚一直在念叨风雪夜归人有多强。后来我在网上看到了一段竞技场的视频，一眼就认出了你。」</w:t>
      </w:r>
    </w:p>
    <w:p>
      <w:pPr>
        <w:spacing w:line="560" w:lineRule="exact"/>
        <w:ind w:firstLine="420"/>
      </w:pPr>
      <w:r>
        <w:rPr>
          <w:rFonts w:ascii="宋体" w:hAnsi="宋体" w:eastAsia="宋体"/>
          <w:sz w:val="24"/>
        </w:rPr>
        <w:t>林风端起水杯喝了一口，没有说话。</w:t>
      </w:r>
    </w:p>
    <w:p>
      <w:pPr>
        <w:spacing w:line="560" w:lineRule="exact"/>
        <w:ind w:firstLine="420"/>
      </w:pPr>
      <w:r>
        <w:rPr>
          <w:rFonts w:ascii="宋体" w:hAnsi="宋体" w:eastAsia="宋体"/>
          <w:sz w:val="24"/>
        </w:rPr>
        <w:t>「林风，我想问你一个问题。」柳如烟的表情变得认真起来，「你玩游戏……是为了赚钱，还是为了别的？」</w:t>
      </w:r>
    </w:p>
    <w:p>
      <w:pPr>
        <w:spacing w:line="560" w:lineRule="exact"/>
        <w:ind w:firstLine="420"/>
      </w:pPr>
      <w:r>
        <w:rPr>
          <w:rFonts w:ascii="宋体" w:hAnsi="宋体" w:eastAsia="宋体"/>
          <w:sz w:val="24"/>
        </w:rPr>
        <w:t>林风放下杯子，看着她的眼睛：「一开始是为了赚钱。但现在——不只是了。」</w:t>
      </w:r>
    </w:p>
    <w:p>
      <w:pPr>
        <w:spacing w:line="560" w:lineRule="exact"/>
        <w:ind w:firstLine="420"/>
      </w:pPr>
      <w:r>
        <w:rPr>
          <w:rFonts w:ascii="宋体" w:hAnsi="宋体" w:eastAsia="宋体"/>
          <w:sz w:val="24"/>
        </w:rPr>
        <w:t>「那还有什么？」</w:t>
      </w:r>
    </w:p>
    <w:p>
      <w:pPr>
        <w:spacing w:line="560" w:lineRule="exact"/>
        <w:ind w:firstLine="420"/>
      </w:pPr>
      <w:r>
        <w:rPr>
          <w:rFonts w:ascii="宋体" w:hAnsi="宋体" w:eastAsia="宋体"/>
          <w:sz w:val="24"/>
        </w:rPr>
        <w:t>「我想证明一件事。」林风说，「证明出身不好的人，也能站在最高处。」</w:t>
      </w:r>
    </w:p>
    <w:p>
      <w:pPr>
        <w:spacing w:line="560" w:lineRule="exact"/>
        <w:ind w:firstLine="420"/>
      </w:pPr>
      <w:r>
        <w:rPr>
          <w:rFonts w:ascii="宋体" w:hAnsi="宋体" w:eastAsia="宋体"/>
          <w:sz w:val="24"/>
        </w:rPr>
        <w:t>柳如烟沉默了一会儿，然后轻轻点头：「我相信你可以。我在游戏里看过你的操作，那不是靠运气能做到的。」柳如烟轻轻点了点头，目光里带着一种认真的欣赏。</w:t>
      </w:r>
    </w:p>
    <w:p>
      <w:pPr>
        <w:spacing w:line="560" w:lineRule="exact"/>
        <w:ind w:firstLine="420"/>
      </w:pPr>
      <w:r>
        <w:rPr>
          <w:rFonts w:ascii="宋体" w:hAnsi="宋体" w:eastAsia="宋体"/>
          <w:sz w:val="24"/>
        </w:rPr>
        <w:t>就在这时，一个不和谐的声音突然插了进来——</w:t>
      </w:r>
    </w:p>
    <w:p>
      <w:pPr>
        <w:spacing w:line="560" w:lineRule="exact"/>
        <w:ind w:firstLine="420"/>
      </w:pPr>
      <w:r>
        <w:rPr>
          <w:rFonts w:ascii="宋体" w:hAnsi="宋体" w:eastAsia="宋体"/>
          <w:sz w:val="24"/>
        </w:rPr>
        <w:t>「哟，这不是林风吗？怎么，请得起柳如烟吃饭了？」</w:t>
      </w:r>
    </w:p>
    <w:p>
      <w:pPr>
        <w:spacing w:line="560" w:lineRule="exact"/>
        <w:ind w:firstLine="420"/>
      </w:pPr>
      <w:r>
        <w:rPr>
          <w:rFonts w:ascii="宋体" w:hAnsi="宋体" w:eastAsia="宋体"/>
          <w:sz w:val="24"/>
        </w:rPr>
        <w:t>王浩从门口走进来，穿着一身裁剪得体的西装，手腕上戴着一块限量版的劳力士。他的身后跟着两个同样穿西装的同伴，一看就是富家子弟的派头。</w:t>
      </w:r>
    </w:p>
    <w:p>
      <w:pPr>
        <w:spacing w:line="560" w:lineRule="exact"/>
        <w:ind w:firstLine="420"/>
      </w:pPr>
      <w:r>
        <w:rPr>
          <w:rFonts w:ascii="宋体" w:hAnsi="宋体" w:eastAsia="宋体"/>
          <w:sz w:val="24"/>
        </w:rPr>
        <w:t>林风的眼神瞬间冷了下来。</w:t>
      </w:r>
    </w:p>
    <w:p>
      <w:pPr>
        <w:spacing w:line="560" w:lineRule="exact"/>
        <w:ind w:firstLine="420"/>
      </w:pPr>
      <w:r>
        <w:rPr>
          <w:rFonts w:ascii="宋体" w:hAnsi="宋体" w:eastAsia="宋体"/>
          <w:sz w:val="24"/>
        </w:rPr>
        <w:t>王浩走到桌前，居高临下地看着林风：「林风，你是真不知道自己几斤几两啊。柳如烟是你能约的人吗？你请得起这顿饭吗？这家川菜馆人均消费三百，够你一个月生活费了吧？」</w:t>
      </w:r>
    </w:p>
    <w:p>
      <w:pPr>
        <w:spacing w:line="560" w:lineRule="exact"/>
        <w:ind w:firstLine="420"/>
      </w:pPr>
      <w:r>
        <w:rPr>
          <w:rFonts w:ascii="宋体" w:hAnsi="宋体" w:eastAsia="宋体"/>
          <w:sz w:val="24"/>
        </w:rPr>
        <w:t>柳如烟皱了皱眉：「王浩，我跟谁吃饭不需要你过问。」</w:t>
      </w:r>
    </w:p>
    <w:p>
      <w:pPr>
        <w:spacing w:line="560" w:lineRule="exact"/>
        <w:ind w:firstLine="420"/>
      </w:pPr>
      <w:r>
        <w:rPr>
          <w:rFonts w:ascii="宋体" w:hAnsi="宋体" w:eastAsia="宋体"/>
          <w:sz w:val="24"/>
        </w:rPr>
        <w:t>「柳如烟，我不是在管你。」王浩笑着说，但眼神却冷得吓人，「我只是在提醒某些人——别癞蛤蟆想吃天鹅肉。」</w:t>
      </w:r>
    </w:p>
    <w:p>
      <w:pPr>
        <w:spacing w:line="560" w:lineRule="exact"/>
        <w:ind w:firstLine="420"/>
      </w:pPr>
      <w:r>
        <w:rPr>
          <w:rFonts w:ascii="宋体" w:hAnsi="宋体" w:eastAsia="宋体"/>
          <w:sz w:val="24"/>
        </w:rPr>
        <w:t>林风缓缓站了起来。</w:t>
      </w:r>
    </w:p>
    <w:p>
      <w:pPr>
        <w:spacing w:line="560" w:lineRule="exact"/>
        <w:ind w:firstLine="420"/>
      </w:pPr>
      <w:r>
        <w:rPr>
          <w:rFonts w:ascii="宋体" w:hAnsi="宋体" w:eastAsia="宋体"/>
          <w:sz w:val="24"/>
        </w:rPr>
        <w:t>他比王浩高了半个头，此刻站直了身子，目光平静地俯视着王浩：「王浩，我跟柳如烟吃饭，跟你有什么关系？」</w:t>
      </w:r>
    </w:p>
    <w:p>
      <w:pPr>
        <w:spacing w:line="560" w:lineRule="exact"/>
        <w:ind w:firstLine="420"/>
      </w:pPr>
      <w:r>
        <w:rPr>
          <w:rFonts w:ascii="宋体" w:hAnsi="宋体" w:eastAsia="宋体"/>
          <w:sz w:val="24"/>
        </w:rPr>
        <w:t>「跟我没关系？」王浩冷笑一声，「林风，你是不是觉得在游戏里赚了点钱就了不起了？我告诉你，游戏里的一千万，在现实里连一套房的首付都不够。你依然是个——」</w:t>
      </w:r>
    </w:p>
    <w:p>
      <w:pPr>
        <w:spacing w:line="560" w:lineRule="exact"/>
        <w:ind w:firstLine="420"/>
      </w:pPr>
      <w:r>
        <w:rPr>
          <w:rFonts w:ascii="宋体" w:hAnsi="宋体" w:eastAsia="宋体"/>
          <w:sz w:val="24"/>
        </w:rPr>
        <w:t>「王浩。」林风打断了他，声音不大但分量十足，「你爸的公司，今年的财报很难看吧？」</w:t>
      </w:r>
    </w:p>
    <w:p>
      <w:pPr>
        <w:spacing w:line="560" w:lineRule="exact"/>
        <w:ind w:firstLine="420"/>
      </w:pPr>
      <w:r>
        <w:rPr>
          <w:rFonts w:ascii="宋体" w:hAnsi="宋体" w:eastAsia="宋体"/>
          <w:sz w:val="24"/>
        </w:rPr>
        <w:t>王浩的笑容僵了一下。</w:t>
      </w:r>
    </w:p>
    <w:p>
      <w:pPr>
        <w:spacing w:line="560" w:lineRule="exact"/>
        <w:ind w:firstLine="420"/>
      </w:pPr>
      <w:r>
        <w:rPr>
          <w:rFonts w:ascii="宋体" w:hAnsi="宋体" w:eastAsia="宋体"/>
          <w:sz w:val="24"/>
        </w:rPr>
        <w:t>「房地产行业寒冬，你爸的公司负债率超过70%，银行已经开始收紧贷款了。」林风语气平淡地继续说，「你觉得你还有多少时间继续当你的富二代？」</w:t>
      </w:r>
    </w:p>
    <w:p>
      <w:pPr>
        <w:spacing w:line="560" w:lineRule="exact"/>
        <w:ind w:firstLine="420"/>
      </w:pPr>
      <w:r>
        <w:rPr>
          <w:rFonts w:ascii="宋体" w:hAnsi="宋体" w:eastAsia="宋体"/>
          <w:sz w:val="24"/>
        </w:rPr>
        <w:t>王浩的脸色骤然变了：「你——你怎么知道？！」</w:t>
      </w:r>
    </w:p>
    <w:p>
      <w:pPr>
        <w:spacing w:line="560" w:lineRule="exact"/>
        <w:ind w:firstLine="420"/>
      </w:pPr>
      <w:r>
        <w:rPr>
          <w:rFonts w:ascii="宋体" w:hAnsi="宋体" w:eastAsia="宋体"/>
          <w:sz w:val="24"/>
        </w:rPr>
        <w:t>「我不光知道这些。」林风拿起桌上的水杯，不急不慢地喝了一口，「我还知道你爸最近在谈一笔融资，对方是柳氏集团旗下的投资公司。你说——如果柳如烟回去跟她爸说一句，这笔投资要慎重考虑……你家的公司还能撑多久？」</w:t>
      </w:r>
    </w:p>
    <w:p>
      <w:pPr>
        <w:spacing w:line="560" w:lineRule="exact"/>
        <w:ind w:firstLine="420"/>
      </w:pPr>
      <w:r>
        <w:rPr>
          <w:rFonts w:ascii="宋体" w:hAnsi="宋体" w:eastAsia="宋体"/>
          <w:sz w:val="24"/>
        </w:rPr>
        <w:t>王浩的脸色从涨红变成煞白，额头上渗出了一层细密的汗珠。他张了张嘴，像一条被拎出水面的鱼，想说什么却发不出声音。手里的劳力士在灯光下闪了一下，此刻看起来却像是某种讽刺。</w:t>
      </w:r>
    </w:p>
    <w:p>
      <w:pPr>
        <w:spacing w:line="560" w:lineRule="exact"/>
        <w:ind w:firstLine="420"/>
      </w:pPr>
      <w:r>
        <w:rPr>
          <w:rFonts w:ascii="宋体" w:hAnsi="宋体" w:eastAsia="宋体"/>
          <w:sz w:val="24"/>
        </w:rPr>
        <w:t>他张了张嘴，想反驳，却一个字都说不出来。</w:t>
      </w:r>
    </w:p>
    <w:p>
      <w:pPr>
        <w:spacing w:line="560" w:lineRule="exact"/>
        <w:ind w:firstLine="420"/>
      </w:pPr>
      <w:r>
        <w:rPr>
          <w:rFonts w:ascii="宋体" w:hAnsi="宋体" w:eastAsia="宋体"/>
          <w:sz w:val="24"/>
        </w:rPr>
        <w:t>因为他知道——林风说的每一个字，都是真的。</w:t>
      </w:r>
    </w:p>
    <w:p>
      <w:pPr>
        <w:spacing w:line="560" w:lineRule="exact"/>
        <w:ind w:firstLine="420"/>
      </w:pPr>
      <w:r>
        <w:rPr>
          <w:rFonts w:ascii="宋体" w:hAnsi="宋体" w:eastAsia="宋体"/>
          <w:sz w:val="24"/>
        </w:rPr>
        <w:t>柳如烟微微抬头，看向林风的眼神里带着一丝惊讶——还有一丝她从未有过的东西：刮目相看。</w:t>
      </w:r>
    </w:p>
    <w:p>
      <w:pPr>
        <w:spacing w:line="560" w:lineRule="exact"/>
        <w:ind w:firstLine="420"/>
      </w:pPr>
      <w:r>
        <w:rPr>
          <w:rFonts w:ascii="宋体" w:hAnsi="宋体" w:eastAsia="宋体"/>
          <w:sz w:val="24"/>
        </w:rPr>
        <w:t>「我们走吧。」林风对柳如烟说，「换个地方吃。」</w:t>
      </w:r>
    </w:p>
    <w:p>
      <w:pPr>
        <w:spacing w:line="560" w:lineRule="exact"/>
        <w:ind w:firstLine="420"/>
      </w:pPr>
      <w:r>
        <w:rPr>
          <w:rFonts w:ascii="宋体" w:hAnsi="宋体" w:eastAsia="宋体"/>
          <w:sz w:val="24"/>
        </w:rPr>
        <w:t>柳如烟点了点头，拿起包站了起来。</w:t>
      </w:r>
    </w:p>
    <w:p>
      <w:pPr>
        <w:spacing w:line="560" w:lineRule="exact"/>
        <w:ind w:firstLine="420"/>
      </w:pPr>
      <w:r>
        <w:rPr>
          <w:rFonts w:ascii="宋体" w:hAnsi="宋体" w:eastAsia="宋体"/>
          <w:sz w:val="24"/>
        </w:rPr>
        <w:t>两人从王浩身边走过，留下一桌子还没动过的菜和一个脸色惨白的王浩。</w:t>
      </w:r>
    </w:p>
    <w:p>
      <w:pPr>
        <w:spacing w:line="560" w:lineRule="exact"/>
        <w:ind w:firstLine="420"/>
      </w:pPr>
      <w:r>
        <w:rPr>
          <w:rFonts w:ascii="宋体" w:hAnsi="宋体" w:eastAsia="宋体"/>
          <w:sz w:val="24"/>
        </w:rPr>
        <w:t>走出川菜馆，午后的阳光透过梧桐树叶洒在街道上，光影斑驳。柳如烟走在前面两步，忽然停下脚步，转身轻声笑了起来。她的马尾在转身时轻轻甩动，在阳光下划过一道弧线。</w:t>
      </w:r>
    </w:p>
    <w:p>
      <w:pPr>
        <w:spacing w:line="560" w:lineRule="exact"/>
        <w:ind w:firstLine="420"/>
      </w:pPr>
      <w:r>
        <w:rPr>
          <w:rFonts w:ascii="宋体" w:hAnsi="宋体" w:eastAsia="宋体"/>
          <w:sz w:val="24"/>
        </w:rPr>
        <w:t>「怎么了？」林风问。</w:t>
      </w:r>
    </w:p>
    <w:p>
      <w:pPr>
        <w:spacing w:line="560" w:lineRule="exact"/>
        <w:ind w:firstLine="420"/>
      </w:pPr>
      <w:r>
        <w:rPr>
          <w:rFonts w:ascii="宋体" w:hAnsi="宋体" w:eastAsia="宋体"/>
          <w:sz w:val="24"/>
        </w:rPr>
        <w:t>「没什么。」柳如烟摇了摇头，眼角带着笑意，「只是觉得……你跟我印象中不太一样了。」</w:t>
      </w:r>
    </w:p>
    <w:p>
      <w:pPr>
        <w:spacing w:line="560" w:lineRule="exact"/>
        <w:ind w:firstLine="420"/>
      </w:pPr>
      <w:r>
        <w:rPr>
          <w:rFonts w:ascii="宋体" w:hAnsi="宋体" w:eastAsia="宋体"/>
          <w:sz w:val="24"/>
        </w:rPr>
        <w:t>「是好是坏？」</w:t>
      </w:r>
    </w:p>
    <w:p>
      <w:pPr>
        <w:spacing w:line="560" w:lineRule="exact"/>
        <w:ind w:firstLine="420"/>
      </w:pPr>
      <w:r>
        <w:rPr>
          <w:rFonts w:ascii="宋体" w:hAnsi="宋体" w:eastAsia="宋体"/>
          <w:sz w:val="24"/>
        </w:rPr>
        <w:t>「好。」柳如烟转过头看着他，午后的阳光穿过树叶落在她脸上，碎金一般斑驳闪烁，「很好。」</w:t>
      </w:r>
    </w:p>
    <w:p>
      <w:pPr>
        <w:spacing w:line="560" w:lineRule="exact"/>
        <w:ind w:firstLine="420"/>
      </w:pPr>
      <w:r>
        <w:rPr>
          <w:rFonts w:ascii="宋体" w:hAnsi="宋体" w:eastAsia="宋体"/>
          <w:sz w:val="24"/>
        </w:rPr>
        <w:t>林风也笑了。</w:t>
      </w:r>
    </w:p>
    <w:p>
      <w:pPr>
        <w:spacing w:line="560" w:lineRule="exact"/>
        <w:ind w:firstLine="420"/>
      </w:pPr>
      <w:r>
        <w:rPr>
          <w:rFonts w:ascii="宋体" w:hAnsi="宋体" w:eastAsia="宋体"/>
          <w:sz w:val="24"/>
        </w:rPr>
        <w:t>但在他心里，他知道这只是开始。王浩不会善罢甘休——他今天丢了这么大的面子，一定会回家找他爸。而王浩的父亲能爬到今天这个位置，绝不是一个简单角色。</w:t>
      </w:r>
    </w:p>
    <w:p>
      <w:pPr>
        <w:spacing w:line="560" w:lineRule="exact"/>
        <w:ind w:firstLine="420"/>
      </w:pPr>
      <w:r>
        <w:rPr>
          <w:rFonts w:ascii="宋体" w:hAnsi="宋体" w:eastAsia="宋体"/>
          <w:sz w:val="24"/>
        </w:rPr>
        <w:t>他回头看了一眼川菜馆的大门，透过玻璃能看到王浩还站在原地，肩膀微微发抖，手里的电话已经贴到了耳边——他肯定在打给他爸。</w:t>
      </w:r>
    </w:p>
    <w:p>
      <w:pPr>
        <w:spacing w:line="560" w:lineRule="exact"/>
        <w:ind w:firstLine="420"/>
      </w:pPr>
      <w:r>
        <w:rPr>
          <w:rFonts w:ascii="宋体" w:hAnsi="宋体" w:eastAsia="宋体"/>
          <w:sz w:val="24"/>
        </w:rPr>
        <w:t>真正的风暴，还在后面。</w:t>
      </w:r>
    </w:p>
    <w:p>
      <w:r>
        <w:br w:type="page"/>
      </w:r>
    </w:p>
    <w:p>
      <w:pPr>
        <w:jc w:val="center"/>
      </w:pPr>
      <w:r>
        <w:rPr>
          <w:b/>
          <w:sz w:val="32"/>
        </w:rPr>
        <w:t>第015章 攻城战</w:t>
      </w:r>
    </w:p>
    <w:p>
      <w:pPr>
        <w:jc w:val="center"/>
      </w:pPr>
      <w:r>
        <w:rPr>
          <w:color w:val="999999"/>
          <w:sz w:val="18"/>
        </w:rPr>
        <w:t>（2,500字）</w:t>
      </w:r>
    </w:p>
    <w:p/>
    <w:p>
      <w:pPr>
        <w:spacing w:line="560" w:lineRule="exact"/>
        <w:ind w:firstLine="420"/>
      </w:pPr>
      <w:r>
        <w:rPr>
          <w:rFonts w:ascii="宋体" w:hAnsi="宋体" w:eastAsia="宋体"/>
          <w:sz w:val="24"/>
        </w:rPr>
        <w:t>神豪殿碾压龙腾的消息在《天界》里像野火一样蔓延，持续发酵了整整两天。游戏论坛、社交平台、直播间——到处都是关于那场2:0碾压的讨论。</w:t>
      </w:r>
    </w:p>
    <w:p>
      <w:pPr>
        <w:spacing w:line="560" w:lineRule="exact"/>
        <w:ind w:firstLine="420"/>
      </w:pPr>
      <w:r>
        <w:rPr>
          <w:rFonts w:ascii="宋体" w:hAnsi="宋体" w:eastAsia="宋体"/>
          <w:sz w:val="24"/>
        </w:rPr>
        <w:t>而就在第三天的清晨，一条重磅消息炸响了整个服务器——</w:t>
      </w:r>
    </w:p>
    <w:p>
      <w:pPr>
        <w:spacing w:line="560" w:lineRule="exact"/>
        <w:ind w:firstLine="420"/>
      </w:pPr>
      <w:r>
        <w:rPr>
          <w:rFonts w:ascii="宋体" w:hAnsi="宋体" w:eastAsia="宋体"/>
          <w:sz w:val="24"/>
        </w:rPr>
        <w:t>【系统公告：公会争霸赛预赛赛程已确定！共有32个公会报名参赛，赛制为淘汰制。首轮比赛将于今晚20:00开启！】</w:t>
      </w:r>
    </w:p>
    <w:p>
      <w:pPr>
        <w:spacing w:line="560" w:lineRule="exact"/>
        <w:ind w:firstLine="420"/>
      </w:pPr>
      <w:r>
        <w:rPr>
          <w:rFonts w:ascii="宋体" w:hAnsi="宋体" w:eastAsia="宋体"/>
          <w:sz w:val="24"/>
        </w:rPr>
        <w:t>【特别说明：预赛形式为「攻城战」！参赛公会需争夺中立城镇「落日镇」的控制权！占领城镇核心水晶并持续10分钟即为胜利！】</w:t>
      </w:r>
    </w:p>
    <w:p>
      <w:pPr>
        <w:spacing w:line="560" w:lineRule="exact"/>
        <w:ind w:firstLine="420"/>
      </w:pPr>
      <w:r>
        <w:rPr>
          <w:rFonts w:ascii="宋体" w:hAnsi="宋体" w:eastAsia="宋体"/>
          <w:sz w:val="24"/>
        </w:rPr>
        <w:t>消息一出，全服震动。</w:t>
      </w:r>
    </w:p>
    <w:p>
      <w:pPr>
        <w:spacing w:line="560" w:lineRule="exact"/>
        <w:ind w:firstLine="420"/>
      </w:pPr>
      <w:r>
        <w:rPr>
          <w:rFonts w:ascii="宋体" w:hAnsi="宋体" w:eastAsia="宋体"/>
          <w:sz w:val="24"/>
        </w:rPr>
        <w:t>攻城战——这是《天界》开服以来第一次大规模公会战。胜者将获得落日镇的完全控制权，包括税收、资源和传送点管理权限。</w:t>
      </w:r>
    </w:p>
    <w:p>
      <w:pPr>
        <w:spacing w:line="560" w:lineRule="exact"/>
        <w:ind w:firstLine="420"/>
      </w:pPr>
      <w:r>
        <w:rPr>
          <w:rFonts w:ascii="宋体" w:hAnsi="宋体" w:eastAsia="宋体"/>
          <w:sz w:val="24"/>
        </w:rPr>
        <w:t>而落日镇，恰恰位于落日平原的核心位置，周边有三座矿脉、两片稀有草药刷新点和一个隐藏副本入口。</w:t>
      </w:r>
    </w:p>
    <w:p>
      <w:pPr>
        <w:spacing w:line="560" w:lineRule="exact"/>
        <w:ind w:firstLine="420"/>
      </w:pPr>
      <w:r>
        <w:rPr>
          <w:rFonts w:ascii="宋体" w:hAnsi="宋体" w:eastAsia="宋体"/>
          <w:sz w:val="24"/>
        </w:rPr>
        <w:t>谁控制了落日镇，谁就控制了落日平原。</w:t>
      </w:r>
    </w:p>
    <w:p>
      <w:pPr>
        <w:spacing w:line="560" w:lineRule="exact"/>
        <w:ind w:firstLine="420"/>
      </w:pPr>
      <w:r>
        <w:rPr>
          <w:rFonts w:ascii="宋体" w:hAnsi="宋体" w:eastAsia="宋体"/>
          <w:sz w:val="24"/>
        </w:rPr>
        <w:t>谁控制了落日平原，谁就控制了中期版本的经济命脉。</w:t>
      </w:r>
    </w:p>
    <w:p>
      <w:pPr>
        <w:spacing w:line="560" w:lineRule="exact"/>
        <w:ind w:firstLine="420"/>
      </w:pPr>
      <w:r>
        <w:rPr>
          <w:rFonts w:ascii="宋体" w:hAnsi="宋体" w:eastAsia="宋体"/>
          <w:sz w:val="24"/>
        </w:rPr>
        <w:t>林风看着公告，嘴角微微上扬，露出一丝自信的笑容。</w:t>
      </w:r>
    </w:p>
    <w:p>
      <w:pPr>
        <w:spacing w:line="560" w:lineRule="exact"/>
        <w:ind w:firstLine="420"/>
      </w:pPr>
      <w:r>
        <w:rPr>
          <w:rFonts w:ascii="宋体" w:hAnsi="宋体" w:eastAsia="宋体"/>
          <w:sz w:val="24"/>
        </w:rPr>
        <w:t>会长龙腾天也在看这条公告。他坐在龙腾公会总部的会长室里，手指敲击着桌面，面色阴沉得几乎要滴出水来。</w:t>
      </w:r>
    </w:p>
    <w:p>
      <w:pPr>
        <w:spacing w:line="560" w:lineRule="exact"/>
        <w:ind w:firstLine="420"/>
      </w:pPr>
      <w:r>
        <w:rPr>
          <w:rFonts w:ascii="宋体" w:hAnsi="宋体" w:eastAsia="宋体"/>
          <w:sz w:val="24"/>
        </w:rPr>
        <w:t>「风雪夜归人……」他咬着牙念出这个名字，「这一次攻城战，我要让你身败名裂。」</w:t>
      </w:r>
    </w:p>
    <w:p>
      <w:pPr>
        <w:spacing w:line="560" w:lineRule="exact"/>
        <w:ind w:firstLine="420"/>
      </w:pPr>
      <w:r>
        <w:rPr>
          <w:rFonts w:ascii="宋体" w:hAnsi="宋体" w:eastAsia="宋体"/>
          <w:sz w:val="24"/>
        </w:rPr>
        <w:t>龙腾天沉思了片刻，手指在桌面上敲出急促的节奏。他打开了一个私聊窗口——联系人的ID是一个叫「暗夜行者」的玩家。</w:t>
      </w:r>
    </w:p>
    <w:p>
      <w:pPr>
        <w:spacing w:line="560" w:lineRule="exact"/>
        <w:ind w:firstLine="420"/>
      </w:pPr>
      <w:r>
        <w:rPr>
          <w:rFonts w:ascii="宋体" w:hAnsi="宋体" w:eastAsia="宋体"/>
          <w:sz w:val="24"/>
        </w:rPr>
        <w:t>「计划准备好了吗？」</w:t>
      </w:r>
    </w:p>
    <w:p>
      <w:pPr>
        <w:spacing w:line="560" w:lineRule="exact"/>
        <w:ind w:firstLine="420"/>
      </w:pPr>
      <w:r>
        <w:rPr>
          <w:rFonts w:ascii="宋体" w:hAnsi="宋体" w:eastAsia="宋体"/>
          <w:sz w:val="24"/>
        </w:rPr>
        <w:t>「准备好了。五百名刺客，全都在线待命。只要你的正面部队拖住神豪殿的主力，我就带人从背面绕进去，直接偷水晶。」</w:t>
      </w:r>
    </w:p>
    <w:p>
      <w:pPr>
        <w:spacing w:line="560" w:lineRule="exact"/>
        <w:ind w:firstLine="420"/>
      </w:pPr>
      <w:r>
        <w:rPr>
          <w:rFonts w:ascii="宋体" w:hAnsi="宋体" w:eastAsia="宋体"/>
          <w:sz w:val="24"/>
        </w:rPr>
        <w:t>「好。」龙腾天眼中闪过一丝狠色，「风雪夜归人，你不是很能打吗？我倒要看看，你一个人能不能守得住一座城。」</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晚上八点，攻城战正式开启。</w:t>
      </w:r>
    </w:p>
    <w:p>
      <w:pPr>
        <w:spacing w:line="560" w:lineRule="exact"/>
        <w:ind w:firstLine="420"/>
      </w:pPr>
      <w:r>
        <w:rPr>
          <w:rFonts w:ascii="宋体" w:hAnsi="宋体" w:eastAsia="宋体"/>
          <w:sz w:val="24"/>
        </w:rPr>
        <w:t>落日镇外，三十二个公会的旗帜在风中猎猎飘扬。神豪殿的旗帜是一面纯黑的底色上绣着金色的「神豪」二字——简约而霸气。</w:t>
      </w:r>
    </w:p>
    <w:p>
      <w:pPr>
        <w:spacing w:line="560" w:lineRule="exact"/>
        <w:ind w:firstLine="420"/>
      </w:pPr>
      <w:r>
        <w:rPr>
          <w:rFonts w:ascii="宋体" w:hAnsi="宋体" w:eastAsia="宋体"/>
          <w:sz w:val="24"/>
        </w:rPr>
        <w:t>赵铁柱站在林风身边，看着远处黑压压密密麻麻的公会旗帜，忍不住咽了口唾沫。</w:t>
      </w:r>
    </w:p>
    <w:p>
      <w:pPr>
        <w:spacing w:line="560" w:lineRule="exact"/>
        <w:ind w:firstLine="420"/>
      </w:pPr>
      <w:r>
        <w:rPr>
          <w:rFonts w:ascii="宋体" w:hAnsi="宋体" w:eastAsia="宋体"/>
          <w:sz w:val="24"/>
        </w:rPr>
        <w:t>「风哥……三十二个公会抢一个镇子，这也太疯狂了。」</w:t>
      </w:r>
    </w:p>
    <w:p>
      <w:pPr>
        <w:spacing w:line="560" w:lineRule="exact"/>
        <w:ind w:firstLine="420"/>
      </w:pPr>
      <w:r>
        <w:rPr>
          <w:rFonts w:ascii="宋体" w:hAnsi="宋体" w:eastAsia="宋体"/>
          <w:sz w:val="24"/>
        </w:rPr>
        <w:t>「不是三十二个。」林风平静地说，「是三十一个公会抢一个镇子——因为最终赢的只会是我们。」</w:t>
      </w:r>
    </w:p>
    <w:p>
      <w:pPr>
        <w:spacing w:line="560" w:lineRule="exact"/>
        <w:ind w:firstLine="420"/>
      </w:pPr>
      <w:r>
        <w:rPr>
          <w:rFonts w:ascii="宋体" w:hAnsi="宋体" w:eastAsia="宋体"/>
          <w:sz w:val="24"/>
        </w:rPr>
        <w:t>「你这话说得……我都有点飘了。」赵铁柱咧嘴一笑。</w:t>
      </w:r>
    </w:p>
    <w:p>
      <w:pPr>
        <w:spacing w:line="560" w:lineRule="exact"/>
        <w:ind w:firstLine="420"/>
      </w:pPr>
      <w:r>
        <w:rPr>
          <w:rFonts w:ascii="宋体" w:hAnsi="宋体" w:eastAsia="宋体"/>
          <w:sz w:val="24"/>
        </w:rPr>
        <w:t>苏小雅站在后排，拉满了弓弦测试手感：「风哥，我听小道消息说，龙腾天这次联合了四个公会，准备在攻城战里围剿我们。」</w:t>
      </w:r>
    </w:p>
    <w:p>
      <w:pPr>
        <w:spacing w:line="560" w:lineRule="exact"/>
        <w:ind w:firstLine="420"/>
      </w:pPr>
      <w:r>
        <w:rPr>
          <w:rFonts w:ascii="宋体" w:hAnsi="宋体" w:eastAsia="宋体"/>
          <w:sz w:val="24"/>
        </w:rPr>
        <w:t>「正常。」林风说，「他输不起。」</w:t>
      </w:r>
    </w:p>
    <w:p>
      <w:pPr>
        <w:spacing w:line="560" w:lineRule="exact"/>
        <w:ind w:firstLine="420"/>
      </w:pPr>
      <w:r>
        <w:rPr>
          <w:rFonts w:ascii="宋体" w:hAnsi="宋体" w:eastAsia="宋体"/>
          <w:sz w:val="24"/>
        </w:rPr>
        <w:t>上次竞技场2:0的耻辱，已经让龙腾天的声望跌到了谷底。如果他不能在攻城战中扳回一局，龙腾公会的排名就会一落千丈。</w:t>
      </w:r>
    </w:p>
    <w:p>
      <w:pPr>
        <w:spacing w:line="560" w:lineRule="exact"/>
        <w:ind w:firstLine="420"/>
      </w:pPr>
      <w:r>
        <w:rPr>
          <w:rFonts w:ascii="宋体" w:hAnsi="宋体" w:eastAsia="宋体"/>
          <w:sz w:val="24"/>
        </w:rPr>
        <w:t>所以他一定会用尽一切手段。</w:t>
      </w:r>
    </w:p>
    <w:p>
      <w:pPr>
        <w:spacing w:line="560" w:lineRule="exact"/>
        <w:ind w:firstLine="420"/>
      </w:pPr>
      <w:r>
        <w:rPr>
          <w:rFonts w:ascii="宋体" w:hAnsi="宋体" w:eastAsia="宋体"/>
          <w:sz w:val="24"/>
        </w:rPr>
        <w:t>而林风要做的，就是让他的所有手段都变成笑话。</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【系统公告：攻城战正式开始！全体参赛公会立即进入战斗状态！】</w:t>
      </w:r>
    </w:p>
    <w:p>
      <w:pPr>
        <w:spacing w:line="560" w:lineRule="exact"/>
        <w:ind w:firstLine="420"/>
      </w:pPr>
      <w:r>
        <w:rPr>
          <w:rFonts w:ascii="宋体" w:hAnsi="宋体" w:eastAsia="宋体"/>
          <w:sz w:val="24"/>
        </w:rPr>
        <w:t>随着一声号角吹响，三十二个公会同时冲向了落日镇！</w:t>
      </w:r>
    </w:p>
    <w:p>
      <w:pPr>
        <w:spacing w:line="560" w:lineRule="exact"/>
        <w:ind w:firstLine="420"/>
      </w:pPr>
      <w:r>
        <w:rPr>
          <w:rFonts w:ascii="宋体" w:hAnsi="宋体" w:eastAsia="宋体"/>
          <w:sz w:val="24"/>
        </w:rPr>
        <w:t>落日镇虽然叫「镇」，但实际上是一座小型的要塞城市——四面都有城墙，东西南北四座城门。核心水晶位于城市正中央的议事厅内。</w:t>
      </w:r>
    </w:p>
    <w:p>
      <w:pPr>
        <w:spacing w:line="560" w:lineRule="exact"/>
        <w:ind w:firstLine="420"/>
      </w:pPr>
      <w:r>
        <w:rPr>
          <w:rFonts w:ascii="宋体" w:hAnsi="宋体" w:eastAsia="宋体"/>
          <w:sz w:val="24"/>
        </w:rPr>
        <w:t>谁能在10分钟内占领议事厅，谁就是赢家。</w:t>
      </w:r>
    </w:p>
    <w:p>
      <w:pPr>
        <w:spacing w:line="560" w:lineRule="exact"/>
        <w:ind w:firstLine="420"/>
      </w:pPr>
      <w:r>
        <w:rPr>
          <w:rFonts w:ascii="宋体" w:hAnsi="宋体" w:eastAsia="宋体"/>
          <w:sz w:val="24"/>
        </w:rPr>
        <w:t>这场攻城战从一开始就注定惨烈。战斗在城门口就打响了，甚至还没等玩家们冲进城内。</w:t>
      </w:r>
    </w:p>
    <w:p>
      <w:pPr>
        <w:spacing w:line="560" w:lineRule="exact"/>
        <w:ind w:firstLine="420"/>
      </w:pPr>
      <w:r>
        <w:rPr>
          <w:rFonts w:ascii="宋体" w:hAnsi="宋体" w:eastAsia="宋体"/>
          <w:sz w:val="24"/>
        </w:rPr>
        <w:t>几个中型公会率先在西门爆发了混战——五颜六色的技能光芒照亮了整片夜空，各种颜色的魔法和箭矢交织成一张密集的火力网。惨叫声、兵器碰撞声、技能释放的轰鸣声混在一起，整个战场人头攒动，如同一锅沸腾的粥。</w:t>
      </w:r>
    </w:p>
    <w:p>
      <w:pPr>
        <w:spacing w:line="560" w:lineRule="exact"/>
        <w:ind w:firstLine="420"/>
      </w:pPr>
      <w:r>
        <w:rPr>
          <w:rFonts w:ascii="宋体" w:hAnsi="宋体" w:eastAsia="宋体"/>
          <w:sz w:val="24"/>
        </w:rPr>
        <w:t>龙腾公会的主力从东门突入。龙腾天亲自带队，身后跟着两千名公会成员，浩浩荡荡地杀进了镇内。</w:t>
      </w:r>
    </w:p>
    <w:p>
      <w:pPr>
        <w:spacing w:line="560" w:lineRule="exact"/>
        <w:ind w:firstLine="420"/>
      </w:pPr>
      <w:r>
        <w:rPr>
          <w:rFonts w:ascii="宋体" w:hAnsi="宋体" w:eastAsia="宋体"/>
          <w:sz w:val="24"/>
        </w:rPr>
        <w:t>他们的目标很明确——直取议事厅。</w:t>
      </w:r>
    </w:p>
    <w:p>
      <w:pPr>
        <w:spacing w:line="560" w:lineRule="exact"/>
        <w:ind w:firstLine="420"/>
      </w:pPr>
      <w:r>
        <w:rPr>
          <w:rFonts w:ascii="宋体" w:hAnsi="宋体" w:eastAsia="宋体"/>
          <w:sz w:val="24"/>
        </w:rPr>
        <w:t>但神豪殿的人，已经在议事厅门口等着他们了。</w:t>
      </w:r>
    </w:p>
    <w:p>
      <w:pPr>
        <w:spacing w:line="560" w:lineRule="exact"/>
        <w:ind w:firstLine="420"/>
      </w:pPr>
      <w:r>
        <w:rPr>
          <w:rFonts w:ascii="宋体" w:hAnsi="宋体" w:eastAsia="宋体"/>
          <w:sz w:val="24"/>
        </w:rPr>
        <w:t>「来了。」林风站在议事厅前的台阶上，看着远处涌来的龙腾大军，面色如常。</w:t>
      </w:r>
    </w:p>
    <w:p>
      <w:pPr>
        <w:spacing w:line="560" w:lineRule="exact"/>
        <w:ind w:firstLine="420"/>
      </w:pPr>
      <w:r>
        <w:rPr>
          <w:rFonts w:ascii="宋体" w:hAnsi="宋体" w:eastAsia="宋体"/>
          <w:sz w:val="24"/>
        </w:rPr>
        <w:t>他身后，神豪殿的五百名成员列阵以待。虽然人数只有龙腾的四分之一，但每个人的眼中都燃烧着斗志。</w:t>
      </w:r>
    </w:p>
    <w:p>
      <w:pPr>
        <w:spacing w:line="560" w:lineRule="exact"/>
        <w:ind w:firstLine="420"/>
      </w:pPr>
      <w:r>
        <w:rPr>
          <w:rFonts w:ascii="宋体" w:hAnsi="宋体" w:eastAsia="宋体"/>
          <w:sz w:val="24"/>
        </w:rPr>
        <w:t>「神豪殿听令。」林风缓缓举起死亡裁决者。</w:t>
      </w:r>
    </w:p>
    <w:p>
      <w:pPr>
        <w:spacing w:line="560" w:lineRule="exact"/>
        <w:ind w:firstLine="420"/>
      </w:pPr>
      <w:r>
        <w:rPr>
          <w:rFonts w:ascii="宋体" w:hAnsi="宋体" w:eastAsia="宋体"/>
          <w:sz w:val="24"/>
        </w:rPr>
        <w:t>「在！！」五百人的声音震天响。</w:t>
      </w:r>
    </w:p>
    <w:p>
      <w:pPr>
        <w:spacing w:line="560" w:lineRule="exact"/>
        <w:ind w:firstLine="420"/>
      </w:pPr>
      <w:r>
        <w:rPr>
          <w:rFonts w:ascii="宋体" w:hAnsi="宋体" w:eastAsia="宋体"/>
          <w:sz w:val="24"/>
        </w:rPr>
        <w:t>「守住议事厅大门——一个人都不许放进去。」</w:t>
      </w:r>
    </w:p>
    <w:p>
      <w:pPr>
        <w:spacing w:line="560" w:lineRule="exact"/>
        <w:ind w:firstLine="420"/>
      </w:pPr>
      <w:r>
        <w:rPr>
          <w:rFonts w:ascii="宋体" w:hAnsi="宋体" w:eastAsia="宋体"/>
          <w:sz w:val="24"/>
        </w:rPr>
        <w:t>「是！！！」</w:t>
      </w:r>
    </w:p>
    <w:p>
      <w:pPr>
        <w:spacing w:line="560" w:lineRule="exact"/>
        <w:ind w:firstLine="420"/>
      </w:pPr>
      <w:r>
        <w:rPr>
          <w:rFonts w:ascii="宋体" w:hAnsi="宋体" w:eastAsia="宋体"/>
          <w:sz w:val="24"/>
        </w:rPr>
        <w:t>龙腾天的部队在议事厅广场前停了下来。两千人对五百人，兵力对比四比一。</w:t>
      </w:r>
    </w:p>
    <w:p>
      <w:pPr>
        <w:spacing w:line="560" w:lineRule="exact"/>
        <w:ind w:firstLine="420"/>
      </w:pPr>
      <w:r>
        <w:rPr>
          <w:rFonts w:ascii="宋体" w:hAnsi="宋体" w:eastAsia="宋体"/>
          <w:sz w:val="24"/>
        </w:rPr>
        <w:t>龙腾天从队伍中走出来，看着对面的林风，脸上挂着一抹冷笑。</w:t>
      </w:r>
    </w:p>
    <w:p>
      <w:pPr>
        <w:spacing w:line="560" w:lineRule="exact"/>
        <w:ind w:firstLine="420"/>
      </w:pPr>
      <w:r>
        <w:rPr>
          <w:rFonts w:ascii="宋体" w:hAnsi="宋体" w:eastAsia="宋体"/>
          <w:sz w:val="24"/>
        </w:rPr>
        <w:t>「风雪夜归人，你只有五百人，我两千人。你觉得你能守住？」</w:t>
      </w:r>
    </w:p>
    <w:p>
      <w:pPr>
        <w:spacing w:line="560" w:lineRule="exact"/>
        <w:ind w:firstLine="420"/>
      </w:pPr>
      <w:r>
        <w:rPr>
          <w:rFonts w:ascii="宋体" w:hAnsi="宋体" w:eastAsia="宋体"/>
          <w:sz w:val="24"/>
        </w:rPr>
        <w:t>「试试看不就知道了。」林风淡淡地回答。</w:t>
      </w:r>
    </w:p>
    <w:p>
      <w:pPr>
        <w:spacing w:line="560" w:lineRule="exact"/>
        <w:ind w:firstLine="420"/>
      </w:pPr>
      <w:r>
        <w:rPr>
          <w:rFonts w:ascii="宋体" w:hAnsi="宋体" w:eastAsia="宋体"/>
          <w:sz w:val="24"/>
        </w:rPr>
        <w:t>「那就别怪我不客气了。」龙腾天一挥手，「全军——冲锋！！」</w:t>
      </w:r>
    </w:p>
    <w:p>
      <w:pPr>
        <w:spacing w:line="560" w:lineRule="exact"/>
        <w:ind w:firstLine="420"/>
      </w:pPr>
      <w:r>
        <w:rPr>
          <w:rFonts w:ascii="宋体" w:hAnsi="宋体" w:eastAsia="宋体"/>
          <w:sz w:val="24"/>
        </w:rPr>
        <w:t>两千人如潮水般涌来！</w:t>
      </w:r>
    </w:p>
    <w:p>
      <w:pPr>
        <w:spacing w:line="560" w:lineRule="exact"/>
        <w:ind w:firstLine="420"/>
      </w:pPr>
      <w:r>
        <w:rPr>
          <w:rFonts w:ascii="宋体" w:hAnsi="宋体" w:eastAsia="宋体"/>
          <w:sz w:val="24"/>
        </w:rPr>
        <w:t>林风没有退后半步。他抬手——消耗200万游戏币激活了神豪商店里的「城墙」技能！</w:t>
      </w:r>
    </w:p>
    <w:p>
      <w:pPr>
        <w:spacing w:line="560" w:lineRule="exact"/>
        <w:ind w:firstLine="420"/>
      </w:pPr>
      <w:r>
        <w:rPr>
          <w:rFonts w:ascii="宋体" w:hAnsi="宋体" w:eastAsia="宋体"/>
          <w:sz w:val="24"/>
        </w:rPr>
        <w:t>【神豪·黄金壁垒】！消耗200万游戏币——激活！</w:t>
      </w:r>
    </w:p>
    <w:p>
      <w:pPr>
        <w:spacing w:line="560" w:lineRule="exact"/>
        <w:ind w:firstLine="420"/>
      </w:pPr>
      <w:r>
        <w:rPr>
          <w:rFonts w:ascii="宋体" w:hAnsi="宋体" w:eastAsia="宋体"/>
          <w:sz w:val="24"/>
        </w:rPr>
        <w:t>轰隆隆——！</w:t>
      </w:r>
    </w:p>
    <w:p>
      <w:pPr>
        <w:spacing w:line="560" w:lineRule="exact"/>
        <w:ind w:firstLine="420"/>
      </w:pPr>
      <w:r>
        <w:rPr>
          <w:rFonts w:ascii="宋体" w:hAnsi="宋体" w:eastAsia="宋体"/>
          <w:sz w:val="24"/>
        </w:rPr>
        <w:t>一道高达十米的金色光墙从地面轰然升起从地面升起，横亘在议事厅广场前，将两千人的冲锋路线一分为二！</w:t>
      </w:r>
    </w:p>
    <w:p>
      <w:pPr>
        <w:spacing w:line="560" w:lineRule="exact"/>
        <w:ind w:firstLine="420"/>
      </w:pPr>
      <w:r>
        <w:rPr>
          <w:rFonts w:ascii="宋体" w:hAnsi="宋体" w:eastAsia="宋体"/>
          <w:sz w:val="24"/>
        </w:rPr>
        <w:t>「什么？？？」龙腾天瞪大了眼睛。</w:t>
      </w:r>
    </w:p>
    <w:p>
      <w:pPr>
        <w:spacing w:line="560" w:lineRule="exact"/>
        <w:ind w:firstLine="420"/>
      </w:pPr>
      <w:r>
        <w:rPr>
          <w:rFonts w:ascii="宋体" w:hAnsi="宋体" w:eastAsia="宋体"/>
          <w:sz w:val="24"/>
        </w:rPr>
        <w:t>但更让他震惊的还在后面。</w:t>
      </w:r>
    </w:p>
    <w:p>
      <w:pPr>
        <w:spacing w:line="560" w:lineRule="exact"/>
        <w:ind w:firstLine="420"/>
      </w:pPr>
      <w:r>
        <w:rPr>
          <w:rFonts w:ascii="宋体" w:hAnsi="宋体" w:eastAsia="宋体"/>
          <w:sz w:val="24"/>
        </w:rPr>
        <w:t>林风再次抬手——消耗500万游戏币！</w:t>
      </w:r>
    </w:p>
    <w:p>
      <w:pPr>
        <w:spacing w:line="560" w:lineRule="exact"/>
        <w:ind w:firstLine="420"/>
      </w:pPr>
      <w:r>
        <w:rPr>
          <w:rFonts w:ascii="宋体" w:hAnsi="宋体" w:eastAsia="宋体"/>
          <w:sz w:val="24"/>
        </w:rPr>
        <w:t>【神豪·天降神兵】！消耗500万游戏币——激活！</w:t>
      </w:r>
    </w:p>
    <w:p>
      <w:pPr>
        <w:spacing w:line="560" w:lineRule="exact"/>
        <w:ind w:firstLine="420"/>
      </w:pPr>
      <w:r>
        <w:rPr>
          <w:rFonts w:ascii="宋体" w:hAnsi="宋体" w:eastAsia="宋体"/>
          <w:sz w:val="24"/>
        </w:rPr>
        <w:t>天空中突然裂开一道金色的缝隙，一百名身穿金色铠甲的天兵从天而降，每一个都是50级的精英NPC，手持金色长矛，直接落在了龙腾大军的后方！</w:t>
      </w:r>
    </w:p>
    <w:p>
      <w:pPr>
        <w:spacing w:line="560" w:lineRule="exact"/>
        <w:ind w:firstLine="420"/>
      </w:pPr>
      <w:r>
        <w:rPr>
          <w:rFonts w:ascii="宋体" w:hAnsi="宋体" w:eastAsia="宋体"/>
          <w:sz w:val="24"/>
        </w:rPr>
        <w:t>前后夹击！</w:t>
      </w:r>
    </w:p>
    <w:p>
      <w:pPr>
        <w:spacing w:line="560" w:lineRule="exact"/>
        <w:ind w:firstLine="420"/>
      </w:pPr>
      <w:r>
        <w:rPr>
          <w:rFonts w:ascii="宋体" w:hAnsi="宋体" w:eastAsia="宋体"/>
          <w:sz w:val="24"/>
        </w:rPr>
        <w:t>「这是……这是NPC？？他怎么能召唤NPC？？？」龙腾天的声音都变了调，完全失去了往日的镇定。</w:t>
      </w:r>
    </w:p>
    <w:p>
      <w:pPr>
        <w:spacing w:line="560" w:lineRule="exact"/>
        <w:ind w:firstLine="420"/>
      </w:pPr>
      <w:r>
        <w:rPr>
          <w:rFonts w:ascii="宋体" w:hAnsi="宋体" w:eastAsia="宋体"/>
          <w:sz w:val="24"/>
        </w:rPr>
        <w:t>「会长，我们的后方被堵住了！」龙腾的成员惊慌失措地喊道。</w:t>
      </w:r>
    </w:p>
    <w:p>
      <w:pPr>
        <w:spacing w:line="560" w:lineRule="exact"/>
        <w:ind w:firstLine="420"/>
      </w:pPr>
      <w:r>
        <w:rPr>
          <w:rFonts w:ascii="宋体" w:hAnsi="宋体" w:eastAsia="宋体"/>
          <w:sz w:val="24"/>
        </w:rPr>
        <w:t>「不要慌！！前排继续冲！打破那道光墙！」龙腾天嘶吼着。</w:t>
      </w:r>
    </w:p>
    <w:p>
      <w:pPr>
        <w:spacing w:line="560" w:lineRule="exact"/>
        <w:ind w:firstLine="420"/>
      </w:pPr>
      <w:r>
        <w:rPr>
          <w:rFonts w:ascii="宋体" w:hAnsi="宋体" w:eastAsia="宋体"/>
          <w:sz w:val="24"/>
        </w:rPr>
        <w:t>但黄金壁垒的防御值高达100万——以龙腾公会的输出能力，至少要五分钟才能打破。</w:t>
      </w:r>
    </w:p>
    <w:p>
      <w:pPr>
        <w:spacing w:line="560" w:lineRule="exact"/>
        <w:ind w:firstLine="420"/>
      </w:pPr>
      <w:r>
        <w:rPr>
          <w:rFonts w:ascii="宋体" w:hAnsi="宋体" w:eastAsia="宋体"/>
          <w:sz w:val="24"/>
        </w:rPr>
        <w:t>而五分钟，在战场上足够决定胜负了。</w:t>
      </w:r>
    </w:p>
    <w:p>
      <w:pPr>
        <w:spacing w:line="560" w:lineRule="exact"/>
        <w:ind w:firstLine="420"/>
      </w:pPr>
      <w:r>
        <w:rPr>
          <w:rFonts w:ascii="宋体" w:hAnsi="宋体" w:eastAsia="宋体"/>
          <w:sz w:val="24"/>
        </w:rPr>
        <w:t>林风没有停下来。他激活了第三个技能——</w:t>
      </w:r>
    </w:p>
    <w:p>
      <w:pPr>
        <w:spacing w:line="560" w:lineRule="exact"/>
        <w:ind w:firstLine="420"/>
      </w:pPr>
      <w:r>
        <w:rPr>
          <w:rFonts w:ascii="宋体" w:hAnsi="宋体" w:eastAsia="宋体"/>
          <w:sz w:val="24"/>
        </w:rPr>
        <w:t>【神豪·烈焰风暴】！消耗300万游戏币！</w:t>
      </w:r>
    </w:p>
    <w:p>
      <w:pPr>
        <w:spacing w:line="560" w:lineRule="exact"/>
        <w:ind w:firstLine="420"/>
      </w:pPr>
      <w:r>
        <w:rPr>
          <w:rFonts w:ascii="宋体" w:hAnsi="宋体" w:eastAsia="宋体"/>
          <w:sz w:val="24"/>
        </w:rPr>
        <w:t>议事厅前的广场上，地面突然裂开，灼热的岩浆从裂缝中喷涌而出，覆盖了整个广场区域！龙腾公会的前排战士瞬间被火焰吞噬，血条以肉眼可见的速度疯狂下降！</w:t>
      </w:r>
    </w:p>
    <w:p>
      <w:pPr>
        <w:spacing w:line="560" w:lineRule="exact"/>
        <w:ind w:firstLine="420"/>
      </w:pPr>
      <w:r>
        <w:rPr>
          <w:rFonts w:ascii="宋体" w:hAnsi="宋体" w:eastAsia="宋体"/>
          <w:sz w:val="24"/>
        </w:rPr>
        <w:t>「撤！快撤出那个区域！！」龙腾天终于慌了。</w:t>
      </w:r>
    </w:p>
    <w:p>
      <w:pPr>
        <w:spacing w:line="560" w:lineRule="exact"/>
        <w:ind w:firstLine="420"/>
      </w:pPr>
      <w:r>
        <w:rPr>
          <w:rFonts w:ascii="宋体" w:hAnsi="宋体" w:eastAsia="宋体"/>
          <w:sz w:val="24"/>
        </w:rPr>
        <w:t>但前后夹击的态势已经形成了。前排被黄金壁垒挡住，后排被天兵堵住，中间的部队又被烈焰炼狱风暴覆盖——两千人的大军陷入了彻底的混乱。</w:t>
      </w:r>
    </w:p>
    <w:p>
      <w:pPr>
        <w:spacing w:line="560" w:lineRule="exact"/>
        <w:ind w:firstLine="420"/>
      </w:pPr>
      <w:r>
        <w:rPr>
          <w:rFonts w:ascii="宋体" w:hAnsi="宋体" w:eastAsia="宋体"/>
          <w:sz w:val="24"/>
        </w:rPr>
        <w:t>「就是现在——神豪殿，出击！」林风一声令下。</w:t>
      </w:r>
    </w:p>
    <w:p>
      <w:pPr>
        <w:spacing w:line="560" w:lineRule="exact"/>
        <w:ind w:firstLine="420"/>
      </w:pPr>
      <w:r>
        <w:rPr>
          <w:rFonts w:ascii="宋体" w:hAnsi="宋体" w:eastAsia="宋体"/>
          <w:sz w:val="24"/>
        </w:rPr>
        <w:t>五百名神豪殿成员如猛虎下山，从黄金壁垒两侧杀出，直扑混乱中的龙腾部队！</w:t>
      </w:r>
    </w:p>
    <w:p>
      <w:pPr>
        <w:spacing w:line="560" w:lineRule="exact"/>
        <w:ind w:firstLine="420"/>
      </w:pPr>
      <w:r>
        <w:rPr>
          <w:rFonts w:ascii="宋体" w:hAnsi="宋体" w:eastAsia="宋体"/>
          <w:sz w:val="24"/>
        </w:rPr>
        <w:t>赵铁柱举着巨盾冲在最前面，直接撞飞了三名龙腾的战士。剑舞天下的双剑化作两道银光，在人群中收割着生命。苏小雅的箭矢从高处倾泻而下，每一箭都精准地命中要害。</w:t>
      </w:r>
    </w:p>
    <w:p>
      <w:pPr>
        <w:spacing w:line="560" w:lineRule="exact"/>
        <w:ind w:firstLine="420"/>
      </w:pPr>
      <w:r>
        <w:rPr>
          <w:rFonts w:ascii="宋体" w:hAnsi="宋体" w:eastAsia="宋体"/>
          <w:sz w:val="24"/>
        </w:rPr>
        <w:t>战斗持续了不到二十分钟。</w:t>
      </w:r>
    </w:p>
    <w:p>
      <w:pPr>
        <w:spacing w:line="560" w:lineRule="exact"/>
        <w:ind w:firstLine="420"/>
      </w:pPr>
      <w:r>
        <w:rPr>
          <w:rFonts w:ascii="宋体" w:hAnsi="宋体" w:eastAsia="宋体"/>
          <w:sz w:val="24"/>
        </w:rPr>
        <w:t>当龙腾天的血条被林风一剑清空时，龙腾公会的士气彻底分崩溃了。剩余的成员开始四散溃逃，兵败如山倒。</w:t>
      </w:r>
    </w:p>
    <w:p>
      <w:pPr>
        <w:spacing w:line="560" w:lineRule="exact"/>
        <w:ind w:firstLine="420"/>
      </w:pPr>
      <w:r>
        <w:rPr>
          <w:rFonts w:ascii="宋体" w:hAnsi="宋体" w:eastAsia="宋体"/>
          <w:sz w:val="24"/>
        </w:rPr>
        <w:t>而与此同时，其他公会在得知龙腾被击溃的消息后，也纷纷放弃了争夺。</w:t>
      </w:r>
    </w:p>
    <w:p>
      <w:pPr>
        <w:spacing w:line="560" w:lineRule="exact"/>
        <w:ind w:firstLine="420"/>
      </w:pPr>
      <w:r>
        <w:rPr>
          <w:rFonts w:ascii="宋体" w:hAnsi="宋体" w:eastAsia="宋体"/>
          <w:sz w:val="24"/>
        </w:rPr>
        <w:t>战斗接近尾声时，议事厅的核心水晶前，只剩下了神豪殿的人。</w:t>
      </w:r>
    </w:p>
    <w:p>
      <w:pPr>
        <w:spacing w:line="560" w:lineRule="exact"/>
        <w:ind w:firstLine="420"/>
      </w:pPr>
      <w:r>
        <w:rPr>
          <w:rFonts w:ascii="宋体" w:hAnsi="宋体" w:eastAsia="宋体"/>
          <w:sz w:val="24"/>
        </w:rPr>
        <w:t>林风走上前，伸手触碰了水晶——</w:t>
      </w:r>
    </w:p>
    <w:p>
      <w:pPr>
        <w:spacing w:line="560" w:lineRule="exact"/>
        <w:ind w:firstLine="420"/>
      </w:pPr>
      <w:r>
        <w:rPr>
          <w:rFonts w:ascii="宋体" w:hAnsi="宋体" w:eastAsia="宋体"/>
          <w:sz w:val="24"/>
        </w:rPr>
        <w:t>【系统公告：攻城战结束！公会「神豪殿」成功占领落日镇！获得落日平原控制权！获得税收管理权限！奖励声望+5000，公会资金+200万！】</w:t>
      </w:r>
    </w:p>
    <w:p>
      <w:pPr>
        <w:spacing w:line="560" w:lineRule="exact"/>
        <w:ind w:firstLine="420"/>
      </w:pPr>
      <w:r>
        <w:rPr>
          <w:rFonts w:ascii="宋体" w:hAnsi="宋体" w:eastAsia="宋体"/>
          <w:sz w:val="24"/>
        </w:rPr>
        <w:t>金色的公告刷屏全服。</w:t>
      </w:r>
    </w:p>
    <w:p>
      <w:pPr>
        <w:spacing w:line="560" w:lineRule="exact"/>
        <w:ind w:firstLine="420"/>
      </w:pPr>
      <w:r>
        <w:rPr>
          <w:rFonts w:ascii="宋体" w:hAnsi="宋体" w:eastAsia="宋体"/>
          <w:sz w:val="24"/>
        </w:rPr>
        <w:t>世界频道再次沸腾——</w:t>
      </w:r>
    </w:p>
    <w:p>
      <w:pPr>
        <w:spacing w:line="560" w:lineRule="exact"/>
        <w:ind w:firstLine="420"/>
      </w:pPr>
      <w:r>
        <w:rPr>
          <w:rFonts w:ascii="宋体" w:hAnsi="宋体" w:eastAsia="宋体"/>
          <w:sz w:val="24"/>
        </w:rPr>
        <w:t>「神豪殿赢了？？我没看错吧？一个人口五百的公会，赢了三十一个公会？？」</w:t>
      </w:r>
    </w:p>
    <w:p>
      <w:pPr>
        <w:spacing w:line="560" w:lineRule="exact"/>
        <w:ind w:firstLine="420"/>
      </w:pPr>
      <w:r>
        <w:rPr>
          <w:rFonts w:ascii="宋体" w:hAnsi="宋体" w:eastAsia="宋体"/>
          <w:sz w:val="24"/>
        </w:rPr>
        <w:t>「风雪夜归人到底是什么怪物……那几道金色技能我见都没见过！」</w:t>
      </w:r>
    </w:p>
    <w:p>
      <w:pPr>
        <w:spacing w:line="560" w:lineRule="exact"/>
        <w:ind w:firstLine="420"/>
      </w:pPr>
      <w:r>
        <w:rPr>
          <w:rFonts w:ascii="宋体" w:hAnsi="宋体" w:eastAsia="宋体"/>
          <w:sz w:val="24"/>
        </w:rPr>
        <w:t>「我宣布神豪殿就是我的信仰公会！」</w:t>
      </w:r>
    </w:p>
    <w:p>
      <w:pPr>
        <w:spacing w:line="560" w:lineRule="exact"/>
        <w:ind w:firstLine="420"/>
      </w:pPr>
      <w:r>
        <w:rPr>
          <w:rFonts w:ascii="宋体" w:hAnsi="宋体" w:eastAsia="宋体"/>
          <w:sz w:val="24"/>
        </w:rPr>
        <w:t>「龙腾天这次彻底栽了……」</w:t>
      </w:r>
    </w:p>
    <w:p>
      <w:pPr>
        <w:spacing w:line="560" w:lineRule="exact"/>
        <w:ind w:firstLine="420"/>
      </w:pPr>
      <w:r>
        <w:rPr>
          <w:rFonts w:ascii="宋体" w:hAnsi="宋体" w:eastAsia="宋体"/>
          <w:sz w:val="24"/>
        </w:rPr>
        <w:t>林风站在议事厅的阳台上，俯瞰着刚刚占领的落日镇。银白色的月光洒在镇子高低错落的屋顶上，远处的落日平原在夜色中延展向天际。</w:t>
      </w:r>
    </w:p>
    <w:p>
      <w:pPr>
        <w:spacing w:line="560" w:lineRule="exact"/>
        <w:ind w:firstLine="420"/>
      </w:pPr>
      <w:r>
        <w:rPr>
          <w:rFonts w:ascii="宋体" w:hAnsi="宋体" w:eastAsia="宋体"/>
          <w:sz w:val="24"/>
        </w:rPr>
        <w:t>赵铁柱走到他身边，激动得语无伦次：「风哥……我们赢了……我们真的赢了……我们有自己的地盘了！」</w:t>
      </w:r>
    </w:p>
    <w:p>
      <w:pPr>
        <w:spacing w:line="560" w:lineRule="exact"/>
        <w:ind w:firstLine="420"/>
      </w:pPr>
      <w:r>
        <w:rPr>
          <w:rFonts w:ascii="宋体" w:hAnsi="宋体" w:eastAsia="宋体"/>
          <w:sz w:val="24"/>
        </w:rPr>
        <w:t>林风没有回头。他只是看着远方，目光深邃。</w:t>
      </w:r>
    </w:p>
    <w:p>
      <w:pPr>
        <w:spacing w:line="560" w:lineRule="exact"/>
        <w:ind w:firstLine="420"/>
      </w:pPr>
      <w:r>
        <w:rPr>
          <w:rFonts w:ascii="宋体" w:hAnsi="宋体" w:eastAsia="宋体"/>
          <w:sz w:val="24"/>
        </w:rPr>
        <w:t>「这只是第一步。」他说，「更大的战场还在后面。」</w:t>
      </w:r>
    </w:p>
    <w:p>
      <w:pPr>
        <w:spacing w:line="560" w:lineRule="exact"/>
        <w:ind w:firstLine="420"/>
      </w:pPr>
      <w:r>
        <w:rPr>
          <w:rFonts w:ascii="宋体" w:hAnsi="宋体" w:eastAsia="宋体"/>
          <w:sz w:val="24"/>
        </w:rPr>
        <w:t>就在这时，系统再次弹出一则公告——</w:t>
      </w:r>
    </w:p>
    <w:p>
      <w:pPr>
        <w:spacing w:line="560" w:lineRule="exact"/>
        <w:ind w:firstLine="420"/>
      </w:pPr>
      <w:r>
        <w:rPr>
          <w:rFonts w:ascii="宋体" w:hAnsi="宋体" w:eastAsia="宋体"/>
          <w:sz w:val="24"/>
        </w:rPr>
        <w:t>【系统公告：跨服争霸赛即将开启！届时各国服务器将选派顶尖公会参与角逐！敬请期待！】</w:t>
      </w:r>
    </w:p>
    <w:p>
      <w:pPr>
        <w:spacing w:line="560" w:lineRule="exact"/>
        <w:ind w:firstLine="420"/>
      </w:pPr>
      <w:r>
        <w:rPr>
          <w:rFonts w:ascii="宋体" w:hAnsi="宋体" w:eastAsia="宋体"/>
          <w:sz w:val="24"/>
        </w:rPr>
        <w:t>跨服战。</w:t>
      </w:r>
    </w:p>
    <w:p>
      <w:pPr>
        <w:spacing w:line="560" w:lineRule="exact"/>
        <w:ind w:firstLine="420"/>
      </w:pPr>
      <w:r>
        <w:rPr>
          <w:rFonts w:ascii="宋体" w:hAnsi="宋体" w:eastAsia="宋体"/>
          <w:sz w:val="24"/>
        </w:rPr>
        <w:t>林风站在月光下，目光望向远方天际线的方向——那里是游戏世界地图上国界线的位置。他的眼神变得更加锐利了。</w:t>
      </w:r>
    </w:p>
    <w:p>
      <w:pPr>
        <w:spacing w:line="560" w:lineRule="exact"/>
        <w:ind w:firstLine="420"/>
      </w:pPr>
      <w:r>
        <w:rPr>
          <w:rFonts w:ascii="宋体" w:hAnsi="宋体" w:eastAsia="宋体"/>
          <w:sz w:val="24"/>
        </w:rPr>
        <w:t>国战要来了。</w:t>
      </w:r>
    </w:p>
    <w:p>
      <w:r>
        <w:br w:type="page"/>
      </w:r>
    </w:p>
    <w:p>
      <w:pPr>
        <w:jc w:val="center"/>
      </w:pPr>
      <w:r>
        <w:rPr>
          <w:b/>
          <w:sz w:val="32"/>
        </w:rPr>
        <w:t>第016章 初遇夜影</w:t>
      </w:r>
    </w:p>
    <w:p>
      <w:pPr>
        <w:jc w:val="center"/>
      </w:pPr>
      <w:r>
        <w:rPr>
          <w:color w:val="999999"/>
          <w:sz w:val="18"/>
        </w:rPr>
        <w:t>（2,913字）</w:t>
      </w:r>
    </w:p>
    <w:p/>
    <w:p>
      <w:pPr>
        <w:spacing w:line="560" w:lineRule="exact"/>
        <w:ind w:firstLine="420"/>
      </w:pPr>
      <w:r>
        <w:rPr>
          <w:rFonts w:ascii="宋体" w:hAnsi="宋体" w:eastAsia="宋体"/>
          <w:sz w:val="24"/>
        </w:rPr>
        <w:t>公会争霸赛倒计时：一天半。</w:t>
      </w:r>
    </w:p>
    <w:p>
      <w:pPr>
        <w:spacing w:line="560" w:lineRule="exact"/>
        <w:ind w:firstLine="420"/>
      </w:pPr>
      <w:r>
        <w:rPr>
          <w:rFonts w:ascii="宋体" w:hAnsi="宋体" w:eastAsia="宋体"/>
          <w:sz w:val="24"/>
        </w:rPr>
        <w:t>落日平原的午后，阳光猛烈得像是要把大地烤化。一望无际的金色草原上，微风卷起层层草浪，发出沙沙的声响。成群结队的野怪在草丛间游荡——35级的荒原狼、37级的沙地巨蝎、偶尔还能看到40级的精英级风暴秃鹫在天空盘旋。</w:t>
      </w:r>
    </w:p>
    <w:p>
      <w:pPr>
        <w:spacing w:line="560" w:lineRule="exact"/>
        <w:ind w:firstLine="420"/>
      </w:pPr>
      <w:r>
        <w:rPr>
          <w:rFonts w:ascii="宋体" w:hAnsi="宋体" w:eastAsia="宋体"/>
          <w:sz w:val="24"/>
        </w:rPr>
        <w:t>林风独自一人在这片区域刷怪升级。他需要尽快冲到40级，解锁更多神豪商人的高阶技能。虽然公会赛靠的是团队配合，但作为会长和主力输出，他的等级和装备直接决定了队伍的上限。</w:t>
      </w:r>
    </w:p>
    <w:p>
      <w:pPr>
        <w:spacing w:line="560" w:lineRule="exact"/>
        <w:ind w:firstLine="420"/>
      </w:pPr>
      <w:r>
        <w:rPr>
          <w:rFonts w:ascii="宋体" w:hAnsi="宋体" w:eastAsia="宋体"/>
          <w:sz w:val="24"/>
        </w:rPr>
        <w:t>一剑斩出，金色的剑光横扫而过——</w:t>
      </w:r>
    </w:p>
    <w:p>
      <w:pPr>
        <w:spacing w:line="560" w:lineRule="exact"/>
        <w:ind w:firstLine="420"/>
      </w:pPr>
      <w:r>
        <w:rPr>
          <w:rFonts w:ascii="宋体" w:hAnsi="宋体" w:eastAsia="宋体"/>
          <w:sz w:val="24"/>
        </w:rPr>
        <w:t>-22,000！</w:t>
      </w:r>
    </w:p>
    <w:p>
      <w:pPr>
        <w:spacing w:line="560" w:lineRule="exact"/>
        <w:ind w:firstLine="420"/>
      </w:pPr>
      <w:r>
        <w:rPr>
          <w:rFonts w:ascii="宋体" w:hAnsi="宋体" w:eastAsia="宋体"/>
          <w:sz w:val="24"/>
        </w:rPr>
        <w:t>一只35级的精英荒原狼连惨叫都没来得及发出，就化为白光消散了。几枚铜币和一块粗糙的兽皮掉落在地。</w:t>
      </w:r>
    </w:p>
    <w:p>
      <w:pPr>
        <w:spacing w:line="560" w:lineRule="exact"/>
        <w:ind w:firstLine="420"/>
      </w:pPr>
      <w:r>
        <w:rPr>
          <w:rFonts w:ascii="宋体" w:hAnsi="宋体" w:eastAsia="宋体"/>
          <w:sz w:val="24"/>
        </w:rPr>
        <w:t>林风弯腰捡起战利品。这种等级的掉落对他来说已经没什么吸引力了，但积少成多，挂到拍卖行也能换点零花钱。</w:t>
      </w:r>
    </w:p>
    <w:p>
      <w:pPr>
        <w:spacing w:line="560" w:lineRule="exact"/>
        <w:ind w:firstLine="420"/>
      </w:pPr>
      <w:r>
        <w:rPr>
          <w:rFonts w:ascii="宋体" w:hAnsi="宋体" w:eastAsia="宋体"/>
          <w:sz w:val="24"/>
        </w:rPr>
        <w:t>就在他直起腰的一瞬间——</w:t>
      </w:r>
    </w:p>
    <w:p>
      <w:pPr>
        <w:spacing w:line="560" w:lineRule="exact"/>
        <w:ind w:firstLine="420"/>
      </w:pPr>
      <w:r>
        <w:rPr>
          <w:rFonts w:ascii="宋体" w:hAnsi="宋体" w:eastAsia="宋体"/>
          <w:sz w:val="24"/>
        </w:rPr>
        <w:t>一道冰冷的杀意从背后袭来！</w:t>
      </w:r>
    </w:p>
    <w:p>
      <w:pPr>
        <w:spacing w:line="560" w:lineRule="exact"/>
        <w:ind w:firstLine="420"/>
      </w:pPr>
      <w:r>
        <w:rPr>
          <w:rFonts w:ascii="宋体" w:hAnsi="宋体" w:eastAsia="宋体"/>
          <w:sz w:val="24"/>
        </w:rPr>
        <w:t>那种感觉像是一根冰针刺入了后脑勺——纯粹的、毫不掩饰的杀意！林风的身体几乎在本能驱使下做出了反应！</w:t>
      </w:r>
    </w:p>
    <w:p>
      <w:pPr>
        <w:spacing w:line="560" w:lineRule="exact"/>
        <w:ind w:firstLine="420"/>
      </w:pPr>
      <w:r>
        <w:rPr>
          <w:rFonts w:ascii="宋体" w:hAnsi="宋体" w:eastAsia="宋体"/>
          <w:sz w:val="24"/>
        </w:rPr>
        <w:t>他猛地侧身翻滚！</w:t>
      </w:r>
    </w:p>
    <w:p>
      <w:pPr>
        <w:spacing w:line="560" w:lineRule="exact"/>
        <w:ind w:firstLine="420"/>
      </w:pPr>
      <w:r>
        <w:rPr>
          <w:rFonts w:ascii="宋体" w:hAnsi="宋体" w:eastAsia="宋体"/>
          <w:sz w:val="24"/>
        </w:rPr>
        <w:t>一把淬毒的匕首贴着他的脖颈划过，削断了几根发丝，带起一道凌厉的风声！</w:t>
      </w:r>
    </w:p>
    <w:p>
      <w:pPr>
        <w:spacing w:line="560" w:lineRule="exact"/>
        <w:ind w:firstLine="420"/>
      </w:pPr>
      <w:r>
        <w:rPr>
          <w:rFonts w:ascii="宋体" w:hAnsi="宋体" w:eastAsia="宋体"/>
          <w:sz w:val="24"/>
        </w:rPr>
        <w:t>如果他的反应慢了半秒——哪怕只是半秒——那把匕首已经刺穿了他的喉咙。一个五位数的暴击伤害会直接把他秒杀。</w:t>
      </w:r>
    </w:p>
    <w:p>
      <w:pPr>
        <w:spacing w:line="560" w:lineRule="exact"/>
        <w:ind w:firstLine="420"/>
      </w:pPr>
      <w:r>
        <w:rPr>
          <w:rFonts w:ascii="宋体" w:hAnsi="宋体" w:eastAsia="宋体"/>
          <w:sz w:val="24"/>
        </w:rPr>
        <w:t>林风在翻滚中顺势拔出神豪之剑，暗金色的剑身在阳光下划出一道夺目的弧光！他单膝跪地稳住身形，剑尖直指偷袭者的方向——</w:t>
      </w:r>
    </w:p>
    <w:p>
      <w:pPr>
        <w:spacing w:line="560" w:lineRule="exact"/>
        <w:ind w:firstLine="420"/>
      </w:pPr>
      <w:r>
        <w:rPr>
          <w:rFonts w:ascii="宋体" w:hAnsi="宋体" w:eastAsia="宋体"/>
          <w:sz w:val="24"/>
        </w:rPr>
        <w:t>"谁？！"</w:t>
      </w:r>
    </w:p>
    <w:p>
      <w:pPr>
        <w:spacing w:line="560" w:lineRule="exact"/>
        <w:ind w:firstLine="420"/>
      </w:pPr>
      <w:r>
        <w:rPr>
          <w:rFonts w:ascii="宋体" w:hAnsi="宋体" w:eastAsia="宋体"/>
          <w:sz w:val="24"/>
        </w:rPr>
        <w:t>十米之外，一个身披黑色斗篷的身影静静站立。</w:t>
      </w:r>
    </w:p>
    <w:p>
      <w:pPr>
        <w:spacing w:line="560" w:lineRule="exact"/>
        <w:ind w:firstLine="420"/>
      </w:pPr>
      <w:r>
        <w:rPr>
          <w:rFonts w:ascii="宋体" w:hAnsi="宋体" w:eastAsia="宋体"/>
          <w:sz w:val="24"/>
        </w:rPr>
        <w:t>那人全身笼罩在深黑色的斗篷中，斗篷的边缘在风中微微飘动。斗篷下摆露出一截暗灰色的皮甲护腿，脚上穿着一双轻便的皮靴——标准的刺客装备配置。宽大的兜帽遮住了大半张脸，只能看到一双眼睛。</w:t>
      </w:r>
    </w:p>
    <w:p>
      <w:pPr>
        <w:spacing w:line="560" w:lineRule="exact"/>
        <w:ind w:firstLine="420"/>
      </w:pPr>
      <w:r>
        <w:rPr>
          <w:rFonts w:ascii="宋体" w:hAnsi="宋体" w:eastAsia="宋体"/>
          <w:sz w:val="24"/>
        </w:rPr>
        <w:t>那是一双冷冽如冰的眼睛。瞳孔是深邃的琥珀色，在阳光下泛着淡淡的金色光泽。那眼神中没有杀意——至少在偷袭失败后没有了——取而代之的是一种审视和打量。</w:t>
      </w:r>
    </w:p>
    <w:p>
      <w:pPr>
        <w:spacing w:line="560" w:lineRule="exact"/>
        <w:ind w:firstLine="420"/>
      </w:pPr>
      <w:r>
        <w:rPr>
          <w:rFonts w:ascii="宋体" w:hAnsi="宋体" w:eastAsia="宋体"/>
          <w:sz w:val="24"/>
        </w:rPr>
        <w:t>那人的身形纤细而矫健，站姿看似随意，但脚尖微微朝外、重心落在后脚——那是随时可以发动攻击或者撤退的起手式。</w:t>
      </w:r>
    </w:p>
    <w:p>
      <w:pPr>
        <w:spacing w:line="560" w:lineRule="exact"/>
        <w:ind w:firstLine="420"/>
      </w:pPr>
      <w:r>
        <w:rPr>
          <w:rFonts w:ascii="宋体" w:hAnsi="宋体" w:eastAsia="宋体"/>
          <w:sz w:val="24"/>
        </w:rPr>
        <w:t>【夜影】</w:t>
        <w:br/>
        <w:t>等级：？？？</w:t>
        <w:br/>
        <w:t>职业：暗影刺客</w:t>
      </w:r>
    </w:p>
    <w:p>
      <w:pPr>
        <w:spacing w:line="560" w:lineRule="exact"/>
        <w:ind w:firstLine="420"/>
      </w:pPr>
      <w:r>
        <w:rPr>
          <w:rFonts w:ascii="宋体" w:hAnsi="宋体" w:eastAsia="宋体"/>
          <w:sz w:val="24"/>
        </w:rPr>
        <w:t>对方没有回答。只是沉默地看着他，像是正在评估一件刚拿到手的商品。</w:t>
      </w:r>
    </w:p>
    <w:p>
      <w:pPr>
        <w:spacing w:line="560" w:lineRule="exact"/>
        <w:ind w:firstLine="420"/>
      </w:pPr>
      <w:r>
        <w:rPr>
          <w:rFonts w:ascii="宋体" w:hAnsi="宋体" w:eastAsia="宋体"/>
          <w:sz w:val="24"/>
        </w:rPr>
        <w:t>林风眯起眼睛。他打开财富雷达——但财富雷达对玩家没有探测功能，只对物品和怪物有效。不过从刚才那一击的速度和角度来判断，对方的等级至少在35级以上，而且操作水平远超普通玩家。</w:t>
      </w:r>
    </w:p>
    <w:p>
      <w:pPr>
        <w:spacing w:line="560" w:lineRule="exact"/>
        <w:ind w:firstLine="420"/>
      </w:pPr>
      <w:r>
        <w:rPr>
          <w:rFonts w:ascii="宋体" w:hAnsi="宋体" w:eastAsia="宋体"/>
          <w:sz w:val="24"/>
        </w:rPr>
        <w:t>那种出手的果断和精准，不是靠装备能堆出来的。那是成千上万小时的实战训练才能练出的肌肉记忆。</w:t>
      </w:r>
    </w:p>
    <w:p>
      <w:pPr>
        <w:spacing w:line="560" w:lineRule="exact"/>
        <w:ind w:firstLine="420"/>
      </w:pPr>
      <w:r>
        <w:rPr>
          <w:rFonts w:ascii="宋体" w:hAnsi="宋体" w:eastAsia="宋体"/>
          <w:sz w:val="24"/>
        </w:rPr>
        <w:t>"你是谁派来的？龙腾天？"林风平静地问。他的声音没有一丝慌乱，仿佛刚才差点被秒杀的不是他。</w:t>
      </w:r>
    </w:p>
    <w:p>
      <w:pPr>
        <w:spacing w:line="560" w:lineRule="exact"/>
        <w:ind w:firstLine="420"/>
      </w:pPr>
      <w:r>
        <w:rPr>
          <w:rFonts w:ascii="宋体" w:hAnsi="宋体" w:eastAsia="宋体"/>
          <w:sz w:val="24"/>
        </w:rPr>
        <w:t>对方依然没有说话。只是微微摇了摇头。</w:t>
      </w:r>
    </w:p>
    <w:p>
      <w:pPr>
        <w:spacing w:line="560" w:lineRule="exact"/>
        <w:ind w:firstLine="420"/>
      </w:pPr>
      <w:r>
        <w:rPr>
          <w:rFonts w:ascii="宋体" w:hAnsi="宋体" w:eastAsia="宋体"/>
          <w:sz w:val="24"/>
        </w:rPr>
        <w:t>"那就是你自己想来的。"林风将神豪之剑横在身前，剑刃上的星辉在阳光下璀璨夺目，"为什么攻击我？"</w:t>
      </w:r>
    </w:p>
    <w:p>
      <w:pPr>
        <w:spacing w:line="560" w:lineRule="exact"/>
        <w:ind w:firstLine="420"/>
      </w:pPr>
      <w:r>
        <w:rPr>
          <w:rFonts w:ascii="宋体" w:hAnsi="宋体" w:eastAsia="宋体"/>
          <w:sz w:val="24"/>
        </w:rPr>
        <w:t>沉默持续了大约五秒钟。草原上的风吹动了两人的衣摆，几只荒原狼在远处好奇地张望，但不敢靠近——因为它们能感知到这两个人身上散发出的危险气息。</w:t>
      </w:r>
    </w:p>
    <w:p>
      <w:pPr>
        <w:spacing w:line="560" w:lineRule="exact"/>
        <w:ind w:firstLine="420"/>
      </w:pPr>
      <w:r>
        <w:rPr>
          <w:rFonts w:ascii="宋体" w:hAnsi="宋体" w:eastAsia="宋体"/>
          <w:sz w:val="24"/>
        </w:rPr>
        <w:t>然后，一个清冷的女声从斗篷下传了出来——</w:t>
      </w:r>
    </w:p>
    <w:p>
      <w:pPr>
        <w:spacing w:line="560" w:lineRule="exact"/>
        <w:ind w:firstLine="420"/>
      </w:pPr>
      <w:r>
        <w:rPr>
          <w:rFonts w:ascii="宋体" w:hAnsi="宋体" w:eastAsia="宋体"/>
          <w:sz w:val="24"/>
        </w:rPr>
        <w:t>"我想看看，最近全服最火的风雪夜归人，到底有多少真本事。"</w:t>
      </w:r>
    </w:p>
    <w:p>
      <w:pPr>
        <w:spacing w:line="560" w:lineRule="exact"/>
        <w:ind w:firstLine="420"/>
      </w:pPr>
      <w:r>
        <w:rPr>
          <w:rFonts w:ascii="宋体" w:hAnsi="宋体" w:eastAsia="宋体"/>
          <w:sz w:val="24"/>
        </w:rPr>
        <w:t>女的？</w:t>
      </w:r>
    </w:p>
    <w:p>
      <w:pPr>
        <w:spacing w:line="560" w:lineRule="exact"/>
        <w:ind w:firstLine="420"/>
      </w:pPr>
      <w:r>
        <w:rPr>
          <w:rFonts w:ascii="宋体" w:hAnsi="宋体" w:eastAsia="宋体"/>
          <w:sz w:val="24"/>
        </w:rPr>
        <w:t>林风微微一怔。这个刺客的声音听起来很年轻，大约二十出头的样子。嗓音带着一股冷冽的质感，像是冬日山涧里的冰泉——清澈，但冷得刺骨。</w:t>
      </w:r>
    </w:p>
    <w:p>
      <w:pPr>
        <w:spacing w:line="560" w:lineRule="exact"/>
        <w:ind w:firstLine="420"/>
      </w:pPr>
      <w:r>
        <w:rPr>
          <w:rFonts w:ascii="宋体" w:hAnsi="宋体" w:eastAsia="宋体"/>
          <w:sz w:val="24"/>
        </w:rPr>
        <w:t>"看完了？"林风问。</w:t>
      </w:r>
    </w:p>
    <w:p>
      <w:pPr>
        <w:spacing w:line="560" w:lineRule="exact"/>
        <w:ind w:firstLine="420"/>
      </w:pPr>
      <w:r>
        <w:rPr>
          <w:rFonts w:ascii="宋体" w:hAnsi="宋体" w:eastAsia="宋体"/>
          <w:sz w:val="24"/>
        </w:rPr>
        <w:t>"看完了。"对方毫不客气地说，"反应速度不错——能躲开我那一刀的人，全服不超过十个。但你的防御完全依赖装备，走位太粗糙了。刚才你如果没躲开，靠你的装备硬吃那一刀，也死不了——但你后面的战斗节奏会全乱。"</w:t>
      </w:r>
    </w:p>
    <w:p>
      <w:pPr>
        <w:spacing w:line="560" w:lineRule="exact"/>
        <w:ind w:firstLine="420"/>
      </w:pPr>
      <w:r>
        <w:rPr>
          <w:rFonts w:ascii="宋体" w:hAnsi="宋体" w:eastAsia="宋体"/>
          <w:sz w:val="24"/>
        </w:rPr>
        <w:t>她顿了顿，补充道："而且，如果刚才那一下是真正的职业杀手，他不会只出一刀。第一刀落空的同时，第二刀会从你完全预想不到的角度补上来。你那个翻滚动作幅度太大，在真正的职业对决里，翻滚落地的那一瞬间就是破绽。"</w:t>
      </w:r>
    </w:p>
    <w:p>
      <w:pPr>
        <w:spacing w:line="560" w:lineRule="exact"/>
        <w:ind w:firstLine="420"/>
      </w:pPr>
      <w:r>
        <w:rPr>
          <w:rFonts w:ascii="宋体" w:hAnsi="宋体" w:eastAsia="宋体"/>
          <w:sz w:val="24"/>
        </w:rPr>
        <w:t>林风没有反驳。他知道对方说的是实话。</w:t>
      </w:r>
    </w:p>
    <w:p>
      <w:pPr>
        <w:spacing w:line="560" w:lineRule="exact"/>
        <w:ind w:firstLine="420"/>
      </w:pPr>
      <w:r>
        <w:rPr>
          <w:rFonts w:ascii="宋体" w:hAnsi="宋体" w:eastAsia="宋体"/>
          <w:sz w:val="24"/>
        </w:rPr>
        <w:t>他的战斗方式一直是以力破巧——神豪系统给了他碾压级别的属性和伤害，他习惯了一剑解决所有问题。在绝对的力量面前，技巧确实显得没那么重要。</w:t>
      </w:r>
    </w:p>
    <w:p>
      <w:pPr>
        <w:spacing w:line="560" w:lineRule="exact"/>
        <w:ind w:firstLine="420"/>
      </w:pPr>
      <w:r>
        <w:rPr>
          <w:rFonts w:ascii="宋体" w:hAnsi="宋体" w:eastAsia="宋体"/>
          <w:sz w:val="24"/>
        </w:rPr>
        <w:t>但遇到真正的高手——像眼前这个人——他这种打法就会露出破绽。龙腾天请的那三个退役职业选手，恐怕也是这个级别的高手。</w:t>
      </w:r>
    </w:p>
    <w:p>
      <w:pPr>
        <w:spacing w:line="560" w:lineRule="exact"/>
        <w:ind w:firstLine="420"/>
      </w:pPr>
      <w:r>
        <w:rPr>
          <w:rFonts w:ascii="宋体" w:hAnsi="宋体" w:eastAsia="宋体"/>
          <w:sz w:val="24"/>
        </w:rPr>
        <w:t>"那你为什么要告诉我这些？"林风饶有兴趣地问。他的剑尖微微下垂了几寸——这是一个善意的信号。</w:t>
      </w:r>
    </w:p>
    <w:p>
      <w:pPr>
        <w:spacing w:line="560" w:lineRule="exact"/>
        <w:ind w:firstLine="420"/>
      </w:pPr>
      <w:r>
        <w:rPr>
          <w:rFonts w:ascii="宋体" w:hAnsi="宋体" w:eastAsia="宋体"/>
          <w:sz w:val="24"/>
        </w:rPr>
        <w:t>对方沉默了几秒。然后她说："因为我听说你要参加公会争霸赛。"</w:t>
      </w:r>
    </w:p>
    <w:p>
      <w:pPr>
        <w:spacing w:line="560" w:lineRule="exact"/>
        <w:ind w:firstLine="420"/>
      </w:pPr>
      <w:r>
        <w:rPr>
          <w:rFonts w:ascii="宋体" w:hAnsi="宋体" w:eastAsia="宋体"/>
          <w:sz w:val="24"/>
        </w:rPr>
        <w:t>"而龙腾天请了三个退役职业选手。"她顿了顿，声音变得更冷了一些，"如果我猜得没错，那三个人——都是刺客。"</w:t>
      </w:r>
    </w:p>
    <w:p>
      <w:pPr>
        <w:spacing w:line="560" w:lineRule="exact"/>
        <w:ind w:firstLine="420"/>
      </w:pPr>
      <w:r>
        <w:rPr>
          <w:rFonts w:ascii="宋体" w:hAnsi="宋体" w:eastAsia="宋体"/>
          <w:sz w:val="24"/>
        </w:rPr>
        <w:t>林风的眉头微微挑起。</w:t>
      </w:r>
    </w:p>
    <w:p>
      <w:pPr>
        <w:spacing w:line="560" w:lineRule="exact"/>
        <w:ind w:firstLine="420"/>
      </w:pPr>
      <w:r>
        <w:rPr>
          <w:rFonts w:ascii="宋体" w:hAnsi="宋体" w:eastAsia="宋体"/>
          <w:sz w:val="24"/>
        </w:rPr>
        <w:t>"你是说，龙腾天要在公会赛上针对我？"</w:t>
      </w:r>
    </w:p>
    <w:p>
      <w:pPr>
        <w:spacing w:line="560" w:lineRule="exact"/>
        <w:ind w:firstLine="420"/>
      </w:pPr>
      <w:r>
        <w:rPr>
          <w:rFonts w:ascii="宋体" w:hAnsi="宋体" w:eastAsia="宋体"/>
          <w:sz w:val="24"/>
        </w:rPr>
        <w:t>"不是针对你。是秒杀你。"夜影的声音平淡得像在陈述天气预报，"三个职业刺客同时集火一个人。一个负责控制——眩晕或者沉默，一个负责破甲——降低目标防御，一个负责斩杀——打出终结伤害。三人配合默契的话，从第一刀到目标倒地，不会超过三秒钟。"</w:t>
      </w:r>
    </w:p>
    <w:p>
      <w:pPr>
        <w:spacing w:line="560" w:lineRule="exact"/>
        <w:ind w:firstLine="420"/>
      </w:pPr>
      <w:r>
        <w:rPr>
          <w:rFonts w:ascii="宋体" w:hAnsi="宋体" w:eastAsia="宋体"/>
          <w:sz w:val="24"/>
        </w:rPr>
        <w:t>"就算是坦克也扛不住这种集火。"她补了一句，"你的装备再好，被控到死也就是一瞬间的事。"</w:t>
      </w:r>
    </w:p>
    <w:p>
      <w:pPr>
        <w:spacing w:line="560" w:lineRule="exact"/>
        <w:ind w:firstLine="420"/>
      </w:pPr>
      <w:r>
        <w:rPr>
          <w:rFonts w:ascii="宋体" w:hAnsi="宋体" w:eastAsia="宋体"/>
          <w:sz w:val="24"/>
        </w:rPr>
        <w:t>林风沉默了。</w:t>
      </w:r>
    </w:p>
    <w:p>
      <w:pPr>
        <w:spacing w:line="560" w:lineRule="exact"/>
        <w:ind w:firstLine="420"/>
      </w:pPr>
      <w:r>
        <w:rPr>
          <w:rFonts w:ascii="宋体" w:hAnsi="宋体" w:eastAsia="宋体"/>
          <w:sz w:val="24"/>
        </w:rPr>
        <w:t>这个消息……非常关键。他之前一直想着靠装备碾压对手，确实没有仔细想过对手可能会用战术针对他一个人。龙腾天那个人，从拍卖会上的表现就能看出来——他不是那种光明正大的人。他喜欢玩阴的。</w:t>
      </w:r>
    </w:p>
    <w:p>
      <w:pPr>
        <w:spacing w:line="560" w:lineRule="exact"/>
        <w:ind w:firstLine="420"/>
      </w:pPr>
      <w:r>
        <w:rPr>
          <w:rFonts w:ascii="宋体" w:hAnsi="宋体" w:eastAsia="宋体"/>
          <w:sz w:val="24"/>
        </w:rPr>
        <w:t>请三个刺客来切会长——这一招确实够阴，也确实有效。</w:t>
      </w:r>
    </w:p>
    <w:p>
      <w:pPr>
        <w:spacing w:line="560" w:lineRule="exact"/>
        <w:ind w:firstLine="420"/>
      </w:pPr>
      <w:r>
        <w:rPr>
          <w:rFonts w:ascii="宋体" w:hAnsi="宋体" w:eastAsia="宋体"/>
          <w:sz w:val="24"/>
        </w:rPr>
        <w:t>"你为什么告诉我这些？"林风问出了第二个问题。</w:t>
      </w:r>
    </w:p>
    <w:p>
      <w:pPr>
        <w:spacing w:line="560" w:lineRule="exact"/>
        <w:ind w:firstLine="420"/>
      </w:pPr>
      <w:r>
        <w:rPr>
          <w:rFonts w:ascii="宋体" w:hAnsi="宋体" w:eastAsia="宋体"/>
          <w:sz w:val="24"/>
        </w:rPr>
        <w:t>夜影沉默了片刻。兜帽下的目光闪烁了一下，像是在回忆什么不愉快的事情。</w:t>
      </w:r>
    </w:p>
    <w:p>
      <w:pPr>
        <w:spacing w:line="560" w:lineRule="exact"/>
        <w:ind w:firstLine="420"/>
      </w:pPr>
      <w:r>
        <w:rPr>
          <w:rFonts w:ascii="宋体" w:hAnsi="宋体" w:eastAsia="宋体"/>
          <w:sz w:val="24"/>
        </w:rPr>
        <w:t>"因为龙腾天欠我的。"她的声音里带着一丝压抑的怒意，"他挖走了我前公会的三个主力——其中两个是我亲手带出来的徒弟。他承诺给他们职业合同、高额签约费、直播资源。他全都兑现了——但代价是，我前公会直接解散了。"</w:t>
      </w:r>
    </w:p>
    <w:p>
      <w:pPr>
        <w:spacing w:line="560" w:lineRule="exact"/>
        <w:ind w:firstLine="420"/>
      </w:pPr>
      <w:r>
        <w:rPr>
          <w:rFonts w:ascii="宋体" w:hAnsi="宋体" w:eastAsia="宋体"/>
          <w:sz w:val="24"/>
        </w:rPr>
        <w:t>"那三个人的离开，直接导致了公会核心战力崩盘。剩下的人撑了两个月，最后还是散了。"她的声音越来越冷，"这比账，我得讨回来。"</w:t>
      </w:r>
    </w:p>
    <w:p>
      <w:pPr>
        <w:spacing w:line="560" w:lineRule="exact"/>
        <w:ind w:firstLine="420"/>
      </w:pPr>
      <w:r>
        <w:rPr>
          <w:rFonts w:ascii="宋体" w:hAnsi="宋体" w:eastAsia="宋体"/>
          <w:sz w:val="24"/>
        </w:rPr>
        <w:t>"所以你来找我合作？"林风问。</w:t>
      </w:r>
    </w:p>
    <w:p>
      <w:pPr>
        <w:spacing w:line="560" w:lineRule="exact"/>
        <w:ind w:firstLine="420"/>
      </w:pPr>
      <w:r>
        <w:rPr>
          <w:rFonts w:ascii="宋体" w:hAnsi="宋体" w:eastAsia="宋体"/>
          <w:sz w:val="24"/>
        </w:rPr>
        <w:t>"不。"夜影摇了摇头，"我只是来看你值不值得我浪费时间。如果你只是一个靠钱砸出来的花瓶，那我转身就走，龙腾天的账我自己慢慢算。"</w:t>
      </w:r>
    </w:p>
    <w:p>
      <w:pPr>
        <w:spacing w:line="560" w:lineRule="exact"/>
        <w:ind w:firstLine="420"/>
      </w:pPr>
      <w:r>
        <w:rPr>
          <w:rFonts w:ascii="宋体" w:hAnsi="宋体" w:eastAsia="宋体"/>
          <w:sz w:val="24"/>
        </w:rPr>
        <w:t>她抬起头，露出一双幽深的琥珀色眼睛："现在看完了——你勉强及格。至少你不是花瓶。"</w:t>
      </w:r>
    </w:p>
    <w:p>
      <w:pPr>
        <w:spacing w:line="560" w:lineRule="exact"/>
        <w:ind w:firstLine="420"/>
      </w:pPr>
      <w:r>
        <w:rPr>
          <w:rFonts w:ascii="宋体" w:hAnsi="宋体" w:eastAsia="宋体"/>
          <w:sz w:val="24"/>
        </w:rPr>
        <w:t>林风忍不住笑了一下。</w:t>
      </w:r>
    </w:p>
    <w:p>
      <w:pPr>
        <w:spacing w:line="560" w:lineRule="exact"/>
        <w:ind w:firstLine="420"/>
      </w:pPr>
      <w:r>
        <w:rPr>
          <w:rFonts w:ascii="宋体" w:hAnsi="宋体" w:eastAsia="宋体"/>
          <w:sz w:val="24"/>
        </w:rPr>
        <w:t>这个人，有意思。非常有意思。</w:t>
      </w:r>
    </w:p>
    <w:p>
      <w:pPr>
        <w:spacing w:line="560" w:lineRule="exact"/>
        <w:ind w:firstLine="420"/>
      </w:pPr>
      <w:r>
        <w:rPr>
          <w:rFonts w:ascii="宋体" w:hAnsi="宋体" w:eastAsia="宋体"/>
          <w:sz w:val="24"/>
        </w:rPr>
        <w:t>"既然及格了，那要不要加入神豪殿？"林风直接发出了邀请，收剑入鞘，发出清脆的金属碰撞声，"我缺一个像你这样的刺客。龙腾天有三个职业选手——我需要一个能对付他们的人。"</w:t>
      </w:r>
    </w:p>
    <w:p>
      <w:pPr>
        <w:spacing w:line="560" w:lineRule="exact"/>
        <w:ind w:firstLine="420"/>
      </w:pPr>
      <w:r>
        <w:rPr>
          <w:rFonts w:ascii="宋体" w:hAnsi="宋体" w:eastAsia="宋体"/>
          <w:sz w:val="24"/>
        </w:rPr>
        <w:t>夜影没有说话。她沉默了好一会儿，目光在林风脸上来回扫视。</w:t>
      </w:r>
    </w:p>
    <w:p>
      <w:pPr>
        <w:spacing w:line="560" w:lineRule="exact"/>
        <w:ind w:firstLine="420"/>
      </w:pPr>
      <w:r>
        <w:rPr>
          <w:rFonts w:ascii="宋体" w:hAnsi="宋体" w:eastAsia="宋体"/>
          <w:sz w:val="24"/>
        </w:rPr>
        <w:t>"你就不怕我是龙腾天派来的卧底？"她忽然问。</w:t>
      </w:r>
    </w:p>
    <w:p>
      <w:pPr>
        <w:spacing w:line="560" w:lineRule="exact"/>
        <w:ind w:firstLine="420"/>
      </w:pPr>
      <w:r>
        <w:rPr>
          <w:rFonts w:ascii="宋体" w:hAnsi="宋体" w:eastAsia="宋体"/>
          <w:sz w:val="24"/>
        </w:rPr>
        <w:t>"不怕。"</w:t>
      </w:r>
    </w:p>
    <w:p>
      <w:pPr>
        <w:spacing w:line="560" w:lineRule="exact"/>
        <w:ind w:firstLine="420"/>
      </w:pPr>
      <w:r>
        <w:rPr>
          <w:rFonts w:ascii="宋体" w:hAnsi="宋体" w:eastAsia="宋体"/>
          <w:sz w:val="24"/>
        </w:rPr>
        <w:t>"为什么？"</w:t>
      </w:r>
    </w:p>
    <w:p>
      <w:pPr>
        <w:spacing w:line="560" w:lineRule="exact"/>
        <w:ind w:firstLine="420"/>
      </w:pPr>
      <w:r>
        <w:rPr>
          <w:rFonts w:ascii="宋体" w:hAnsi="宋体" w:eastAsia="宋体"/>
          <w:sz w:val="24"/>
        </w:rPr>
        <w:t>"因为真正的卧底，不会告诉我龙腾天的战术。"林风看着她，认真地一字一句地说，"真正的卧底，会先取得我的信任，然后在最关键的时刻捅我一刀。而不是像你这样，一上来就差点把我秒了，然后又告诉我你的敌人是谁。"</w:t>
      </w:r>
    </w:p>
    <w:p>
      <w:pPr>
        <w:spacing w:line="560" w:lineRule="exact"/>
        <w:ind w:firstLine="420"/>
      </w:pPr>
      <w:r>
        <w:rPr>
          <w:rFonts w:ascii="宋体" w:hAnsi="宋体" w:eastAsia="宋体"/>
          <w:sz w:val="24"/>
        </w:rPr>
        <w:t>他朝她伸出手："加入神豪殿吧。以你的实力，不该在野队里浪费时间。"</w:t>
      </w:r>
    </w:p>
    <w:p>
      <w:pPr>
        <w:spacing w:line="560" w:lineRule="exact"/>
        <w:ind w:firstLine="420"/>
      </w:pPr>
      <w:r>
        <w:rPr>
          <w:rFonts w:ascii="宋体" w:hAnsi="宋体" w:eastAsia="宋体"/>
          <w:sz w:val="24"/>
        </w:rPr>
        <w:t>夜影盯着他的手看了好几秒。草原上的风吹动她的斗篷，猎猎作响。远处，一只风暴秃鹫发出一声尖锐的鸣叫。</w:t>
      </w:r>
    </w:p>
    <w:p>
      <w:pPr>
        <w:spacing w:line="560" w:lineRule="exact"/>
        <w:ind w:firstLine="420"/>
      </w:pPr>
      <w:r>
        <w:rPr>
          <w:rFonts w:ascii="宋体" w:hAnsi="宋体" w:eastAsia="宋体"/>
          <w:sz w:val="24"/>
        </w:rPr>
        <w:t>然后，她伸出手，握住了他的手腕。</w:t>
      </w:r>
    </w:p>
    <w:p>
      <w:pPr>
        <w:spacing w:line="560" w:lineRule="exact"/>
        <w:ind w:firstLine="420"/>
      </w:pPr>
      <w:r>
        <w:rPr>
          <w:rFonts w:ascii="宋体" w:hAnsi="宋体" w:eastAsia="宋体"/>
          <w:sz w:val="24"/>
        </w:rPr>
        <w:t>不是握手——是握腕。这是刺客圈子里特有的礼节，意味着"我信任你到可以让你靠近我的要害"。</w:t>
      </w:r>
    </w:p>
    <w:p>
      <w:pPr>
        <w:spacing w:line="560" w:lineRule="exact"/>
        <w:ind w:firstLine="420"/>
      </w:pPr>
      <w:r>
        <w:rPr>
          <w:rFonts w:ascii="宋体" w:hAnsi="宋体" w:eastAsia="宋体"/>
          <w:sz w:val="24"/>
        </w:rPr>
        <w:t>"好。但我有一个条件。"她说。</w:t>
      </w:r>
    </w:p>
    <w:p>
      <w:pPr>
        <w:spacing w:line="560" w:lineRule="exact"/>
        <w:ind w:firstLine="420"/>
      </w:pPr>
      <w:r>
        <w:rPr>
          <w:rFonts w:ascii="宋体" w:hAnsi="宋体" w:eastAsia="宋体"/>
          <w:sz w:val="24"/>
        </w:rPr>
        <w:t>"说。"</w:t>
      </w:r>
    </w:p>
    <w:p>
      <w:pPr>
        <w:spacing w:line="560" w:lineRule="exact"/>
        <w:ind w:firstLine="420"/>
      </w:pPr>
      <w:r>
        <w:rPr>
          <w:rFonts w:ascii="宋体" w:hAnsi="宋体" w:eastAsia="宋体"/>
          <w:sz w:val="24"/>
        </w:rPr>
        <w:t>"公会赛上，如果龙腾的那三个刺客来切你——让我来对付他们。"她的声音里带着一股冷冽的战意，像是冰层下燃烧的火焰，"刺客对刺客。我要让龙腾天知道，他花大价钱挖走的那三个人，在我面前什么都不是。"</w:t>
      </w:r>
    </w:p>
    <w:p>
      <w:pPr>
        <w:spacing w:line="560" w:lineRule="exact"/>
        <w:ind w:firstLine="420"/>
      </w:pPr>
      <w:r>
        <w:rPr>
          <w:rFonts w:ascii="宋体" w:hAnsi="宋体" w:eastAsia="宋体"/>
          <w:sz w:val="24"/>
        </w:rPr>
        <w:t>林风看着她眼中燃烧的火焰，松开了手腕，点了点头。</w:t>
      </w:r>
    </w:p>
    <w:p>
      <w:pPr>
        <w:spacing w:line="560" w:lineRule="exact"/>
        <w:ind w:firstLine="420"/>
      </w:pPr>
      <w:r>
        <w:rPr>
          <w:rFonts w:ascii="宋体" w:hAnsi="宋体" w:eastAsia="宋体"/>
          <w:sz w:val="24"/>
        </w:rPr>
        <w:t>"成交。"</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当天晚上，林风正在公会大厅里整理装备，苏小雅忽然给他发了一条私聊消息。消息的语气和平时完全不同——没有表情符号，没有俏皮话，只有一段简短而凝重的文字。</w:t>
      </w:r>
    </w:p>
    <w:p>
      <w:pPr>
        <w:spacing w:line="560" w:lineRule="exact"/>
        <w:ind w:firstLine="420"/>
      </w:pPr>
      <w:r>
        <w:rPr>
          <w:rFonts w:ascii="宋体" w:hAnsi="宋体" w:eastAsia="宋体"/>
          <w:sz w:val="24"/>
        </w:rPr>
        <w:t>【雨落倾城】：「会长，我查了一下夜影的来路。你可能需要知道这个。」</w:t>
      </w:r>
    </w:p>
    <w:p>
      <w:pPr>
        <w:spacing w:line="560" w:lineRule="exact"/>
        <w:ind w:firstLine="420"/>
      </w:pPr>
      <w:r>
        <w:rPr>
          <w:rFonts w:ascii="宋体" w:hAnsi="宋体" w:eastAsia="宋体"/>
          <w:sz w:val="24"/>
        </w:rPr>
        <w:t>【雨落倾城】：「夜影——真名不详，三年前曾是《战神联盟》（上一代VRMMO）的职业电竞选手，ID「暗夜女王」。她在那个游戏里拿过两届个人赛冠军、一届团体赛亚军。两年前突然退役，从此销声匿迹。直到《天界》开服，她才重新出现。」</w:t>
      </w:r>
    </w:p>
    <w:p>
      <w:pPr>
        <w:spacing w:line="560" w:lineRule="exact"/>
        <w:ind w:firstLine="420"/>
      </w:pPr>
      <w:r>
        <w:rPr>
          <w:rFonts w:ascii="宋体" w:hAnsi="宋体" w:eastAsia="宋体"/>
          <w:sz w:val="24"/>
        </w:rPr>
        <w:t>【雨落倾城】：「她的操作水平……在整个华语电竞圈都是传说级的。退役原因至今没有人知道。」</w:t>
      </w:r>
    </w:p>
    <w:p>
      <w:pPr>
        <w:spacing w:line="560" w:lineRule="exact"/>
        <w:ind w:firstLine="420"/>
      </w:pPr>
      <w:r>
        <w:rPr>
          <w:rFonts w:ascii="宋体" w:hAnsi="宋体" w:eastAsia="宋体"/>
          <w:sz w:val="24"/>
        </w:rPr>
        <w:t>林风看完这几条消息，沉默了好一会儿。</w:t>
      </w:r>
    </w:p>
    <w:p>
      <w:pPr>
        <w:spacing w:line="560" w:lineRule="exact"/>
        <w:ind w:firstLine="420"/>
      </w:pPr>
      <w:r>
        <w:rPr>
          <w:rFonts w:ascii="宋体" w:hAnsi="宋体" w:eastAsia="宋体"/>
          <w:sz w:val="24"/>
        </w:rPr>
        <w:t>前职业电竞冠军？两届个人赛冠军？</w:t>
      </w:r>
    </w:p>
    <w:p>
      <w:pPr>
        <w:spacing w:line="560" w:lineRule="exact"/>
        <w:ind w:firstLine="420"/>
      </w:pPr>
      <w:r>
        <w:rPr>
          <w:rFonts w:ascii="宋体" w:hAnsi="宋体" w:eastAsia="宋体"/>
          <w:sz w:val="24"/>
        </w:rPr>
        <w:t>难怪刚才那一刀那么快、那么准——那是冠军级别的出手。如果不是他的反应速度经过神豪系统的隐性强化，那一刀他已经躺了。</w:t>
      </w:r>
    </w:p>
    <w:p>
      <w:pPr>
        <w:spacing w:line="560" w:lineRule="exact"/>
        <w:ind w:firstLine="420"/>
      </w:pPr>
      <w:r>
        <w:rPr>
          <w:rFonts w:ascii="宋体" w:hAnsi="宋体" w:eastAsia="宋体"/>
          <w:sz w:val="24"/>
        </w:rPr>
        <w:t>这样一个人，愿意加入神豪殿，来帮他打公会争霸赛。</w:t>
      </w:r>
    </w:p>
    <w:p>
      <w:pPr>
        <w:spacing w:line="560" w:lineRule="exact"/>
        <w:ind w:firstLine="420"/>
      </w:pPr>
      <w:r>
        <w:rPr>
          <w:rFonts w:ascii="宋体" w:hAnsi="宋体" w:eastAsia="宋体"/>
          <w:sz w:val="24"/>
        </w:rPr>
        <w:t>林风靠在椅背上，看着公会大厅穹顶上精美的壁画，嘴角浮起一抹笑意。</w:t>
      </w:r>
    </w:p>
    <w:p>
      <w:pPr>
        <w:spacing w:line="560" w:lineRule="exact"/>
        <w:ind w:firstLine="420"/>
      </w:pPr>
      <w:r>
        <w:rPr>
          <w:rFonts w:ascii="宋体" w:hAnsi="宋体" w:eastAsia="宋体"/>
          <w:sz w:val="24"/>
        </w:rPr>
        <w:t>龙腾天，你请三个退役职业选手？</w:t>
      </w:r>
    </w:p>
    <w:p>
      <w:pPr>
        <w:spacing w:line="560" w:lineRule="exact"/>
        <w:ind w:firstLine="420"/>
      </w:pPr>
      <w:r>
        <w:rPr>
          <w:rFonts w:ascii="宋体" w:hAnsi="宋体" w:eastAsia="宋体"/>
          <w:sz w:val="24"/>
        </w:rPr>
        <w:t>好巧。我这边来了一个冠军。</w:t>
      </w:r>
    </w:p>
    <w:p>
      <w:pPr>
        <w:spacing w:line="560" w:lineRule="exact"/>
        <w:ind w:firstLine="420"/>
      </w:pPr>
      <w:r>
        <w:rPr>
          <w:rFonts w:ascii="宋体" w:hAnsi="宋体" w:eastAsia="宋体"/>
          <w:sz w:val="24"/>
        </w:rPr>
        <w:t>就看明天，谁的刀更快了。</w:t>
      </w:r>
    </w:p>
    <w:p>
      <w:r>
        <w:br w:type="page"/>
      </w:r>
    </w:p>
    <w:p>
      <w:pPr>
        <w:jc w:val="center"/>
      </w:pPr>
      <w:r>
        <w:rPr>
          <w:b/>
          <w:sz w:val="32"/>
        </w:rPr>
        <w:t>第017章 暗流涌动</w:t>
      </w:r>
    </w:p>
    <w:p>
      <w:pPr>
        <w:jc w:val="center"/>
      </w:pPr>
      <w:r>
        <w:rPr>
          <w:color w:val="999999"/>
          <w:sz w:val="18"/>
        </w:rPr>
        <w:t>（2,503字）</w:t>
      </w:r>
    </w:p>
    <w:p/>
    <w:p>
      <w:pPr>
        <w:spacing w:line="560" w:lineRule="exact"/>
        <w:ind w:firstLine="420"/>
      </w:pPr>
      <w:r>
        <w:rPr>
          <w:rFonts w:ascii="宋体" w:hAnsi="宋体" w:eastAsia="宋体"/>
          <w:sz w:val="24"/>
        </w:rPr>
        <w:t>夜影加入神豪殿的消息像一枚重磅炸弹扔进了天风城的玩家圈。</w:t>
      </w:r>
    </w:p>
    <w:p>
      <w:pPr>
        <w:spacing w:line="560" w:lineRule="exact"/>
        <w:ind w:firstLine="420"/>
      </w:pPr>
      <w:r>
        <w:rPr>
          <w:rFonts w:ascii="宋体" w:hAnsi="宋体" w:eastAsia="宋体"/>
          <w:sz w:val="24"/>
        </w:rPr>
        <w:t>作为曾经的电竞圈传奇人物，即使她已经已经退役两年时间，「传奇选手暗夜女王」这个ID在游戏圈里依然有着极高的知名度。当苏小雅的直播间爆出这个消息时，弹幕直接炸成了烟花——数百万条弹幕同时涌入屏幕，铺天盖地的文字让直播画面都变得模糊不清，服务器甚至出现了一瞬间的卡顿。苏小雅自己的表情也愣住了好一会儿，显然没想到这个消息会引起这么大的轰动。</w:t>
      </w:r>
    </w:p>
    <w:p>
      <w:pPr>
        <w:spacing w:line="560" w:lineRule="exact"/>
        <w:ind w:firstLine="420"/>
      </w:pPr>
      <w:r>
        <w:rPr>
          <w:rFonts w:ascii="宋体" w:hAnsi="宋体" w:eastAsia="宋体"/>
          <w:sz w:val="24"/>
        </w:rPr>
        <w:t>「暗夜女王？？？是那个暗夜女王吗？？？」</w:t>
        <w:br/>
        <w:t>「两届个人赛冠军！！她复出了？！」</w:t>
        <w:br/>
        <w:t>「她正式加入了神豪殿？？我的天啊！风雪大佬这招募能力也太逆天了吧！」</w:t>
        <w:br/>
        <w:t>「龙腾天怕不是要哭了！他花大价钱请的三个退役选手加起来，还不如夜影一个人能打！」</w:t>
        <w:br/>
        <w:t>「风雪大佬这是什么神仙招募能力？先是全平台第一女主播雨落倾城，再是两届冠军暗夜女王！」</w:t>
        <w:br/>
        <w:t>「神豪殿这配置，公会赛冠军已经是囊中之物了！」</w:t>
        <w:br/>
        <w:t>「别奶别奶！龙腾那边也有三个职业选手呢！」</w:t>
        <w:br/>
        <w:t>「三个职业选手vs一个冠军，我赌冠军赢！」</w:t>
      </w:r>
    </w:p>
    <w:p>
      <w:pPr>
        <w:spacing w:line="560" w:lineRule="exact"/>
        <w:ind w:firstLine="420"/>
      </w:pPr>
      <w:r>
        <w:rPr>
          <w:rFonts w:ascii="宋体" w:hAnsi="宋体" w:eastAsia="宋体"/>
          <w:sz w:val="24"/>
        </w:rPr>
        <w:t>社交平台上的讨论热度也在迅速攀升，相关话题在半小时内冲上了游戏区热搜前三。舆论一边倒地看好神豪殿，但也有冷静的声音提醒：比赛不是只看名气。但林风知道，真正的比赛不是靠名气赢的——三个职业刺客的集火战术如果真的配合默契，确实能在几秒内秒杀任何人。夜影再强，也不可能同时挡住三个方向的三把匕首。</w:t>
      </w:r>
    </w:p>
    <w:p>
      <w:pPr>
        <w:spacing w:line="560" w:lineRule="exact"/>
        <w:ind w:firstLine="420"/>
      </w:pPr>
      <w:r>
        <w:rPr>
          <w:rFonts w:ascii="宋体" w:hAnsi="宋体" w:eastAsia="宋体"/>
          <w:sz w:val="24"/>
        </w:rPr>
        <w:t>而此时，龙腾大公会的总部会议室内，气氛凝重得像要滴出水来。</w:t>
      </w:r>
    </w:p>
    <w:p>
      <w:pPr>
        <w:spacing w:line="560" w:lineRule="exact"/>
        <w:ind w:firstLine="420"/>
      </w:pPr>
      <w:r>
        <w:rPr>
          <w:rFonts w:ascii="宋体" w:hAnsi="宋体" w:eastAsia="宋体"/>
          <w:sz w:val="24"/>
        </w:rPr>
        <w:t>龙腾天的私人会议室位于天风城东区的一栋豪华建筑内，是花了大价钱租下的。会议室里铺着暗红色的地毯，长桌上摆放着精致的陶瓷茶具，墙壁上挂着一幅《天界》的世界地图——上面标注着各大公会的势力分布。</w:t>
      </w:r>
    </w:p>
    <w:p>
      <w:pPr>
        <w:spacing w:line="560" w:lineRule="exact"/>
        <w:ind w:firstLine="420"/>
      </w:pPr>
      <w:r>
        <w:rPr>
          <w:rFonts w:ascii="宋体" w:hAnsi="宋体" w:eastAsia="宋体"/>
          <w:sz w:val="24"/>
        </w:rPr>
        <w:t>龙腾天坐在主位上，脸色阴沉得能拧出水来。他面前的虚拟屏幕泛着幽蓝色的光，显示着神豪殿的最新成员名单——夜影的大名赫然在列，排在副会长雨落倾城之后。那个ID旁边标注着一个小小的金色皇冠图标，那是系统自动为加入公会的前职业冠军玩家添加的标识。龙腾天盯着那个金色皇冠，手指在桌面上越敲越重。</w:t>
      </w:r>
    </w:p>
    <w:p>
      <w:pPr>
        <w:spacing w:line="560" w:lineRule="exact"/>
        <w:ind w:firstLine="420"/>
      </w:pPr>
      <w:r>
        <w:rPr>
          <w:rFonts w:ascii="宋体" w:hAnsi="宋体" w:eastAsia="宋体"/>
          <w:sz w:val="24"/>
        </w:rPr>
        <w:t>「谁能告诉我，暗夜女王为什么会加入那个暴发户的公会？」龙腾天的声音压得很低，但那种压抑的怒意让在场所有人都脊背发凉。</w:t>
      </w:r>
    </w:p>
    <w:p>
      <w:pPr>
        <w:spacing w:line="560" w:lineRule="exact"/>
        <w:ind w:firstLine="420"/>
      </w:pPr>
      <w:r>
        <w:rPr>
          <w:rFonts w:ascii="宋体" w:hAnsi="宋体" w:eastAsia="宋体"/>
          <w:sz w:val="24"/>
        </w:rPr>
        <w:t>会议室里一片沉默。几个核心成员面面相觑，谁都不敢第一个开口。</w:t>
      </w:r>
    </w:p>
    <w:p>
      <w:pPr>
        <w:spacing w:line="560" w:lineRule="exact"/>
        <w:ind w:firstLine="420"/>
      </w:pPr>
      <w:r>
        <w:rPr>
          <w:rFonts w:ascii="宋体" w:hAnsi="宋体" w:eastAsia="宋体"/>
          <w:sz w:val="24"/>
        </w:rPr>
        <w:t>「会长……」龙腾军师小心翼翼地开口，擦了擦额头上并不存在的汗，「我们之前调查过夜影的行踪。她在《天界》开服后就一直独来独往，从不与任何公会接触，也不组队。我本来以为她对公会活动完全没有兴趣……」</w:t>
      </w:r>
    </w:p>
    <w:p>
      <w:pPr>
        <w:spacing w:line="560" w:lineRule="exact"/>
        <w:ind w:firstLine="420"/>
      </w:pPr>
      <w:r>
        <w:rPr>
          <w:rFonts w:ascii="宋体" w:hAnsi="宋体" w:eastAsia="宋体"/>
          <w:sz w:val="24"/>
        </w:rPr>
        <w:t>「你本来的以为，」龙腾天猛地一拍桌子，茶杯震得跳了起来，茶水溅到了桌面上，「已经让我们的计划出了一个大窟窿！如果早知道她可能联系上风雪夜归人，我应该提早把她也挖过来！」</w:t>
      </w:r>
    </w:p>
    <w:p>
      <w:pPr>
        <w:spacing w:line="560" w:lineRule="exact"/>
        <w:ind w:firstLine="420"/>
      </w:pPr>
      <w:r>
        <w:rPr>
          <w:rFonts w:ascii="宋体" w:hAnsi="宋体" w:eastAsia="宋体"/>
          <w:sz w:val="24"/>
        </w:rPr>
        <w:t>他的目光扫过长桌另一侧的三个人。那三个穿着统一黑色装备的玩家神色平静地坐在那里，对龙腾天的怒火似乎毫不在意。他们就是龙腾天花重金请来的退役职业选手——ID分别是「无影」、「追风」、「暗刃」。</w:t>
      </w:r>
    </w:p>
    <w:p>
      <w:pPr>
        <w:spacing w:line="560" w:lineRule="exact"/>
        <w:ind w:firstLine="420"/>
      </w:pPr>
      <w:r>
        <w:rPr>
          <w:rFonts w:ascii="宋体" w:hAnsi="宋体" w:eastAsia="宋体"/>
          <w:sz w:val="24"/>
        </w:rPr>
        <w:t>「暗夜女王而已。」三人中为首的「无影」淡淡地开口，他是一个瘦高的年轻人，面容冷峻如冰，眼神锐利得像一把刚从磨刀石上取下的刀刃，「她巅峰期确实厉害——两届冠军不是白拿的。但她已经退役两年了。两年不参加正式训练，手感和反应速度都会下降。我们三个现役级别的选手配合起来，对付她一个人绰绰有余。」</w:t>
      </w:r>
    </w:p>
    <w:p>
      <w:pPr>
        <w:spacing w:line="560" w:lineRule="exact"/>
        <w:ind w:firstLine="420"/>
      </w:pPr>
      <w:r>
        <w:rPr>
          <w:rFonts w:ascii="宋体" w:hAnsi="宋体" w:eastAsia="宋体"/>
          <w:sz w:val="24"/>
        </w:rPr>
        <w:t>「而且，」旁边的「追风」补充道，「我们的核心目标不是她，是风雪夜归人。只要开场瞬间切掉他们的会长，神豪殿的士气就会瞬间崩溃。暗夜女王再强，一个人也翻不了天。群龙无首的队伍，战斗力至少要打个对折。」</w:t>
      </w:r>
    </w:p>
    <w:p>
      <w:pPr>
        <w:spacing w:line="560" w:lineRule="exact"/>
        <w:ind w:firstLine="420"/>
      </w:pPr>
      <w:r>
        <w:rPr>
          <w:rFonts w:ascii="宋体" w:hAnsi="宋体" w:eastAsia="宋体"/>
          <w:sz w:val="24"/>
        </w:rPr>
        <w:t>龙腾天的脸色稍微好看了几分。他端起茶杯喝了一口，手指在杯沿上摩挲着。</w:t>
      </w:r>
    </w:p>
    <w:p>
      <w:pPr>
        <w:spacing w:line="560" w:lineRule="exact"/>
        <w:ind w:firstLine="420"/>
      </w:pPr>
      <w:r>
        <w:rPr>
          <w:rFonts w:ascii="宋体" w:hAnsi="宋体" w:eastAsia="宋体"/>
          <w:sz w:val="24"/>
        </w:rPr>
        <w:t>「你们确定能切掉他？」龙腾天盯着无影的眼睛，像是在判断他有没有在吹牛。</w:t>
      </w:r>
    </w:p>
    <w:p>
      <w:pPr>
        <w:spacing w:line="560" w:lineRule="exact"/>
        <w:ind w:firstLine="420"/>
      </w:pPr>
      <w:r>
        <w:rPr>
          <w:rFonts w:ascii="宋体" w:hAnsi="宋体" w:eastAsia="宋体"/>
          <w:sz w:val="24"/>
        </w:rPr>
        <w:t>「确定。」无影说，语气平静得像在陈述一个已经发生的事实，没有半点犹豫，「我们三个配合了三年，连职业赛场上的一线选手都秒过。一个靠装备撑起来的散人玩家，就算反应再快，也不可能同时应对三个方向的攻击。我们会在比赛开始的第三秒——精确到秒——让他倒地。」</w:t>
      </w:r>
    </w:p>
    <w:p>
      <w:pPr>
        <w:spacing w:line="560" w:lineRule="exact"/>
        <w:ind w:firstLine="420"/>
      </w:pPr>
      <w:r>
        <w:rPr>
          <w:rFonts w:ascii="宋体" w:hAnsi="宋体" w:eastAsia="宋体"/>
          <w:sz w:val="24"/>
        </w:rPr>
        <w:t>龙腾天靠在椅背上，目光从无影脸上移开，手指在桌面上有节奏地敲了敲，像是在权衡什么。片刻后他点了点头，吐出一个字。</w:t>
      </w:r>
    </w:p>
    <w:p>
      <w:pPr>
        <w:spacing w:line="560" w:lineRule="exact"/>
        <w:ind w:firstLine="420"/>
      </w:pPr>
      <w:r>
        <w:rPr>
          <w:rFonts w:ascii="宋体" w:hAnsi="宋体" w:eastAsia="宋体"/>
          <w:sz w:val="24"/>
        </w:rPr>
        <w:t>「好。那就按原计划进行。」他冷冷地说，「明天公会赛报名截止。后天——正式开赛。我要让那个风雪夜归人，在第一轮就知道——在《天界》里，有些东西不是用钱能买到的。」</w:t>
      </w:r>
    </w:p>
    <w:p>
      <w:pPr>
        <w:spacing w:line="560" w:lineRule="exact"/>
        <w:ind w:firstLine="420"/>
      </w:pPr>
      <w:r>
        <w:rPr>
          <w:rFonts w:ascii="宋体" w:hAnsi="宋体" w:eastAsia="宋体"/>
          <w:sz w:val="24"/>
        </w:rPr>
        <w:t>同样是在这个夜晚，天风城中心广场上，林风正站在自己那间黄金商铺前查看收益。商铺开业的第二天，收益比开业第一天翻了一倍。系统显示，随着神豪殿的名气越来越大，越来越多的玩家特地跑到他的商铺来消费——有的是好奇，有的是想碰运气看能不能遇到会长本人。</w:t>
      </w:r>
    </w:p>
    <w:p>
      <w:pPr>
        <w:spacing w:line="560" w:lineRule="exact"/>
        <w:ind w:firstLine="420"/>
      </w:pPr>
      <w:r>
        <w:rPr>
          <w:rFonts w:ascii="宋体" w:hAnsi="宋体" w:eastAsia="宋体"/>
          <w:sz w:val="24"/>
        </w:rPr>
        <w:t>他站在商铺门口查看今日的收益报表——第二天收入已经超过了五万金币，按照这个趋势一个月就是一百五十万。他正要收起面板转身离开，一条系统提示忽然毫无征兆地弹出，边框闪烁着刺眼的红色：</w:t>
      </w:r>
    </w:p>
    <w:p>
      <w:pPr>
        <w:spacing w:line="560" w:lineRule="exact"/>
        <w:ind w:firstLine="420"/>
      </w:pPr>
      <w:r>
        <w:rPr>
          <w:rFonts w:ascii="宋体" w:hAnsi="宋体" w:eastAsia="宋体"/>
          <w:sz w:val="24"/>
        </w:rPr>
        <w:t>【紧急警告：系统检测到异常数据流。有人正在通过非正常手段查询神豪系统的相关信息。来源位置：根本无法精确定位到来源。】</w:t>
      </w:r>
    </w:p>
    <w:p>
      <w:pPr>
        <w:spacing w:line="560" w:lineRule="exact"/>
        <w:ind w:firstLine="420"/>
      </w:pPr>
      <w:r>
        <w:rPr>
          <w:rFonts w:ascii="宋体" w:hAnsi="宋体" w:eastAsia="宋体"/>
          <w:sz w:val="24"/>
        </w:rPr>
        <w:t>林风的动作猛地僵住了。有人在查他的系统？他第一反应是龙腾天——但龙腾天不可能接触到更高的系统层面的数据。</w:t>
      </w:r>
    </w:p>
    <w:p>
      <w:pPr>
        <w:spacing w:line="560" w:lineRule="exact"/>
        <w:ind w:firstLine="420"/>
      </w:pPr>
      <w:r>
        <w:rPr>
          <w:rFonts w:ascii="宋体" w:hAnsi="宋体" w:eastAsia="宋体"/>
          <w:sz w:val="24"/>
        </w:rPr>
        <w:t>「系统，能追踪到来源吗？」</w:t>
      </w:r>
    </w:p>
    <w:p>
      <w:pPr>
        <w:spacing w:line="560" w:lineRule="exact"/>
        <w:ind w:firstLine="420"/>
      </w:pPr>
      <w:r>
        <w:rPr>
          <w:rFonts w:ascii="宋体" w:hAnsi="宋体" w:eastAsia="宋体"/>
          <w:sz w:val="24"/>
        </w:rPr>
        <w:t>【正在追踪……追踪受阻。对方使用了多层IP跳转和军用级加密通道，无法定位确切来源。】</w:t>
      </w:r>
    </w:p>
    <w:p>
      <w:pPr>
        <w:spacing w:line="560" w:lineRule="exact"/>
        <w:ind w:firstLine="420"/>
      </w:pPr>
      <w:r>
        <w:rPr>
          <w:rFonts w:ascii="宋体" w:hAnsi="宋体" w:eastAsia="宋体"/>
          <w:sz w:val="24"/>
        </w:rPr>
        <w:t>军用级加密通道？这已经超出了普通黑客的能力范围。查他的人，要么是天穹科技内部的高层，要么是……某个拥有更高级别系统权限的存在。</w:t>
      </w:r>
    </w:p>
    <w:p>
      <w:pPr>
        <w:spacing w:line="560" w:lineRule="exact"/>
        <w:ind w:firstLine="420"/>
      </w:pPr>
      <w:r>
        <w:rPr>
          <w:rFonts w:ascii="宋体" w:hAnsi="宋体" w:eastAsia="宋体"/>
          <w:sz w:val="24"/>
        </w:rPr>
        <w:t>林风想起了新手村那行一闪而过的系统警告——「神豪系统已被外部力量检测，来源未知。」当时他以为是剧情设定，现在看来，那是真实的预警。</w:t>
      </w:r>
    </w:p>
    <w:p>
      <w:pPr>
        <w:spacing w:line="560" w:lineRule="exact"/>
        <w:ind w:firstLine="420"/>
      </w:pPr>
      <w:r>
        <w:rPr>
          <w:rFonts w:ascii="宋体" w:hAnsi="宋体" w:eastAsia="宋体"/>
          <w:sz w:val="24"/>
        </w:rPr>
        <w:t>他关掉面板，打开好友列表，给夜影发了条消息：「你退役之后那两年——有人在追查你吗？」</w:t>
      </w:r>
    </w:p>
    <w:p>
      <w:pPr>
        <w:spacing w:line="560" w:lineRule="exact"/>
        <w:ind w:firstLine="420"/>
      </w:pPr>
      <w:r>
        <w:rPr>
          <w:rFonts w:ascii="宋体" w:hAnsi="宋体" w:eastAsia="宋体"/>
          <w:sz w:val="24"/>
        </w:rPr>
        <w:t>过了十秒，夜影回复了两个字：「一直。」</w:t>
      </w:r>
    </w:p>
    <w:p>
      <w:pPr>
        <w:spacing w:line="560" w:lineRule="exact"/>
        <w:ind w:firstLine="420"/>
      </w:pPr>
      <w:r>
        <w:rPr>
          <w:rFonts w:ascii="宋体" w:hAnsi="宋体" w:eastAsia="宋体"/>
          <w:sz w:val="24"/>
        </w:rPr>
        <w:t>他又问：「你知道他们是谁吗？他们在追查你什么？」</w:t>
      </w:r>
    </w:p>
    <w:p>
      <w:pPr>
        <w:spacing w:line="560" w:lineRule="exact"/>
        <w:ind w:firstLine="420"/>
      </w:pPr>
      <w:r>
        <w:rPr>
          <w:rFonts w:ascii="宋体" w:hAnsi="宋体" w:eastAsia="宋体"/>
          <w:sz w:val="24"/>
        </w:rPr>
        <w:t>这次回复来得比上一次更慢。他几乎以为夜影不会回答了——对话框里只有光标在闪烁，像一颗犹豫的心脏。大约过了大约半分钟后，一行字终于出现在屏幕上。</w:t>
      </w:r>
    </w:p>
    <w:p>
      <w:pPr>
        <w:spacing w:line="560" w:lineRule="exact"/>
        <w:ind w:firstLine="420"/>
      </w:pPr>
      <w:r>
        <w:rPr>
          <w:rFonts w:ascii="宋体" w:hAnsi="宋体" w:eastAsia="宋体"/>
          <w:sz w:val="24"/>
        </w:rPr>
        <w:t>「不知道具体身份。他们从不暴露自己。但我知道他们也在找别的东西。」</w:t>
      </w:r>
    </w:p>
    <w:p>
      <w:pPr>
        <w:spacing w:line="560" w:lineRule="exact"/>
        <w:ind w:firstLine="420"/>
      </w:pPr>
      <w:r>
        <w:rPr>
          <w:rFonts w:ascii="宋体" w:hAnsi="宋体" w:eastAsia="宋体"/>
          <w:sz w:val="24"/>
        </w:rPr>
        <w:t>「什么东西？」</w:t>
      </w:r>
    </w:p>
    <w:p>
      <w:pPr>
        <w:spacing w:line="560" w:lineRule="exact"/>
        <w:ind w:firstLine="420"/>
      </w:pPr>
      <w:r>
        <w:rPr>
          <w:rFonts w:ascii="宋体" w:hAnsi="宋体" w:eastAsia="宋体"/>
          <w:sz w:val="24"/>
        </w:rPr>
        <w:t>「一个在《天界》里失控的系统。有人告诉我的，说那东西跑到了某个玩家手里。」</w:t>
      </w:r>
    </w:p>
    <w:p>
      <w:pPr>
        <w:spacing w:line="560" w:lineRule="exact"/>
        <w:ind w:firstLine="420"/>
      </w:pPr>
      <w:r>
        <w:rPr>
          <w:rFonts w:ascii="宋体" w:hAnsi="宋体" w:eastAsia="宋体"/>
          <w:sz w:val="24"/>
        </w:rPr>
        <w:t>林风的手指悬在键盘上方，停了两秒才落下。</w:t>
      </w:r>
    </w:p>
    <w:p>
      <w:pPr>
        <w:spacing w:line="560" w:lineRule="exact"/>
        <w:ind w:firstLine="420"/>
      </w:pPr>
      <w:r>
        <w:rPr>
          <w:rFonts w:ascii="宋体" w:hAnsi="宋体" w:eastAsia="宋体"/>
          <w:sz w:val="24"/>
        </w:rPr>
        <w:t>林风的心脏猛地一跳。失控的系统——就像他的神豪系统。或者说，像系统提示里提到过的那个「前代宿主」的系统。</w:t>
      </w:r>
    </w:p>
    <w:p>
      <w:pPr>
        <w:spacing w:line="560" w:lineRule="exact"/>
        <w:ind w:firstLine="420"/>
      </w:pPr>
      <w:r>
        <w:rPr>
          <w:rFonts w:ascii="宋体" w:hAnsi="宋体" w:eastAsia="宋体"/>
          <w:sz w:val="24"/>
        </w:rPr>
        <w:t>林风站在商铺门口，抬头望向天风城的夜空。天空中那两颗月亮静静地挂在那里，和翡翠平原上看到的一模一样。夜色渐深，街道上的玩家依然络绎不绝，喧嚣声远远近近地传来，夹杂着叫卖和组队的喇叭声。这座城市看起来和往常一样热闹，没有什么不同。</w:t>
      </w:r>
    </w:p>
    <w:p>
      <w:pPr>
        <w:spacing w:line="560" w:lineRule="exact"/>
        <w:ind w:firstLine="420"/>
      </w:pPr>
      <w:r>
        <w:rPr>
          <w:rFonts w:ascii="宋体" w:hAnsi="宋体" w:eastAsia="宋体"/>
          <w:sz w:val="24"/>
        </w:rPr>
        <w:t>但林风知道，在那些欢声笑语的背后，有什么东西正在暗处悄然涌动着——像深海下的暗流，看不见，但确实存在。</w:t>
      </w:r>
    </w:p>
    <w:p>
      <w:pPr>
        <w:spacing w:line="560" w:lineRule="exact"/>
        <w:ind w:firstLine="420"/>
      </w:pPr>
      <w:r>
        <w:rPr>
          <w:rFonts w:ascii="宋体" w:hAnsi="宋体" w:eastAsia="宋体"/>
          <w:sz w:val="24"/>
        </w:rPr>
        <w:t>那个前代宿主、那三枚古铜色碎片、那些暗中查询系统的神秘人、以及夜影口中那个「失控的系统」——这些线索正在慢慢编织成一张巨大的网。</w:t>
      </w:r>
    </w:p>
    <w:p>
      <w:pPr>
        <w:spacing w:line="560" w:lineRule="exact"/>
        <w:ind w:firstLine="420"/>
      </w:pPr>
      <w:r>
        <w:rPr>
          <w:rFonts w:ascii="宋体" w:hAnsi="宋体" w:eastAsia="宋体"/>
          <w:sz w:val="24"/>
        </w:rPr>
        <w:t>但现在，他必须先赢下公会争霸赛。只有神豪殿站上冠军领奖台的那一天，他才有足够的影响力和资源去追查那些线索。只有站在更高的位置，才能看得更远。</w:t>
      </w:r>
    </w:p>
    <w:p>
      <w:r>
        <w:br w:type="page"/>
      </w:r>
    </w:p>
    <w:p>
      <w:pPr>
        <w:jc w:val="center"/>
      </w:pPr>
      <w:r>
        <w:rPr>
          <w:b/>
          <w:sz w:val="32"/>
        </w:rPr>
        <w:t>第018章 现实反击</w:t>
      </w:r>
    </w:p>
    <w:p>
      <w:pPr>
        <w:jc w:val="center"/>
      </w:pPr>
      <w:r>
        <w:rPr>
          <w:color w:val="999999"/>
          <w:sz w:val="18"/>
        </w:rPr>
        <w:t>（2,525字）</w:t>
      </w:r>
    </w:p>
    <w:p/>
    <w:p>
      <w:pPr>
        <w:spacing w:line="560" w:lineRule="exact"/>
        <w:ind w:firstLine="420"/>
      </w:pPr>
      <w:r>
        <w:rPr>
          <w:rFonts w:ascii="宋体" w:hAnsi="宋体" w:eastAsia="宋体"/>
          <w:sz w:val="24"/>
        </w:rPr>
        <w:t>公会争霸赛报名截止前的最后一天，林风做了一件和《天界》毫无关系、但同样重要的事——他请了半天假，去了江城市中心最贵的那条街。</w:t>
      </w:r>
    </w:p>
    <w:p>
      <w:pPr>
        <w:spacing w:line="560" w:lineRule="exact"/>
        <w:ind w:firstLine="420"/>
      </w:pPr>
      <w:r>
        <w:rPr>
          <w:rFonts w:ascii="宋体" w:hAnsi="宋体" w:eastAsia="宋体"/>
          <w:sz w:val="24"/>
        </w:rPr>
        <w:t>碧海路，江城公认的富人区。</w:t>
      </w:r>
    </w:p>
    <w:p>
      <w:pPr>
        <w:spacing w:line="560" w:lineRule="exact"/>
        <w:ind w:firstLine="420"/>
      </w:pPr>
      <w:r>
        <w:rPr>
          <w:rFonts w:ascii="宋体" w:hAnsi="宋体" w:eastAsia="宋体"/>
          <w:sz w:val="24"/>
        </w:rPr>
        <w:t>宽阔的街道两侧种满了高大的法国梧桐，树冠交错在一起，形成了一条绿色的隧道。午后的阳光透过树叶的缝隙洒下来，在地面上投下斑驳的光影。人行道上几乎看不到行人——住在这里的人大多开车进出，偶尔有一两辆黑色的豪车无声地驶过。</w:t>
      </w:r>
    </w:p>
    <w:p>
      <w:pPr>
        <w:spacing w:line="560" w:lineRule="exact"/>
        <w:ind w:firstLine="420"/>
      </w:pPr>
      <w:r>
        <w:rPr>
          <w:rFonts w:ascii="宋体" w:hAnsi="宋体" w:eastAsia="宋体"/>
          <w:sz w:val="24"/>
        </w:rPr>
        <w:t>街道两旁是一栋栋风格各异的别墅：欧式的白色小楼带着精致的雕花栏杆，现代风格的玻璃幕墙建筑在阳光下闪闪发光，中式园林式的深宅大院被高高的围墙围住，露出屋檐的一角。每一栋都价值不菲，每一栋都代表着这座城市的财富和地位。</w:t>
      </w:r>
    </w:p>
    <w:p>
      <w:pPr>
        <w:spacing w:line="560" w:lineRule="exact"/>
        <w:ind w:firstLine="420"/>
      </w:pPr>
      <w:r>
        <w:rPr>
          <w:rFonts w:ascii="宋体" w:hAnsi="宋体" w:eastAsia="宋体"/>
          <w:sz w:val="24"/>
        </w:rPr>
        <w:t>林风穿着一件洗得有些发白的T恤和普通的牛仔裤，站在一家房地产中介的门口。他的穿着和这条街格格不入——路过的保安甚至多看了他两眼，大概以为他是来发传单的。</w:t>
      </w:r>
    </w:p>
    <w:p>
      <w:pPr>
        <w:spacing w:line="560" w:lineRule="exact"/>
        <w:ind w:firstLine="420"/>
      </w:pPr>
      <w:r>
        <w:rPr>
          <w:rFonts w:ascii="宋体" w:hAnsi="宋体" w:eastAsia="宋体"/>
          <w:sz w:val="24"/>
        </w:rPr>
        <w:t>他无视了那些目光，看向玻璃橱窗上贴满的房源信息。最便宜的一套——两居室公寓，八十平米——标价三百八十万。</w:t>
      </w:r>
    </w:p>
    <w:p>
      <w:pPr>
        <w:spacing w:line="560" w:lineRule="exact"/>
        <w:ind w:firstLine="420"/>
      </w:pPr>
      <w:r>
        <w:rPr>
          <w:rFonts w:ascii="宋体" w:hAnsi="宋体" w:eastAsia="宋体"/>
          <w:sz w:val="24"/>
        </w:rPr>
        <w:t>三百八十万。几个月前，这个数字对他来说是一个天文数字，比他能想象到的任何财富都要遥远。</w:t>
      </w:r>
    </w:p>
    <w:p>
      <w:pPr>
        <w:spacing w:line="560" w:lineRule="exact"/>
        <w:ind w:firstLine="420"/>
      </w:pPr>
      <w:r>
        <w:rPr>
          <w:rFonts w:ascii="宋体" w:hAnsi="宋体" w:eastAsia="宋体"/>
          <w:sz w:val="24"/>
        </w:rPr>
        <w:t>但现在，他深吸一口气，推开了那扇玻璃门。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四十分钟后，林风从中介公司走了出来。</w:t>
      </w:r>
    </w:p>
    <w:p>
      <w:pPr>
        <w:spacing w:line="560" w:lineRule="exact"/>
        <w:ind w:firstLine="420"/>
      </w:pPr>
      <w:r>
        <w:rPr>
          <w:rFonts w:ascii="宋体" w:hAnsi="宋体" w:eastAsia="宋体"/>
          <w:sz w:val="24"/>
        </w:rPr>
        <w:t>他手里多了一份购房合同，装在一个牛皮纸信封里。合同上的信息简明扼要——</w:t>
      </w:r>
    </w:p>
    <w:p>
      <w:pPr>
        <w:spacing w:line="560" w:lineRule="exact"/>
        <w:ind w:firstLine="420"/>
      </w:pPr>
      <w:r>
        <w:rPr>
          <w:rFonts w:ascii="宋体" w:hAnsi="宋体" w:eastAsia="宋体"/>
          <w:sz w:val="24"/>
        </w:rPr>
        <w:t>标的物：碧海路88号，独栋别墅。</w:t>
        <w:br/>
        <w:t>建筑面积：三百二十平米。</w:t>
        <w:br/>
        <w:t>配套设施：独立花园（约两百平米）、地下车库（双车位）。</w:t>
        <w:br/>
        <w:t>总价：一千两百万人民币。</w:t>
        <w:br/>
        <w:t>首付：四百万人民币（已付清）。</w:t>
        <w:br/>
        <w:t>贷款：无（全款购买，分期支付尾款）。</w:t>
      </w:r>
    </w:p>
    <w:p>
      <w:pPr>
        <w:spacing w:line="560" w:lineRule="exact"/>
        <w:ind w:firstLine="420"/>
      </w:pPr>
      <w:r>
        <w:rPr>
          <w:rFonts w:ascii="宋体" w:hAnsi="宋体" w:eastAsia="宋体"/>
          <w:sz w:val="24"/>
        </w:rPr>
        <w:t>四百万首付——他刚才一次性付清了。用的是游戏商铺的收益提现，加上这几天消费返还的现金累积。当他把银行卡递给中介小姐时，对方看到余额后，表情精彩得可以去拿奥斯卡奖——先是震惊，然后是怀疑，最后是满脸的不可思议。</w:t>
      </w:r>
    </w:p>
    <w:p>
      <w:pPr>
        <w:spacing w:line="560" w:lineRule="exact"/>
        <w:ind w:firstLine="420"/>
      </w:pPr>
      <w:r>
        <w:rPr>
          <w:rFonts w:ascii="宋体" w:hAnsi="宋体" w:eastAsia="宋体"/>
          <w:sz w:val="24"/>
        </w:rPr>
        <w:t>一个穿着几十块钱T恤的年轻人，一次性刷了四百万买别墅。</w:t>
      </w:r>
    </w:p>
    <w:p>
      <w:pPr>
        <w:spacing w:line="560" w:lineRule="exact"/>
        <w:ind w:firstLine="420"/>
      </w:pPr>
      <w:r>
        <w:rPr>
          <w:rFonts w:ascii="宋体" w:hAnsi="宋体" w:eastAsia="宋体"/>
          <w:sz w:val="24"/>
        </w:rPr>
        <w:t>这画面比任何电影都更有冲击力。</w:t>
      </w:r>
    </w:p>
    <w:p>
      <w:pPr>
        <w:spacing w:line="560" w:lineRule="exact"/>
        <w:ind w:firstLine="420"/>
      </w:pPr>
      <w:r>
        <w:rPr>
          <w:rFonts w:ascii="宋体" w:hAnsi="宋体" w:eastAsia="宋体"/>
          <w:sz w:val="24"/>
        </w:rPr>
        <w:t>林风把合同折好塞进口袋，站在碧海路上，看着街道两侧的豪宅。阳光温暖地洒在他身上，微风带着梧桐叶的清香。他忽然觉得有些不真实——像在做梦，但口袋里的合同是真实的，银行卡里减少的数字是真实的。</w:t>
      </w:r>
    </w:p>
    <w:p>
      <w:pPr>
        <w:spacing w:line="560" w:lineRule="exact"/>
        <w:ind w:firstLine="420"/>
      </w:pPr>
      <w:r>
        <w:rPr>
          <w:rFonts w:ascii="宋体" w:hAnsi="宋体" w:eastAsia="宋体"/>
          <w:sz w:val="24"/>
        </w:rPr>
        <w:t>几天前，他还在为一个三块钱的素菜精打细算，犹豫要不要多打一份米饭。</w:t>
      </w:r>
    </w:p>
    <w:p>
      <w:pPr>
        <w:spacing w:line="560" w:lineRule="exact"/>
        <w:ind w:firstLine="420"/>
      </w:pPr>
      <w:r>
        <w:rPr>
          <w:rFonts w:ascii="宋体" w:hAnsi="宋体" w:eastAsia="宋体"/>
          <w:sz w:val="24"/>
        </w:rPr>
        <w:t>现在，他已经在这条全城最贵的街上，买下了一栋带花园和车库的别墅。</w:t>
      </w:r>
    </w:p>
    <w:p>
      <w:pPr>
        <w:spacing w:line="560" w:lineRule="exact"/>
        <w:ind w:firstLine="420"/>
      </w:pPr>
      <w:r>
        <w:rPr>
          <w:rFonts w:ascii="宋体" w:hAnsi="宋体" w:eastAsia="宋体"/>
          <w:sz w:val="24"/>
        </w:rPr>
        <w:t>他正要转身离开，手机忽然震动了。</w:t>
      </w:r>
    </w:p>
    <w:p>
      <w:pPr>
        <w:spacing w:line="560" w:lineRule="exact"/>
        <w:ind w:firstLine="420"/>
      </w:pPr>
      <w:r>
        <w:rPr>
          <w:rFonts w:ascii="宋体" w:hAnsi="宋体" w:eastAsia="宋体"/>
          <w:sz w:val="24"/>
        </w:rPr>
        <w:t>来电显示：柳如烟。</w:t>
      </w:r>
    </w:p>
    <w:p>
      <w:pPr>
        <w:spacing w:line="560" w:lineRule="exact"/>
        <w:ind w:firstLine="420"/>
      </w:pPr>
      <w:r>
        <w:rPr>
          <w:rFonts w:ascii="宋体" w:hAnsi="宋体" w:eastAsia="宋体"/>
          <w:sz w:val="24"/>
        </w:rPr>
        <w:t>林风的心跳猛地加速了一拍。</w:t>
      </w:r>
    </w:p>
    <w:p>
      <w:pPr>
        <w:spacing w:line="560" w:lineRule="exact"/>
        <w:ind w:firstLine="420"/>
      </w:pPr>
      <w:r>
        <w:rPr>
          <w:rFonts w:ascii="宋体" w:hAnsi="宋体" w:eastAsia="宋体"/>
          <w:sz w:val="24"/>
        </w:rPr>
        <w:t>柳如烟——那个他一直远远望着、连主动说一句话都要鼓起全部勇气的女生——主动给他打电话了。</w:t>
      </w:r>
    </w:p>
    <w:p>
      <w:pPr>
        <w:spacing w:line="560" w:lineRule="exact"/>
        <w:ind w:firstLine="420"/>
      </w:pPr>
      <w:r>
        <w:rPr>
          <w:rFonts w:ascii="宋体" w:hAnsi="宋体" w:eastAsia="宋体"/>
          <w:sz w:val="24"/>
        </w:rPr>
        <w:t>他深吸一口气，接起电话，努力让自己的声音听起来平静自然："喂？"</w:t>
      </w:r>
    </w:p>
    <w:p>
      <w:pPr>
        <w:spacing w:line="560" w:lineRule="exact"/>
        <w:ind w:firstLine="420"/>
      </w:pPr>
      <w:r>
        <w:rPr>
          <w:rFonts w:ascii="宋体" w:hAnsi="宋体" w:eastAsia="宋体"/>
          <w:sz w:val="24"/>
        </w:rPr>
        <w:t>"林风？"电话那头，柳如烟的声音带着一丝迟疑和关切，像春风一样轻柔，"你今天没来上课……王浩在班上说你请病假了。你没事吧？"</w:t>
      </w:r>
    </w:p>
    <w:p>
      <w:pPr>
        <w:spacing w:line="560" w:lineRule="exact"/>
        <w:ind w:firstLine="420"/>
      </w:pPr>
      <w:r>
        <w:rPr>
          <w:rFonts w:ascii="宋体" w:hAnsi="宋体" w:eastAsia="宋体"/>
          <w:sz w:val="24"/>
        </w:rPr>
        <w:t>林风愣了一下。</w:t>
      </w:r>
    </w:p>
    <w:p>
      <w:pPr>
        <w:spacing w:line="560" w:lineRule="exact"/>
        <w:ind w:firstLine="420"/>
      </w:pPr>
      <w:r>
        <w:rPr>
          <w:rFonts w:ascii="宋体" w:hAnsi="宋体" w:eastAsia="宋体"/>
          <w:sz w:val="24"/>
        </w:rPr>
        <w:t>柳如烟在关心他。</w:t>
      </w:r>
    </w:p>
    <w:p>
      <w:pPr>
        <w:spacing w:line="560" w:lineRule="exact"/>
        <w:ind w:firstLine="420"/>
      </w:pPr>
      <w:r>
        <w:rPr>
          <w:rFonts w:ascii="宋体" w:hAnsi="宋体" w:eastAsia="宋体"/>
          <w:sz w:val="24"/>
        </w:rPr>
        <w:t>不是客套，不是顺便一问——她是专门打电话来问他的情况。</w:t>
      </w:r>
    </w:p>
    <w:p>
      <w:pPr>
        <w:spacing w:line="560" w:lineRule="exact"/>
        <w:ind w:firstLine="420"/>
      </w:pPr>
      <w:r>
        <w:rPr>
          <w:rFonts w:ascii="宋体" w:hAnsi="宋体" w:eastAsia="宋体"/>
          <w:sz w:val="24"/>
        </w:rPr>
        <w:t>"我没事。"他说，声音比自己预想的要平静得多，"出来办点事。"</w:t>
      </w:r>
    </w:p>
    <w:p>
      <w:pPr>
        <w:spacing w:line="560" w:lineRule="exact"/>
        <w:ind w:firstLine="420"/>
      </w:pPr>
      <w:r>
        <w:rPr>
          <w:rFonts w:ascii="宋体" w:hAnsi="宋体" w:eastAsia="宋体"/>
          <w:sz w:val="24"/>
        </w:rPr>
        <w:t>"那就好。"柳如烟似乎松了一口气，声音变得轻松了一些，"对了……那个，明天晚上你有空吗？"</w:t>
      </w:r>
    </w:p>
    <w:p>
      <w:pPr>
        <w:spacing w:line="560" w:lineRule="exact"/>
        <w:ind w:firstLine="420"/>
      </w:pPr>
      <w:r>
        <w:rPr>
          <w:rFonts w:ascii="宋体" w:hAnsi="宋体" w:eastAsia="宋体"/>
          <w:sz w:val="24"/>
        </w:rPr>
        <w:t>林风的心跳更快了。</w:t>
      </w:r>
    </w:p>
    <w:p>
      <w:pPr>
        <w:spacing w:line="560" w:lineRule="exact"/>
        <w:ind w:firstLine="420"/>
      </w:pPr>
      <w:r>
        <w:rPr>
          <w:rFonts w:ascii="宋体" w:hAnsi="宋体" w:eastAsia="宋体"/>
          <w:sz w:val="24"/>
        </w:rPr>
        <w:t>"明天晚上？"</w:t>
      </w:r>
    </w:p>
    <w:p>
      <w:pPr>
        <w:spacing w:line="560" w:lineRule="exact"/>
        <w:ind w:firstLine="420"/>
      </w:pPr>
      <w:r>
        <w:rPr>
          <w:rFonts w:ascii="宋体" w:hAnsi="宋体" w:eastAsia="宋体"/>
          <w:sz w:val="24"/>
        </w:rPr>
        <w:t>"嗯，我想请你吃个饭。"柳如烟说，语气带着一点不好意思，"谢谢你上次在图书馆帮我捡到那个笔记本。那里面有我整理了大半学期的笔记，要是丢了就麻烦了。一直想谢谢你，但没找到合适的机会。"</w:t>
      </w:r>
    </w:p>
    <w:p>
      <w:pPr>
        <w:spacing w:line="560" w:lineRule="exact"/>
        <w:ind w:firstLine="420"/>
      </w:pPr>
      <w:r>
        <w:rPr>
          <w:rFonts w:ascii="宋体" w:hAnsi="宋体" w:eastAsia="宋体"/>
          <w:sz w:val="24"/>
        </w:rPr>
        <w:t>林风想起来了。几天前的一个下午，他在图书馆自习，看到柳如烟匆匆离开时不小心碰掉了桌上的笔记本。他帮她捡起来，追到门口还给了她。当时王浩正好看到这一幕，还因此嘲讽了他一番——"穷鬼也想搭讪校花？也不撒泡尿照照自己。"</w:t>
      </w:r>
    </w:p>
    <w:p>
      <w:pPr>
        <w:spacing w:line="560" w:lineRule="exact"/>
        <w:ind w:firstLine="420"/>
      </w:pPr>
      <w:r>
        <w:rPr>
          <w:rFonts w:ascii="宋体" w:hAnsi="宋体" w:eastAsia="宋体"/>
          <w:sz w:val="24"/>
        </w:rPr>
        <w:t>林风当时没有反驳。他只是把笔记本递给柳如烟，说了句"下次小心点"，然后转身离开了。</w:t>
      </w:r>
    </w:p>
    <w:p>
      <w:pPr>
        <w:spacing w:line="560" w:lineRule="exact"/>
        <w:ind w:firstLine="420"/>
      </w:pPr>
      <w:r>
        <w:rPr>
          <w:rFonts w:ascii="宋体" w:hAnsi="宋体" w:eastAsia="宋体"/>
          <w:sz w:val="24"/>
        </w:rPr>
        <w:t>他本来以为那只是一个小小的、对方转眼就会忘记的举动。</w:t>
      </w:r>
    </w:p>
    <w:p>
      <w:pPr>
        <w:spacing w:line="560" w:lineRule="exact"/>
        <w:ind w:firstLine="420"/>
      </w:pPr>
      <w:r>
        <w:rPr>
          <w:rFonts w:ascii="宋体" w:hAnsi="宋体" w:eastAsia="宋体"/>
          <w:sz w:val="24"/>
        </w:rPr>
        <w:t>但柳如烟记得。不仅记得，还特意打电话来约他吃饭道谢。</w:t>
      </w:r>
    </w:p>
    <w:p>
      <w:pPr>
        <w:spacing w:line="560" w:lineRule="exact"/>
        <w:ind w:firstLine="420"/>
      </w:pPr>
      <w:r>
        <w:rPr>
          <w:rFonts w:ascii="宋体" w:hAnsi="宋体" w:eastAsia="宋体"/>
          <w:sz w:val="24"/>
        </w:rPr>
        <w:t>"有空。"林风说，尽量让自己的声音听起来轻松自然，"几点？在哪？"</w:t>
      </w:r>
    </w:p>
    <w:p>
      <w:pPr>
        <w:spacing w:line="560" w:lineRule="exact"/>
        <w:ind w:firstLine="420"/>
      </w:pPr>
      <w:r>
        <w:rPr>
          <w:rFonts w:ascii="宋体" w:hAnsi="宋体" w:eastAsia="宋体"/>
          <w:sz w:val="24"/>
        </w:rPr>
        <w:t>"晚上七点，学校南门那家'梧桐时光'西餐厅？我订好位子了。"</w:t>
      </w:r>
    </w:p>
    <w:p>
      <w:pPr>
        <w:spacing w:line="560" w:lineRule="exact"/>
        <w:ind w:firstLine="420"/>
      </w:pPr>
      <w:r>
        <w:rPr>
          <w:rFonts w:ascii="宋体" w:hAnsi="宋体" w:eastAsia="宋体"/>
          <w:sz w:val="24"/>
        </w:rPr>
        <w:t>"好。明天见。"</w:t>
      </w:r>
    </w:p>
    <w:p>
      <w:pPr>
        <w:spacing w:line="560" w:lineRule="exact"/>
        <w:ind w:firstLine="420"/>
      </w:pPr>
      <w:r>
        <w:rPr>
          <w:rFonts w:ascii="宋体" w:hAnsi="宋体" w:eastAsia="宋体"/>
          <w:sz w:val="24"/>
        </w:rPr>
        <w:t>"明天见。"</w:t>
      </w:r>
    </w:p>
    <w:p>
      <w:pPr>
        <w:spacing w:line="560" w:lineRule="exact"/>
        <w:ind w:firstLine="420"/>
      </w:pPr>
      <w:r>
        <w:rPr>
          <w:rFonts w:ascii="宋体" w:hAnsi="宋体" w:eastAsia="宋体"/>
          <w:sz w:val="24"/>
        </w:rPr>
        <w:t>挂掉电话后，林风站在碧海路上，看着手机屏幕上"柳如烟"三个字，沉默了很久。</w:t>
      </w:r>
    </w:p>
    <w:p>
      <w:pPr>
        <w:spacing w:line="560" w:lineRule="exact"/>
        <w:ind w:firstLine="420"/>
      </w:pPr>
      <w:r>
        <w:rPr>
          <w:rFonts w:ascii="宋体" w:hAnsi="宋体" w:eastAsia="宋体"/>
          <w:sz w:val="24"/>
        </w:rPr>
        <w:t>一阵风吹过，梧桐树叶沙沙作响。阳光透过树叶的缝隙洒下来，在地面上投下斑驳的光影。那个光影里，隐约映出他微微上扬的嘴角。</w:t>
      </w:r>
    </w:p>
    <w:p>
      <w:pPr>
        <w:spacing w:line="560" w:lineRule="exact"/>
        <w:ind w:firstLine="420"/>
      </w:pPr>
      <w:r>
        <w:rPr>
          <w:rFonts w:ascii="宋体" w:hAnsi="宋体" w:eastAsia="宋体"/>
          <w:sz w:val="24"/>
        </w:rPr>
        <w:t>他忽然觉得，这个世界好像在慢慢变得不一样了。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而此时此刻，江城市中心的一栋高档写字楼顶层。</w:t>
      </w:r>
    </w:p>
    <w:p>
      <w:pPr>
        <w:spacing w:line="560" w:lineRule="exact"/>
        <w:ind w:firstLine="420"/>
      </w:pPr>
      <w:r>
        <w:rPr>
          <w:rFonts w:ascii="宋体" w:hAnsi="宋体" w:eastAsia="宋体"/>
          <w:sz w:val="24"/>
        </w:rPr>
        <w:t>王浩的父亲——王振东，江城振东地产集团的董事长——正坐在他那间两百平米的豪华办公室里，看着一份刚从秘书手中接过的报告。</w:t>
      </w:r>
    </w:p>
    <w:p>
      <w:pPr>
        <w:spacing w:line="560" w:lineRule="exact"/>
        <w:ind w:firstLine="420"/>
      </w:pPr>
      <w:r>
        <w:rPr>
          <w:rFonts w:ascii="宋体" w:hAnsi="宋体" w:eastAsia="宋体"/>
          <w:sz w:val="24"/>
        </w:rPr>
        <w:t>办公室的落地窗外，整个江城市中心的天际线尽收眼底。王振东靠在真皮座椅上，双手交叉放在桌面上，目光深沉。他五十多岁，头发梳得一丝不苟，戴着一副金丝眼镜，整个人散发着一股商场老将的气场。</w:t>
      </w:r>
    </w:p>
    <w:p>
      <w:pPr>
        <w:spacing w:line="560" w:lineRule="exact"/>
        <w:ind w:firstLine="420"/>
      </w:pPr>
      <w:r>
        <w:rPr>
          <w:rFonts w:ascii="宋体" w:hAnsi="宋体" w:eastAsia="宋体"/>
          <w:sz w:val="24"/>
        </w:rPr>
        <w:t>报告的内容是：碧海路88号的房产交易记录。</w:t>
      </w:r>
    </w:p>
    <w:p>
      <w:pPr>
        <w:spacing w:line="560" w:lineRule="exact"/>
        <w:ind w:firstLine="420"/>
      </w:pPr>
      <w:r>
        <w:rPr>
          <w:rFonts w:ascii="宋体" w:hAnsi="宋体" w:eastAsia="宋体"/>
          <w:sz w:val="24"/>
        </w:rPr>
        <w:t>买方：林风，身份证号略。</w:t>
        <w:br/>
        <w:t>付款方式：银行转账，一次性支付首付四百万。</w:t>
        <w:br/>
        <w:t>尾款支付方式：分期，三个月内付清。</w:t>
      </w:r>
    </w:p>
    <w:p>
      <w:pPr>
        <w:spacing w:line="560" w:lineRule="exact"/>
        <w:ind w:firstLine="420"/>
      </w:pPr>
      <w:r>
        <w:rPr>
          <w:rFonts w:ascii="宋体" w:hAnsi="宋体" w:eastAsia="宋体"/>
          <w:sz w:val="24"/>
        </w:rPr>
        <w:t>王振东的目光在"林风"两个字上停留了很久。</w:t>
      </w:r>
    </w:p>
    <w:p>
      <w:pPr>
        <w:spacing w:line="560" w:lineRule="exact"/>
        <w:ind w:firstLine="420"/>
      </w:pPr>
      <w:r>
        <w:rPr>
          <w:rFonts w:ascii="宋体" w:hAnsi="宋体" w:eastAsia="宋体"/>
          <w:sz w:val="24"/>
        </w:rPr>
        <w:t>"林风？"他念了一遍这个名字，然后看向秘书，"王浩说的那个穷学生？"</w:t>
      </w:r>
    </w:p>
    <w:p>
      <w:pPr>
        <w:spacing w:line="560" w:lineRule="exact"/>
        <w:ind w:firstLine="420"/>
      </w:pPr>
      <w:r>
        <w:rPr>
          <w:rFonts w:ascii="宋体" w:hAnsi="宋体" w:eastAsia="宋体"/>
          <w:sz w:val="24"/>
        </w:rPr>
        <w:t>"是的，王总。"秘书谨慎地回答，"就是那个父母双亡、靠奖学金生活的学生。王浩少爷在学校里和他有过一些……不愉快。"</w:t>
      </w:r>
    </w:p>
    <w:p>
      <w:pPr>
        <w:spacing w:line="560" w:lineRule="exact"/>
        <w:ind w:firstLine="420"/>
      </w:pPr>
      <w:r>
        <w:rPr>
          <w:rFonts w:ascii="宋体" w:hAnsi="宋体" w:eastAsia="宋体"/>
          <w:sz w:val="24"/>
        </w:rPr>
        <w:t>王振东放下报告，手指在桌面上轻轻敲击，发出有节奏的声响。他的目光深邃而锐利——那是商场打拼几十年练出来的眼神，能看穿很多东西。</w:t>
      </w:r>
    </w:p>
    <w:p>
      <w:pPr>
        <w:spacing w:line="560" w:lineRule="exact"/>
        <w:ind w:firstLine="420"/>
      </w:pPr>
      <w:r>
        <w:rPr>
          <w:rFonts w:ascii="宋体" w:hAnsi="宋体" w:eastAsia="宋体"/>
          <w:sz w:val="24"/>
        </w:rPr>
        <w:t>"一个父母双亡、靠奖学金过日子的大学生，一次性拿出四百万，在碧海路买别墅？"他缓缓地说，每一个字都带着审视的意味，"他哪来的钱？"</w:t>
      </w:r>
    </w:p>
    <w:p>
      <w:pPr>
        <w:spacing w:line="560" w:lineRule="exact"/>
        <w:ind w:firstLine="420"/>
      </w:pPr>
      <w:r>
        <w:rPr>
          <w:rFonts w:ascii="宋体" w:hAnsi="宋体" w:eastAsia="宋体"/>
          <w:sz w:val="24"/>
        </w:rPr>
        <w:t>"暂时不清楚，王总。需要安排人去调查吗？"</w:t>
      </w:r>
    </w:p>
    <w:p>
      <w:pPr>
        <w:spacing w:line="560" w:lineRule="exact"/>
        <w:ind w:firstLine="420"/>
      </w:pPr>
      <w:r>
        <w:rPr>
          <w:rFonts w:ascii="宋体" w:hAnsi="宋体" w:eastAsia="宋体"/>
          <w:sz w:val="24"/>
        </w:rPr>
        <w:t>王振东沉默了片刻。他端起桌上的茶杯喝了一口，目光透过落地窗看向远处的城市天际线。</w:t>
      </w:r>
    </w:p>
    <w:p>
      <w:pPr>
        <w:spacing w:line="560" w:lineRule="exact"/>
        <w:ind w:firstLine="420"/>
      </w:pPr>
      <w:r>
        <w:rPr>
          <w:rFonts w:ascii="宋体" w:hAnsi="宋体" w:eastAsia="宋体"/>
          <w:sz w:val="24"/>
        </w:rPr>
        <w:t>"先放着。"他摆了摆手，"看看他什么来路再说。不急着动。"</w:t>
      </w:r>
    </w:p>
    <w:p>
      <w:pPr>
        <w:spacing w:line="560" w:lineRule="exact"/>
        <w:ind w:firstLine="420"/>
      </w:pPr>
      <w:r>
        <w:rPr>
          <w:rFonts w:ascii="宋体" w:hAnsi="宋体" w:eastAsia="宋体"/>
          <w:sz w:val="24"/>
        </w:rPr>
        <w:t>但他的表情已经变得不太好看。</w:t>
      </w:r>
    </w:p>
    <w:p>
      <w:pPr>
        <w:spacing w:line="560" w:lineRule="exact"/>
        <w:ind w:firstLine="420"/>
      </w:pPr>
      <w:r>
        <w:rPr>
          <w:rFonts w:ascii="宋体" w:hAnsi="宋体" w:eastAsia="宋体"/>
          <w:sz w:val="24"/>
        </w:rPr>
        <w:t>因为碧海路88号那块地皮——他原本已经有了收购计划，打算买下那栋别墅以及隔壁几栋，统一改造成一个高端住宅项目。但现在，那栋房子的新主人，变成了他儿子在学校里最看不起、最常欺负的那个穷学生。</w:t>
      </w:r>
    </w:p>
    <w:p>
      <w:pPr>
        <w:spacing w:line="560" w:lineRule="exact"/>
        <w:ind w:firstLine="420"/>
      </w:pPr>
      <w:r>
        <w:rPr>
          <w:rFonts w:ascii="宋体" w:hAnsi="宋体" w:eastAsia="宋体"/>
          <w:sz w:val="24"/>
        </w:rPr>
        <w:t>这就像一根细小的刺，扎进了他的手指。不疼，但让人很不舒服。而且他不知道这根刺的背后，还连着什么东西。</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林风并不知道王振东已经开始注意到他了。他回到出租屋时已经是傍晚，夕阳透过破旧的窗帘洒进来，在斑驳的墙壁上投下模糊的光影。</w:t>
      </w:r>
    </w:p>
    <w:p>
      <w:pPr>
        <w:spacing w:line="560" w:lineRule="exact"/>
        <w:ind w:firstLine="420"/>
      </w:pPr>
      <w:r>
        <w:rPr>
          <w:rFonts w:ascii="宋体" w:hAnsi="宋体" w:eastAsia="宋体"/>
          <w:sz w:val="24"/>
        </w:rPr>
        <w:t>他环顾了一圈这个住了两年的房间——不到十平米，一张单人床，一张书桌，一个破旧的两门衣柜，地上堆着几箱泡面和几本旧教材。墙壁上石灰已经有些剥落，墙角有一片受潮发霉的痕迹。窗台上放着一盆快要枯死的绿萝，是他从二手市场花了五块钱买的。</w:t>
      </w:r>
    </w:p>
    <w:p>
      <w:pPr>
        <w:spacing w:line="560" w:lineRule="exact"/>
        <w:ind w:firstLine="420"/>
      </w:pPr>
      <w:r>
        <w:rPr>
          <w:rFonts w:ascii="宋体" w:hAnsi="宋体" w:eastAsia="宋体"/>
          <w:sz w:val="24"/>
        </w:rPr>
        <w:t>这个地方他住了两年，习惯了它的破旧和狭小，习惯了冬天漏风夏天闷热。</w:t>
      </w:r>
    </w:p>
    <w:p>
      <w:pPr>
        <w:spacing w:line="560" w:lineRule="exact"/>
        <w:ind w:firstLine="420"/>
      </w:pPr>
      <w:r>
        <w:rPr>
          <w:rFonts w:ascii="宋体" w:hAnsi="宋体" w:eastAsia="宋体"/>
          <w:sz w:val="24"/>
        </w:rPr>
        <w:t>但他不用再住在这里了。</w:t>
      </w:r>
    </w:p>
    <w:p>
      <w:pPr>
        <w:spacing w:line="560" w:lineRule="exact"/>
        <w:ind w:firstLine="420"/>
      </w:pPr>
      <w:r>
        <w:rPr>
          <w:rFonts w:ascii="宋体" w:hAnsi="宋体" w:eastAsia="宋体"/>
          <w:sz w:val="24"/>
        </w:rPr>
        <w:t>下周就能搬进碧海路的别墅了。</w:t>
      </w:r>
    </w:p>
    <w:p>
      <w:pPr>
        <w:spacing w:line="560" w:lineRule="exact"/>
        <w:ind w:firstLine="420"/>
      </w:pPr>
      <w:r>
        <w:rPr>
          <w:rFonts w:ascii="宋体" w:hAnsi="宋体" w:eastAsia="宋体"/>
          <w:sz w:val="24"/>
        </w:rPr>
        <w:t>想到这里，他的嘴角浮起一抹笑意。他拧开一瓶水喝了几口，然后躺进游戏舱，戴上神经接入头盔。冰凉的触感贴在太阳穴上，把他的思绪拉回了《天界》的世界。</w:t>
      </w:r>
    </w:p>
    <w:p>
      <w:pPr>
        <w:spacing w:line="560" w:lineRule="exact"/>
        <w:ind w:firstLine="420"/>
      </w:pPr>
      <w:r>
        <w:rPr>
          <w:rFonts w:ascii="宋体" w:hAnsi="宋体" w:eastAsia="宋体"/>
          <w:sz w:val="24"/>
        </w:rPr>
        <w:t>眼前光芒一闪——</w:t>
      </w:r>
    </w:p>
    <w:p>
      <w:pPr>
        <w:spacing w:line="560" w:lineRule="exact"/>
        <w:ind w:firstLine="420"/>
      </w:pPr>
      <w:r>
        <w:rPr>
          <w:rFonts w:ascii="宋体" w:hAnsi="宋体" w:eastAsia="宋体"/>
          <w:sz w:val="24"/>
        </w:rPr>
        <w:t>"欢迎回到《天界》，风雪夜归人。"</w:t>
      </w:r>
    </w:p>
    <w:p>
      <w:pPr>
        <w:spacing w:line="560" w:lineRule="exact"/>
        <w:ind w:firstLine="420"/>
      </w:pPr>
      <w:r>
        <w:rPr>
          <w:rFonts w:ascii="宋体" w:hAnsi="宋体" w:eastAsia="宋体"/>
          <w:sz w:val="24"/>
        </w:rPr>
        <w:t>他睁开眼，站在天风城的中心广场上，夕阳的金辉洒满整座城市。远处的公会大厅前，神豪殿的旗帜在风中飘扬。</w:t>
      </w:r>
    </w:p>
    <w:p>
      <w:pPr>
        <w:spacing w:line="560" w:lineRule="exact"/>
        <w:ind w:firstLine="420"/>
      </w:pPr>
      <w:r>
        <w:rPr>
          <w:rFonts w:ascii="宋体" w:hAnsi="宋体" w:eastAsia="宋体"/>
          <w:sz w:val="24"/>
        </w:rPr>
        <w:t>明天就是公会争霸赛报名的最后一天。</w:t>
      </w:r>
    </w:p>
    <w:p>
      <w:pPr>
        <w:spacing w:line="560" w:lineRule="exact"/>
        <w:ind w:firstLine="420"/>
      </w:pPr>
      <w:r>
        <w:rPr>
          <w:rFonts w:ascii="宋体" w:hAnsi="宋体" w:eastAsia="宋体"/>
          <w:sz w:val="24"/>
        </w:rPr>
        <w:t>后天，比赛正式开始。</w:t>
      </w:r>
    </w:p>
    <w:p>
      <w:pPr>
        <w:spacing w:line="560" w:lineRule="exact"/>
        <w:ind w:firstLine="420"/>
      </w:pPr>
      <w:r>
        <w:rPr>
          <w:rFonts w:ascii="宋体" w:hAnsi="宋体" w:eastAsia="宋体"/>
          <w:sz w:val="24"/>
        </w:rPr>
        <w:t>他不仅要赢下游戏里的冠军，还要在现实世界里，堂堂正正地站在他曾经只能仰望的人面前。</w:t>
      </w:r>
    </w:p>
    <w:p>
      <w:r>
        <w:br w:type="page"/>
      </w:r>
    </w:p>
    <w:p>
      <w:pPr>
        <w:jc w:val="center"/>
      </w:pPr>
      <w:r>
        <w:rPr>
          <w:b/>
          <w:sz w:val="32"/>
        </w:rPr>
        <w:t>第019章 公会排位赛</w:t>
      </w:r>
    </w:p>
    <w:p>
      <w:pPr>
        <w:jc w:val="center"/>
      </w:pPr>
      <w:r>
        <w:rPr>
          <w:color w:val="999999"/>
          <w:sz w:val="18"/>
        </w:rPr>
        <w:t>（3,015字）</w:t>
      </w:r>
    </w:p>
    <w:p/>
    <w:p>
      <w:pPr>
        <w:spacing w:line="560" w:lineRule="exact"/>
        <w:ind w:firstLine="420"/>
      </w:pPr>
      <w:r>
        <w:rPr>
          <w:rFonts w:ascii="宋体" w:hAnsi="宋体" w:eastAsia="宋体"/>
          <w:sz w:val="24"/>
        </w:rPr>
        <w:t>公会争霸赛报名截止日。清晨六点，天风城公会大厅门前已经人山人海。</w:t>
      </w:r>
    </w:p>
    <w:p>
      <w:pPr>
        <w:spacing w:line="560" w:lineRule="exact"/>
        <w:ind w:firstLine="420"/>
      </w:pPr>
      <w:r>
        <w:rPr>
          <w:rFonts w:ascii="宋体" w:hAnsi="宋体" w:eastAsia="宋体"/>
          <w:sz w:val="24"/>
        </w:rPr>
        <w:t>来自全服各大公会和散人队伍的代表们排起了长龙，队伍从公会大厅一直蜿蜒到中心广场。各色公会的旗帜在晨风中飘扬——龙腾的金龙旗、皇朝的皇冠旗、荣耀之巅的剑盾旗……五颜六色，蔚为壮观。NPC官员们坐在报名窗口后，有条不紊地处理着每一份申请，但队伍前进的速度依然缓慢——参赛的队伍实在太多了。</w:t>
      </w:r>
    </w:p>
    <w:p>
      <w:pPr>
        <w:spacing w:line="560" w:lineRule="exact"/>
        <w:ind w:firstLine="420"/>
      </w:pPr>
      <w:r>
        <w:rPr>
          <w:rFonts w:ascii="宋体" w:hAnsi="宋体" w:eastAsia="宋体"/>
          <w:sz w:val="24"/>
        </w:rPr>
        <w:t>神豪殿的队伍抵达时，人群自动让开了一条通道。没有人指挥，没有人安排——但林风出现的那一刻，周围的人就像是提前排练过一样，不约而同地往两侧退去，让出了一条通向报名窗口的直线路径。</w:t>
      </w:r>
    </w:p>
    <w:p>
      <w:pPr>
        <w:spacing w:line="560" w:lineRule="exact"/>
        <w:ind w:firstLine="420"/>
      </w:pPr>
      <w:r>
        <w:rPr>
          <w:rFonts w:ascii="宋体" w:hAnsi="宋体" w:eastAsia="宋体"/>
          <w:sz w:val="24"/>
        </w:rPr>
        <w:t>这就是实力带来的尊重。或者说——是敬畏。</w:t>
      </w:r>
    </w:p>
    <w:p>
      <w:pPr>
        <w:spacing w:line="560" w:lineRule="exact"/>
        <w:ind w:firstLine="420"/>
      </w:pPr>
      <w:r>
        <w:rPr>
          <w:rFonts w:ascii="宋体" w:hAnsi="宋体" w:eastAsia="宋体"/>
          <w:sz w:val="24"/>
        </w:rPr>
        <w:t>林风走在最前方，暗金色的神豪之剑挂在腰间，剑鞘上的紫色宝石在晨光中熠熠生辉。龙鳞披风在晨风中猎猎作响，披风表面的龙纹仿佛活过来一般流动着金色的光泽。他身后跟着夜影、苏小雅、赵铁柱、一剑西来——这是神豪殿出战公会争霸赛的核心五人阵容。</w:t>
      </w:r>
    </w:p>
    <w:p>
      <w:pPr>
        <w:spacing w:line="560" w:lineRule="exact"/>
        <w:ind w:firstLine="420"/>
      </w:pPr>
      <w:r>
        <w:rPr>
          <w:rFonts w:ascii="宋体" w:hAnsi="宋体" w:eastAsia="宋体"/>
          <w:sz w:val="24"/>
        </w:rPr>
        <w:t>夜影依然披着那件黑色斗篷，兜帽压得很低，只露出一截白皙的下巴和几缕垂落的黑发。她走路的姿态轻盈无声，像一只优雅的猎豹。但她的存在本身就足够吸引眼球——世界频道上已经有人在喊"暗夜女王现身公会大厅"了。</w:t>
      </w:r>
    </w:p>
    <w:p>
      <w:pPr>
        <w:spacing w:line="560" w:lineRule="exact"/>
        <w:ind w:firstLine="420"/>
      </w:pPr>
      <w:r>
        <w:rPr>
          <w:rFonts w:ascii="宋体" w:hAnsi="宋体" w:eastAsia="宋体"/>
          <w:sz w:val="24"/>
        </w:rPr>
        <w:t>苏小雅走在队伍右侧，冰蓝色的传说法袍在阳光下流转着晶莹的光泽。她举着一面小型魔法镜——那是她的直播设备——将这一幕实时传送到直播间。弹幕像瀑布一样刷屏，观看人数已经突破了七百万。</w:t>
      </w:r>
    </w:p>
    <w:p>
      <w:pPr>
        <w:spacing w:line="560" w:lineRule="exact"/>
        <w:ind w:firstLine="420"/>
      </w:pPr>
      <w:r>
        <w:rPr>
          <w:rFonts w:ascii="宋体" w:hAnsi="宋体" w:eastAsia="宋体"/>
          <w:sz w:val="24"/>
        </w:rPr>
        <w:t>「神豪殿来了！五人队！风雪大佬带队！」</w:t>
        <w:br/>
        <w:t>「暗夜女王真的在！！那个黑斗篷的就是她！好帅啊！」</w:t>
        <w:br/>
        <w:t>「这阵容也太豪华了吧……一个神豪+一个冠军刺客+一个顶级主播法师+两个高玩！」</w:t>
        <w:br/>
        <w:t>「龙腾的人也来了！在另一边！」</w:t>
      </w:r>
    </w:p>
    <w:p>
      <w:pPr>
        <w:spacing w:line="560" w:lineRule="exact"/>
        <w:ind w:firstLine="420"/>
      </w:pPr>
      <w:r>
        <w:rPr>
          <w:rFonts w:ascii="宋体" w:hAnsi="宋体" w:eastAsia="宋体"/>
          <w:sz w:val="24"/>
        </w:rPr>
        <w:t>林风转头看去。龙腾天的队伍正从广场的另一侧走来——五个人，穿着统一的黑色公会制服，胸口绣着金色的龙纹徽章，步伐整齐划一，像是经过军事化训练。走在最前面的是龙腾天本人，一身流光溢彩的传说级铠甲，手里握着一柄泛着紫光的巨剑——那正是拍卖会上被林风抢走、后来又被龙腾天从别的渠道高价收回的那把传说武器。</w:t>
      </w:r>
    </w:p>
    <w:p>
      <w:pPr>
        <w:spacing w:line="560" w:lineRule="exact"/>
        <w:ind w:firstLine="420"/>
      </w:pPr>
      <w:r>
        <w:rPr>
          <w:rFonts w:ascii="宋体" w:hAnsi="宋体" w:eastAsia="宋体"/>
          <w:sz w:val="24"/>
        </w:rPr>
        <w:t>两人在广场中央迎面相遇。</w:t>
      </w:r>
    </w:p>
    <w:p>
      <w:pPr>
        <w:spacing w:line="560" w:lineRule="exact"/>
        <w:ind w:firstLine="420"/>
      </w:pPr>
      <w:r>
        <w:rPr>
          <w:rFonts w:ascii="宋体" w:hAnsi="宋体" w:eastAsia="宋体"/>
          <w:sz w:val="24"/>
        </w:rPr>
        <w:t>四周的人群瞬间安静了下来。空气仿佛凝固了——连风都停了一瞬。</w:t>
      </w:r>
    </w:p>
    <w:p>
      <w:pPr>
        <w:spacing w:line="560" w:lineRule="exact"/>
        <w:ind w:firstLine="420"/>
      </w:pPr>
      <w:r>
        <w:rPr>
          <w:rFonts w:ascii="宋体" w:hAnsi="宋体" w:eastAsia="宋体"/>
          <w:sz w:val="24"/>
        </w:rPr>
        <w:t>所有人都知道这两个公会的恩怨。拍卖会上的三千万之争、世界频道上的持续口水战、互相挖人的暗中较量……现在，他们终于在公会争霸赛的报名现场，面对面站着了。</w:t>
      </w:r>
    </w:p>
    <w:p>
      <w:pPr>
        <w:spacing w:line="560" w:lineRule="exact"/>
        <w:ind w:firstLine="420"/>
      </w:pPr>
      <w:r>
        <w:rPr>
          <w:rFonts w:ascii="宋体" w:hAnsi="宋体" w:eastAsia="宋体"/>
          <w:sz w:val="24"/>
        </w:rPr>
        <w:t>龙腾天停下脚步，目光落在林风身上。他上下打量了一番，嘴角浮起一丝意味深长的笑容——那种笑容里带着不屑和挑衅。</w:t>
      </w:r>
    </w:p>
    <w:p>
      <w:pPr>
        <w:spacing w:line="560" w:lineRule="exact"/>
        <w:ind w:firstLine="420"/>
      </w:pPr>
      <w:r>
        <w:rPr>
          <w:rFonts w:ascii="宋体" w:hAnsi="宋体" w:eastAsia="宋体"/>
          <w:sz w:val="24"/>
        </w:rPr>
        <w:t>"风雪夜归人，久仰大名。"龙腾天的声音不大不小，刚好让周围的人都听得见，"听说你收编了暗夜女王？恭喜啊，捡了个退役的便宜货。"</w:t>
      </w:r>
    </w:p>
    <w:p>
      <w:pPr>
        <w:spacing w:line="560" w:lineRule="exact"/>
        <w:ind w:firstLine="420"/>
      </w:pPr>
      <w:r>
        <w:rPr>
          <w:rFonts w:ascii="宋体" w:hAnsi="宋体" w:eastAsia="宋体"/>
          <w:sz w:val="24"/>
        </w:rPr>
        <w:t>夜影的兜帽微微动了一下——但没说话。林风感觉到她周身的气息冷了一度，但她没有出手，也没有回嘴。这种克制本身就很说明问题——她是真正的职业选手，不会在比赛之外浪费情绪。</w:t>
      </w:r>
    </w:p>
    <w:p>
      <w:pPr>
        <w:spacing w:line="560" w:lineRule="exact"/>
        <w:ind w:firstLine="420"/>
      </w:pPr>
      <w:r>
        <w:rPr>
          <w:rFonts w:ascii="宋体" w:hAnsi="宋体" w:eastAsia="宋体"/>
          <w:sz w:val="24"/>
        </w:rPr>
        <w:t>林风平淡地看了龙腾天一眼，回了四个字："报名去吧。"</w:t>
      </w:r>
    </w:p>
    <w:p>
      <w:pPr>
        <w:spacing w:line="560" w:lineRule="exact"/>
        <w:ind w:firstLine="420"/>
      </w:pPr>
      <w:r>
        <w:rPr>
          <w:rFonts w:ascii="宋体" w:hAnsi="宋体" w:eastAsia="宋体"/>
          <w:sz w:val="24"/>
        </w:rPr>
        <w:t>说完，他直接绕过龙腾天，朝报名窗口走去。</w:t>
      </w:r>
    </w:p>
    <w:p>
      <w:pPr>
        <w:spacing w:line="560" w:lineRule="exact"/>
        <w:ind w:firstLine="420"/>
      </w:pPr>
      <w:r>
        <w:rPr>
          <w:rFonts w:ascii="宋体" w:hAnsi="宋体" w:eastAsia="宋体"/>
          <w:sz w:val="24"/>
        </w:rPr>
        <w:t>龙腾天的脸色微微一僵。他本来准备好了一番精彩的交锋台词——嘲讽、挑衅、心理战——但林风根本不接茬。这种无视比任何回击都更加让人难堪，就像一拳打在了棉花上。</w:t>
      </w:r>
    </w:p>
    <w:p>
      <w:pPr>
        <w:spacing w:line="560" w:lineRule="exact"/>
        <w:ind w:firstLine="420"/>
      </w:pPr>
      <w:r>
        <w:rPr>
          <w:rFonts w:ascii="宋体" w:hAnsi="宋体" w:eastAsia="宋体"/>
          <w:sz w:val="24"/>
        </w:rPr>
        <w:t>周围的玩家们窃笑起来——</w:t>
      </w:r>
    </w:p>
    <w:p>
      <w:pPr>
        <w:spacing w:line="560" w:lineRule="exact"/>
        <w:ind w:firstLine="420"/>
      </w:pPr>
      <w:r>
        <w:rPr>
          <w:rFonts w:ascii="宋体" w:hAnsi="宋体" w:eastAsia="宋体"/>
          <w:sz w:val="24"/>
        </w:rPr>
        <w:t>「风雪大佬这波操作绝了……直接无视龙腾天！」</w:t>
        <w:br/>
        <w:t>「龙腾天的表情笑死我了！你看他那张脸！」</w:t>
        <w:br/>
        <w:t>「高下立判啊这是！一个忙着打嘴炮，一个直接干正事！」</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报名流程很简单。提交五人名单、确认参赛资格、抽取初赛分组。</w:t>
      </w:r>
    </w:p>
    <w:p>
      <w:pPr>
        <w:spacing w:line="560" w:lineRule="exact"/>
        <w:ind w:firstLine="420"/>
      </w:pPr>
      <w:r>
        <w:rPr>
          <w:rFonts w:ascii="宋体" w:hAnsi="宋体" w:eastAsia="宋体"/>
          <w:sz w:val="24"/>
        </w:rPr>
        <w:t>神豪殿的初赛分组结果出来了——B组第7号。</w:t>
      </w:r>
    </w:p>
    <w:p>
      <w:pPr>
        <w:spacing w:line="560" w:lineRule="exact"/>
        <w:ind w:firstLine="420"/>
      </w:pPr>
      <w:r>
        <w:rPr>
          <w:rFonts w:ascii="宋体" w:hAnsi="宋体" w:eastAsia="宋体"/>
          <w:sz w:val="24"/>
        </w:rPr>
        <w:t>龙腾公会分在了C组第3号。</w:t>
      </w:r>
    </w:p>
    <w:p>
      <w:pPr>
        <w:spacing w:line="560" w:lineRule="exact"/>
        <w:ind w:firstLine="420"/>
      </w:pPr>
      <w:r>
        <w:rPr>
          <w:rFonts w:ascii="宋体" w:hAnsi="宋体" w:eastAsia="宋体"/>
          <w:sz w:val="24"/>
        </w:rPr>
        <w:t>两组在决赛之前不会相遇。这意味着，如果两支公会都能一路赢下去——所有观众都心知肚明，这就是所有人期待的对决——他们只会在最终的决赛中碰面。</w:t>
      </w:r>
    </w:p>
    <w:p>
      <w:pPr>
        <w:spacing w:line="560" w:lineRule="exact"/>
        <w:ind w:firstLine="420"/>
      </w:pPr>
      <w:r>
        <w:rPr>
          <w:rFonts w:ascii="宋体" w:hAnsi="宋体" w:eastAsia="宋体"/>
          <w:sz w:val="24"/>
        </w:rPr>
        <w:t>林风对这个结果很满意。他不希望太早暴露全部实力。龙腾天那边，他也有时间慢慢观察他们的战术特点。</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上午九点整，初赛正式开始。</w:t>
      </w:r>
    </w:p>
    <w:p>
      <w:pPr>
        <w:spacing w:line="560" w:lineRule="exact"/>
        <w:ind w:firstLine="420"/>
      </w:pPr>
      <w:r>
        <w:rPr>
          <w:rFonts w:ascii="宋体" w:hAnsi="宋体" w:eastAsia="宋体"/>
          <w:sz w:val="24"/>
        </w:rPr>
        <w:t>公会争霸赛的初赛采用积分制——每个小组内进行循环赛，每支队伍与其他队伍各战一场，胜积3分，平积1分，负积0分。小组前两名晋级淘汰赛。</w:t>
      </w:r>
    </w:p>
    <w:p>
      <w:pPr>
        <w:spacing w:line="560" w:lineRule="exact"/>
        <w:ind w:firstLine="420"/>
      </w:pPr>
      <w:r>
        <w:rPr>
          <w:rFonts w:ascii="宋体" w:hAnsi="宋体" w:eastAsia="宋体"/>
          <w:sz w:val="24"/>
        </w:rPr>
        <w:t>神豪殿所在的小组共有八支队伍。也就是说，他们要在一天之内打七场比赛。</w:t>
      </w:r>
    </w:p>
    <w:p>
      <w:pPr>
        <w:spacing w:line="560" w:lineRule="exact"/>
        <w:ind w:firstLine="420"/>
      </w:pPr>
      <w:r>
        <w:rPr>
          <w:rFonts w:ascii="宋体" w:hAnsi="宋体" w:eastAsia="宋体"/>
          <w:sz w:val="24"/>
        </w:rPr>
        <w:t>第一场的对手是一支叫「狂风军团」的中型公会。对方的五人队平均等级28级，装备以稀有级为主，在这个阶段算是中上水平。</w:t>
      </w:r>
    </w:p>
    <w:p>
      <w:pPr>
        <w:spacing w:line="560" w:lineRule="exact"/>
        <w:ind w:firstLine="420"/>
      </w:pPr>
      <w:r>
        <w:rPr>
          <w:rFonts w:ascii="宋体" w:hAnsi="宋体" w:eastAsia="宋体"/>
          <w:sz w:val="24"/>
        </w:rPr>
        <w:t>比赛开始前，苏小雅在队伍频道里快速布置战术："对方的配置是双坦克、一法师、一射手、一治疗——标准的阵地战阵容。他们肯定会打防守反击，建议我们先试探一轮，摸清对方的——"</w:t>
      </w:r>
    </w:p>
    <w:p>
      <w:pPr>
        <w:spacing w:line="560" w:lineRule="exact"/>
        <w:ind w:firstLine="420"/>
      </w:pPr>
      <w:r>
        <w:rPr>
          <w:rFonts w:ascii="宋体" w:hAnsi="宋体" w:eastAsia="宋体"/>
          <w:sz w:val="24"/>
        </w:rPr>
        <w:t>"不用试探。"林风直接打断了她的战术分析，语气平静而笃定，"开场直接压上去。我切后排，夜影切治疗，一剑西来和铁柱顶前排。小雅你负责控场。"</w:t>
      </w:r>
    </w:p>
    <w:p>
      <w:pPr>
        <w:spacing w:line="560" w:lineRule="exact"/>
        <w:ind w:firstLine="420"/>
      </w:pPr>
      <w:r>
        <w:rPr>
          <w:rFonts w:ascii="宋体" w:hAnsi="宋体" w:eastAsia="宋体"/>
          <w:sz w:val="24"/>
        </w:rPr>
        <w:t>苏小雅愣了半秒："不……不试探一下？"</w:t>
      </w:r>
    </w:p>
    <w:p>
      <w:pPr>
        <w:spacing w:line="560" w:lineRule="exact"/>
        <w:ind w:firstLine="420"/>
      </w:pPr>
      <w:r>
        <w:rPr>
          <w:rFonts w:ascii="宋体" w:hAnsi="宋体" w:eastAsia="宋体"/>
          <w:sz w:val="24"/>
        </w:rPr>
        <w:t>"不需要。"</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比赛开始的号角声响起！</w:t>
      </w:r>
    </w:p>
    <w:p>
      <w:pPr>
        <w:spacing w:line="560" w:lineRule="exact"/>
        <w:ind w:firstLine="420"/>
      </w:pPr>
      <w:r>
        <w:rPr>
          <w:rFonts w:ascii="宋体" w:hAnsi="宋体" w:eastAsia="宋体"/>
          <w:sz w:val="24"/>
        </w:rPr>
        <w:t>传送光芒闪过，双方十人出现在竞技场上——一座古罗马风格的圆形角斗场，直径约一百米。沙土地上散落着残破的石柱和古代盾牌，炽烈的阳光从穹顶的裂缝中投射下来。观众席上座无虚席，数万名玩家通过魔法光幕观看实时转播。</w:t>
      </w:r>
    </w:p>
    <w:p>
      <w:pPr>
        <w:spacing w:line="560" w:lineRule="exact"/>
        <w:ind w:firstLine="420"/>
      </w:pPr>
      <w:r>
        <w:rPr>
          <w:rFonts w:ascii="宋体" w:hAnsi="宋体" w:eastAsia="宋体"/>
          <w:sz w:val="24"/>
        </w:rPr>
        <w:t>竞技场上方悬挂着巨大的魔法光幕，将比赛画面放大到每一个观众都能看清的地步。苏小雅的直播间更是涌入了八百万人——这个数字已经打破了《天界》开服以来的直播纪录。</w:t>
      </w:r>
    </w:p>
    <w:p>
      <w:pPr>
        <w:spacing w:line="560" w:lineRule="exact"/>
        <w:ind w:firstLine="420"/>
      </w:pPr>
      <w:r>
        <w:rPr>
          <w:rFonts w:ascii="宋体" w:hAnsi="宋体" w:eastAsia="宋体"/>
          <w:sz w:val="24"/>
        </w:rPr>
        <w:t>狂风军团的队长看到神豪殿直接全员压上，冷笑一声："他们也太看不起人了！坦克顶上！法师准备群攻！"</w:t>
      </w:r>
    </w:p>
    <w:p>
      <w:pPr>
        <w:spacing w:line="560" w:lineRule="exact"/>
        <w:ind w:firstLine="420"/>
      </w:pPr>
      <w:r>
        <w:rPr>
          <w:rFonts w:ascii="宋体" w:hAnsi="宋体" w:eastAsia="宋体"/>
          <w:sz w:val="24"/>
        </w:rPr>
        <w:t>两个坦克举盾顶在最前方，厚重的塔盾叠在一起形成了一道钢铁墙壁。法师的法杖开始凝聚蓝色的光芒，准备释放大面积冰霜法术——</w:t>
      </w:r>
    </w:p>
    <w:p>
      <w:pPr>
        <w:spacing w:line="560" w:lineRule="exact"/>
        <w:ind w:firstLine="420"/>
      </w:pPr>
      <w:r>
        <w:rPr>
          <w:rFonts w:ascii="宋体" w:hAnsi="宋体" w:eastAsia="宋体"/>
          <w:sz w:val="24"/>
        </w:rPr>
        <w:t>但他们低估了林风的速度。</w:t>
      </w:r>
    </w:p>
    <w:p>
      <w:pPr>
        <w:spacing w:line="560" w:lineRule="exact"/>
        <w:ind w:firstLine="420"/>
      </w:pPr>
      <w:r>
        <w:rPr>
          <w:rFonts w:ascii="宋体" w:hAnsi="宋体" w:eastAsia="宋体"/>
          <w:sz w:val="24"/>
        </w:rPr>
        <w:t>林风的身影如一道金色的闪电，直接从两个坦克中间穿了过去！他的速度快到拖出了残影——强化+10的传说级靴子提供了40%的移动速度加成，加上神豪商人职业自带的敏捷属性加成，他的移动速度已经超过了正常玩家的一倍！</w:t>
      </w:r>
    </w:p>
    <w:p>
      <w:pPr>
        <w:spacing w:line="560" w:lineRule="exact"/>
        <w:ind w:firstLine="420"/>
      </w:pPr>
      <w:r>
        <w:rPr>
          <w:rFonts w:ascii="宋体" w:hAnsi="宋体" w:eastAsia="宋体"/>
          <w:sz w:val="24"/>
        </w:rPr>
        <w:t>"什么？！"狂风军团的队长瞳孔骤缩！</w:t>
      </w:r>
    </w:p>
    <w:p>
      <w:pPr>
        <w:spacing w:line="560" w:lineRule="exact"/>
        <w:ind w:firstLine="420"/>
      </w:pPr>
      <w:r>
        <w:rPr>
          <w:rFonts w:ascii="宋体" w:hAnsi="宋体" w:eastAsia="宋体"/>
          <w:sz w:val="24"/>
        </w:rPr>
        <w:t>林风已经出现在他们的后排法师面前！</w:t>
      </w:r>
    </w:p>
    <w:p>
      <w:pPr>
        <w:spacing w:line="560" w:lineRule="exact"/>
        <w:ind w:firstLine="420"/>
      </w:pPr>
      <w:r>
        <w:rPr>
          <w:rFonts w:ascii="宋体" w:hAnsi="宋体" w:eastAsia="宋体"/>
          <w:sz w:val="24"/>
        </w:rPr>
        <w:t>"神豪·金钱冲击——"</w:t>
      </w:r>
    </w:p>
    <w:p>
      <w:pPr>
        <w:spacing w:line="560" w:lineRule="exact"/>
        <w:ind w:firstLine="420"/>
      </w:pPr>
      <w:r>
        <w:rPr>
          <w:rFonts w:ascii="宋体" w:hAnsi="宋体" w:eastAsia="宋体"/>
          <w:sz w:val="24"/>
        </w:rPr>
        <w:t>暗金色的剑光划破空气！</w:t>
      </w:r>
    </w:p>
    <w:p>
      <w:pPr>
        <w:spacing w:line="560" w:lineRule="exact"/>
        <w:ind w:firstLine="420"/>
      </w:pPr>
      <w:r>
        <w:rPr>
          <w:rFonts w:ascii="宋体" w:hAnsi="宋体" w:eastAsia="宋体"/>
          <w:sz w:val="24"/>
        </w:rPr>
        <w:t>-28,000！（暴击！）</w:t>
      </w:r>
    </w:p>
    <w:p>
      <w:pPr>
        <w:spacing w:line="560" w:lineRule="exact"/>
        <w:ind w:firstLine="420"/>
      </w:pPr>
      <w:r>
        <w:rPr>
          <w:rFonts w:ascii="宋体" w:hAnsi="宋体" w:eastAsia="宋体"/>
          <w:sz w:val="24"/>
        </w:rPr>
        <w:t>法师的血条直接从满血清零——他甚至没来得及发出一声惊呼，就化为白光退场了！</w:t>
      </w:r>
    </w:p>
    <w:p>
      <w:pPr>
        <w:spacing w:line="560" w:lineRule="exact"/>
        <w:ind w:firstLine="420"/>
      </w:pPr>
      <w:r>
        <w:rPr>
          <w:rFonts w:ascii="宋体" w:hAnsi="宋体" w:eastAsia="宋体"/>
          <w:sz w:val="24"/>
        </w:rPr>
        <w:t>全场观众瞬间沸腾！</w:t>
      </w:r>
    </w:p>
    <w:p>
      <w:pPr>
        <w:spacing w:line="560" w:lineRule="exact"/>
        <w:ind w:firstLine="420"/>
      </w:pPr>
      <w:r>
        <w:rPr>
          <w:rFonts w:ascii="宋体" w:hAnsi="宋体" w:eastAsia="宋体"/>
          <w:sz w:val="24"/>
        </w:rPr>
        <w:t>「一刀秒了？？？」</w:t>
        <w:br/>
        <w:t>「满血法师被一刀秒了？？？」</w:t>
        <w:br/>
        <w:t>「这是什么鬼伤害！那法师有两万两千血啊！」</w:t>
        <w:br/>
        <w:t>「风雪大佬的攻击力到底是多少！」</w:t>
        <w:br/>
        <w:t>「我猜至少八千起步……」</w:t>
        <w:br/>
        <w:t>「八千？八千能打出两万八的暴击？至少一万五！」</w:t>
      </w:r>
    </w:p>
    <w:p>
      <w:pPr>
        <w:spacing w:line="560" w:lineRule="exact"/>
        <w:ind w:firstLine="420"/>
      </w:pPr>
      <w:r>
        <w:rPr>
          <w:rFonts w:ascii="宋体" w:hAnsi="宋体" w:eastAsia="宋体"/>
          <w:sz w:val="24"/>
        </w:rPr>
        <w:t>狂风军团的射手慌乱地拉开距离，举弓瞄准——但夜影已经从他背后的阴影中悄然浮现！</w:t>
      </w:r>
    </w:p>
    <w:p>
      <w:pPr>
        <w:spacing w:line="560" w:lineRule="exact"/>
        <w:ind w:firstLine="420"/>
      </w:pPr>
      <w:r>
        <w:rPr>
          <w:rFonts w:ascii="宋体" w:hAnsi="宋体" w:eastAsia="宋体"/>
          <w:sz w:val="24"/>
        </w:rPr>
        <w:t>匕首闪过一道冷冽的寒光！</w:t>
      </w:r>
    </w:p>
    <w:p>
      <w:pPr>
        <w:spacing w:line="560" w:lineRule="exact"/>
        <w:ind w:firstLine="420"/>
      </w:pPr>
      <w:r>
        <w:rPr>
          <w:rFonts w:ascii="宋体" w:hAnsi="宋体" w:eastAsia="宋体"/>
          <w:sz w:val="24"/>
        </w:rPr>
        <w:t>-12,500！（暴击！背刺！）</w:t>
      </w:r>
    </w:p>
    <w:p>
      <w:pPr>
        <w:spacing w:line="560" w:lineRule="exact"/>
        <w:ind w:firstLine="420"/>
      </w:pPr>
      <w:r>
        <w:rPr>
          <w:rFonts w:ascii="宋体" w:hAnsi="宋体" w:eastAsia="宋体"/>
          <w:sz w:val="24"/>
        </w:rPr>
        <w:t>射手还没来得及放出一箭，就化光退场！</w:t>
      </w:r>
    </w:p>
    <w:p>
      <w:pPr>
        <w:spacing w:line="560" w:lineRule="exact"/>
        <w:ind w:firstLine="420"/>
      </w:pPr>
      <w:r>
        <w:rPr>
          <w:rFonts w:ascii="宋体" w:hAnsi="宋体" w:eastAsia="宋体"/>
          <w:sz w:val="24"/>
        </w:rPr>
        <w:t>治疗牧师试图逃跑，但苏小雅的冰霜法术已经无声落下——冰蓝色的光芒在地面上扩散开来，将牧师的双脚冻结在原地！</w:t>
      </w:r>
    </w:p>
    <w:p>
      <w:pPr>
        <w:spacing w:line="560" w:lineRule="exact"/>
        <w:ind w:firstLine="420"/>
      </w:pPr>
      <w:r>
        <w:rPr>
          <w:rFonts w:ascii="宋体" w:hAnsi="宋体" w:eastAsia="宋体"/>
          <w:sz w:val="24"/>
        </w:rPr>
        <w:t>"冰霜囚笼！"苏小雅轻声念道。</w:t>
      </w:r>
    </w:p>
    <w:p>
      <w:pPr>
        <w:spacing w:line="560" w:lineRule="exact"/>
        <w:ind w:firstLine="420"/>
      </w:pPr>
      <w:r>
        <w:rPr>
          <w:rFonts w:ascii="宋体" w:hAnsi="宋体" w:eastAsia="宋体"/>
          <w:sz w:val="24"/>
        </w:rPr>
        <w:t>林风转身一剑横扫，牧师也化光退场。</w:t>
      </w:r>
    </w:p>
    <w:p>
      <w:pPr>
        <w:spacing w:line="560" w:lineRule="exact"/>
        <w:ind w:firstLine="420"/>
      </w:pPr>
      <w:r>
        <w:rPr>
          <w:rFonts w:ascii="宋体" w:hAnsi="宋体" w:eastAsia="宋体"/>
          <w:sz w:val="24"/>
        </w:rPr>
        <w:t>前后不到十五秒，狂风军团的后排三人全部出局。剩下的两个坦克孤立无援，在一剑西来和赵铁柱的围攻下又坚持了不到一分钟，就相继倒下。</w:t>
      </w:r>
    </w:p>
    <w:p>
      <w:pPr>
        <w:spacing w:line="560" w:lineRule="exact"/>
        <w:ind w:firstLine="420"/>
      </w:pPr>
      <w:r>
        <w:rPr>
          <w:rFonts w:ascii="宋体" w:hAnsi="宋体" w:eastAsia="宋体"/>
          <w:sz w:val="24"/>
        </w:rPr>
        <w:t>第一场，神豪殿胜。比分：1:0。</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接下来的六场比赛，几乎是第一场的复刻版。</w:t>
      </w:r>
    </w:p>
    <w:p>
      <w:pPr>
        <w:spacing w:line="560" w:lineRule="exact"/>
        <w:ind w:firstLine="420"/>
      </w:pPr>
      <w:r>
        <w:rPr>
          <w:rFonts w:ascii="宋体" w:hAnsi="宋体" w:eastAsia="宋体"/>
          <w:sz w:val="24"/>
        </w:rPr>
        <w:t>神豪殿的战术简单到粗暴——开场直接碾压。林风和夜影像两把尖刀，直接插进对方的后排心脏。一个靠伤害碾压——没有任何人能挡住林风的一剑；一个靠技巧收割——夜影的每一刀都精准地落在对方最致命的破绽上。两人配合得几乎天衣无缝。</w:t>
      </w:r>
    </w:p>
    <w:p>
      <w:pPr>
        <w:spacing w:line="560" w:lineRule="exact"/>
        <w:ind w:firstLine="420"/>
      </w:pPr>
      <w:r>
        <w:rPr>
          <w:rFonts w:ascii="宋体" w:hAnsi="宋体" w:eastAsia="宋体"/>
          <w:sz w:val="24"/>
        </w:rPr>
        <w:t>第二场，对阵「星光联盟」，用时一分二十秒。</w:t>
        <w:br/>
        <w:t>第三场，对阵「北方铁骑」，用时五十八秒。</w:t>
        <w:br/>
        <w:t>第四场，对阵「暗影之刃」，用时一分四十五秒。</w:t>
        <w:br/>
        <w:t>第五场，对阵「银色黎明」，用时一分零三秒。</w:t>
        <w:br/>
        <w:t>第六场，对阵「风语者公会」，用时两分十五秒（对方有三个35级以上的高玩，多撑了一会儿）。</w:t>
        <w:br/>
        <w:t>第七场，对阵「紫月公会」，用时一分三十秒。</w:t>
      </w:r>
    </w:p>
    <w:p>
      <w:pPr>
        <w:spacing w:line="560" w:lineRule="exact"/>
        <w:ind w:firstLine="420"/>
      </w:pPr>
      <w:r>
        <w:rPr>
          <w:rFonts w:ascii="宋体" w:hAnsi="宋体" w:eastAsia="宋体"/>
          <w:sz w:val="24"/>
        </w:rPr>
        <w:t>七场全胜！积分21分，小组第一出线！</w:t>
      </w:r>
    </w:p>
    <w:p>
      <w:pPr>
        <w:spacing w:line="560" w:lineRule="exact"/>
        <w:ind w:firstLine="420"/>
      </w:pPr>
      <w:r>
        <w:rPr>
          <w:rFonts w:ascii="宋体" w:hAnsi="宋体" w:eastAsia="宋体"/>
          <w:sz w:val="24"/>
        </w:rPr>
        <w:t>而且除了第六场，其他六场比赛都在两分钟内结束。</w:t>
      </w:r>
    </w:p>
    <w:p>
      <w:pPr>
        <w:spacing w:line="560" w:lineRule="exact"/>
        <w:ind w:firstLine="420"/>
      </w:pPr>
      <w:r>
        <w:rPr>
          <w:rFonts w:ascii="宋体" w:hAnsi="宋体" w:eastAsia="宋体"/>
          <w:sz w:val="24"/>
        </w:rPr>
        <w:t>神豪殿的恐怖统治力，让全服都沉默了。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傍晚，小组赛全部结束。晋级淘汰赛的十六支队伍名单通过系统公告公布：</w:t>
      </w:r>
    </w:p>
    <w:p>
      <w:pPr>
        <w:spacing w:line="560" w:lineRule="exact"/>
        <w:ind w:firstLine="420"/>
      </w:pPr>
      <w:r>
        <w:rPr>
          <w:rFonts w:ascii="宋体" w:hAnsi="宋体" w:eastAsia="宋体"/>
          <w:sz w:val="24"/>
        </w:rPr>
        <w:t>A组第一：皇朝公会（全服排名第二的老牌公会，小组赛七战全胜）</w:t>
        <w:br/>
        <w:t>B组第一：神豪殿（七战全胜）</w:t>
        <w:br/>
        <w:t>C组第一：龙腾公会（七战全胜）</w:t>
        <w:br/>
        <w:t>D组第一：荣耀之巅（六胜一平）</w:t>
        <w:br/>
        <w:t>……以及另外十二支晋级队伍。</w:t>
      </w:r>
    </w:p>
    <w:p>
      <w:pPr>
        <w:spacing w:line="560" w:lineRule="exact"/>
        <w:ind w:firstLine="420"/>
      </w:pPr>
      <w:r>
        <w:rPr>
          <w:rFonts w:ascii="宋体" w:hAnsi="宋体" w:eastAsia="宋体"/>
          <w:sz w:val="24"/>
        </w:rPr>
        <w:t>而淘汰赛的分组抽签结果，让全场再次沸腾——</w:t>
      </w:r>
    </w:p>
    <w:p>
      <w:pPr>
        <w:spacing w:line="560" w:lineRule="exact"/>
        <w:ind w:firstLine="420"/>
      </w:pPr>
      <w:r>
        <w:rPr>
          <w:rFonts w:ascii="宋体" w:hAnsi="宋体" w:eastAsia="宋体"/>
          <w:sz w:val="24"/>
        </w:rPr>
        <w:t>神豪殿 vs 皇朝公会。</w:t>
      </w:r>
    </w:p>
    <w:p>
      <w:pPr>
        <w:spacing w:line="560" w:lineRule="exact"/>
        <w:ind w:firstLine="420"/>
      </w:pPr>
      <w:r>
        <w:rPr>
          <w:rFonts w:ascii="宋体" w:hAnsi="宋体" w:eastAsia="宋体"/>
          <w:sz w:val="24"/>
        </w:rPr>
        <w:t>四分之一决赛的第一场，就是两支小组第一的直接对话！</w:t>
      </w:r>
    </w:p>
    <w:p>
      <w:pPr>
        <w:spacing w:line="560" w:lineRule="exact"/>
        <w:ind w:firstLine="420"/>
      </w:pPr>
      <w:r>
        <w:rPr>
          <w:rFonts w:ascii="宋体" w:hAnsi="宋体" w:eastAsia="宋体"/>
          <w:sz w:val="24"/>
        </w:rPr>
        <w:t>皇朝公会，全服排名第二的老牌劲旅，会长「皇朝霸主」是内测时期的老玩家，据说手下有二十多个35级以上的核心成员。他们的五人队配合极其默契，在A组循环赛中保持了全胜战绩，场均用时都没超过三分钟。</w:t>
      </w:r>
    </w:p>
    <w:p>
      <w:pPr>
        <w:spacing w:line="560" w:lineRule="exact"/>
        <w:ind w:firstLine="420"/>
      </w:pPr>
      <w:r>
        <w:rPr>
          <w:rFonts w:ascii="宋体" w:hAnsi="宋体" w:eastAsia="宋体"/>
          <w:sz w:val="24"/>
        </w:rPr>
        <w:t>苏小雅的直播间里，弹幕瞬间刷屏——</w:t>
      </w:r>
    </w:p>
    <w:p>
      <w:pPr>
        <w:spacing w:line="560" w:lineRule="exact"/>
        <w:ind w:firstLine="420"/>
      </w:pPr>
      <w:r>
        <w:rPr>
          <w:rFonts w:ascii="宋体" w:hAnsi="宋体" w:eastAsia="宋体"/>
          <w:sz w:val="24"/>
        </w:rPr>
        <w:t>「四分之一决赛就打皇朝？？这抽签有毒吧！」</w:t>
        <w:br/>
        <w:t>「神豪殿vs皇朝……这简直就是提前上演的决赛！」</w:t>
        <w:br/>
        <w:t>「皇朝可不是狂风那种野鸡公会，他们是真·老牌强队！」</w:t>
        <w:br/>
        <w:t>「风雪大佬还能一刀秒吗？皇朝的坦克据说有四万血……」</w:t>
        <w:br/>
        <w:t>「好看了好看了！今晚八点，准时蹲直播！」</w:t>
      </w:r>
    </w:p>
    <w:p>
      <w:pPr>
        <w:spacing w:line="560" w:lineRule="exact"/>
        <w:ind w:firstLine="420"/>
      </w:pPr>
      <w:r>
        <w:rPr>
          <w:rFonts w:ascii="宋体" w:hAnsi="宋体" w:eastAsia="宋体"/>
          <w:sz w:val="24"/>
        </w:rPr>
        <w:t>林风看着抽签结果，表情没有任何变化。</w:t>
      </w:r>
    </w:p>
    <w:p>
      <w:pPr>
        <w:spacing w:line="560" w:lineRule="exact"/>
        <w:ind w:firstLine="420"/>
      </w:pPr>
      <w:r>
        <w:rPr>
          <w:rFonts w:ascii="宋体" w:hAnsi="宋体" w:eastAsia="宋体"/>
          <w:sz w:val="24"/>
        </w:rPr>
        <w:t>皇朝公会？强队？</w:t>
      </w:r>
    </w:p>
    <w:p>
      <w:pPr>
        <w:spacing w:line="560" w:lineRule="exact"/>
        <w:ind w:firstLine="420"/>
      </w:pPr>
      <w:r>
        <w:rPr>
          <w:rFonts w:ascii="宋体" w:hAnsi="宋体" w:eastAsia="宋体"/>
          <w:sz w:val="24"/>
        </w:rPr>
        <w:t>那正好。</w:t>
      </w:r>
    </w:p>
    <w:p>
      <w:pPr>
        <w:spacing w:line="560" w:lineRule="exact"/>
        <w:ind w:firstLine="420"/>
      </w:pPr>
      <w:r>
        <w:rPr>
          <w:rFonts w:ascii="宋体" w:hAnsi="宋体" w:eastAsia="宋体"/>
          <w:sz w:val="24"/>
        </w:rPr>
        <w:t>他需要一块够硬的磨刀石。</w:t>
      </w:r>
    </w:p>
    <w:p>
      <w:r>
        <w:br w:type="page"/>
      </w:r>
    </w:p>
    <w:p>
      <w:pPr>
        <w:jc w:val="center"/>
      </w:pPr>
      <w:r>
        <w:rPr>
          <w:b/>
          <w:sz w:val="32"/>
        </w:rPr>
        <w:t>第020章 榜首之争</w:t>
      </w:r>
    </w:p>
    <w:p>
      <w:pPr>
        <w:jc w:val="center"/>
      </w:pPr>
      <w:r>
        <w:rPr>
          <w:color w:val="999999"/>
          <w:sz w:val="18"/>
        </w:rPr>
        <w:t>（2,975字）</w:t>
      </w:r>
    </w:p>
    <w:p/>
    <w:p>
      <w:pPr>
        <w:spacing w:line="560" w:lineRule="exact"/>
        <w:ind w:firstLine="420"/>
      </w:pPr>
      <w:r>
        <w:rPr>
          <w:rFonts w:ascii="宋体" w:hAnsi="宋体" w:eastAsia="宋体"/>
          <w:sz w:val="24"/>
        </w:rPr>
        <w:t>四分之一决赛的抽签结果一出来，整个世界频道都炸了。</w:t>
      </w:r>
    </w:p>
    <w:p>
      <w:pPr>
        <w:spacing w:line="560" w:lineRule="exact"/>
        <w:ind w:firstLine="420"/>
      </w:pPr>
      <w:r>
        <w:rPr>
          <w:rFonts w:ascii="宋体" w:hAnsi="宋体" w:eastAsia="宋体"/>
          <w:sz w:val="24"/>
        </w:rPr>
        <w:t>神豪殿对皇朝公会。</w:t>
      </w:r>
    </w:p>
    <w:p>
      <w:pPr>
        <w:spacing w:line="560" w:lineRule="exact"/>
        <w:ind w:firstLine="420"/>
      </w:pPr>
      <w:r>
        <w:rPr>
          <w:rFonts w:ascii="宋体" w:hAnsi="宋体" w:eastAsia="宋体"/>
          <w:sz w:val="24"/>
        </w:rPr>
        <w:t>这原本该是决赛的阵容，硬生生提前到了四分之一决赛。</w:t>
      </w:r>
    </w:p>
    <w:p>
      <w:pPr>
        <w:spacing w:line="560" w:lineRule="exact"/>
        <w:ind w:firstLine="420"/>
      </w:pPr>
      <w:r>
        <w:rPr>
          <w:rFonts w:ascii="宋体" w:hAnsi="宋体" w:eastAsia="宋体"/>
          <w:sz w:val="24"/>
        </w:rPr>
        <w:t>“卧槽！这签有毒吧！”赵铁柱拍着桌子喊道，“皇朝那群老阴比，全服老二，配合了至少半年，上来就打他们？！”</w:t>
      </w:r>
    </w:p>
    <w:p>
      <w:pPr>
        <w:spacing w:line="560" w:lineRule="exact"/>
        <w:ind w:firstLine="420"/>
      </w:pPr>
      <w:r>
        <w:rPr>
          <w:rFonts w:ascii="宋体" w:hAnsi="宋体" w:eastAsia="宋体"/>
          <w:sz w:val="24"/>
        </w:rPr>
        <w:t>苏小雅的直播间里，弹幕已经刷疯了：</w:t>
      </w:r>
    </w:p>
    <w:p>
      <w:pPr>
        <w:spacing w:line="560" w:lineRule="exact"/>
        <w:ind w:firstLine="420"/>
      </w:pPr>
      <w:r>
        <w:rPr>
          <w:rFonts w:ascii="宋体" w:hAnsi="宋体" w:eastAsia="宋体"/>
          <w:sz w:val="24"/>
        </w:rPr>
        <w:t>「皇朝vs神豪殿！提前上演的决赛！」</w:t>
        <w:br/>
        <w:t>「皇朝的坦克团不是吃素的，据说人均四万血！」</w:t>
        <w:br/>
        <w:t>「风中追风再强也只是一个人，皇朝五个人配合了半年啊……」</w:t>
        <w:br/>
        <w:t>「我也觉得神豪殿要翻车了……」</w:t>
        <w:br/>
        <w:t>「翻车？我赌神豪殿赢，赌一包辣条！」</w:t>
      </w:r>
    </w:p>
    <w:p>
      <w:pPr>
        <w:spacing w:line="560" w:lineRule="exact"/>
        <w:ind w:firstLine="420"/>
      </w:pPr>
      <w:r>
        <w:rPr>
          <w:rFonts w:ascii="宋体" w:hAnsi="宋体" w:eastAsia="宋体"/>
          <w:sz w:val="24"/>
        </w:rPr>
        <w:t>苏小雅看着弹幕里的唱衰声，眉头拧了起来。</w:t>
      </w:r>
    </w:p>
    <w:p>
      <w:pPr>
        <w:spacing w:line="560" w:lineRule="exact"/>
        <w:ind w:firstLine="420"/>
      </w:pPr>
      <w:r>
        <w:rPr>
          <w:rFonts w:ascii="宋体" w:hAnsi="宋体" w:eastAsia="宋体"/>
          <w:sz w:val="24"/>
        </w:rPr>
        <w:t>“会长，他们都在说皇朝配合半年了……”</w:t>
      </w:r>
    </w:p>
    <w:p>
      <w:pPr>
        <w:spacing w:line="560" w:lineRule="exact"/>
        <w:ind w:firstLine="420"/>
      </w:pPr>
      <w:r>
        <w:rPr>
          <w:rFonts w:ascii="宋体" w:hAnsi="宋体" w:eastAsia="宋体"/>
          <w:sz w:val="24"/>
        </w:rPr>
        <w:t>“半年又怎样？”林风靠在椅子上，表情很淡，“我们配合三天就够了。”</w:t>
      </w:r>
    </w:p>
    <w:p>
      <w:pPr>
        <w:spacing w:line="560" w:lineRule="exact"/>
        <w:ind w:firstLine="420"/>
      </w:pPr>
      <w:r>
        <w:rPr>
          <w:rFonts w:ascii="宋体" w:hAnsi="宋体" w:eastAsia="宋体"/>
          <w:sz w:val="24"/>
        </w:rPr>
        <w:t>这句话说得轻描淡写，但赵铁柱和苏小雅心里的紧张瞬间消散了大半。</w:t>
      </w:r>
    </w:p>
    <w:p>
      <w:pPr>
        <w:spacing w:line="560" w:lineRule="exact"/>
        <w:ind w:firstLine="420"/>
      </w:pPr>
      <w:r>
        <w:rPr>
          <w:rFonts w:ascii="宋体" w:hAnsi="宋体" w:eastAsia="宋体"/>
          <w:sz w:val="24"/>
        </w:rPr>
        <w:t>凌天从门外走进来，手里拿着一叠战术板。</w:t>
      </w:r>
    </w:p>
    <w:p>
      <w:pPr>
        <w:spacing w:line="560" w:lineRule="exact"/>
        <w:ind w:firstLine="420"/>
      </w:pPr>
      <w:r>
        <w:rPr>
          <w:rFonts w:ascii="宋体" w:hAnsi="宋体" w:eastAsia="宋体"/>
          <w:sz w:val="24"/>
        </w:rPr>
        <w:t>“皇朝的详细资料，我整理完了。”他把战术板摊在桌上，“他们五个人——</w:t>
      </w:r>
    </w:p>
    <w:p>
      <w:pPr>
        <w:spacing w:line="560" w:lineRule="exact"/>
        <w:ind w:firstLine="420"/>
      </w:pPr>
      <w:r>
        <w:rPr>
          <w:rFonts w:ascii="宋体" w:hAnsi="宋体" w:eastAsia="宋体"/>
          <w:sz w:val="24"/>
        </w:rPr>
        <w:t>会长：皇朝霸主，45级盾战，四万两千血，八千防御。号称全服最硬的男人。</w:t>
        <w:br/>
        <w:t>副手：皇朝军师，43级元素法师，输出爆炸，AOE范围覆盖二十五米。</w:t>
        <w:br/>
        <w:t>主奶：皇朝圣女，42级神圣牧师，瞬奶量一万二，有全服唯一的群体复活技能。</w:t>
        <w:br/>
        <w:t>刺客：皇朝暗影，44级暗杀者，爆发极高，专切后排。</w:t>
        <w:br/>
        <w:t>游侠：皇朝追风，43级狙击手，远程压制力极强。”</w:t>
      </w:r>
    </w:p>
    <w:p>
      <w:pPr>
        <w:spacing w:line="560" w:lineRule="exact"/>
        <w:ind w:firstLine="420"/>
      </w:pPr>
      <w:r>
        <w:rPr>
          <w:rFonts w:ascii="宋体" w:hAnsi="宋体" w:eastAsia="宋体"/>
          <w:sz w:val="24"/>
        </w:rPr>
        <w:t>林风扫了一眼，心里有了数。</w:t>
      </w:r>
    </w:p>
    <w:p>
      <w:pPr>
        <w:spacing w:line="560" w:lineRule="exact"/>
        <w:ind w:firstLine="420"/>
      </w:pPr>
      <w:r>
        <w:rPr>
          <w:rFonts w:ascii="宋体" w:hAnsi="宋体" w:eastAsia="宋体"/>
          <w:sz w:val="24"/>
        </w:rPr>
        <w:t>“坦克很硬，奶量很大，输出也不弱。”他总结道，“标准的铁三角加刺客游侠配置，没有明显短板。”</w:t>
      </w:r>
    </w:p>
    <w:p>
      <w:pPr>
        <w:spacing w:line="560" w:lineRule="exact"/>
        <w:ind w:firstLine="420"/>
      </w:pPr>
      <w:r>
        <w:rPr>
          <w:rFonts w:ascii="宋体" w:hAnsi="宋体" w:eastAsia="宋体"/>
          <w:sz w:val="24"/>
        </w:rPr>
        <w:t>“那怎么打？”赵铁柱问。</w:t>
      </w:r>
    </w:p>
    <w:p>
      <w:pPr>
        <w:spacing w:line="560" w:lineRule="exact"/>
        <w:ind w:firstLine="420"/>
      </w:pPr>
      <w:r>
        <w:rPr>
          <w:rFonts w:ascii="宋体" w:hAnsi="宋体" w:eastAsia="宋体"/>
          <w:sz w:val="24"/>
        </w:rPr>
        <w:t>“先切奶。”林风说。</w:t>
      </w:r>
    </w:p>
    <w:p>
      <w:pPr>
        <w:spacing w:line="560" w:lineRule="exact"/>
        <w:ind w:firstLine="420"/>
      </w:pPr>
      <w:r>
        <w:rPr>
          <w:rFonts w:ascii="宋体" w:hAnsi="宋体" w:eastAsia="宋体"/>
          <w:sz w:val="24"/>
        </w:rPr>
        <w:t>“切奶？”赵铁柱一愣，“皇朝霸主就挡在圣女前面，咱们根本够不着啊。”</w:t>
      </w:r>
    </w:p>
    <w:p>
      <w:pPr>
        <w:spacing w:line="560" w:lineRule="exact"/>
        <w:ind w:firstLine="420"/>
      </w:pPr>
      <w:r>
        <w:rPr>
          <w:rFonts w:ascii="宋体" w:hAnsi="宋体" w:eastAsia="宋体"/>
          <w:sz w:val="24"/>
        </w:rPr>
        <w:t>“我够得着。”林风说。</w:t>
      </w:r>
    </w:p>
    <w:p>
      <w:pPr>
        <w:spacing w:line="560" w:lineRule="exact"/>
        <w:ind w:firstLine="420"/>
      </w:pPr>
      <w:r>
        <w:rPr>
          <w:rFonts w:ascii="宋体" w:hAnsi="宋体" w:eastAsia="宋体"/>
          <w:sz w:val="24"/>
        </w:rPr>
        <w:t>赵铁柱闭嘴了。</w:t>
      </w:r>
    </w:p>
    <w:p>
      <w:pPr>
        <w:spacing w:line="560" w:lineRule="exact"/>
        <w:ind w:firstLine="420"/>
      </w:pPr>
      <w:r>
        <w:rPr>
          <w:rFonts w:ascii="宋体" w:hAnsi="宋体" w:eastAsia="宋体"/>
          <w:sz w:val="24"/>
        </w:rPr>
        <w:t>对啊，风中追风是全服唯一的隐藏职业神豪商人，技能完全不受常规职业限制。别人够不着，他未必。</w:t>
      </w:r>
    </w:p>
    <w:p>
      <w:pPr>
        <w:spacing w:line="560" w:lineRule="exact"/>
        <w:ind w:firstLine="420"/>
      </w:pPr>
      <w:r>
        <w:rPr>
          <w:rFonts w:ascii="宋体" w:hAnsi="宋体" w:eastAsia="宋体"/>
          <w:sz w:val="24"/>
        </w:rPr>
        <w:t>“你们四个的任务很简单。”林风站起来，“列阵，正面吸引火力。皇朝霸主不是号称最硬的男人吗？让他硬去。你们只要拖住他们三十秒——我就把圣女秒了。”</w:t>
      </w:r>
    </w:p>
    <w:p>
      <w:pPr>
        <w:spacing w:line="560" w:lineRule="exact"/>
        <w:ind w:firstLine="420"/>
      </w:pPr>
      <w:r>
        <w:rPr>
          <w:rFonts w:ascii="宋体" w:hAnsi="宋体" w:eastAsia="宋体"/>
          <w:sz w:val="24"/>
        </w:rPr>
        <w:t>“三十秒？”赵铁柱咽了口唾沫，“我尽全力。”</w:t>
      </w:r>
    </w:p>
    <w:p>
      <w:pPr>
        <w:spacing w:line="560" w:lineRule="exact"/>
        <w:ind w:firstLine="420"/>
      </w:pPr>
      <w:r>
        <w:rPr>
          <w:rFonts w:ascii="宋体" w:hAnsi="宋体" w:eastAsia="宋体"/>
          <w:sz w:val="24"/>
        </w:rPr>
        <w:t>“不是尽全力。”林风看着他，“是必须。”</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晚上八点。</w:t>
      </w:r>
    </w:p>
    <w:p>
      <w:pPr>
        <w:spacing w:line="560" w:lineRule="exact"/>
        <w:ind w:firstLine="420"/>
      </w:pPr>
      <w:r>
        <w:rPr>
          <w:rFonts w:ascii="宋体" w:hAnsi="宋体" w:eastAsia="宋体"/>
          <w:sz w:val="24"/>
        </w:rPr>
        <w:t>竞技场周围已经挤满了人。皇朝公会的粉丝团拉了一条巨大的横幅，上面写着：皇朝不倒，霸主长存！</w:t>
      </w:r>
    </w:p>
    <w:p>
      <w:pPr>
        <w:spacing w:line="560" w:lineRule="exact"/>
        <w:ind w:firstLine="420"/>
      </w:pPr>
      <w:r>
        <w:rPr>
          <w:rFonts w:ascii="宋体" w:hAnsi="宋体" w:eastAsia="宋体"/>
          <w:sz w:val="24"/>
        </w:rPr>
        <w:t>神豪殿这边，苏小雅开着直播，镜头对准竞技场中央。直播间在线人数已经飙到八十万，而且还在飞速上涨。</w:t>
      </w:r>
    </w:p>
    <w:p>
      <w:pPr>
        <w:spacing w:line="560" w:lineRule="exact"/>
        <w:ind w:firstLine="420"/>
      </w:pPr>
      <w:r>
        <w:rPr>
          <w:rFonts w:ascii="宋体" w:hAnsi="宋体" w:eastAsia="宋体"/>
          <w:sz w:val="24"/>
        </w:rPr>
        <w:t>“家人们！四分之一决赛马上开始！”苏小雅的声音透着兴奋，“神豪殿对皇朝！你们觉得谁能赢？弹幕告诉我！”</w:t>
      </w:r>
    </w:p>
    <w:p>
      <w:pPr>
        <w:spacing w:line="560" w:lineRule="exact"/>
        <w:ind w:firstLine="420"/>
      </w:pPr>
      <w:r>
        <w:rPr>
          <w:rFonts w:ascii="宋体" w:hAnsi="宋体" w:eastAsia="宋体"/>
          <w:sz w:val="24"/>
        </w:rPr>
        <w:t>「神豪殿！！」</w:t>
        <w:br/>
        <w:t>「皇朝皇朝皇朝！」</w:t>
        <w:br/>
        <w:t>「风中追风一刀秒了皇朝霸主，我倒立吃翔！」</w:t>
        <w:br/>
        <w:t>「楼上别吹，皇朝霸主四万二的血，谁秒得了？」</w:t>
      </w:r>
    </w:p>
    <w:p>
      <w:pPr>
        <w:spacing w:line="560" w:lineRule="exact"/>
        <w:ind w:firstLine="420"/>
      </w:pPr>
      <w:r>
        <w:rPr>
          <w:rFonts w:ascii="宋体" w:hAnsi="宋体" w:eastAsia="宋体"/>
          <w:sz w:val="24"/>
        </w:rPr>
        <w:t>“比赛开始！”裁判一声令下。</w:t>
      </w:r>
    </w:p>
    <w:p>
      <w:pPr>
        <w:spacing w:line="560" w:lineRule="exact"/>
        <w:ind w:firstLine="420"/>
      </w:pPr>
      <w:r>
        <w:rPr>
          <w:rFonts w:ascii="宋体" w:hAnsi="宋体" w:eastAsia="宋体"/>
          <w:sz w:val="24"/>
        </w:rPr>
        <w:t>皇朝五人在同一时间动了。皇朝霸主举盾顶在最前面，皇朝圣女跟在他身后两步距离，皇朝军师站在后排开始吟唱，皇朝暗影隐身消失在视野中，皇朝追风跳上高台架起狙击枪。</w:t>
      </w:r>
    </w:p>
    <w:p>
      <w:pPr>
        <w:spacing w:line="560" w:lineRule="exact"/>
        <w:ind w:firstLine="420"/>
      </w:pPr>
      <w:r>
        <w:rPr>
          <w:rFonts w:ascii="宋体" w:hAnsi="宋体" w:eastAsia="宋体"/>
          <w:sz w:val="24"/>
        </w:rPr>
        <w:t>标准的皇朝式铁桶阵。赵铁柱看得头皮发麻——他们打过那么多场比赛，从来没见过哪个公会的配合能默契到这种程度。每个人之间的站位误差不超过一尺，就像一台精密的机器。</w:t>
      </w:r>
    </w:p>
    <w:p>
      <w:pPr>
        <w:spacing w:line="560" w:lineRule="exact"/>
        <w:ind w:firstLine="420"/>
      </w:pPr>
      <w:r>
        <w:rPr>
          <w:rFonts w:ascii="宋体" w:hAnsi="宋体" w:eastAsia="宋体"/>
          <w:sz w:val="24"/>
        </w:rPr>
        <w:t>“神豪殿！冲！”赵铁柱吼了一声，举盾冲了上去。苏小雅紧随其后，法杖已经开始发光。凌天站在侧翼，弓弦已经拉满。</w:t>
      </w:r>
    </w:p>
    <w:p>
      <w:pPr>
        <w:spacing w:line="560" w:lineRule="exact"/>
        <w:ind w:firstLine="420"/>
      </w:pPr>
      <w:r>
        <w:rPr>
          <w:rFonts w:ascii="宋体" w:hAnsi="宋体" w:eastAsia="宋体"/>
          <w:sz w:val="24"/>
        </w:rPr>
        <w:t>两边的坦克撞在一起——</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皇朝霸主的盾牌纹丝不动。赵铁柱却被震退了三步。</w:t>
      </w:r>
    </w:p>
    <w:p>
      <w:pPr>
        <w:spacing w:line="560" w:lineRule="exact"/>
        <w:ind w:firstLine="420"/>
      </w:pPr>
      <w:r>
        <w:rPr>
          <w:rFonts w:ascii="宋体" w:hAnsi="宋体" w:eastAsia="宋体"/>
          <w:sz w:val="24"/>
        </w:rPr>
        <w:t>“力量九百八？”皇朝霸主冷笑一声，“坦克力量堆到九百八，确实不弱。但跟我比——差远了。”</w:t>
      </w:r>
    </w:p>
    <w:p>
      <w:pPr>
        <w:spacing w:line="560" w:lineRule="exact"/>
        <w:ind w:firstLine="420"/>
      </w:pPr>
      <w:r>
        <w:rPr>
          <w:rFonts w:ascii="宋体" w:hAnsi="宋体" w:eastAsia="宋体"/>
          <w:sz w:val="24"/>
        </w:rPr>
        <w:t>他猛地发力，盾牌向前一推，赵铁柱整个人被撞飞出去，在地上滚了两圈才停下来。</w:t>
      </w:r>
    </w:p>
    <w:p>
      <w:pPr>
        <w:spacing w:line="560" w:lineRule="exact"/>
        <w:ind w:firstLine="420"/>
      </w:pPr>
      <w:r>
        <w:rPr>
          <w:rFonts w:ascii="宋体" w:hAnsi="宋体" w:eastAsia="宋体"/>
          <w:sz w:val="24"/>
        </w:rPr>
        <w:t>直播间弹幕瞬间爆炸：</w:t>
      </w:r>
    </w:p>
    <w:p>
      <w:pPr>
        <w:spacing w:line="560" w:lineRule="exact"/>
        <w:ind w:firstLine="420"/>
      </w:pPr>
      <w:r>
        <w:rPr>
          <w:rFonts w:ascii="宋体" w:hAnsi="宋体" w:eastAsia="宋体"/>
          <w:sz w:val="24"/>
        </w:rPr>
        <w:t>「卧槽！赵铁柱被撞飞了！」</w:t>
        <w:br/>
        <w:t>「力量碾压！皇朝霸主的力量至少一千二！」</w:t>
        <w:br/>
        <w:t>「神豪殿危险了！」</w:t>
      </w:r>
    </w:p>
    <w:p>
      <w:pPr>
        <w:spacing w:line="560" w:lineRule="exact"/>
        <w:ind w:firstLine="420"/>
      </w:pPr>
      <w:r>
        <w:rPr>
          <w:rFonts w:ascii="宋体" w:hAnsi="宋体" w:eastAsia="宋体"/>
          <w:sz w:val="24"/>
        </w:rPr>
        <w:t>皇朝军师的元素法术已经吟唱完毕——</w:t>
      </w:r>
    </w:p>
    <w:p>
      <w:pPr>
        <w:spacing w:line="560" w:lineRule="exact"/>
        <w:ind w:firstLine="420"/>
      </w:pPr>
      <w:r>
        <w:rPr>
          <w:rFonts w:ascii="宋体" w:hAnsi="宋体" w:eastAsia="宋体"/>
          <w:sz w:val="24"/>
        </w:rPr>
        <w:t>“烈焰风暴！”</w:t>
      </w:r>
    </w:p>
    <w:p>
      <w:pPr>
        <w:spacing w:line="560" w:lineRule="exact"/>
        <w:ind w:firstLine="420"/>
      </w:pPr>
      <w:r>
        <w:rPr>
          <w:rFonts w:ascii="宋体" w:hAnsi="宋体" w:eastAsia="宋体"/>
          <w:sz w:val="24"/>
        </w:rPr>
        <w:t>一团直径二十米的火焰漩涡在神豪殿阵型中央炸开，炽热的气浪扑面而来。苏小雅和凌天的血量瞬间掉了三分之一。</w:t>
      </w:r>
    </w:p>
    <w:p>
      <w:pPr>
        <w:spacing w:line="560" w:lineRule="exact"/>
        <w:ind w:firstLine="420"/>
      </w:pPr>
      <w:r>
        <w:rPr>
          <w:rFonts w:ascii="宋体" w:hAnsi="宋体" w:eastAsia="宋体"/>
          <w:sz w:val="24"/>
        </w:rPr>
        <w:t>“奶我！”赵铁柱爬起来喊道。</w:t>
      </w:r>
    </w:p>
    <w:p>
      <w:pPr>
        <w:spacing w:line="560" w:lineRule="exact"/>
        <w:ind w:firstLine="420"/>
      </w:pPr>
      <w:r>
        <w:rPr>
          <w:rFonts w:ascii="宋体" w:hAnsi="宋体" w:eastAsia="宋体"/>
          <w:sz w:val="24"/>
        </w:rPr>
        <w:t>苏小雅赶紧给自己和赵铁柱套上治疗术，但皇朝暗影的偷袭来得更快——一把淬毒的匕首从虚空中探出，直刺苏小雅的后颈。</w:t>
      </w:r>
    </w:p>
    <w:p>
      <w:pPr>
        <w:spacing w:line="560" w:lineRule="exact"/>
        <w:ind w:firstLine="420"/>
      </w:pPr>
      <w:r>
        <w:rPr>
          <w:rFonts w:ascii="宋体" w:hAnsi="宋体" w:eastAsia="宋体"/>
          <w:sz w:val="24"/>
        </w:rPr>
        <w:t>“小心！”凌天一箭射向那道虚影，但箭矢穿了过去——那是残影。</w:t>
      </w:r>
    </w:p>
    <w:p>
      <w:pPr>
        <w:spacing w:line="560" w:lineRule="exact"/>
        <w:ind w:firstLine="420"/>
      </w:pPr>
      <w:r>
        <w:rPr>
          <w:rFonts w:ascii="宋体" w:hAnsi="宋体" w:eastAsia="宋体"/>
          <w:sz w:val="24"/>
        </w:rPr>
        <w:t>真正的皇朝暗影已经出现在苏小雅身后，匕首抵在了她的喉咙上。</w:t>
      </w:r>
    </w:p>
    <w:p>
      <w:pPr>
        <w:spacing w:line="560" w:lineRule="exact"/>
        <w:ind w:firstLine="420"/>
      </w:pPr>
      <w:r>
        <w:rPr>
          <w:rFonts w:ascii="宋体" w:hAnsi="宋体" w:eastAsia="宋体"/>
          <w:sz w:val="24"/>
        </w:rPr>
        <w:t>“神豪殿的奶妈，再见。”</w:t>
      </w:r>
    </w:p>
    <w:p>
      <w:pPr>
        <w:spacing w:line="560" w:lineRule="exact"/>
        <w:ind w:firstLine="420"/>
      </w:pPr>
      <w:r>
        <w:rPr>
          <w:rFonts w:ascii="宋体" w:hAnsi="宋体" w:eastAsia="宋体"/>
          <w:sz w:val="24"/>
        </w:rPr>
        <w:t>“你确定？”</w:t>
      </w:r>
    </w:p>
    <w:p>
      <w:pPr>
        <w:spacing w:line="560" w:lineRule="exact"/>
        <w:ind w:firstLine="420"/>
      </w:pPr>
      <w:r>
        <w:rPr>
          <w:rFonts w:ascii="宋体" w:hAnsi="宋体" w:eastAsia="宋体"/>
          <w:sz w:val="24"/>
        </w:rPr>
        <w:t>一个声音从皇朝暗影背后传来。</w:t>
      </w:r>
    </w:p>
    <w:p>
      <w:pPr>
        <w:spacing w:line="560" w:lineRule="exact"/>
        <w:ind w:firstLine="420"/>
      </w:pPr>
      <w:r>
        <w:rPr>
          <w:rFonts w:ascii="宋体" w:hAnsi="宋体" w:eastAsia="宋体"/>
          <w:sz w:val="24"/>
        </w:rPr>
        <w:t>皇朝暗影猛地回头——</w:t>
      </w:r>
    </w:p>
    <w:p>
      <w:pPr>
        <w:spacing w:line="560" w:lineRule="exact"/>
        <w:ind w:firstLine="420"/>
      </w:pPr>
      <w:r>
        <w:rPr>
          <w:rFonts w:ascii="宋体" w:hAnsi="宋体" w:eastAsia="宋体"/>
          <w:sz w:val="24"/>
        </w:rPr>
        <w:t>林风不知道什么时候已经绕到了皇朝阵型的后方，站在皇朝圣女面前。</w:t>
      </w:r>
    </w:p>
    <w:p>
      <w:pPr>
        <w:spacing w:line="560" w:lineRule="exact"/>
        <w:ind w:firstLine="420"/>
      </w:pPr>
      <w:r>
        <w:rPr>
          <w:rFonts w:ascii="宋体" w:hAnsi="宋体" w:eastAsia="宋体"/>
          <w:sz w:val="24"/>
        </w:rPr>
        <w:t>“你怎么过来的？！”皇朝霸主瞪大了眼睛。</w:t>
      </w:r>
    </w:p>
    <w:p>
      <w:pPr>
        <w:spacing w:line="560" w:lineRule="exact"/>
        <w:ind w:firstLine="420"/>
      </w:pPr>
      <w:r>
        <w:rPr>
          <w:rFonts w:ascii="宋体" w:hAnsi="宋体" w:eastAsia="宋体"/>
          <w:sz w:val="24"/>
        </w:rPr>
        <w:t>“你们的阵型确实密不透风。”林风说，“但有一个问题——你们太依赖阵型了。当你们觉得阵型完美无缺的时候，就会忽略阵型之外的东西。”</w:t>
      </w:r>
    </w:p>
    <w:p>
      <w:pPr>
        <w:spacing w:line="560" w:lineRule="exact"/>
        <w:ind w:firstLine="420"/>
      </w:pPr>
      <w:r>
        <w:rPr>
          <w:rFonts w:ascii="宋体" w:hAnsi="宋体" w:eastAsia="宋体"/>
          <w:sz w:val="24"/>
        </w:rPr>
        <w:t>他一掌拍在皇朝圣女身上。</w:t>
      </w:r>
    </w:p>
    <w:p>
      <w:pPr>
        <w:spacing w:line="560" w:lineRule="exact"/>
        <w:ind w:firstLine="420"/>
      </w:pPr>
      <w:r>
        <w:rPr>
          <w:rFonts w:ascii="宋体" w:hAnsi="宋体" w:eastAsia="宋体"/>
          <w:sz w:val="24"/>
        </w:rPr>
        <w:t>【神豪之掌】。</w:t>
      </w:r>
    </w:p>
    <w:p>
      <w:pPr>
        <w:spacing w:line="560" w:lineRule="exact"/>
        <w:ind w:firstLine="420"/>
      </w:pPr>
      <w:r>
        <w:rPr>
          <w:rFonts w:ascii="宋体" w:hAnsi="宋体" w:eastAsia="宋体"/>
          <w:sz w:val="24"/>
        </w:rPr>
        <w:t>皇朝圣女的血条瞬间消失了一半。</w:t>
      </w:r>
    </w:p>
    <w:p>
      <w:pPr>
        <w:spacing w:line="560" w:lineRule="exact"/>
        <w:ind w:firstLine="420"/>
      </w:pPr>
      <w:r>
        <w:rPr>
          <w:rFonts w:ascii="宋体" w:hAnsi="宋体" w:eastAsia="宋体"/>
          <w:sz w:val="24"/>
        </w:rPr>
        <w:t>“什么？！”皇朝霸主转身想救援，但赵铁柱从地上爬起来，咬牙顶住了他的盾牌。</w:t>
      </w:r>
    </w:p>
    <w:p>
      <w:pPr>
        <w:spacing w:line="560" w:lineRule="exact"/>
        <w:ind w:firstLine="420"/>
      </w:pPr>
      <w:r>
        <w:rPr>
          <w:rFonts w:ascii="宋体" w:hAnsi="宋体" w:eastAsia="宋体"/>
          <w:sz w:val="24"/>
        </w:rPr>
        <w:t>“你的对手——是我！”赵铁柱吼了出来。</w:t>
      </w:r>
    </w:p>
    <w:p>
      <w:pPr>
        <w:spacing w:line="560" w:lineRule="exact"/>
        <w:ind w:firstLine="420"/>
      </w:pPr>
      <w:r>
        <w:rPr>
          <w:rFonts w:ascii="宋体" w:hAnsi="宋体" w:eastAsia="宋体"/>
          <w:sz w:val="24"/>
        </w:rPr>
        <w:t>皇朝军师的烈焰风暴再次袭来，但林风的身形一闪，直接消失在原地。</w:t>
      </w:r>
    </w:p>
    <w:p>
      <w:pPr>
        <w:spacing w:line="560" w:lineRule="exact"/>
        <w:ind w:firstLine="420"/>
      </w:pPr>
      <w:r>
        <w:rPr>
          <w:rFonts w:ascii="宋体" w:hAnsi="宋体" w:eastAsia="宋体"/>
          <w:sz w:val="24"/>
        </w:rPr>
        <w:t>下一秒，他出现在皇朝圣女面前，又是一掌——</w:t>
      </w:r>
    </w:p>
    <w:p>
      <w:pPr>
        <w:spacing w:line="560" w:lineRule="exact"/>
        <w:ind w:firstLine="420"/>
      </w:pPr>
      <w:r>
        <w:rPr>
          <w:rFonts w:ascii="宋体" w:hAnsi="宋体" w:eastAsia="宋体"/>
          <w:sz w:val="24"/>
        </w:rPr>
        <w:t>皇朝圣女的血条归零。</w:t>
      </w:r>
    </w:p>
    <w:p>
      <w:pPr>
        <w:spacing w:line="560" w:lineRule="exact"/>
        <w:ind w:firstLine="420"/>
      </w:pPr>
      <w:r>
        <w:rPr>
          <w:rFonts w:ascii="宋体" w:hAnsi="宋体" w:eastAsia="宋体"/>
          <w:sz w:val="24"/>
        </w:rPr>
        <w:t>【系统公告：皇朝圣女已阵亡。】</w:t>
      </w:r>
    </w:p>
    <w:p>
      <w:pPr>
        <w:spacing w:line="560" w:lineRule="exact"/>
        <w:ind w:firstLine="420"/>
      </w:pPr>
      <w:r>
        <w:rPr>
          <w:rFonts w:ascii="宋体" w:hAnsi="宋体" w:eastAsia="宋体"/>
          <w:sz w:val="24"/>
        </w:rPr>
        <w:t>整个竞技场安静了一秒。</w:t>
      </w:r>
    </w:p>
    <w:p>
      <w:pPr>
        <w:spacing w:line="560" w:lineRule="exact"/>
        <w:ind w:firstLine="420"/>
      </w:pPr>
      <w:r>
        <w:rPr>
          <w:rFonts w:ascii="宋体" w:hAnsi="宋体" w:eastAsia="宋体"/>
          <w:sz w:val="24"/>
        </w:rPr>
        <w:t>紧接着，直播间的弹幕炸成了烟花：</w:t>
      </w:r>
    </w:p>
    <w:p>
      <w:pPr>
        <w:spacing w:line="560" w:lineRule="exact"/>
        <w:ind w:firstLine="420"/>
      </w:pPr>
      <w:r>
        <w:rPr>
          <w:rFonts w:ascii="宋体" w:hAnsi="宋体" w:eastAsia="宋体"/>
          <w:sz w:val="24"/>
        </w:rPr>
        <w:t>「卧槽卧槽卧槽！！秒了奶妈！！」</w:t>
        <w:br/>
        <w:t>「风中追风什么时候绕到后面的？？」</w:t>
        <w:br/>
        <w:t>「四万血的霸主都挡不住他绕后？！这是什么神仙走位！」</w:t>
        <w:br/>
        <w:t>「皇朝阵型被破了！！」</w:t>
      </w:r>
    </w:p>
    <w:p>
      <w:pPr>
        <w:spacing w:line="560" w:lineRule="exact"/>
        <w:ind w:firstLine="420"/>
      </w:pPr>
      <w:r>
        <w:rPr>
          <w:rFonts w:ascii="宋体" w:hAnsi="宋体" w:eastAsia="宋体"/>
          <w:sz w:val="24"/>
        </w:rPr>
        <w:t>皇朝霸主脸色铁青。</w:t>
      </w:r>
    </w:p>
    <w:p>
      <w:pPr>
        <w:spacing w:line="560" w:lineRule="exact"/>
        <w:ind w:firstLine="420"/>
      </w:pPr>
      <w:r>
        <w:rPr>
          <w:rFonts w:ascii="宋体" w:hAnsi="宋体" w:eastAsia="宋体"/>
          <w:sz w:val="24"/>
        </w:rPr>
        <w:t>没有奶妈，他们的铁桶阵就废了一半。皇朝军师的烈焰风暴再猛，也不敢肆无忌惮地输出——因为没有治疗兜底了。皇朝暗影从苏小雅身边撤走，转身去追林风，但林风的身法太快了，他根本追不上。</w:t>
      </w:r>
    </w:p>
    <w:p>
      <w:pPr>
        <w:spacing w:line="560" w:lineRule="exact"/>
        <w:ind w:firstLine="420"/>
      </w:pPr>
      <w:r>
        <w:rPr>
          <w:rFonts w:ascii="宋体" w:hAnsi="宋体" w:eastAsia="宋体"/>
          <w:sz w:val="24"/>
        </w:rPr>
        <w:t>“收割。”林风轻轻说了一句。</w:t>
      </w:r>
    </w:p>
    <w:p>
      <w:pPr>
        <w:spacing w:line="560" w:lineRule="exact"/>
        <w:ind w:firstLine="420"/>
      </w:pPr>
      <w:r>
        <w:rPr>
          <w:rFonts w:ascii="宋体" w:hAnsi="宋体" w:eastAsia="宋体"/>
          <w:sz w:val="24"/>
        </w:rPr>
        <w:t>赵铁柱一盾拍在皇朝霸主脸上，苏小雅的暴风雪覆盖了整个竞技场，凌天的穿云箭精准地命中了皇朝追风。</w:t>
      </w:r>
    </w:p>
    <w:p>
      <w:pPr>
        <w:spacing w:line="560" w:lineRule="exact"/>
        <w:ind w:firstLine="420"/>
      </w:pPr>
      <w:r>
        <w:rPr>
          <w:rFonts w:ascii="宋体" w:hAnsi="宋体" w:eastAsia="宋体"/>
          <w:sz w:val="24"/>
        </w:rPr>
        <w:t>皇朝霸主看着自己的队友一个个倒下，眼睛都红了。</w:t>
      </w:r>
    </w:p>
    <w:p>
      <w:pPr>
        <w:spacing w:line="560" w:lineRule="exact"/>
        <w:ind w:firstLine="420"/>
      </w:pPr>
      <w:r>
        <w:rPr>
          <w:rFonts w:ascii="宋体" w:hAnsi="宋体" w:eastAsia="宋体"/>
          <w:sz w:val="24"/>
        </w:rPr>
        <w:t>“风中追风——！”</w:t>
      </w:r>
    </w:p>
    <w:p>
      <w:pPr>
        <w:spacing w:line="560" w:lineRule="exact"/>
        <w:ind w:firstLine="420"/>
      </w:pPr>
      <w:r>
        <w:rPr>
          <w:rFonts w:ascii="宋体" w:hAnsi="宋体" w:eastAsia="宋体"/>
          <w:sz w:val="24"/>
        </w:rPr>
        <w:t>他放弃了防守，举盾朝林风冲了过来。</w:t>
      </w:r>
    </w:p>
    <w:p>
      <w:pPr>
        <w:spacing w:line="560" w:lineRule="exact"/>
        <w:ind w:firstLine="420"/>
      </w:pPr>
      <w:r>
        <w:rPr>
          <w:rFonts w:ascii="宋体" w:hAnsi="宋体" w:eastAsia="宋体"/>
          <w:sz w:val="24"/>
        </w:rPr>
        <w:t>“你不是很能秒吗？来秒我啊！”</w:t>
      </w:r>
    </w:p>
    <w:p>
      <w:pPr>
        <w:spacing w:line="560" w:lineRule="exact"/>
        <w:ind w:firstLine="420"/>
      </w:pPr>
      <w:r>
        <w:rPr>
          <w:rFonts w:ascii="宋体" w:hAnsi="宋体" w:eastAsia="宋体"/>
          <w:sz w:val="24"/>
        </w:rPr>
        <w:t>林风看了他一眼。</w:t>
      </w:r>
    </w:p>
    <w:p>
      <w:pPr>
        <w:spacing w:line="560" w:lineRule="exact"/>
        <w:ind w:firstLine="420"/>
      </w:pPr>
      <w:r>
        <w:rPr>
          <w:rFonts w:ascii="宋体" w:hAnsi="宋体" w:eastAsia="宋体"/>
          <w:sz w:val="24"/>
        </w:rPr>
        <w:t>然后他从背包里抽出了一把武器。</w:t>
      </w:r>
    </w:p>
    <w:p>
      <w:pPr>
        <w:spacing w:line="560" w:lineRule="exact"/>
        <w:ind w:firstLine="420"/>
      </w:pPr>
      <w:r>
        <w:rPr>
          <w:rFonts w:ascii="宋体" w:hAnsi="宋体" w:eastAsia="宋体"/>
          <w:sz w:val="24"/>
        </w:rPr>
        <w:t>一把所有人从未见过的武器。</w:t>
      </w:r>
    </w:p>
    <w:p>
      <w:pPr>
        <w:spacing w:line="560" w:lineRule="exact"/>
        <w:ind w:firstLine="420"/>
      </w:pPr>
      <w:r>
        <w:rPr>
          <w:rFonts w:ascii="宋体" w:hAnsi="宋体" w:eastAsia="宋体"/>
          <w:sz w:val="24"/>
        </w:rPr>
        <w:t>通体漆黑，剑刃上流转着金色的符文，剑柄镶嵌着一颗血红色的宝石——整把剑散发着令人窒息的气息。</w:t>
      </w:r>
    </w:p>
    <w:p>
      <w:pPr>
        <w:spacing w:line="560" w:lineRule="exact"/>
        <w:ind w:firstLine="420"/>
      </w:pPr>
      <w:r>
        <w:rPr>
          <w:rFonts w:ascii="宋体" w:hAnsi="宋体" w:eastAsia="宋体"/>
          <w:sz w:val="24"/>
        </w:rPr>
        <w:t>【神豪之刃】。</w:t>
      </w:r>
    </w:p>
    <w:p>
      <w:pPr>
        <w:spacing w:line="560" w:lineRule="exact"/>
        <w:ind w:firstLine="420"/>
      </w:pPr>
      <w:r>
        <w:rPr>
          <w:rFonts w:ascii="宋体" w:hAnsi="宋体" w:eastAsia="宋体"/>
          <w:sz w:val="24"/>
        </w:rPr>
        <w:t>全服唯一的隐藏武器。</w:t>
      </w:r>
    </w:p>
    <w:p>
      <w:pPr>
        <w:spacing w:line="560" w:lineRule="exact"/>
        <w:ind w:firstLine="420"/>
      </w:pPr>
      <w:r>
        <w:rPr>
          <w:rFonts w:ascii="宋体" w:hAnsi="宋体" w:eastAsia="宋体"/>
          <w:sz w:val="24"/>
        </w:rPr>
        <w:t>“满足你。”</w:t>
      </w:r>
    </w:p>
    <w:p>
      <w:pPr>
        <w:spacing w:line="560" w:lineRule="exact"/>
        <w:ind w:firstLine="420"/>
      </w:pPr>
      <w:r>
        <w:rPr>
          <w:rFonts w:ascii="宋体" w:hAnsi="宋体" w:eastAsia="宋体"/>
          <w:sz w:val="24"/>
        </w:rPr>
        <w:t>林风一剑斩下。</w:t>
      </w:r>
    </w:p>
    <w:p>
      <w:pPr>
        <w:spacing w:line="560" w:lineRule="exact"/>
        <w:ind w:firstLine="420"/>
      </w:pPr>
      <w:r>
        <w:rPr>
          <w:rFonts w:ascii="宋体" w:hAnsi="宋体" w:eastAsia="宋体"/>
          <w:sz w:val="24"/>
        </w:rPr>
        <w:t>金色剑光划破夜空。</w:t>
      </w:r>
    </w:p>
    <w:p>
      <w:pPr>
        <w:spacing w:line="560" w:lineRule="exact"/>
        <w:ind w:firstLine="420"/>
      </w:pPr>
      <w:r>
        <w:rPr>
          <w:rFonts w:ascii="宋体" w:hAnsi="宋体" w:eastAsia="宋体"/>
          <w:sz w:val="24"/>
        </w:rPr>
        <w:t>【系统公告：皇朝霸主已阵亡！】</w:t>
      </w:r>
    </w:p>
    <w:p>
      <w:pPr>
        <w:spacing w:line="560" w:lineRule="exact"/>
        <w:ind w:firstLine="420"/>
      </w:pPr>
      <w:r>
        <w:rPr>
          <w:rFonts w:ascii="宋体" w:hAnsi="宋体" w:eastAsia="宋体"/>
          <w:sz w:val="24"/>
        </w:rPr>
        <w:t>【系统公告：神豪殿击败皇朝公会，晋级四强！】</w:t>
      </w:r>
    </w:p>
    <w:p>
      <w:pPr>
        <w:spacing w:line="560" w:lineRule="exact"/>
        <w:ind w:firstLine="420"/>
      </w:pPr>
      <w:r>
        <w:rPr>
          <w:rFonts w:ascii="宋体" w:hAnsi="宋体" w:eastAsia="宋体"/>
          <w:sz w:val="24"/>
        </w:rPr>
        <w:t>直播间的弹幕彻底疯了：</w:t>
      </w:r>
    </w:p>
    <w:p>
      <w:pPr>
        <w:spacing w:line="560" w:lineRule="exact"/>
        <w:ind w:firstLine="420"/>
      </w:pPr>
      <w:r>
        <w:rPr>
          <w:rFonts w:ascii="宋体" w:hAnsi="宋体" w:eastAsia="宋体"/>
          <w:sz w:val="24"/>
        </w:rPr>
        <w:t>「一刀秒了四万血的霸主？？？」</w:t>
        <w:br/>
        <w:t>「那把剑是什么东西？？？」</w:t>
        <w:br/>
        <w:t>「我人傻了……」</w:t>
        <w:br/>
        <w:t>「神豪殿冠军预定了好吧！」</w:t>
        <w:br/>
        <w:t>「皇朝粉丝呢？刚才喊得最大声的那个呢？出来走两步！」</w:t>
      </w:r>
    </w:p>
    <w:p>
      <w:pPr>
        <w:spacing w:line="560" w:lineRule="exact"/>
        <w:ind w:firstLine="420"/>
      </w:pPr>
      <w:r>
        <w:rPr>
          <w:rFonts w:ascii="宋体" w:hAnsi="宋体" w:eastAsia="宋体"/>
          <w:sz w:val="24"/>
        </w:rPr>
        <w:t>赵铁柱瘫坐在地上，大口喘着气：“妈的……差点就翻了……”</w:t>
      </w:r>
    </w:p>
    <w:p>
      <w:pPr>
        <w:spacing w:line="560" w:lineRule="exact"/>
        <w:ind w:firstLine="420"/>
      </w:pPr>
      <w:r>
        <w:rPr>
          <w:rFonts w:ascii="宋体" w:hAnsi="宋体" w:eastAsia="宋体"/>
          <w:sz w:val="24"/>
        </w:rPr>
        <w:t>苏小雅看着林风收起那把漆黑的长剑，忍不住问：“会长，你那把剑……什么时候搞的？”</w:t>
      </w:r>
    </w:p>
    <w:p>
      <w:pPr>
        <w:spacing w:line="560" w:lineRule="exact"/>
        <w:ind w:firstLine="420"/>
      </w:pPr>
      <w:r>
        <w:rPr>
          <w:rFonts w:ascii="宋体" w:hAnsi="宋体" w:eastAsia="宋体"/>
          <w:sz w:val="24"/>
        </w:rPr>
        <w:t>“前几天。”林风说，“系统商城买的。”</w:t>
      </w:r>
    </w:p>
    <w:p>
      <w:pPr>
        <w:spacing w:line="560" w:lineRule="exact"/>
        <w:ind w:firstLine="420"/>
      </w:pPr>
      <w:r>
        <w:rPr>
          <w:rFonts w:ascii="宋体" w:hAnsi="宋体" w:eastAsia="宋体"/>
          <w:sz w:val="24"/>
        </w:rPr>
        <w:t>“多少钱？”</w:t>
      </w:r>
    </w:p>
    <w:p>
      <w:pPr>
        <w:spacing w:line="560" w:lineRule="exact"/>
        <w:ind w:firstLine="420"/>
      </w:pPr>
      <w:r>
        <w:rPr>
          <w:rFonts w:ascii="宋体" w:hAnsi="宋体" w:eastAsia="宋体"/>
          <w:sz w:val="24"/>
        </w:rPr>
        <w:t>“不贵。”林风想了想，“五百万金币。”</w:t>
      </w:r>
    </w:p>
    <w:p>
      <w:pPr>
        <w:spacing w:line="560" w:lineRule="exact"/>
        <w:ind w:firstLine="420"/>
      </w:pPr>
      <w:r>
        <w:rPr>
          <w:rFonts w:ascii="宋体" w:hAnsi="宋体" w:eastAsia="宋体"/>
          <w:sz w:val="24"/>
        </w:rPr>
        <w:t>赵铁柱一口气差点没上来：“五百万金币还不贵？！”</w:t>
      </w:r>
    </w:p>
    <w:p>
      <w:pPr>
        <w:spacing w:line="560" w:lineRule="exact"/>
        <w:ind w:firstLine="420"/>
      </w:pPr>
      <w:r>
        <w:rPr>
          <w:rFonts w:ascii="宋体" w:hAnsi="宋体" w:eastAsia="宋体"/>
          <w:sz w:val="24"/>
        </w:rPr>
        <w:t>“钱就是用来花的。”林风拍拍他的肩膀，“走，下一场。”</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半决赛，神豪殿对魔神公会。</w:t>
      </w:r>
    </w:p>
    <w:p>
      <w:pPr>
        <w:spacing w:line="560" w:lineRule="exact"/>
        <w:ind w:firstLine="420"/>
      </w:pPr>
      <w:r>
        <w:rPr>
          <w:rFonts w:ascii="宋体" w:hAnsi="宋体" w:eastAsia="宋体"/>
          <w:sz w:val="24"/>
        </w:rPr>
        <w:t>有了皇朝一战的经验，林风没有再花时间试探。开场第一秒，他直接绕过前排，秒了魔神的奶妈。魔神公会的阵型瞬间崩溃，赵铁柱率队猛冲猛打，三分钟解决战斗。</w:t>
      </w:r>
    </w:p>
    <w:p>
      <w:pPr>
        <w:spacing w:line="560" w:lineRule="exact"/>
        <w:ind w:firstLine="420"/>
      </w:pPr>
      <w:r>
        <w:rPr>
          <w:rFonts w:ascii="宋体" w:hAnsi="宋体" w:eastAsia="宋体"/>
          <w:sz w:val="24"/>
        </w:rPr>
        <w:t>决赛，神豪殿对战神殿。</w:t>
      </w:r>
    </w:p>
    <w:p>
      <w:pPr>
        <w:spacing w:line="560" w:lineRule="exact"/>
        <w:ind w:firstLine="420"/>
      </w:pPr>
      <w:r>
        <w:rPr>
          <w:rFonts w:ascii="宋体" w:hAnsi="宋体" w:eastAsia="宋体"/>
          <w:sz w:val="24"/>
        </w:rPr>
        <w:t>神殿公会的会长「神之右手」在赛前放话：“神豪殿能走到决赛，全靠会长一个人。我们会让他知道，团队的力量大于个人。”</w:t>
      </w:r>
    </w:p>
    <w:p>
      <w:pPr>
        <w:spacing w:line="560" w:lineRule="exact"/>
        <w:ind w:firstLine="420"/>
      </w:pPr>
      <w:r>
        <w:rPr>
          <w:rFonts w:ascii="宋体" w:hAnsi="宋体" w:eastAsia="宋体"/>
          <w:sz w:val="24"/>
        </w:rPr>
        <w:t>结果比赛开始后，林风一个人冲进神殿阵型里，一口气秒了五个人。</w:t>
      </w:r>
    </w:p>
    <w:p>
      <w:pPr>
        <w:spacing w:line="560" w:lineRule="exact"/>
        <w:ind w:firstLine="420"/>
      </w:pPr>
      <w:r>
        <w:rPr>
          <w:rFonts w:ascii="宋体" w:hAnsi="宋体" w:eastAsia="宋体"/>
          <w:sz w:val="24"/>
        </w:rPr>
        <w:t>整个比赛过程持续了不到四分钟。</w:t>
      </w:r>
    </w:p>
    <w:p>
      <w:pPr>
        <w:spacing w:line="560" w:lineRule="exact"/>
        <w:ind w:firstLine="420"/>
      </w:pPr>
      <w:r>
        <w:rPr>
          <w:rFonts w:ascii="宋体" w:hAnsi="宋体" w:eastAsia="宋体"/>
          <w:sz w:val="24"/>
        </w:rPr>
        <w:t>神之右手站在竞技场上，看着自己倒下的队友，表情一片空白。</w:t>
      </w:r>
    </w:p>
    <w:p>
      <w:pPr>
        <w:spacing w:line="560" w:lineRule="exact"/>
        <w:ind w:firstLine="420"/>
      </w:pPr>
      <w:r>
        <w:rPr>
          <w:rFonts w:ascii="宋体" w:hAnsi="宋体" w:eastAsia="宋体"/>
          <w:sz w:val="24"/>
        </w:rPr>
        <w:t>裁判宣布：“第一届公会排位赛——冠军，神豪殿！”</w:t>
      </w:r>
    </w:p>
    <w:p>
      <w:pPr>
        <w:spacing w:line="560" w:lineRule="exact"/>
        <w:ind w:firstLine="420"/>
      </w:pPr>
      <w:r>
        <w:rPr>
          <w:rFonts w:ascii="宋体" w:hAnsi="宋体" w:eastAsia="宋体"/>
          <w:sz w:val="24"/>
        </w:rPr>
        <w:t>巨大的金色奖杯从天而降，落在竞技场中央。全场观众的欢呼声震耳欲聋。</w:t>
      </w:r>
    </w:p>
    <w:p>
      <w:pPr>
        <w:spacing w:line="560" w:lineRule="exact"/>
        <w:ind w:firstLine="420"/>
      </w:pPr>
      <w:r>
        <w:rPr>
          <w:rFonts w:ascii="宋体" w:hAnsi="宋体" w:eastAsia="宋体"/>
          <w:sz w:val="24"/>
        </w:rPr>
        <w:t>苏小雅的直播间在线人数突破了两百万——破了《天界》直播最高记录。</w:t>
      </w:r>
    </w:p>
    <w:p>
      <w:pPr>
        <w:spacing w:line="560" w:lineRule="exact"/>
        <w:ind w:firstLine="420"/>
      </w:pPr>
      <w:r>
        <w:rPr>
          <w:rFonts w:ascii="宋体" w:hAnsi="宋体" w:eastAsia="宋体"/>
          <w:sz w:val="24"/>
        </w:rPr>
        <w:t>弹幕已经彻底淹没了一切：</w:t>
      </w:r>
    </w:p>
    <w:p>
      <w:pPr>
        <w:spacing w:line="560" w:lineRule="exact"/>
        <w:ind w:firstLine="420"/>
      </w:pPr>
      <w:r>
        <w:rPr>
          <w:rFonts w:ascii="宋体" w:hAnsi="宋体" w:eastAsia="宋体"/>
          <w:sz w:val="24"/>
        </w:rPr>
        <w:t>「神豪殿！！冠军！！！」</w:t>
        <w:br/>
        <w:t>「全服第一公会实至名归！」</w:t>
        <w:br/>
        <w:t>「风中追风，永远的神！」</w:t>
        <w:br/>
        <w:t>「我从今天开始就是神豪殿的死忠粉！」</w:t>
        <w:br/>
        <w:t>「谁还敢说神豪殿是靠运气的？」</w:t>
      </w:r>
    </w:p>
    <w:p>
      <w:pPr>
        <w:spacing w:line="560" w:lineRule="exact"/>
        <w:ind w:firstLine="420"/>
      </w:pPr>
      <w:r>
        <w:rPr>
          <w:rFonts w:ascii="宋体" w:hAnsi="宋体" w:eastAsia="宋体"/>
          <w:sz w:val="24"/>
        </w:rPr>
        <w:t>赵铁柱站在领奖台上，举着奖杯，笑得像个孩子。苏小雅对着镜头比了个胜利的手势，眼眶有点红。凌天站在角落，嘴角微微上扬——对他来说，这个冠军不只是荣耀，更是证明：他选择的道路是对的。</w:t>
      </w:r>
    </w:p>
    <w:p>
      <w:pPr>
        <w:spacing w:line="560" w:lineRule="exact"/>
        <w:ind w:firstLine="420"/>
      </w:pPr>
      <w:r>
        <w:rPr>
          <w:rFonts w:ascii="宋体" w:hAnsi="宋体" w:eastAsia="宋体"/>
          <w:sz w:val="24"/>
        </w:rPr>
        <w:t>林风接过金色奖杯的时候，系统提示音在耳边响起：</w:t>
      </w:r>
    </w:p>
    <w:p>
      <w:pPr>
        <w:spacing w:line="560" w:lineRule="exact"/>
        <w:ind w:firstLine="420"/>
      </w:pPr>
      <w:r>
        <w:rPr>
          <w:rFonts w:ascii="宋体" w:hAnsi="宋体" w:eastAsia="宋体"/>
          <w:sz w:val="24"/>
        </w:rPr>
        <w:t>【叮！公会排位赛冠军达成！】</w:t>
        <w:br/>
        <w:t>【解锁成就：公会之王】</w:t>
        <w:br/>
        <w:t>【成就奖励：传说级公会Buff「王者加冕」——全公会成员属性+15%，持续72小时。】</w:t>
      </w:r>
    </w:p>
    <w:p>
      <w:pPr>
        <w:spacing w:line="560" w:lineRule="exact"/>
        <w:ind w:firstLine="420"/>
      </w:pPr>
      <w:r>
        <w:rPr>
          <w:rFonts w:ascii="宋体" w:hAnsi="宋体" w:eastAsia="宋体"/>
          <w:sz w:val="24"/>
        </w:rPr>
        <w:t>“公会之王……”林风看着奖杯上雕刻的符文，低声念了出来。</w:t>
      </w:r>
    </w:p>
    <w:p>
      <w:pPr>
        <w:spacing w:line="560" w:lineRule="exact"/>
        <w:ind w:firstLine="420"/>
      </w:pPr>
      <w:r>
        <w:rPr>
          <w:rFonts w:ascii="宋体" w:hAnsi="宋体" w:eastAsia="宋体"/>
          <w:sz w:val="24"/>
        </w:rPr>
        <w:t>这只是开始。</w:t>
      </w:r>
    </w:p>
    <w:p>
      <w:pPr>
        <w:spacing w:line="560" w:lineRule="exact"/>
        <w:ind w:firstLine="420"/>
      </w:pPr>
      <w:r>
        <w:rPr>
          <w:rFonts w:ascii="宋体" w:hAnsi="宋体" w:eastAsia="宋体"/>
          <w:sz w:val="24"/>
        </w:rPr>
        <w:t>他在心里对自己说。</w:t>
      </w:r>
    </w:p>
    <w:p>
      <w:pPr>
        <w:spacing w:line="560" w:lineRule="exact"/>
        <w:ind w:firstLine="420"/>
      </w:pPr>
      <w:r>
        <w:rPr>
          <w:rFonts w:ascii="宋体" w:hAnsi="宋体" w:eastAsia="宋体"/>
          <w:sz w:val="24"/>
        </w:rPr>
        <w:t>公会排位赛只是第一步——国战、跨服战、神域……前面还有更大的舞台在等着他。</w:t>
      </w:r>
    </w:p>
    <w:p>
      <w:pPr>
        <w:spacing w:line="560" w:lineRule="exact"/>
        <w:ind w:firstLine="420"/>
      </w:pPr>
      <w:r>
        <w:rPr>
          <w:rFonts w:ascii="宋体" w:hAnsi="宋体" w:eastAsia="宋体"/>
          <w:sz w:val="24"/>
        </w:rPr>
        <w:t>不过那都是之后的事了。</w:t>
      </w:r>
    </w:p>
    <w:p>
      <w:pPr>
        <w:spacing w:line="560" w:lineRule="exact"/>
        <w:ind w:firstLine="420"/>
      </w:pPr>
      <w:r>
        <w:rPr>
          <w:rFonts w:ascii="宋体" w:hAnsi="宋体" w:eastAsia="宋体"/>
          <w:sz w:val="24"/>
        </w:rPr>
        <w:t>今晚——先庆祝。</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夜深了。</w:t>
      </w:r>
    </w:p>
    <w:p>
      <w:pPr>
        <w:spacing w:line="560" w:lineRule="exact"/>
        <w:ind w:firstLine="420"/>
      </w:pPr>
      <w:r>
        <w:rPr>
          <w:rFonts w:ascii="宋体" w:hAnsi="宋体" w:eastAsia="宋体"/>
          <w:sz w:val="24"/>
        </w:rPr>
        <w:t>神豪殿的公会频道里还在狂欢，消息刷得飞快。有人截图了全服公告，有人录了比赛的精彩回放，还有人直接开了个语音房间通宵唱K。</w:t>
      </w:r>
    </w:p>
    <w:p>
      <w:pPr>
        <w:spacing w:line="560" w:lineRule="exact"/>
        <w:ind w:firstLine="420"/>
      </w:pPr>
      <w:r>
        <w:rPr>
          <w:rFonts w:ascii="宋体" w:hAnsi="宋体" w:eastAsia="宋体"/>
          <w:sz w:val="24"/>
        </w:rPr>
        <w:t>林风看着热闹的频道消息，嘴角微微上扬。</w:t>
      </w:r>
    </w:p>
    <w:p>
      <w:pPr>
        <w:spacing w:line="560" w:lineRule="exact"/>
        <w:ind w:firstLine="420"/>
      </w:pPr>
      <w:r>
        <w:rPr>
          <w:rFonts w:ascii="宋体" w:hAnsi="宋体" w:eastAsia="宋体"/>
          <w:sz w:val="24"/>
        </w:rPr>
        <w:t>他关掉公会面板，摘下游戏头盔，回到了现实中。</w:t>
      </w:r>
    </w:p>
    <w:p>
      <w:pPr>
        <w:spacing w:line="560" w:lineRule="exact"/>
        <w:ind w:firstLine="420"/>
      </w:pPr>
      <w:r>
        <w:rPr>
          <w:rFonts w:ascii="宋体" w:hAnsi="宋体" w:eastAsia="宋体"/>
          <w:sz w:val="24"/>
        </w:rPr>
        <w:t>出租屋的天花板近在咫尺。</w:t>
      </w:r>
    </w:p>
    <w:p>
      <w:pPr>
        <w:spacing w:line="560" w:lineRule="exact"/>
        <w:ind w:firstLine="420"/>
      </w:pPr>
      <w:r>
        <w:rPr>
          <w:rFonts w:ascii="宋体" w:hAnsi="宋体" w:eastAsia="宋体"/>
          <w:sz w:val="24"/>
        </w:rPr>
        <w:t>手机屏幕亮着——有一条未读消息。</w:t>
      </w:r>
    </w:p>
    <w:p>
      <w:pPr>
        <w:spacing w:line="560" w:lineRule="exact"/>
        <w:ind w:firstLine="420"/>
      </w:pPr>
      <w:r>
        <w:rPr>
          <w:rFonts w:ascii="宋体" w:hAnsi="宋体" w:eastAsia="宋体"/>
          <w:sz w:val="24"/>
        </w:rPr>
        <w:t>是《天界》官方发来的。</w:t>
      </w:r>
    </w:p>
    <w:p>
      <w:pPr>
        <w:spacing w:line="560" w:lineRule="exact"/>
        <w:ind w:firstLine="420"/>
      </w:pPr>
      <w:r>
        <w:rPr>
          <w:rFonts w:ascii="宋体" w:hAnsi="宋体" w:eastAsia="宋体"/>
          <w:sz w:val="24"/>
        </w:rPr>
        <w:t>“林风先生，恭喜神豪殿夺得排位赛冠军。我们诚挚邀请您参加明晚的官方庆祝晚宴，地点在市中心希尔顿酒店。届时将有重要合作事宜与您商议，敬请出席。”</w:t>
      </w:r>
    </w:p>
    <w:p>
      <w:pPr>
        <w:spacing w:line="560" w:lineRule="exact"/>
        <w:ind w:firstLine="420"/>
      </w:pPr>
      <w:r>
        <w:rPr>
          <w:rFonts w:ascii="宋体" w:hAnsi="宋体" w:eastAsia="宋体"/>
          <w:sz w:val="24"/>
        </w:rPr>
        <w:t>林风看着这条消息，手指轻轻敲了敲手机壳。</w:t>
      </w:r>
    </w:p>
    <w:p>
      <w:pPr>
        <w:spacing w:line="560" w:lineRule="exact"/>
        <w:ind w:firstLine="420"/>
      </w:pPr>
      <w:r>
        <w:rPr>
          <w:rFonts w:ascii="宋体" w:hAnsi="宋体" w:eastAsia="宋体"/>
          <w:sz w:val="24"/>
        </w:rPr>
        <w:t>官方晚宴。</w:t>
      </w:r>
    </w:p>
    <w:p>
      <w:pPr>
        <w:spacing w:line="560" w:lineRule="exact"/>
        <w:ind w:firstLine="420"/>
      </w:pPr>
      <w:r>
        <w:rPr>
          <w:rFonts w:ascii="宋体" w:hAnsi="宋体" w:eastAsia="宋体"/>
          <w:sz w:val="24"/>
        </w:rPr>
        <w:t>重要合作。</w:t>
      </w:r>
    </w:p>
    <w:p>
      <w:pPr>
        <w:spacing w:line="560" w:lineRule="exact"/>
        <w:ind w:firstLine="420"/>
      </w:pPr>
      <w:r>
        <w:rPr>
          <w:rFonts w:ascii="宋体" w:hAnsi="宋体" w:eastAsia="宋体"/>
          <w:sz w:val="24"/>
        </w:rPr>
        <w:t>他的直觉告诉他——这可能是一个转折点。</w:t>
      </w:r>
    </w:p>
    <w:p>
      <w:r>
        <w:br w:type="page"/>
      </w:r>
    </w:p>
    <w:p>
      <w:pPr>
        <w:jc w:val="center"/>
      </w:pPr>
      <w:r>
        <w:rPr>
          <w:b/>
          <w:sz w:val="32"/>
        </w:rPr>
        <w:t>第021章 现实转身</w:t>
      </w:r>
    </w:p>
    <w:p>
      <w:pPr>
        <w:jc w:val="center"/>
      </w:pPr>
      <w:r>
        <w:rPr>
          <w:color w:val="999999"/>
          <w:sz w:val="18"/>
        </w:rPr>
        <w:t>（2,501字）</w:t>
      </w:r>
    </w:p>
    <w:p/>
    <w:p>
      <w:pPr>
        <w:spacing w:line="560" w:lineRule="exact"/>
        <w:ind w:firstLine="420"/>
      </w:pPr>
      <w:r>
        <w:rPr>
          <w:rFonts w:ascii="宋体" w:hAnsi="宋体" w:eastAsia="宋体"/>
          <w:sz w:val="24"/>
        </w:rPr>
        <w:t>第二天傍晚六点。</w:t>
      </w:r>
    </w:p>
    <w:p>
      <w:pPr>
        <w:spacing w:line="560" w:lineRule="exact"/>
        <w:ind w:firstLine="420"/>
      </w:pPr>
      <w:r>
        <w:rPr>
          <w:rFonts w:ascii="宋体" w:hAnsi="宋体" w:eastAsia="宋体"/>
          <w:sz w:val="24"/>
        </w:rPr>
        <w:t>林风站在希尔顿酒店门口，抬头看了一眼那扇旋转玻璃门。</w:t>
      </w:r>
    </w:p>
    <w:p>
      <w:pPr>
        <w:spacing w:line="560" w:lineRule="exact"/>
        <w:ind w:firstLine="420"/>
      </w:pPr>
      <w:r>
        <w:rPr>
          <w:rFonts w:ascii="宋体" w:hAnsi="宋体" w:eastAsia="宋体"/>
          <w:sz w:val="24"/>
        </w:rPr>
        <w:t>他换了一身新买的西装——黑色修身款，不是什么顶奢品牌，但剪裁得体，看着干净利落。鞋子是一双普通的黑色商务皮鞋，擦了擦，能反光。</w:t>
      </w:r>
    </w:p>
    <w:p>
      <w:pPr>
        <w:spacing w:line="560" w:lineRule="exact"/>
        <w:ind w:firstLine="420"/>
      </w:pPr>
      <w:r>
        <w:rPr>
          <w:rFonts w:ascii="宋体" w:hAnsi="宋体" w:eastAsia="宋体"/>
          <w:sz w:val="24"/>
        </w:rPr>
        <w:t>这是他衣柜里最正式的一套行头了。</w:t>
      </w:r>
    </w:p>
    <w:p>
      <w:pPr>
        <w:spacing w:line="560" w:lineRule="exact"/>
        <w:ind w:firstLine="420"/>
      </w:pPr>
      <w:r>
        <w:rPr>
          <w:rFonts w:ascii="宋体" w:hAnsi="宋体" w:eastAsia="宋体"/>
          <w:sz w:val="24"/>
        </w:rPr>
        <w:t>毕竟两天前，他还在穿着人字拖去食堂打饭。</w:t>
      </w:r>
    </w:p>
    <w:p>
      <w:pPr>
        <w:spacing w:line="560" w:lineRule="exact"/>
        <w:ind w:firstLine="420"/>
      </w:pPr>
      <w:r>
        <w:rPr>
          <w:rFonts w:ascii="宋体" w:hAnsi="宋体" w:eastAsia="宋体"/>
          <w:sz w:val="24"/>
        </w:rPr>
        <w:t>“林先生，欢迎光临！”门口的服务生拉开大门，态度客气。</w:t>
      </w:r>
    </w:p>
    <w:p>
      <w:pPr>
        <w:spacing w:line="560" w:lineRule="exact"/>
        <w:ind w:firstLine="420"/>
      </w:pPr>
      <w:r>
        <w:rPr>
          <w:rFonts w:ascii="宋体" w:hAnsi="宋体" w:eastAsia="宋体"/>
          <w:sz w:val="24"/>
        </w:rPr>
        <w:t>林风点点头，走了进去。</w:t>
      </w:r>
    </w:p>
    <w:p>
      <w:pPr>
        <w:spacing w:line="560" w:lineRule="exact"/>
        <w:ind w:firstLine="420"/>
      </w:pPr>
      <w:r>
        <w:rPr>
          <w:rFonts w:ascii="宋体" w:hAnsi="宋体" w:eastAsia="宋体"/>
          <w:sz w:val="24"/>
        </w:rPr>
        <w:t>宴会厅在三楼。他坐电梯上去，门一开，被眼前的场面震了一下。</w:t>
      </w:r>
    </w:p>
    <w:p>
      <w:pPr>
        <w:spacing w:line="560" w:lineRule="exact"/>
        <w:ind w:firstLine="420"/>
      </w:pPr>
      <w:r>
        <w:rPr>
          <w:rFonts w:ascii="宋体" w:hAnsi="宋体" w:eastAsia="宋体"/>
          <w:sz w:val="24"/>
        </w:rPr>
        <w:t>整个宴会厅灯火辉煌，巨大的水晶吊灯从穹顶垂下，散发着暖黄色的光芒。地面铺着深红带金纹的地毯，踩上去软绵绵的。厅内摆了二十多张大圆桌，每张桌上都摆着精致的骨瓷餐具和鲜花，红酒瓶立在冰桶里，杯壁上凝着细密的水珠。</w:t>
      </w:r>
    </w:p>
    <w:p>
      <w:pPr>
        <w:spacing w:line="560" w:lineRule="exact"/>
        <w:ind w:firstLine="420"/>
      </w:pPr>
      <w:r>
        <w:rPr>
          <w:rFonts w:ascii="宋体" w:hAnsi="宋体" w:eastAsia="宋体"/>
          <w:sz w:val="24"/>
        </w:rPr>
        <w:t>正前方的主舞台上，一块巨幅LED显示屏上滚动着《天界》的游戏画面——正是昨天公会排位赛决赛的回放。画面里，他拿着那把漆黑的神豪之刃，一剑斩下皇朝霸主四万血条的那一幕，正在高清循环播放。</w:t>
      </w:r>
    </w:p>
    <w:p>
      <w:pPr>
        <w:spacing w:line="560" w:lineRule="exact"/>
        <w:ind w:firstLine="420"/>
      </w:pPr>
      <w:r>
        <w:rPr>
          <w:rFonts w:ascii="宋体" w:hAnsi="宋体" w:eastAsia="宋体"/>
          <w:sz w:val="24"/>
        </w:rPr>
        <w:t>底下坐着的人，时不时抬头看一眼屏幕，然后低声议论几句。</w:t>
      </w:r>
    </w:p>
    <w:p>
      <w:pPr>
        <w:spacing w:line="560" w:lineRule="exact"/>
        <w:ind w:firstLine="420"/>
      </w:pPr>
      <w:r>
        <w:rPr>
          <w:rFonts w:ascii="宋体" w:hAnsi="宋体" w:eastAsia="宋体"/>
          <w:sz w:val="24"/>
        </w:rPr>
        <w:t>林风走进来的那一刻，至少有十几道目光同时落在了他身上。</w:t>
      </w:r>
    </w:p>
    <w:p>
      <w:pPr>
        <w:spacing w:line="560" w:lineRule="exact"/>
        <w:ind w:firstLine="420"/>
      </w:pPr>
      <w:r>
        <w:rPr>
          <w:rFonts w:ascii="宋体" w:hAnsi="宋体" w:eastAsia="宋体"/>
          <w:sz w:val="24"/>
        </w:rPr>
        <w:t>“那个就是风中追风？”</w:t>
        <w:br/>
        <w:t>“这么年轻？！”</w:t>
        <w:br/>
        <w:t>“看着像大学生啊……”</w:t>
        <w:br/>
        <w:t>“排位赛冠军的会长，就是他？”</w:t>
      </w:r>
    </w:p>
    <w:p>
      <w:pPr>
        <w:spacing w:line="560" w:lineRule="exact"/>
        <w:ind w:firstLine="420"/>
      </w:pPr>
      <w:r>
        <w:rPr>
          <w:rFonts w:ascii="宋体" w:hAnsi="宋体" w:eastAsia="宋体"/>
          <w:sz w:val="24"/>
        </w:rPr>
        <w:t>窃窃私语声像涟漪一样扩散开来。</w:t>
      </w:r>
    </w:p>
    <w:p>
      <w:pPr>
        <w:spacing w:line="560" w:lineRule="exact"/>
        <w:ind w:firstLine="420"/>
      </w:pPr>
      <w:r>
        <w:rPr>
          <w:rFonts w:ascii="宋体" w:hAnsi="宋体" w:eastAsia="宋体"/>
          <w:sz w:val="24"/>
        </w:rPr>
        <w:t>林风面不改色，往里走。</w:t>
      </w:r>
    </w:p>
    <w:p>
      <w:pPr>
        <w:spacing w:line="560" w:lineRule="exact"/>
        <w:ind w:firstLine="420"/>
      </w:pPr>
      <w:r>
        <w:rPr>
          <w:rFonts w:ascii="宋体" w:hAnsi="宋体" w:eastAsia="宋体"/>
          <w:sz w:val="24"/>
        </w:rPr>
        <w:t>已经到了不少人。</w:t>
      </w:r>
    </w:p>
    <w:p>
      <w:pPr>
        <w:spacing w:line="560" w:lineRule="exact"/>
        <w:ind w:firstLine="420"/>
      </w:pPr>
      <w:r>
        <w:rPr>
          <w:rFonts w:ascii="宋体" w:hAnsi="宋体" w:eastAsia="宋体"/>
          <w:sz w:val="24"/>
        </w:rPr>
        <w:t>林风扫了一眼，发现大部分都是熟面孔——至少是在游戏里见过的。</w:t>
      </w:r>
    </w:p>
    <w:p>
      <w:pPr>
        <w:spacing w:line="560" w:lineRule="exact"/>
        <w:ind w:firstLine="420"/>
      </w:pPr>
      <w:r>
        <w:rPr>
          <w:rFonts w:ascii="宋体" w:hAnsi="宋体" w:eastAsia="宋体"/>
          <w:sz w:val="24"/>
        </w:rPr>
        <w:t>皇朝霸主坐在靠窗的那一桌，正跟两个男人聊着天。他的脸色不太好，显然还没从昨天的失利中缓过来。</w:t>
      </w:r>
    </w:p>
    <w:p>
      <w:pPr>
        <w:spacing w:line="560" w:lineRule="exact"/>
        <w:ind w:firstLine="420"/>
      </w:pPr>
      <w:r>
        <w:rPr>
          <w:rFonts w:ascii="宋体" w:hAnsi="宋体" w:eastAsia="宋体"/>
          <w:sz w:val="24"/>
        </w:rPr>
        <w:t>魔神公会的会长魔神坐在另一桌，端着酒杯，表情倒是平静——半决赛被神豪殿三分钟干掉，输得干净利落，反而没什么好纠结的。</w:t>
      </w:r>
    </w:p>
    <w:p>
      <w:pPr>
        <w:spacing w:line="560" w:lineRule="exact"/>
        <w:ind w:firstLine="420"/>
      </w:pPr>
      <w:r>
        <w:rPr>
          <w:rFonts w:ascii="宋体" w:hAnsi="宋体" w:eastAsia="宋体"/>
          <w:sz w:val="24"/>
        </w:rPr>
        <w:t>神殿的会长神之右手没来——可能是不好意思来。毕竟赛前放话要教训神豪殿，结果被林风一个人秒了全场。</w:t>
      </w:r>
    </w:p>
    <w:p>
      <w:pPr>
        <w:spacing w:line="560" w:lineRule="exact"/>
        <w:ind w:firstLine="420"/>
      </w:pPr>
      <w:r>
        <w:rPr>
          <w:rFonts w:ascii="宋体" w:hAnsi="宋体" w:eastAsia="宋体"/>
          <w:sz w:val="24"/>
        </w:rPr>
        <w:t>“林风会长！”</w:t>
      </w:r>
    </w:p>
    <w:p>
      <w:pPr>
        <w:spacing w:line="560" w:lineRule="exact"/>
        <w:ind w:firstLine="420"/>
      </w:pPr>
      <w:r>
        <w:rPr>
          <w:rFonts w:ascii="宋体" w:hAnsi="宋体" w:eastAsia="宋体"/>
          <w:sz w:val="24"/>
        </w:rPr>
        <w:t>一个声音从旁边传来。</w:t>
      </w:r>
    </w:p>
    <w:p>
      <w:pPr>
        <w:spacing w:line="560" w:lineRule="exact"/>
        <w:ind w:firstLine="420"/>
      </w:pPr>
      <w:r>
        <w:rPr>
          <w:rFonts w:ascii="宋体" w:hAnsi="宋体" w:eastAsia="宋体"/>
          <w:sz w:val="24"/>
        </w:rPr>
        <w:t>林风转头一看——《天界》中国区运营总监，姓周，四十多岁，戴着一副无框眼镜，穿着一身笔挺的深蓝色西装。之前在公会排位赛的颁奖仪式上见过一面。</w:t>
      </w:r>
    </w:p>
    <w:p>
      <w:pPr>
        <w:spacing w:line="560" w:lineRule="exact"/>
        <w:ind w:firstLine="420"/>
      </w:pPr>
      <w:r>
        <w:rPr>
          <w:rFonts w:ascii="宋体" w:hAnsi="宋体" w:eastAsia="宋体"/>
          <w:sz w:val="24"/>
        </w:rPr>
        <w:t>“周总。”林风伸出手。</w:t>
      </w:r>
    </w:p>
    <w:p>
      <w:pPr>
        <w:spacing w:line="560" w:lineRule="exact"/>
        <w:ind w:firstLine="420"/>
      </w:pPr>
      <w:r>
        <w:rPr>
          <w:rFonts w:ascii="宋体" w:hAnsi="宋体" w:eastAsia="宋体"/>
          <w:sz w:val="24"/>
        </w:rPr>
        <w:t>周总握住他的手，笑容热情：“林会长比我想象中更年轻啊。昨天在台上离得远，今天近距离一看——你怕是还在上大学吧？”</w:t>
      </w:r>
    </w:p>
    <w:p>
      <w:pPr>
        <w:spacing w:line="560" w:lineRule="exact"/>
        <w:ind w:firstLine="420"/>
      </w:pPr>
      <w:r>
        <w:rPr>
          <w:rFonts w:ascii="宋体" w:hAnsi="宋体" w:eastAsia="宋体"/>
          <w:sz w:val="24"/>
        </w:rPr>
        <w:t>“大三，休学了。”林风没有隐瞒。</w:t>
      </w:r>
    </w:p>
    <w:p>
      <w:pPr>
        <w:spacing w:line="560" w:lineRule="exact"/>
        <w:ind w:firstLine="420"/>
      </w:pPr>
      <w:r>
        <w:rPr>
          <w:rFonts w:ascii="宋体" w:hAnsi="宋体" w:eastAsia="宋体"/>
          <w:sz w:val="24"/>
        </w:rPr>
        <w:t>“休学？”周总微微一愣，随即笑了，“有志气。来，我给你介绍几位朋友。”</w:t>
      </w:r>
    </w:p>
    <w:p>
      <w:pPr>
        <w:spacing w:line="560" w:lineRule="exact"/>
        <w:ind w:firstLine="420"/>
      </w:pPr>
      <w:r>
        <w:rPr>
          <w:rFonts w:ascii="宋体" w:hAnsi="宋体" w:eastAsia="宋体"/>
          <w:sz w:val="24"/>
        </w:rPr>
        <w:t>他带着林风穿过宴会厅，来到主桌旁边。</w:t>
      </w:r>
    </w:p>
    <w:p>
      <w:pPr>
        <w:spacing w:line="560" w:lineRule="exact"/>
        <w:ind w:firstLine="420"/>
      </w:pPr>
      <w:r>
        <w:rPr>
          <w:rFonts w:ascii="宋体" w:hAnsi="宋体" w:eastAsia="宋体"/>
          <w:sz w:val="24"/>
        </w:rPr>
        <w:t>“这位是星空直播的内容总监，刘总。”周总指着一个四十出头的男人说。</w:t>
      </w:r>
    </w:p>
    <w:p>
      <w:pPr>
        <w:spacing w:line="560" w:lineRule="exact"/>
        <w:ind w:firstLine="420"/>
      </w:pPr>
      <w:r>
        <w:rPr>
          <w:rFonts w:ascii="宋体" w:hAnsi="宋体" w:eastAsia="宋体"/>
          <w:sz w:val="24"/>
        </w:rPr>
        <w:t>刘总身材偏瘦，穿着一件深灰色的休闲西装，看着不像商务人士，倒像一个搞艺术的。他伸出手：“风中追风——久仰大名。昨天你们那场比赛，我们直播间的峰值在线是二百三十万。”</w:t>
      </w:r>
    </w:p>
    <w:p>
      <w:pPr>
        <w:spacing w:line="560" w:lineRule="exact"/>
        <w:ind w:firstLine="420"/>
      </w:pPr>
      <w:r>
        <w:rPr>
          <w:rFonts w:ascii="宋体" w:hAnsi="宋体" w:eastAsia="宋体"/>
          <w:sz w:val="24"/>
        </w:rPr>
        <w:t>“二百三十万？”林风微微一怔。</w:t>
      </w:r>
    </w:p>
    <w:p>
      <w:pPr>
        <w:spacing w:line="560" w:lineRule="exact"/>
        <w:ind w:firstLine="420"/>
      </w:pPr>
      <w:r>
        <w:rPr>
          <w:rFonts w:ascii="宋体" w:hAnsi="宋体" w:eastAsia="宋体"/>
          <w:sz w:val="24"/>
        </w:rPr>
        <w:t>“对。”刘总说，“而且这还只是我们一个平台的数据。全网加起来——至少五百万。”</w:t>
      </w:r>
    </w:p>
    <w:p>
      <w:pPr>
        <w:spacing w:line="560" w:lineRule="exact"/>
        <w:ind w:firstLine="420"/>
      </w:pPr>
      <w:r>
        <w:rPr>
          <w:rFonts w:ascii="宋体" w:hAnsi="宋体" w:eastAsia="宋体"/>
          <w:sz w:val="24"/>
        </w:rPr>
        <w:t>林风心里盘算了一下这个数字。</w:t>
      </w:r>
    </w:p>
    <w:p>
      <w:pPr>
        <w:spacing w:line="560" w:lineRule="exact"/>
        <w:ind w:firstLine="420"/>
      </w:pPr>
      <w:r>
        <w:rPr>
          <w:rFonts w:ascii="宋体" w:hAnsi="宋体" w:eastAsia="宋体"/>
          <w:sz w:val="24"/>
        </w:rPr>
        <w:t>五百万人在线看一场公会比赛——这热度已经超过了很多小型的电竞赛事了。</w:t>
      </w:r>
    </w:p>
    <w:p>
      <w:pPr>
        <w:spacing w:line="560" w:lineRule="exact"/>
        <w:ind w:firstLine="420"/>
      </w:pPr>
      <w:r>
        <w:rPr>
          <w:rFonts w:ascii="宋体" w:hAnsi="宋体" w:eastAsia="宋体"/>
          <w:sz w:val="24"/>
        </w:rPr>
        <w:t>“刘总，我想跟您聊聊直播合作的事。”林风直接开口。</w:t>
      </w:r>
    </w:p>
    <w:p>
      <w:pPr>
        <w:spacing w:line="560" w:lineRule="exact"/>
        <w:ind w:firstLine="420"/>
      </w:pPr>
      <w:r>
        <w:rPr>
          <w:rFonts w:ascii="宋体" w:hAnsi="宋体" w:eastAsia="宋体"/>
          <w:sz w:val="24"/>
        </w:rPr>
        <w:t>刘总看了他一眼，眼中闪过一丝欣赏——这个年轻人不只是会打游戏，脑子转得很快。</w:t>
      </w:r>
    </w:p>
    <w:p>
      <w:pPr>
        <w:spacing w:line="560" w:lineRule="exact"/>
        <w:ind w:firstLine="420"/>
      </w:pPr>
      <w:r>
        <w:rPr>
          <w:rFonts w:ascii="宋体" w:hAnsi="宋体" w:eastAsia="宋体"/>
          <w:sz w:val="24"/>
        </w:rPr>
        <w:t>“好，晚宴结束后我们单独聊。”刘总说。</w:t>
      </w:r>
    </w:p>
    <w:p>
      <w:pPr>
        <w:spacing w:line="560" w:lineRule="exact"/>
        <w:ind w:firstLine="420"/>
      </w:pPr>
      <w:r>
        <w:rPr>
          <w:rFonts w:ascii="宋体" w:hAnsi="宋体" w:eastAsia="宋体"/>
          <w:sz w:val="24"/>
        </w:rPr>
        <w:t>周总又给他介绍了另外几个人——一家电竞装备品牌的营销总监、一家游戏媒体的主编、几个投资机构的代表。一圈聊下来，林风的名片盒里多了七八张名片。</w:t>
      </w:r>
    </w:p>
    <w:p>
      <w:pPr>
        <w:spacing w:line="560" w:lineRule="exact"/>
        <w:ind w:firstLine="420"/>
      </w:pPr>
      <w:r>
        <w:rPr>
          <w:rFonts w:ascii="宋体" w:hAnsi="宋体" w:eastAsia="宋体"/>
          <w:sz w:val="24"/>
        </w:rPr>
        <w:t>晚宴开始后，周总上台致辞。</w:t>
      </w:r>
    </w:p>
    <w:p>
      <w:pPr>
        <w:spacing w:line="560" w:lineRule="exact"/>
        <w:ind w:firstLine="420"/>
      </w:pPr>
      <w:r>
        <w:rPr>
          <w:rFonts w:ascii="宋体" w:hAnsi="宋体" w:eastAsia="宋体"/>
          <w:sz w:val="24"/>
        </w:rPr>
        <w:t>“各位，今天把大家请来，一是庆祝第一届公会排位赛圆满落幕，二是想跟大家聊聊《天界》接下来的发展方向。”</w:t>
      </w:r>
    </w:p>
    <w:p>
      <w:pPr>
        <w:spacing w:line="560" w:lineRule="exact"/>
        <w:ind w:firstLine="420"/>
      </w:pPr>
      <w:r>
        <w:rPr>
          <w:rFonts w:ascii="宋体" w:hAnsi="宋体" w:eastAsia="宋体"/>
          <w:sz w:val="24"/>
        </w:rPr>
        <w:t>他停顿了一下，目光扫过全场。</w:t>
      </w:r>
    </w:p>
    <w:p>
      <w:pPr>
        <w:spacing w:line="560" w:lineRule="exact"/>
        <w:ind w:firstLine="420"/>
      </w:pPr>
      <w:r>
        <w:rPr>
          <w:rFonts w:ascii="宋体" w:hAnsi="宋体" w:eastAsia="宋体"/>
          <w:sz w:val="24"/>
        </w:rPr>
        <w:t>“《天界》开服至今三个月，注册用户突破八千万，同时在线峰值突破一千万——这已经超过了当初最乐观的预期。”</w:t>
      </w:r>
    </w:p>
    <w:p>
      <w:pPr>
        <w:spacing w:line="560" w:lineRule="exact"/>
        <w:ind w:firstLine="420"/>
      </w:pPr>
      <w:r>
        <w:rPr>
          <w:rFonts w:ascii="宋体" w:hAnsi="宋体" w:eastAsia="宋体"/>
          <w:sz w:val="24"/>
        </w:rPr>
        <w:t>“所以——我们决定，启动第一届《天界》跨服国际赛。”</w:t>
      </w:r>
    </w:p>
    <w:p>
      <w:pPr>
        <w:spacing w:line="560" w:lineRule="exact"/>
        <w:ind w:firstLine="420"/>
      </w:pPr>
      <w:r>
        <w:rPr>
          <w:rFonts w:ascii="宋体" w:hAnsi="宋体" w:eastAsia="宋体"/>
          <w:sz w:val="24"/>
        </w:rPr>
        <w:t>全场安静了一瞬，然后响起了热烈的掌声和议论声。</w:t>
      </w:r>
    </w:p>
    <w:p>
      <w:pPr>
        <w:spacing w:line="560" w:lineRule="exact"/>
        <w:ind w:firstLine="420"/>
      </w:pPr>
      <w:r>
        <w:rPr>
          <w:rFonts w:ascii="宋体" w:hAnsi="宋体" w:eastAsia="宋体"/>
          <w:sz w:val="24"/>
        </w:rPr>
        <w:t>“跨服赛？时在线峰值突破一千万——这已经超过了当初最乐观的预期。”\n\n“所以——我们决定，启动第一届《天界》跨服国际赛。”\n\n全场安静了一瞬，然后响起了热烈的掌声和议论声。\n\n“跨服赛？！”</w:t>
        <w:br/>
        <w:t>“终于来了！”</w:t>
        <w:br/>
        <w:t>“这下有的看了！”</w:t>
      </w:r>
    </w:p>
    <w:p>
      <w:pPr>
        <w:spacing w:line="560" w:lineRule="exact"/>
        <w:ind w:firstLine="420"/>
      </w:pPr>
      <w:r>
        <w:rPr>
          <w:rFonts w:ascii="宋体" w:hAnsi="宋体" w:eastAsia="宋体"/>
          <w:sz w:val="24"/>
        </w:rPr>
        <w:t>周总压了压手，示意大家安静。</w:t>
      </w:r>
    </w:p>
    <w:p>
      <w:pPr>
        <w:spacing w:line="560" w:lineRule="exact"/>
        <w:ind w:firstLine="420"/>
      </w:pPr>
      <w:r>
        <w:rPr>
          <w:rFonts w:ascii="宋体" w:hAnsi="宋体" w:eastAsia="宋体"/>
          <w:sz w:val="24"/>
        </w:rPr>
        <w:t>“跨服赛的赛制还在制定中，但可以确定的是——每个服务器的前三公会都将获得参赛资格。比赛分为小组赛、淘汰赛和决赛三个阶段。决赛将在线下举行——到时候，我们会包下整个国家体育馆。”</w:t>
      </w:r>
    </w:p>
    <w:p>
      <w:pPr>
        <w:spacing w:line="560" w:lineRule="exact"/>
        <w:ind w:firstLine="420"/>
      </w:pPr>
      <w:r>
        <w:rPr>
          <w:rFonts w:ascii="宋体" w:hAnsi="宋体" w:eastAsia="宋体"/>
          <w:sz w:val="24"/>
        </w:rPr>
        <w:t>林风坐在台下，听着周总的介绍，心跳微微加快。</w:t>
      </w:r>
    </w:p>
    <w:p>
      <w:pPr>
        <w:spacing w:line="560" w:lineRule="exact"/>
        <w:ind w:firstLine="420"/>
      </w:pPr>
      <w:r>
        <w:rPr>
          <w:rFonts w:ascii="宋体" w:hAnsi="宋体" w:eastAsia="宋体"/>
          <w:sz w:val="24"/>
        </w:rPr>
        <w:t>跨服国际赛。</w:t>
      </w:r>
    </w:p>
    <w:p>
      <w:pPr>
        <w:spacing w:line="560" w:lineRule="exact"/>
        <w:ind w:firstLine="420"/>
      </w:pPr>
      <w:r>
        <w:rPr>
          <w:rFonts w:ascii="宋体" w:hAnsi="宋体" w:eastAsia="宋体"/>
          <w:sz w:val="24"/>
        </w:rPr>
        <w:t>这正是他一直在等的东西。</w:t>
      </w:r>
    </w:p>
    <w:p>
      <w:pPr>
        <w:spacing w:line="560" w:lineRule="exact"/>
        <w:ind w:firstLine="420"/>
      </w:pPr>
      <w:r>
        <w:rPr>
          <w:rFonts w:ascii="宋体" w:hAnsi="宋体" w:eastAsia="宋体"/>
          <w:sz w:val="24"/>
        </w:rPr>
        <w:t>“同时——我们还决定，寻找一位《天界》的品牌代言人。”周总接着说，“这位代言人，将从本次公会排位赛的冠军公会会长中选出。”</w:t>
      </w:r>
    </w:p>
    <w:p>
      <w:pPr>
        <w:spacing w:line="560" w:lineRule="exact"/>
        <w:ind w:firstLine="420"/>
      </w:pPr>
      <w:r>
        <w:rPr>
          <w:rFonts w:ascii="宋体" w:hAnsi="宋体" w:eastAsia="宋体"/>
          <w:sz w:val="24"/>
        </w:rPr>
        <w:t>所有人的目光——瞬间集中到了林风身上。</w:t>
      </w:r>
    </w:p>
    <w:p>
      <w:pPr>
        <w:spacing w:line="560" w:lineRule="exact"/>
        <w:ind w:firstLine="420"/>
      </w:pPr>
      <w:r>
        <w:rPr>
          <w:rFonts w:ascii="宋体" w:hAnsi="宋体" w:eastAsia="宋体"/>
          <w:sz w:val="24"/>
        </w:rPr>
        <w:t>皇朝霸主的脸色更难看了。</w:t>
      </w:r>
    </w:p>
    <w:p>
      <w:pPr>
        <w:spacing w:line="560" w:lineRule="exact"/>
        <w:ind w:firstLine="420"/>
      </w:pPr>
      <w:r>
        <w:rPr>
          <w:rFonts w:ascii="宋体" w:hAnsi="宋体" w:eastAsia="宋体"/>
          <w:sz w:val="24"/>
        </w:rPr>
        <w:t>魔神端着酒杯，苦笑了一声，自言自语道：“得，又是神豪殿。”</w:t>
      </w:r>
    </w:p>
    <w:p>
      <w:pPr>
        <w:spacing w:line="560" w:lineRule="exact"/>
        <w:ind w:firstLine="420"/>
      </w:pPr>
      <w:r>
        <w:rPr>
          <w:rFonts w:ascii="宋体" w:hAnsi="宋体" w:eastAsia="宋体"/>
          <w:sz w:val="24"/>
        </w:rPr>
        <w:t>周总看向林风：“林风会长，我们想邀请您成为《天界》中国区的品牌代言人。代言费——每年一千万。合同期限两年。”</w:t>
      </w:r>
    </w:p>
    <w:p>
      <w:pPr>
        <w:spacing w:line="560" w:lineRule="exact"/>
        <w:ind w:firstLine="420"/>
      </w:pPr>
      <w:r>
        <w:rPr>
          <w:rFonts w:ascii="宋体" w:hAnsi="宋体" w:eastAsia="宋体"/>
          <w:sz w:val="24"/>
        </w:rPr>
        <w:t>宴会厅里响起一阵低低的惊呼声。</w:t>
      </w:r>
    </w:p>
    <w:p>
      <w:pPr>
        <w:spacing w:line="560" w:lineRule="exact"/>
        <w:ind w:firstLine="420"/>
      </w:pPr>
      <w:r>
        <w:rPr>
          <w:rFonts w:ascii="宋体" w:hAnsi="宋体" w:eastAsia="宋体"/>
          <w:sz w:val="24"/>
        </w:rPr>
        <w:t>一年一千万。</w:t>
      </w:r>
    </w:p>
    <w:p>
      <w:pPr>
        <w:spacing w:line="560" w:lineRule="exact"/>
        <w:ind w:firstLine="420"/>
      </w:pPr>
      <w:r>
        <w:rPr>
          <w:rFonts w:ascii="宋体" w:hAnsi="宋体" w:eastAsia="宋体"/>
          <w:sz w:val="24"/>
        </w:rPr>
        <w:t>对于一个大三休学的大学生来说，这是一个天文数字。</w:t>
      </w:r>
    </w:p>
    <w:p>
      <w:pPr>
        <w:spacing w:line="560" w:lineRule="exact"/>
        <w:ind w:firstLine="420"/>
      </w:pPr>
      <w:r>
        <w:rPr>
          <w:rFonts w:ascii="宋体" w:hAnsi="宋体" w:eastAsia="宋体"/>
          <w:sz w:val="24"/>
        </w:rPr>
        <w:t>林风深吸一口气，站起来：“周总，感谢您的邀请。我接受。”</w:t>
      </w:r>
    </w:p>
    <w:p>
      <w:pPr>
        <w:spacing w:line="560" w:lineRule="exact"/>
        <w:ind w:firstLine="420"/>
      </w:pPr>
      <w:r>
        <w:rPr>
          <w:rFonts w:ascii="宋体" w:hAnsi="宋体" w:eastAsia="宋体"/>
          <w:sz w:val="24"/>
        </w:rPr>
        <w:t>掌声再次响起——这一次，比刚才更热烈。</w:t>
      </w:r>
    </w:p>
    <w:p>
      <w:pPr>
        <w:spacing w:line="560" w:lineRule="exact"/>
        <w:ind w:firstLine="420"/>
      </w:pPr>
      <w:r>
        <w:rPr>
          <w:rFonts w:ascii="宋体" w:hAnsi="宋体" w:eastAsia="宋体"/>
          <w:sz w:val="24"/>
        </w:rPr>
        <w:t>皇朝霸主咬着牙，把手里的酒杯放在了桌上，发出“咔”的一声轻响。杯中的红酒晃了晃，洒了几滴在白色的桌布上，洇开成暗红色的斑点。他盯着那滩酒渍，脸上的肌肉抽搐了一下，最终什么都没说，端起酒杯一饮而尽。</w:t>
      </w:r>
    </w:p>
    <w:p>
      <w:pPr>
        <w:spacing w:line="560" w:lineRule="exact"/>
        <w:ind w:firstLine="420"/>
      </w:pPr>
      <w:r>
        <w:rPr>
          <w:rFonts w:ascii="宋体" w:hAnsi="宋体" w:eastAsia="宋体"/>
          <w:sz w:val="24"/>
        </w:rPr>
        <w:t>魔神端着酒杯走过来，在林风身边坐下，拍了拍他的肩膀：“兄弟，你牛。一千万一年的代言——这待遇，整个《天界》也就你这一份了。”</w:t>
      </w:r>
    </w:p>
    <w:p>
      <w:pPr>
        <w:spacing w:line="560" w:lineRule="exact"/>
        <w:ind w:firstLine="420"/>
      </w:pPr>
      <w:r>
        <w:rPr>
          <w:rFonts w:ascii="宋体" w:hAnsi="宋体" w:eastAsia="宋体"/>
          <w:sz w:val="24"/>
        </w:rPr>
        <w:t>“运气好而已。”林风说。</w:t>
      </w:r>
    </w:p>
    <w:p>
      <w:pPr>
        <w:spacing w:line="560" w:lineRule="exact"/>
        <w:ind w:firstLine="420"/>
      </w:pPr>
      <w:r>
        <w:rPr>
          <w:rFonts w:ascii="宋体" w:hAnsi="宋体" w:eastAsia="宋体"/>
          <w:sz w:val="24"/>
        </w:rPr>
        <w:t>“运气？”魔神笑了，“排位赛一路碾压过来，这叫运气？那你让皇朝霸主的脸往哪搁？”</w:t>
      </w:r>
    </w:p>
    <w:p>
      <w:pPr>
        <w:spacing w:line="560" w:lineRule="exact"/>
        <w:ind w:firstLine="420"/>
      </w:pPr>
      <w:r>
        <w:rPr>
          <w:rFonts w:ascii="宋体" w:hAnsi="宋体" w:eastAsia="宋体"/>
          <w:sz w:val="24"/>
        </w:rPr>
        <w:t>不远处，皇朝霸主显然听到了这句话，脸色又黑了一层。</w:t>
      </w:r>
    </w:p>
    <w:p>
      <w:pPr>
        <w:spacing w:line="560" w:lineRule="exact"/>
        <w:ind w:firstLine="420"/>
      </w:pPr>
      <w:r>
        <w:rPr>
          <w:rFonts w:ascii="宋体" w:hAnsi="宋体" w:eastAsia="宋体"/>
          <w:sz w:val="24"/>
        </w:rPr>
        <w:t>晚宴结束后，林风走出希尔顿酒店，站在门口。夜风吹过来，带着深秋的凉意，吹散了宴会厅里的喧嚣和人声。</w:t>
      </w:r>
    </w:p>
    <w:p>
      <w:pPr>
        <w:spacing w:line="560" w:lineRule="exact"/>
        <w:ind w:firstLine="420"/>
      </w:pPr>
      <w:r>
        <w:rPr>
          <w:rFonts w:ascii="宋体" w:hAnsi="宋体" w:eastAsia="宋体"/>
          <w:sz w:val="24"/>
        </w:rPr>
        <w:t>他站在门口的台阶上，看着眼前城市的夜景——霓虹灯连成一条光带，延伸到远方。车流的尾灯在夜色中拉成一条红色的河流。高楼大厦的窗户里亮着星星点点的光。</w:t>
      </w:r>
    </w:p>
    <w:p>
      <w:pPr>
        <w:spacing w:line="560" w:lineRule="exact"/>
        <w:ind w:firstLine="420"/>
      </w:pPr>
      <w:r>
        <w:rPr>
          <w:rFonts w:ascii="宋体" w:hAnsi="宋体" w:eastAsia="宋体"/>
          <w:sz w:val="24"/>
        </w:rPr>
        <w:t>这座城市很大，大到让人感到渺小。</w:t>
      </w:r>
    </w:p>
    <w:p>
      <w:pPr>
        <w:spacing w:line="560" w:lineRule="exact"/>
        <w:ind w:firstLine="420"/>
      </w:pPr>
      <w:r>
        <w:rPr>
          <w:rFonts w:ascii="宋体" w:hAnsi="宋体" w:eastAsia="宋体"/>
          <w:sz w:val="24"/>
        </w:rPr>
        <w:t>但他不再渺小了。</w:t>
      </w:r>
    </w:p>
    <w:p>
      <w:pPr>
        <w:spacing w:line="560" w:lineRule="exact"/>
        <w:ind w:firstLine="420"/>
      </w:pPr>
      <w:r>
        <w:rPr>
          <w:rFonts w:ascii="宋体" w:hAnsi="宋体" w:eastAsia="宋体"/>
          <w:sz w:val="24"/>
        </w:rPr>
        <w:t>他拿出手机看了一眼——银行短信还没来，但合同已经在路上了。周总说代言费会在三个工作日内打到他的账户，第一笔预付款两百万明天就到。</w:t>
      </w:r>
    </w:p>
    <w:p>
      <w:pPr>
        <w:spacing w:line="560" w:lineRule="exact"/>
        <w:ind w:firstLine="420"/>
      </w:pPr>
      <w:r>
        <w:rPr>
          <w:rFonts w:ascii="宋体" w:hAnsi="宋体" w:eastAsia="宋体"/>
          <w:sz w:val="24"/>
        </w:rPr>
        <w:t>一千万一年。</w:t>
      </w:r>
    </w:p>
    <w:p>
      <w:pPr>
        <w:spacing w:line="560" w:lineRule="exact"/>
        <w:ind w:firstLine="420"/>
      </w:pPr>
      <w:r>
        <w:rPr>
          <w:rFonts w:ascii="宋体" w:hAnsi="宋体" w:eastAsia="宋体"/>
          <w:sz w:val="24"/>
        </w:rPr>
        <w:t>他收起手机，呼出一口白气。</w:t>
      </w:r>
    </w:p>
    <w:p>
      <w:pPr>
        <w:spacing w:line="560" w:lineRule="exact"/>
        <w:ind w:firstLine="420"/>
      </w:pPr>
      <w:r>
        <w:rPr>
          <w:rFonts w:ascii="宋体" w:hAnsi="宋体" w:eastAsia="宋体"/>
          <w:sz w:val="24"/>
        </w:rPr>
        <w:t>这只是开始。</w:t>
      </w:r>
    </w:p>
    <w:p>
      <w:pPr>
        <w:spacing w:line="560" w:lineRule="exact"/>
        <w:ind w:firstLine="420"/>
      </w:pPr>
      <w:r>
        <w:rPr>
          <w:rFonts w:ascii="宋体" w:hAnsi="宋体" w:eastAsia="宋体"/>
          <w:sz w:val="24"/>
        </w:rPr>
        <w:t>他拦了一辆出租车。</w:t>
      </w:r>
    </w:p>
    <w:p>
      <w:pPr>
        <w:spacing w:line="560" w:lineRule="exact"/>
        <w:ind w:firstLine="420"/>
      </w:pPr>
      <w:r>
        <w:rPr>
          <w:rFonts w:ascii="宋体" w:hAnsi="宋体" w:eastAsia="宋体"/>
          <w:sz w:val="24"/>
        </w:rPr>
        <w:t>“师傅，去最近的房产中介。”</w:t>
      </w:r>
    </w:p>
    <w:p>
      <w:pPr>
        <w:spacing w:line="560" w:lineRule="exact"/>
        <w:ind w:firstLine="420"/>
      </w:pPr>
      <w:r>
        <w:rPr>
          <w:rFonts w:ascii="宋体" w:hAnsi="宋体" w:eastAsia="宋体"/>
          <w:sz w:val="24"/>
        </w:rPr>
        <w:t>“这个点了，中介早关门了吧？”司机回头看他。</w:t>
      </w:r>
    </w:p>
    <w:p>
      <w:pPr>
        <w:spacing w:line="560" w:lineRule="exact"/>
        <w:ind w:firstLine="420"/>
      </w:pPr>
      <w:r>
        <w:rPr>
          <w:rFonts w:ascii="宋体" w:hAnsi="宋体" w:eastAsia="宋体"/>
          <w:sz w:val="24"/>
        </w:rPr>
        <w:t>“那就去最好的楼盘售楼处——还在营业的那种。”</w:t>
      </w:r>
    </w:p>
    <w:p>
      <w:pPr>
        <w:spacing w:line="560" w:lineRule="exact"/>
        <w:ind w:firstLine="420"/>
      </w:pPr>
      <w:r>
        <w:rPr>
          <w:rFonts w:ascii="宋体" w:hAnsi="宋体" w:eastAsia="宋体"/>
          <w:sz w:val="24"/>
        </w:rPr>
        <w:t>司机打量了他一眼——一个穿着西装的大学生，看着不像能买得起房的样子。但他什么都没说，踩下油门：“行，带你去天玺湾看看，那边高端盘，售楼处开到晚上十点。”</w:t>
      </w:r>
    </w:p>
    <w:p>
      <w:pPr>
        <w:spacing w:line="560" w:lineRule="exact"/>
        <w:ind w:firstLine="420"/>
      </w:pPr>
      <w:r>
        <w:rPr>
          <w:rFonts w:ascii="宋体" w:hAnsi="宋体" w:eastAsia="宋体"/>
          <w:sz w:val="24"/>
        </w:rPr>
        <w:t>出租车驶入主路，窗外的霓虹灯光在玻璃上流淌而过。林风靠在座椅上，闭上了眼。</w:t>
      </w:r>
    </w:p>
    <w:p>
      <w:pPr>
        <w:spacing w:line="560" w:lineRule="exact"/>
        <w:ind w:firstLine="420"/>
      </w:pPr>
      <w:r>
        <w:rPr>
          <w:rFonts w:ascii="宋体" w:hAnsi="宋体" w:eastAsia="宋体"/>
          <w:sz w:val="24"/>
        </w:rPr>
        <w:t>脑海里闪过今天的一幕幕——公会排位赛夺冠时的欢呼声、周总宣布代言人时的掌声、皇朝霸主那不甘的眼神、魔神拍他肩膀时那句“兄弟，你牛”。</w:t>
      </w:r>
    </w:p>
    <w:p>
      <w:pPr>
        <w:spacing w:line="560" w:lineRule="exact"/>
        <w:ind w:firstLine="420"/>
      </w:pPr>
      <w:r>
        <w:rPr>
          <w:rFonts w:ascii="宋体" w:hAnsi="宋体" w:eastAsia="宋体"/>
          <w:sz w:val="24"/>
        </w:rPr>
        <w:t>三天前，他还是那个在食堂吃八块钱套餐、月底靠泡面过活的穷学生。</w:t>
      </w:r>
    </w:p>
    <w:p>
      <w:pPr>
        <w:spacing w:line="560" w:lineRule="exact"/>
        <w:ind w:firstLine="420"/>
      </w:pPr>
      <w:r>
        <w:rPr>
          <w:rFonts w:ascii="宋体" w:hAnsi="宋体" w:eastAsia="宋体"/>
          <w:sz w:val="24"/>
        </w:rPr>
        <w:t>三天后，他成了《天界》中国区的品牌代言人，身价一千万。</w:t>
      </w:r>
    </w:p>
    <w:p>
      <w:pPr>
        <w:spacing w:line="560" w:lineRule="exact"/>
        <w:ind w:firstLine="420"/>
      </w:pPr>
      <w:r>
        <w:rPr>
          <w:rFonts w:ascii="宋体" w:hAnsi="宋体" w:eastAsia="宋体"/>
          <w:sz w:val="24"/>
        </w:rPr>
        <w:t>他低下头，看着自己的手。</w:t>
      </w:r>
    </w:p>
    <w:p>
      <w:pPr>
        <w:spacing w:line="560" w:lineRule="exact"/>
        <w:ind w:firstLine="420"/>
      </w:pPr>
      <w:r>
        <w:rPr>
          <w:rFonts w:ascii="宋体" w:hAnsi="宋体" w:eastAsia="宋体"/>
          <w:sz w:val="24"/>
        </w:rPr>
        <w:t>这双手，在游戏里握着神豪之刃。</w:t>
      </w:r>
    </w:p>
    <w:p>
      <w:pPr>
        <w:spacing w:line="560" w:lineRule="exact"/>
        <w:ind w:firstLine="420"/>
      </w:pPr>
      <w:r>
        <w:rPr>
          <w:rFonts w:ascii="宋体" w:hAnsi="宋体" w:eastAsia="宋体"/>
          <w:sz w:val="24"/>
        </w:rPr>
        <w:t>在现实里——他即将握住的，是整个城市的钥匙。</w:t>
      </w:r>
    </w:p>
    <w:p>
      <w:pPr>
        <w:spacing w:line="560" w:lineRule="exact"/>
        <w:ind w:firstLine="420"/>
      </w:pPr>
      <w:r>
        <w:rPr>
          <w:rFonts w:ascii="宋体" w:hAnsi="宋体" w:eastAsia="宋体"/>
          <w:sz w:val="24"/>
        </w:rPr>
        <w:t>从穷学生到千万代言——三天。</w:t>
      </w:r>
    </w:p>
    <w:p>
      <w:pPr>
        <w:spacing w:line="560" w:lineRule="exact"/>
        <w:ind w:firstLine="420"/>
      </w:pPr>
      <w:r>
        <w:rPr>
          <w:rFonts w:ascii="宋体" w:hAnsi="宋体" w:eastAsia="宋体"/>
          <w:sz w:val="24"/>
        </w:rPr>
        <w:t>从千万代言到真正的千万身家——还需要多久？</w:t>
      </w:r>
    </w:p>
    <w:p>
      <w:pPr>
        <w:spacing w:line="560" w:lineRule="exact"/>
        <w:ind w:firstLine="420"/>
      </w:pPr>
      <w:r>
        <w:rPr>
          <w:rFonts w:ascii="宋体" w:hAnsi="宋体" w:eastAsia="宋体"/>
          <w:sz w:val="24"/>
        </w:rPr>
        <w:t>出租车穿过跨江大桥，窗外的江面倒映着两岸的灯火，波光粼粼，像碎金子铺在水面上。</w:t>
      </w:r>
    </w:p>
    <w:p>
      <w:pPr>
        <w:spacing w:line="560" w:lineRule="exact"/>
        <w:ind w:firstLine="420"/>
      </w:pPr>
      <w:r>
        <w:rPr>
          <w:rFonts w:ascii="宋体" w:hAnsi="宋体" w:eastAsia="宋体"/>
          <w:sz w:val="24"/>
        </w:rPr>
        <w:t>天玺湾的轮廓出现在前方。</w:t>
      </w:r>
    </w:p>
    <w:p>
      <w:pPr>
        <w:spacing w:line="560" w:lineRule="exact"/>
        <w:ind w:firstLine="420"/>
      </w:pPr>
      <w:r>
        <w:rPr>
          <w:rFonts w:ascii="宋体" w:hAnsi="宋体" w:eastAsia="宋体"/>
          <w:sz w:val="24"/>
        </w:rPr>
        <w:t>林风睁开眼，看着那座灯火通明的高端楼盘轮廓。</w:t>
      </w:r>
    </w:p>
    <w:p>
      <w:pPr>
        <w:spacing w:line="560" w:lineRule="exact"/>
        <w:ind w:firstLine="420"/>
      </w:pPr>
      <w:r>
        <w:rPr>
          <w:rFonts w:ascii="宋体" w:hAnsi="宋体" w:eastAsia="宋体"/>
          <w:sz w:val="24"/>
        </w:rPr>
        <w:t>他要在这个城市里，买下属于自己的第一套房。</w:t>
      </w:r>
    </w:p>
    <w:p>
      <w:r>
        <w:br w:type="page"/>
      </w:r>
    </w:p>
    <w:p>
      <w:pPr>
        <w:jc w:val="center"/>
      </w:pPr>
      <w:r>
        <w:rPr>
          <w:b/>
          <w:sz w:val="32"/>
        </w:rPr>
        <w:t>第022章 现实奠基</w:t>
      </w:r>
    </w:p>
    <w:p>
      <w:pPr>
        <w:jc w:val="center"/>
      </w:pPr>
      <w:r>
        <w:rPr>
          <w:color w:val="999999"/>
          <w:sz w:val="18"/>
        </w:rPr>
        <w:t>（2,640字）</w:t>
      </w:r>
    </w:p>
    <w:p/>
    <w:p>
      <w:pPr>
        <w:spacing w:line="560" w:lineRule="exact"/>
        <w:ind w:firstLine="420"/>
      </w:pPr>
      <w:r>
        <w:rPr>
          <w:rFonts w:ascii="宋体" w:hAnsi="宋体" w:eastAsia="宋体"/>
          <w:sz w:val="24"/>
        </w:rPr>
        <w:t>出租车停在天玺湾售楼处门口的时候，林风看了一眼时间——晚上八点四十分。</w:t>
      </w:r>
    </w:p>
    <w:p>
      <w:pPr>
        <w:spacing w:line="560" w:lineRule="exact"/>
        <w:ind w:firstLine="420"/>
      </w:pPr>
      <w:r>
        <w:rPr>
          <w:rFonts w:ascii="宋体" w:hAnsi="宋体" w:eastAsia="宋体"/>
          <w:sz w:val="24"/>
        </w:rPr>
        <w:t>售楼处的灯光还亮着，玻璃门敞开着，门口站着两个保安。</w:t>
      </w:r>
    </w:p>
    <w:p>
      <w:pPr>
        <w:spacing w:line="560" w:lineRule="exact"/>
        <w:ind w:firstLine="420"/>
      </w:pPr>
      <w:r>
        <w:rPr>
          <w:rFonts w:ascii="宋体" w:hAnsi="宋体" w:eastAsia="宋体"/>
          <w:sz w:val="24"/>
        </w:rPr>
        <w:t>林风付了车费，下了车。</w:t>
      </w:r>
    </w:p>
    <w:p>
      <w:pPr>
        <w:spacing w:line="560" w:lineRule="exact"/>
        <w:ind w:firstLine="420"/>
      </w:pPr>
      <w:r>
        <w:rPr>
          <w:rFonts w:ascii="宋体" w:hAnsi="宋体" w:eastAsia="宋体"/>
          <w:sz w:val="24"/>
        </w:rPr>
        <w:t>天玺湾的售楼处装修得很气派，光是门口那两棵景观树就值好几万。透过落地玻璃窗能看到里面富丽堂皇的大厅，水晶吊灯的光线把整个空间照得通亮。</w:t>
      </w:r>
    </w:p>
    <w:p>
      <w:pPr>
        <w:spacing w:line="560" w:lineRule="exact"/>
        <w:ind w:firstLine="420"/>
      </w:pPr>
      <w:r>
        <w:rPr>
          <w:rFonts w:ascii="宋体" w:hAnsi="宋体" w:eastAsia="宋体"/>
          <w:sz w:val="24"/>
        </w:rPr>
        <w:t>他推门走进去。</w:t>
      </w:r>
    </w:p>
    <w:p>
      <w:pPr>
        <w:spacing w:line="560" w:lineRule="exact"/>
        <w:ind w:firstLine="420"/>
      </w:pPr>
      <w:r>
        <w:rPr>
          <w:rFonts w:ascii="宋体" w:hAnsi="宋体" w:eastAsia="宋体"/>
          <w:sz w:val="24"/>
        </w:rPr>
        <w:t>一个穿着黑色西装的工作人员迎了上来——三十出头，头发梳得油光锃亮，标准的售楼先生打扮。他上下打量了林风一眼——西装还行，但不是什么大牌，而且看起来有点稚嫩。</w:t>
      </w:r>
    </w:p>
    <w:p>
      <w:pPr>
        <w:spacing w:line="560" w:lineRule="exact"/>
        <w:ind w:firstLine="420"/>
      </w:pPr>
      <w:r>
        <w:rPr>
          <w:rFonts w:ascii="宋体" w:hAnsi="宋体" w:eastAsia="宋体"/>
          <w:sz w:val="24"/>
        </w:rPr>
        <w:t>“先生，请问您是来看房的吗？”工作人员的语气客气，但眼神里带着一丝打量。</w:t>
      </w:r>
    </w:p>
    <w:p>
      <w:pPr>
        <w:spacing w:line="560" w:lineRule="exact"/>
        <w:ind w:firstLine="420"/>
      </w:pPr>
      <w:r>
        <w:rPr>
          <w:rFonts w:ascii="宋体" w:hAnsi="宋体" w:eastAsia="宋体"/>
          <w:sz w:val="24"/>
        </w:rPr>
        <w:t>“嗯。”林风点点头，“看看你们的户型。”</w:t>
      </w:r>
    </w:p>
    <w:p>
      <w:pPr>
        <w:spacing w:line="560" w:lineRule="exact"/>
        <w:ind w:firstLine="420"/>
      </w:pPr>
      <w:r>
        <w:rPr>
          <w:rFonts w:ascii="宋体" w:hAnsi="宋体" w:eastAsia="宋体"/>
          <w:sz w:val="24"/>
        </w:rPr>
        <w:t>“好的，先生这边请——”工作人员把他带到沙盘前，“我们天玺湾目前在售的有三个户型：98平的三室、118平的三室两卫、142平的四室三卫。先生您对面积有什么要求？”</w:t>
      </w:r>
    </w:p>
    <w:p>
      <w:pPr>
        <w:spacing w:line="560" w:lineRule="exact"/>
        <w:ind w:firstLine="420"/>
      </w:pPr>
      <w:r>
        <w:rPr>
          <w:rFonts w:ascii="宋体" w:hAnsi="宋体" w:eastAsia="宋体"/>
          <w:sz w:val="24"/>
        </w:rPr>
        <w:t>“142平的那个，多少钱？”林风开门见山。</w:t>
      </w:r>
    </w:p>
    <w:p>
      <w:pPr>
        <w:spacing w:line="560" w:lineRule="exact"/>
        <w:ind w:firstLine="420"/>
      </w:pPr>
      <w:r>
        <w:rPr>
          <w:rFonts w:ascii="宋体" w:hAnsi="宋体" w:eastAsia="宋体"/>
          <w:sz w:val="24"/>
        </w:rPr>
        <w:t>“142平的，均价五万八，总价大约八百二十万。”工作人员说，“目前有优惠活动，折后大概七百八十万。首付三成的话，大约二百三十四万。”</w:t>
      </w:r>
    </w:p>
    <w:p>
      <w:pPr>
        <w:spacing w:line="560" w:lineRule="exact"/>
        <w:ind w:firstLine="420"/>
      </w:pPr>
      <w:r>
        <w:rPr>
          <w:rFonts w:ascii="宋体" w:hAnsi="宋体" w:eastAsia="宋体"/>
          <w:sz w:val="24"/>
        </w:rPr>
        <w:t>说到这里，工作人员的语气稍微顿了顿，似乎在等林风的反应。</w:t>
      </w:r>
    </w:p>
    <w:p>
      <w:pPr>
        <w:spacing w:line="560" w:lineRule="exact"/>
        <w:ind w:firstLine="420"/>
      </w:pPr>
      <w:r>
        <w:rPr>
          <w:rFonts w:ascii="宋体" w:hAnsi="宋体" w:eastAsia="宋体"/>
          <w:sz w:val="24"/>
        </w:rPr>
        <w:t>七百八十万。首付二百三十四万。对绝大多数人来说，这个数字足以让他们退缩。</w:t>
      </w:r>
    </w:p>
    <w:p>
      <w:pPr>
        <w:spacing w:line="560" w:lineRule="exact"/>
        <w:ind w:firstLine="420"/>
      </w:pPr>
      <w:r>
        <w:rPr>
          <w:rFonts w:ascii="宋体" w:hAnsi="宋体" w:eastAsia="宋体"/>
          <w:sz w:val="24"/>
        </w:rPr>
        <w:t>但林风只是点了点头，表情没有任何变化。</w:t>
      </w:r>
    </w:p>
    <w:p>
      <w:pPr>
        <w:spacing w:line="560" w:lineRule="exact"/>
        <w:ind w:firstLine="420"/>
      </w:pPr>
      <w:r>
        <w:rPr>
          <w:rFonts w:ascii="宋体" w:hAnsi="宋体" w:eastAsia="宋体"/>
          <w:sz w:val="24"/>
        </w:rPr>
        <w:t>“能看看样板间吗？”</w:t>
      </w:r>
    </w:p>
    <w:p>
      <w:pPr>
        <w:spacing w:line="560" w:lineRule="exact"/>
        <w:ind w:firstLine="420"/>
      </w:pPr>
      <w:r>
        <w:rPr>
          <w:rFonts w:ascii="宋体" w:hAnsi="宋体" w:eastAsia="宋体"/>
          <w:sz w:val="24"/>
        </w:rPr>
        <w:t>“当然可以。先生请跟我来——”</w:t>
      </w:r>
    </w:p>
    <w:p>
      <w:pPr>
        <w:spacing w:line="560" w:lineRule="exact"/>
        <w:ind w:firstLine="420"/>
      </w:pPr>
      <w:r>
        <w:rPr>
          <w:rFonts w:ascii="宋体" w:hAnsi="宋体" w:eastAsia="宋体"/>
          <w:sz w:val="24"/>
        </w:rPr>
        <w:t>工作人员带着林风穿过走廊，来到样板间门口。正准备推门进去的时候，旁边传来一个清脆的女声：</w:t>
      </w:r>
    </w:p>
    <w:p>
      <w:pPr>
        <w:spacing w:line="560" w:lineRule="exact"/>
        <w:ind w:firstLine="420"/>
      </w:pPr>
      <w:r>
        <w:rPr>
          <w:rFonts w:ascii="宋体" w:hAnsi="宋体" w:eastAsia="宋体"/>
          <w:sz w:val="24"/>
        </w:rPr>
        <w:t>“李先生，我来接待这位客户吧。”</w:t>
      </w:r>
    </w:p>
    <w:p>
      <w:pPr>
        <w:spacing w:line="560" w:lineRule="exact"/>
        <w:ind w:firstLine="420"/>
      </w:pPr>
      <w:r>
        <w:rPr>
          <w:rFonts w:ascii="宋体" w:hAnsi="宋体" w:eastAsia="宋体"/>
          <w:sz w:val="24"/>
        </w:rPr>
        <w:t>林风转头看去。</w:t>
      </w:r>
    </w:p>
    <w:p>
      <w:pPr>
        <w:spacing w:line="560" w:lineRule="exact"/>
        <w:ind w:firstLine="420"/>
      </w:pPr>
      <w:r>
        <w:rPr>
          <w:rFonts w:ascii="宋体" w:hAnsi="宋体" w:eastAsia="宋体"/>
          <w:sz w:val="24"/>
        </w:rPr>
        <w:t>一个穿着白色衬衫、黑色包臀裙的女孩站在走廊尽头。她大约二十三四岁，长发扎成低马尾，五官精致，一双明亮的眼睛透着干练。胸牌上写着——高级置业顾问，苏婉清。</w:t>
      </w:r>
    </w:p>
    <w:p>
      <w:pPr>
        <w:spacing w:line="560" w:lineRule="exact"/>
        <w:ind w:firstLine="420"/>
      </w:pPr>
      <w:r>
        <w:rPr>
          <w:rFonts w:ascii="宋体" w:hAnsi="宋体" w:eastAsia="宋体"/>
          <w:sz w:val="24"/>
        </w:rPr>
        <w:t>那个工作人员愣了一下：“苏姐，他……”</w:t>
      </w:r>
    </w:p>
    <w:p>
      <w:pPr>
        <w:spacing w:line="560" w:lineRule="exact"/>
        <w:ind w:firstLine="420"/>
      </w:pPr>
      <w:r>
        <w:rPr>
          <w:rFonts w:ascii="宋体" w:hAnsi="宋体" w:eastAsia="宋体"/>
          <w:sz w:val="24"/>
        </w:rPr>
        <w:t>“没事，我来。”苏婉清微微一笑，走到林风面前，“先生您好，我是高级置业顾问苏婉清，很高兴为您服务。请问您贵姓？”</w:t>
      </w:r>
    </w:p>
    <w:p>
      <w:pPr>
        <w:spacing w:line="560" w:lineRule="exact"/>
        <w:ind w:firstLine="420"/>
      </w:pPr>
      <w:r>
        <w:rPr>
          <w:rFonts w:ascii="宋体" w:hAnsi="宋体" w:eastAsia="宋体"/>
          <w:sz w:val="24"/>
        </w:rPr>
        <w:t>“免贵姓林。”</w:t>
      </w:r>
    </w:p>
    <w:p>
      <w:pPr>
        <w:spacing w:line="560" w:lineRule="exact"/>
        <w:ind w:firstLine="420"/>
      </w:pPr>
      <w:r>
        <w:rPr>
          <w:rFonts w:ascii="宋体" w:hAnsi="宋体" w:eastAsia="宋体"/>
          <w:sz w:val="24"/>
        </w:rPr>
        <w:t>“林先生，请这边走——我带您看样板间。”苏婉清做了个“请”的手势，动作自然得体。</w:t>
      </w:r>
    </w:p>
    <w:p>
      <w:pPr>
        <w:spacing w:line="560" w:lineRule="exact"/>
        <w:ind w:firstLine="420"/>
      </w:pPr>
      <w:r>
        <w:rPr>
          <w:rFonts w:ascii="宋体" w:hAnsi="宋体" w:eastAsia="宋体"/>
          <w:sz w:val="24"/>
        </w:rPr>
        <w:t>样板间在二楼。苏婉清一边走一边介绍：“142平的户型是四室两厅三卫，带独立书房和衣帽间。南北双阳台，主卧和客厅朝南，采光非常好。厨房是U型设计，操作空间充足……”</w:t>
      </w:r>
    </w:p>
    <w:p>
      <w:pPr>
        <w:spacing w:line="560" w:lineRule="exact"/>
        <w:ind w:firstLine="420"/>
      </w:pPr>
      <w:r>
        <w:rPr>
          <w:rFonts w:ascii="宋体" w:hAnsi="宋体" w:eastAsia="宋体"/>
          <w:sz w:val="24"/>
        </w:rPr>
        <w:t>她的讲解流畅专业，既没有因为林风的年轻而轻视，也没有过度推销的油腻感。</w:t>
      </w:r>
    </w:p>
    <w:p>
      <w:pPr>
        <w:spacing w:line="560" w:lineRule="exact"/>
        <w:ind w:firstLine="420"/>
      </w:pPr>
      <w:r>
        <w:rPr>
          <w:rFonts w:ascii="宋体" w:hAnsi="宋体" w:eastAsia="宋体"/>
          <w:sz w:val="24"/>
        </w:rPr>
        <w:t>林风跟着她走进样板间，目光扫过宽敞的客厅、明亮的阳台、装修精致的主卧——心里已经在想象自己住在这里的样子。</w:t>
      </w:r>
    </w:p>
    <w:p>
      <w:pPr>
        <w:spacing w:line="560" w:lineRule="exact"/>
        <w:ind w:firstLine="420"/>
      </w:pPr>
      <w:r>
        <w:rPr>
          <w:rFonts w:ascii="宋体" w:hAnsi="宋体" w:eastAsia="宋体"/>
          <w:sz w:val="24"/>
        </w:rPr>
        <w:t>“林先生，您觉得这个户型怎么样？”苏婉清问道。</w:t>
      </w:r>
    </w:p>
    <w:p>
      <w:pPr>
        <w:spacing w:line="560" w:lineRule="exact"/>
        <w:ind w:firstLine="420"/>
      </w:pPr>
      <w:r>
        <w:rPr>
          <w:rFonts w:ascii="宋体" w:hAnsi="宋体" w:eastAsia="宋体"/>
          <w:sz w:val="24"/>
        </w:rPr>
        <w:t>“不错。”林风点点头，“这套多少钱？”</w:t>
      </w:r>
    </w:p>
    <w:p>
      <w:pPr>
        <w:spacing w:line="560" w:lineRule="exact"/>
        <w:ind w:firstLine="420"/>
      </w:pPr>
      <w:r>
        <w:rPr>
          <w:rFonts w:ascii="宋体" w:hAnsi="宋体" w:eastAsia="宋体"/>
          <w:sz w:val="24"/>
        </w:rPr>
        <w:t>“142平的这个户型，目前折后总价大约七百八十万。”苏婉清说，“如果您是按揭，首付三成是二百三十四万，贷款三十年的话，月供大约两万八。”</w:t>
      </w:r>
    </w:p>
    <w:p>
      <w:pPr>
        <w:spacing w:line="560" w:lineRule="exact"/>
        <w:ind w:firstLine="420"/>
      </w:pPr>
      <w:r>
        <w:rPr>
          <w:rFonts w:ascii="宋体" w:hAnsi="宋体" w:eastAsia="宋体"/>
          <w:sz w:val="24"/>
        </w:rPr>
        <w:t>“如果全款呢？”林风问。</w:t>
      </w:r>
    </w:p>
    <w:p>
      <w:pPr>
        <w:spacing w:line="560" w:lineRule="exact"/>
        <w:ind w:firstLine="420"/>
      </w:pPr>
      <w:r>
        <w:rPr>
          <w:rFonts w:ascii="宋体" w:hAnsi="宋体" w:eastAsia="宋体"/>
          <w:sz w:val="24"/>
        </w:rPr>
        <w:t>苏婉清微微一怔。</w:t>
      </w:r>
    </w:p>
    <w:p>
      <w:pPr>
        <w:spacing w:line="560" w:lineRule="exact"/>
        <w:ind w:firstLine="420"/>
      </w:pPr>
      <w:r>
        <w:rPr>
          <w:rFonts w:ascii="宋体" w:hAnsi="宋体" w:eastAsia="宋体"/>
          <w:sz w:val="24"/>
        </w:rPr>
        <w:t>全款？</w:t>
      </w:r>
    </w:p>
    <w:p>
      <w:pPr>
        <w:spacing w:line="560" w:lineRule="exact"/>
        <w:ind w:firstLine="420"/>
      </w:pPr>
      <w:r>
        <w:rPr>
          <w:rFonts w:ascii="宋体" w:hAnsi="宋体" w:eastAsia="宋体"/>
          <w:sz w:val="24"/>
        </w:rPr>
        <w:t>这个穿着一身普通西装、看着像大学生的年轻人，问的是全款？</w:t>
      </w:r>
    </w:p>
    <w:p>
      <w:pPr>
        <w:spacing w:line="560" w:lineRule="exact"/>
        <w:ind w:firstLine="420"/>
      </w:pPr>
      <w:r>
        <w:rPr>
          <w:rFonts w:ascii="宋体" w:hAnsi="宋体" w:eastAsia="宋体"/>
          <w:sz w:val="24"/>
        </w:rPr>
        <w:t>“全款的话，可以在折后价的基础上再享受一个98折优惠，最终价格大约七百六十四万。”苏婉清很快恢复了职业微笑，“不过林先生，全款七百多万……您确定有这方面的预算吗？”</w:t>
      </w:r>
    </w:p>
    <w:p>
      <w:pPr>
        <w:spacing w:line="560" w:lineRule="exact"/>
        <w:ind w:firstLine="420"/>
      </w:pPr>
      <w:r>
        <w:rPr>
          <w:rFonts w:ascii="宋体" w:hAnsi="宋体" w:eastAsia="宋体"/>
          <w:sz w:val="24"/>
        </w:rPr>
        <w:t>她说得很委婉，但意思很明确——你确定买得起？</w:t>
      </w:r>
    </w:p>
    <w:p>
      <w:pPr>
        <w:spacing w:line="560" w:lineRule="exact"/>
        <w:ind w:firstLine="420"/>
      </w:pPr>
      <w:r>
        <w:rPr>
          <w:rFonts w:ascii="宋体" w:hAnsi="宋体" w:eastAsia="宋体"/>
          <w:sz w:val="24"/>
        </w:rPr>
        <w:t>就在这时，门口传来一阵脚步声。</w:t>
      </w:r>
    </w:p>
    <w:p>
      <w:pPr>
        <w:spacing w:line="560" w:lineRule="exact"/>
        <w:ind w:firstLine="420"/>
      </w:pPr>
      <w:r>
        <w:rPr>
          <w:rFonts w:ascii="宋体" w:hAnsi="宋体" w:eastAsia="宋体"/>
          <w:sz w:val="24"/>
        </w:rPr>
        <w:t>一个挺着啤酒肚的中年男人搂着一个浓妆艳抹的女人走了进来，旁边跟着一个谄媚的销售经理。</w:t>
      </w:r>
    </w:p>
    <w:p>
      <w:pPr>
        <w:spacing w:line="560" w:lineRule="exact"/>
        <w:ind w:firstLine="420"/>
      </w:pPr>
      <w:r>
        <w:rPr>
          <w:rFonts w:ascii="宋体" w:hAnsi="宋体" w:eastAsia="宋体"/>
          <w:sz w:val="24"/>
        </w:rPr>
        <w:t>“张总！您看看这套142平的，正对小区中央花园，视野开阔！”销售经理的声音热情得过分，“总价七百八十万，以您的身份，这简直就是为您量身定做的！”</w:t>
      </w:r>
    </w:p>
    <w:p>
      <w:pPr>
        <w:spacing w:line="560" w:lineRule="exact"/>
        <w:ind w:firstLine="420"/>
      </w:pPr>
      <w:r>
        <w:rPr>
          <w:rFonts w:ascii="宋体" w:hAnsi="宋体" w:eastAsia="宋体"/>
          <w:sz w:val="24"/>
        </w:rPr>
        <w:t>那个被称为张总的中年男人端着架子点点头：“嗯，看着还行。”</w:t>
      </w:r>
    </w:p>
    <w:p>
      <w:pPr>
        <w:spacing w:line="560" w:lineRule="exact"/>
        <w:ind w:firstLine="420"/>
      </w:pPr>
      <w:r>
        <w:rPr>
          <w:rFonts w:ascii="宋体" w:hAnsi="宋体" w:eastAsia="宋体"/>
          <w:sz w:val="24"/>
        </w:rPr>
        <w:t>浓妆女人扫了一眼站在样板间客厅里的林风，不屑地轻哼了一声：“现在什么人都能进来看房了，也不看看自己买不买得起。”</w:t>
      </w:r>
    </w:p>
    <w:p>
      <w:pPr>
        <w:spacing w:line="560" w:lineRule="exact"/>
        <w:ind w:firstLine="420"/>
      </w:pPr>
      <w:r>
        <w:rPr>
          <w:rFonts w:ascii="宋体" w:hAnsi="宋体" w:eastAsia="宋体"/>
          <w:sz w:val="24"/>
        </w:rPr>
        <w:t>声音不大，但恰好能让屋里所有人都听见。</w:t>
      </w:r>
    </w:p>
    <w:p>
      <w:pPr>
        <w:spacing w:line="560" w:lineRule="exact"/>
        <w:ind w:firstLine="420"/>
      </w:pPr>
      <w:r>
        <w:rPr>
          <w:rFonts w:ascii="宋体" w:hAnsi="宋体" w:eastAsia="宋体"/>
          <w:sz w:val="24"/>
        </w:rPr>
        <w:t>苏婉清脸上闪过一丝尴尬，正要开口圆场，林风却先一步开口了：</w:t>
      </w:r>
    </w:p>
    <w:p>
      <w:pPr>
        <w:spacing w:line="560" w:lineRule="exact"/>
        <w:ind w:firstLine="420"/>
      </w:pPr>
      <w:r>
        <w:rPr>
          <w:rFonts w:ascii="宋体" w:hAnsi="宋体" w:eastAsia="宋体"/>
          <w:sz w:val="24"/>
        </w:rPr>
        <w:t>“苏小姐。”</w:t>
      </w:r>
    </w:p>
    <w:p>
      <w:pPr>
        <w:spacing w:line="560" w:lineRule="exact"/>
        <w:ind w:firstLine="420"/>
      </w:pPr>
      <w:r>
        <w:rPr>
          <w:rFonts w:ascii="宋体" w:hAnsi="宋体" w:eastAsia="宋体"/>
          <w:sz w:val="24"/>
        </w:rPr>
        <w:t>“啊？林先生您说——”</w:t>
      </w:r>
    </w:p>
    <w:p>
      <w:pPr>
        <w:spacing w:line="560" w:lineRule="exact"/>
        <w:ind w:firstLine="420"/>
      </w:pPr>
      <w:r>
        <w:rPr>
          <w:rFonts w:ascii="宋体" w:hAnsi="宋体" w:eastAsia="宋体"/>
          <w:sz w:val="24"/>
        </w:rPr>
        <w:t>“这套房子，我要了。”</w:t>
      </w:r>
    </w:p>
    <w:p>
      <w:pPr>
        <w:spacing w:line="560" w:lineRule="exact"/>
        <w:ind w:firstLine="420"/>
      </w:pPr>
      <w:r>
        <w:rPr>
          <w:rFonts w:ascii="宋体" w:hAnsi="宋体" w:eastAsia="宋体"/>
          <w:sz w:val="24"/>
        </w:rPr>
        <w:t>“……”苏婉清愣了一下，“林先生，您是说要……”</w:t>
      </w:r>
    </w:p>
    <w:p>
      <w:pPr>
        <w:spacing w:line="560" w:lineRule="exact"/>
        <w:ind w:firstLine="420"/>
      </w:pPr>
      <w:r>
        <w:rPr>
          <w:rFonts w:ascii="宋体" w:hAnsi="宋体" w:eastAsia="宋体"/>
          <w:sz w:val="24"/>
        </w:rPr>
        <w:t>“全款。”林风淡淡地说。</w:t>
      </w:r>
    </w:p>
    <w:p>
      <w:pPr>
        <w:spacing w:line="560" w:lineRule="exact"/>
        <w:ind w:firstLine="420"/>
      </w:pPr>
      <w:r>
        <w:rPr>
          <w:rFonts w:ascii="宋体" w:hAnsi="宋体" w:eastAsia="宋体"/>
          <w:sz w:val="24"/>
        </w:rPr>
        <w:t>整个样板间瞬间安静了。</w:t>
      </w:r>
    </w:p>
    <w:p>
      <w:pPr>
        <w:spacing w:line="560" w:lineRule="exact"/>
        <w:ind w:firstLine="420"/>
      </w:pPr>
      <w:r>
        <w:rPr>
          <w:rFonts w:ascii="宋体" w:hAnsi="宋体" w:eastAsia="宋体"/>
          <w:sz w:val="24"/>
        </w:rPr>
        <w:t>浓妆女人的笑容僵在脸上。张总转过头来，用惊异的目光看着这个穿着普通的年轻人。销售经理也愣住了，嘴张着，半天没合上。</w:t>
      </w:r>
    </w:p>
    <w:p>
      <w:pPr>
        <w:spacing w:line="560" w:lineRule="exact"/>
        <w:ind w:firstLine="420"/>
      </w:pPr>
      <w:r>
        <w:rPr>
          <w:rFonts w:ascii="宋体" w:hAnsi="宋体" w:eastAsia="宋体"/>
          <w:sz w:val="24"/>
        </w:rPr>
        <w:t>“林、林先生——”苏婉清深吸一口气，“您是说，全款购买这套142平的户型？总价七百六十四万？”</w:t>
      </w:r>
    </w:p>
    <w:p>
      <w:pPr>
        <w:spacing w:line="560" w:lineRule="exact"/>
        <w:ind w:firstLine="420"/>
      </w:pPr>
      <w:r>
        <w:rPr>
          <w:rFonts w:ascii="宋体" w:hAnsi="宋体" w:eastAsia="宋体"/>
          <w:sz w:val="24"/>
        </w:rPr>
        <w:t>“嗯。”林风拿出银行卡，“现在就可以刷卡。”</w:t>
      </w:r>
    </w:p>
    <w:p>
      <w:pPr>
        <w:spacing w:line="560" w:lineRule="exact"/>
        <w:ind w:firstLine="420"/>
      </w:pPr>
      <w:r>
        <w:rPr>
          <w:rFonts w:ascii="宋体" w:hAnsi="宋体" w:eastAsia="宋体"/>
          <w:sz w:val="24"/>
        </w:rPr>
        <w:t>“可、可是……”苏婉清犹豫了一下，压低声音说道，“林先生，全款七百多万不是小数目。我知道有些客户可能会一时冲动……您要不要再考虑一下？”</w:t>
      </w:r>
    </w:p>
    <w:p>
      <w:pPr>
        <w:spacing w:line="560" w:lineRule="exact"/>
        <w:ind w:firstLine="420"/>
      </w:pPr>
      <w:r>
        <w:rPr>
          <w:rFonts w:ascii="宋体" w:hAnsi="宋体" w:eastAsia="宋体"/>
          <w:sz w:val="24"/>
        </w:rPr>
        <w:t>林风看着她。</w:t>
      </w:r>
    </w:p>
    <w:p>
      <w:pPr>
        <w:spacing w:line="560" w:lineRule="exact"/>
        <w:ind w:firstLine="420"/>
      </w:pPr>
      <w:r>
        <w:rPr>
          <w:rFonts w:ascii="宋体" w:hAnsi="宋体" w:eastAsia="宋体"/>
          <w:sz w:val="24"/>
        </w:rPr>
        <w:t>这个售楼小姐，居然在劝他别冲动消费？换成别的销售，早就抢着刷卡了。</w:t>
      </w:r>
    </w:p>
    <w:p>
      <w:pPr>
        <w:spacing w:line="560" w:lineRule="exact"/>
        <w:ind w:firstLine="420"/>
      </w:pPr>
      <w:r>
        <w:rPr>
          <w:rFonts w:ascii="宋体" w:hAnsi="宋体" w:eastAsia="宋体"/>
          <w:sz w:val="24"/>
        </w:rPr>
        <w:t>他笑了笑：“放心，我很确定。”</w:t>
      </w:r>
    </w:p>
    <w:p>
      <w:pPr>
        <w:spacing w:line="560" w:lineRule="exact"/>
        <w:ind w:firstLine="420"/>
      </w:pPr>
      <w:r>
        <w:rPr>
          <w:rFonts w:ascii="宋体" w:hAnsi="宋体" w:eastAsia="宋体"/>
          <w:sz w:val="24"/>
        </w:rPr>
        <w:t>苏婉清深吸一口气：“那好，林先生请跟我到签约区办理手续。”</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签约区。</w:t>
      </w:r>
    </w:p>
    <w:p>
      <w:pPr>
        <w:spacing w:line="560" w:lineRule="exact"/>
        <w:ind w:firstLine="420"/>
      </w:pPr>
      <w:r>
        <w:rPr>
          <w:rFonts w:ascii="宋体" w:hAnsi="宋体" w:eastAsia="宋体"/>
          <w:sz w:val="24"/>
        </w:rPr>
        <w:t>苏婉清在电脑上操作着认购协议，林风坐在她对面，刷卡支付了一百万的定金。</w:t>
      </w:r>
    </w:p>
    <w:p>
      <w:pPr>
        <w:spacing w:line="560" w:lineRule="exact"/>
        <w:ind w:firstLine="420"/>
      </w:pPr>
      <w:r>
        <w:rPr>
          <w:rFonts w:ascii="宋体" w:hAnsi="宋体" w:eastAsia="宋体"/>
          <w:sz w:val="24"/>
        </w:rPr>
        <w:t>“林先生，尾款六百六十四万，按照认购协议，您需要在三十天内付清。”苏婉清把协议推到他面前，“您看一下，如果没有问题，请在最后一页签字。”</w:t>
      </w:r>
    </w:p>
    <w:p>
      <w:pPr>
        <w:spacing w:line="560" w:lineRule="exact"/>
        <w:ind w:firstLine="420"/>
      </w:pPr>
      <w:r>
        <w:rPr>
          <w:rFonts w:ascii="宋体" w:hAnsi="宋体" w:eastAsia="宋体"/>
          <w:sz w:val="24"/>
        </w:rPr>
        <w:t>林风扫了一遍协议，签了字。</w:t>
      </w:r>
    </w:p>
    <w:p>
      <w:pPr>
        <w:spacing w:line="560" w:lineRule="exact"/>
        <w:ind w:firstLine="420"/>
      </w:pPr>
      <w:r>
        <w:rPr>
          <w:rFonts w:ascii="宋体" w:hAnsi="宋体" w:eastAsia="宋体"/>
          <w:sz w:val="24"/>
        </w:rPr>
        <w:t>“合作愉快。”苏婉清微笑着伸出手。</w:t>
      </w:r>
    </w:p>
    <w:p>
      <w:pPr>
        <w:spacing w:line="560" w:lineRule="exact"/>
        <w:ind w:firstLine="420"/>
      </w:pPr>
      <w:r>
        <w:rPr>
          <w:rFonts w:ascii="宋体" w:hAnsi="宋体" w:eastAsia="宋体"/>
          <w:sz w:val="24"/>
        </w:rPr>
        <w:t>“合作愉快。”林风握住她的手。</w:t>
      </w:r>
    </w:p>
    <w:p>
      <w:pPr>
        <w:spacing w:line="560" w:lineRule="exact"/>
        <w:ind w:firstLine="420"/>
      </w:pPr>
      <w:r>
        <w:rPr>
          <w:rFonts w:ascii="宋体" w:hAnsi="宋体" w:eastAsia="宋体"/>
          <w:sz w:val="24"/>
        </w:rPr>
        <w:t>然后他没有急着松手，而是说了一句让苏婉清愣住的话：</w:t>
      </w:r>
    </w:p>
    <w:p>
      <w:pPr>
        <w:spacing w:line="560" w:lineRule="exact"/>
        <w:ind w:firstLine="420"/>
      </w:pPr>
      <w:r>
        <w:rPr>
          <w:rFonts w:ascii="宋体" w:hAnsi="宋体" w:eastAsia="宋体"/>
          <w:sz w:val="24"/>
        </w:rPr>
        <w:t>“苏小姐，你有没有兴趣换个工作？”</w:t>
      </w:r>
    </w:p>
    <w:p>
      <w:pPr>
        <w:spacing w:line="560" w:lineRule="exact"/>
        <w:ind w:firstLine="420"/>
      </w:pPr>
      <w:r>
        <w:rPr>
          <w:rFonts w:ascii="宋体" w:hAnsi="宋体" w:eastAsia="宋体"/>
          <w:sz w:val="24"/>
        </w:rPr>
        <w:t>“换个工作？”苏婉清眨了眨眼，“什么意思？”</w:t>
      </w:r>
    </w:p>
    <w:p>
      <w:pPr>
        <w:spacing w:line="560" w:lineRule="exact"/>
        <w:ind w:firstLine="420"/>
      </w:pPr>
      <w:r>
        <w:rPr>
          <w:rFonts w:ascii="宋体" w:hAnsi="宋体" w:eastAsia="宋体"/>
          <w:sz w:val="24"/>
        </w:rPr>
        <w:t>“我打算成立一家公司。”林风松开手，靠在椅背上，“需要一个靠谱的人来帮我管公司。你是做房产销售的，对市场、商务、客户都熟。有没有兴趣？”</w:t>
      </w:r>
    </w:p>
    <w:p>
      <w:pPr>
        <w:spacing w:line="560" w:lineRule="exact"/>
        <w:ind w:firstLine="420"/>
      </w:pPr>
      <w:r>
        <w:rPr>
          <w:rFonts w:ascii="宋体" w:hAnsi="宋体" w:eastAsia="宋体"/>
          <w:sz w:val="24"/>
        </w:rPr>
        <w:t>苏婉清彻底愣住了。</w:t>
      </w:r>
    </w:p>
    <w:p>
      <w:pPr>
        <w:spacing w:line="560" w:lineRule="exact"/>
        <w:ind w:firstLine="420"/>
      </w:pPr>
      <w:r>
        <w:rPr>
          <w:rFonts w:ascii="宋体" w:hAnsi="宋体" w:eastAsia="宋体"/>
          <w:sz w:val="24"/>
        </w:rPr>
        <w:t>一个看着像大学生的男生，买完房子之后——第一件事是挖她跳槽？</w:t>
      </w:r>
    </w:p>
    <w:p>
      <w:pPr>
        <w:spacing w:line="560" w:lineRule="exact"/>
        <w:ind w:firstLine="420"/>
      </w:pPr>
      <w:r>
        <w:rPr>
          <w:rFonts w:ascii="宋体" w:hAnsi="宋体" w:eastAsia="宋体"/>
          <w:sz w:val="24"/>
        </w:rPr>
        <w:t>“林先生，您不是在开玩笑吧？”</w:t>
      </w:r>
    </w:p>
    <w:p>
      <w:pPr>
        <w:spacing w:line="560" w:lineRule="exact"/>
        <w:ind w:firstLine="420"/>
      </w:pPr>
      <w:r>
        <w:rPr>
          <w:rFonts w:ascii="宋体" w:hAnsi="宋体" w:eastAsia="宋体"/>
          <w:sz w:val="24"/>
        </w:rPr>
        <w:t>“我从不开玩笑。”林风看着她，“你刚才劝我别冲动消费——在这个行业里，愿意为客户的利益着想的销售，不多见。”</w:t>
      </w:r>
    </w:p>
    <w:p>
      <w:pPr>
        <w:spacing w:line="560" w:lineRule="exact"/>
        <w:ind w:firstLine="420"/>
      </w:pPr>
      <w:r>
        <w:rPr>
          <w:rFonts w:ascii="宋体" w:hAnsi="宋体" w:eastAsia="宋体"/>
          <w:sz w:val="24"/>
        </w:rPr>
        <w:t>“我……”苏婉清张了张嘴，一时不知道说什么。</w:t>
      </w:r>
    </w:p>
    <w:p>
      <w:pPr>
        <w:spacing w:line="560" w:lineRule="exact"/>
        <w:ind w:firstLine="420"/>
      </w:pPr>
      <w:r>
        <w:rPr>
          <w:rFonts w:ascii="宋体" w:hAnsi="宋体" w:eastAsia="宋体"/>
          <w:sz w:val="24"/>
        </w:rPr>
        <w:t>“不急着回答。”林风站起来，“这是我的电话。你考虑好了，随时打给我。”</w:t>
      </w:r>
    </w:p>
    <w:p>
      <w:pPr>
        <w:spacing w:line="560" w:lineRule="exact"/>
        <w:ind w:firstLine="420"/>
      </w:pPr>
      <w:r>
        <w:rPr>
          <w:rFonts w:ascii="宋体" w:hAnsi="宋体" w:eastAsia="宋体"/>
          <w:sz w:val="24"/>
        </w:rPr>
        <w:t>他把一张写着电话号码的纸条放在桌上，转身走出了售楼处。</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回到家，林风戴上游戏头盔。</w:t>
      </w:r>
    </w:p>
    <w:p>
      <w:pPr>
        <w:spacing w:line="560" w:lineRule="exact"/>
        <w:ind w:firstLine="420"/>
      </w:pPr>
      <w:r>
        <w:rPr>
          <w:rFonts w:ascii="宋体" w:hAnsi="宋体" w:eastAsia="宋体"/>
          <w:sz w:val="24"/>
        </w:rPr>
        <w:t>眼前光芒一闪，他出现在辉煌神殿的大厅中。</w:t>
      </w:r>
    </w:p>
    <w:p>
      <w:pPr>
        <w:spacing w:line="560" w:lineRule="exact"/>
        <w:ind w:firstLine="420"/>
      </w:pPr>
      <w:r>
        <w:rPr>
          <w:rFonts w:ascii="宋体" w:hAnsi="宋体" w:eastAsia="宋体"/>
          <w:sz w:val="24"/>
        </w:rPr>
        <w:t>“会长回来了！”</w:t>
      </w:r>
    </w:p>
    <w:p>
      <w:pPr>
        <w:spacing w:line="560" w:lineRule="exact"/>
        <w:ind w:firstLine="420"/>
      </w:pPr>
      <w:r>
        <w:rPr>
          <w:rFonts w:ascii="宋体" w:hAnsi="宋体" w:eastAsia="宋体"/>
          <w:sz w:val="24"/>
        </w:rPr>
        <w:t>“会长！您终于上线了！”</w:t>
      </w:r>
    </w:p>
    <w:p>
      <w:pPr>
        <w:spacing w:line="560" w:lineRule="exact"/>
        <w:ind w:firstLine="420"/>
      </w:pPr>
      <w:r>
        <w:rPr>
          <w:rFonts w:ascii="宋体" w:hAnsi="宋体" w:eastAsia="宋体"/>
          <w:sz w:val="24"/>
        </w:rPr>
        <w:t>公会频道瞬间热闹起来。</w:t>
      </w:r>
    </w:p>
    <w:p>
      <w:pPr>
        <w:spacing w:line="560" w:lineRule="exact"/>
        <w:ind w:firstLine="420"/>
      </w:pPr>
      <w:r>
        <w:rPr>
          <w:rFonts w:ascii="宋体" w:hAnsi="宋体" w:eastAsia="宋体"/>
          <w:sz w:val="24"/>
        </w:rPr>
        <w:t>林风笑了笑，正要说话，系统提示音突然响起——</w:t>
      </w:r>
    </w:p>
    <w:p>
      <w:pPr>
        <w:spacing w:line="560" w:lineRule="exact"/>
        <w:ind w:firstLine="420"/>
      </w:pPr>
      <w:r>
        <w:rPr>
          <w:rFonts w:ascii="宋体" w:hAnsi="宋体" w:eastAsia="宋体"/>
          <w:sz w:val="24"/>
        </w:rPr>
        <w:t>【叮！神豪系统发布新任务！】</w:t>
      </w:r>
    </w:p>
    <w:p>
      <w:pPr>
        <w:spacing w:line="560" w:lineRule="exact"/>
        <w:ind w:firstLine="420"/>
      </w:pPr>
      <w:r>
        <w:rPr>
          <w:rFonts w:ascii="宋体" w:hAnsi="宋体" w:eastAsia="宋体"/>
          <w:sz w:val="24"/>
        </w:rPr>
        <w:t>【主线任务：建立现实商业帝国】</w:t>
      </w:r>
    </w:p>
    <w:p>
      <w:pPr>
        <w:spacing w:line="560" w:lineRule="exact"/>
        <w:ind w:firstLine="420"/>
      </w:pPr>
      <w:r>
        <w:rPr>
          <w:rFonts w:ascii="宋体" w:hAnsi="宋体" w:eastAsia="宋体"/>
          <w:sz w:val="24"/>
        </w:rPr>
        <w:t>【任务描述：作为神豪殿的会长，仅仅在游戏中称霸远远不够。你需要在现实中建立起属于自己的商业帝国，将游戏中的财富转化为现实中的影响力。】</w:t>
      </w:r>
    </w:p>
    <w:p>
      <w:pPr>
        <w:spacing w:line="560" w:lineRule="exact"/>
        <w:ind w:firstLine="420"/>
      </w:pPr>
      <w:r>
        <w:rPr>
          <w:rFonts w:ascii="宋体" w:hAnsi="宋体" w:eastAsia="宋体"/>
          <w:sz w:val="24"/>
        </w:rPr>
        <w:t>【任务目标：</w:t>
        <w:br/>
        <w:t>第一阶段：注册一家公司（0/1）</w:t>
        <w:br/>
        <w:t>第二阶段：公司月营收突破100万（0/1）</w:t>
        <w:br/>
        <w:t>第三阶段：公司月营收突破1000万（0/1）】</w:t>
      </w:r>
    </w:p>
    <w:p>
      <w:pPr>
        <w:spacing w:line="560" w:lineRule="exact"/>
        <w:ind w:firstLine="420"/>
      </w:pPr>
      <w:r>
        <w:rPr>
          <w:rFonts w:ascii="宋体" w:hAnsi="宋体" w:eastAsia="宋体"/>
          <w:sz w:val="24"/>
        </w:rPr>
        <w:t>【任务奖励：</w:t>
        <w:br/>
        <w:t>第一阶段奖励：神秘宝箱×1，金币×100万</w:t>
        <w:br/>
        <w:t>第二阶段奖励：神级装备兑换券×1，金币×500万</w:t>
        <w:br/>
        <w:t>第三阶段奖励：神豪积分×10000，隐藏技能×1】</w:t>
      </w:r>
    </w:p>
    <w:p>
      <w:pPr>
        <w:spacing w:line="560" w:lineRule="exact"/>
        <w:ind w:firstLine="420"/>
      </w:pPr>
      <w:r>
        <w:rPr>
          <w:rFonts w:ascii="宋体" w:hAnsi="宋体" w:eastAsia="宋体"/>
          <w:sz w:val="24"/>
        </w:rPr>
        <w:t>林风眼睛一亮。</w:t>
      </w:r>
    </w:p>
    <w:p>
      <w:pPr>
        <w:spacing w:line="560" w:lineRule="exact"/>
        <w:ind w:firstLine="420"/>
      </w:pPr>
      <w:r>
        <w:rPr>
          <w:rFonts w:ascii="宋体" w:hAnsi="宋体" w:eastAsia="宋体"/>
          <w:sz w:val="24"/>
        </w:rPr>
        <w:t>系统这是要他把游戏和现实打通。</w:t>
      </w:r>
    </w:p>
    <w:p>
      <w:pPr>
        <w:spacing w:line="560" w:lineRule="exact"/>
        <w:ind w:firstLine="420"/>
      </w:pPr>
      <w:r>
        <w:rPr>
          <w:rFonts w:ascii="宋体" w:hAnsi="宋体" w:eastAsia="宋体"/>
          <w:sz w:val="24"/>
        </w:rPr>
        <w:t>“会长！您不在的这段时间，出事了！”赵铁柱跑了过来。</w:t>
      </w:r>
    </w:p>
    <w:p>
      <w:pPr>
        <w:spacing w:line="560" w:lineRule="exact"/>
        <w:ind w:firstLine="420"/>
      </w:pPr>
      <w:r>
        <w:rPr>
          <w:rFonts w:ascii="宋体" w:hAnsi="宋体" w:eastAsia="宋体"/>
          <w:sz w:val="24"/>
        </w:rPr>
        <w:t>“什么事？”</w:t>
      </w:r>
    </w:p>
    <w:p>
      <w:pPr>
        <w:spacing w:line="560" w:lineRule="exact"/>
        <w:ind w:firstLine="420"/>
      </w:pPr>
      <w:r>
        <w:rPr>
          <w:rFonts w:ascii="宋体" w:hAnsi="宋体" w:eastAsia="宋体"/>
          <w:sz w:val="24"/>
        </w:rPr>
        <w:t>“风云阁的副会长，霸刀无情——在世界频道公开挑衅咱们！”赵铁柱气愤地说，“说咱们排位赛冠军是运气好，要跟咱们打一场公会友谊赛——输了的公会就地解散！”</w:t>
      </w:r>
    </w:p>
    <w:p>
      <w:pPr>
        <w:spacing w:line="560" w:lineRule="exact"/>
        <w:ind w:firstLine="420"/>
      </w:pPr>
      <w:r>
        <w:rPr>
          <w:rFonts w:ascii="宋体" w:hAnsi="宋体" w:eastAsia="宋体"/>
          <w:sz w:val="24"/>
        </w:rPr>
        <w:t>“风云阁？”林风回忆了一下，“就是那个在排位赛里被我们淘汰的公会？”</w:t>
      </w:r>
    </w:p>
    <w:p>
      <w:pPr>
        <w:spacing w:line="560" w:lineRule="exact"/>
        <w:ind w:firstLine="420"/>
      </w:pPr>
      <w:r>
        <w:rPr>
          <w:rFonts w:ascii="宋体" w:hAnsi="宋体" w:eastAsia="宋体"/>
          <w:sz w:val="24"/>
        </w:rPr>
        <w:t>“对！就是他们！”赵铁柱说，“他们不服气，想找回场子！”</w:t>
      </w:r>
    </w:p>
    <w:p>
      <w:pPr>
        <w:spacing w:line="560" w:lineRule="exact"/>
        <w:ind w:firstLine="420"/>
      </w:pPr>
      <w:r>
        <w:rPr>
          <w:rFonts w:ascii="宋体" w:hAnsi="宋体" w:eastAsia="宋体"/>
          <w:sz w:val="24"/>
        </w:rPr>
        <w:t>林风打开世界频道看了一眼。</w:t>
      </w:r>
    </w:p>
    <w:p>
      <w:pPr>
        <w:spacing w:line="560" w:lineRule="exact"/>
        <w:ind w:firstLine="420"/>
      </w:pPr>
      <w:r>
        <w:rPr>
          <w:rFonts w:ascii="宋体" w:hAnsi="宋体" w:eastAsia="宋体"/>
          <w:sz w:val="24"/>
        </w:rPr>
        <w:t>霸刀无情的消息还挂在上面：</w:t>
      </w:r>
    </w:p>
    <w:p>
      <w:pPr>
        <w:spacing w:line="560" w:lineRule="exact"/>
        <w:ind w:firstLine="420"/>
      </w:pPr>
      <w:r>
        <w:rPr>
          <w:rFonts w:ascii="宋体" w:hAnsi="宋体" w:eastAsia="宋体"/>
          <w:sz w:val="24"/>
        </w:rPr>
        <w:t>【霸刀无情：神豪殿的冠军含金量有多少，大家心里清楚。敢不敢跟我们风云阁打一场友谊赛？输了的——就地解散！】</w:t>
      </w:r>
    </w:p>
    <w:p>
      <w:pPr>
        <w:spacing w:line="560" w:lineRule="exact"/>
        <w:ind w:firstLine="420"/>
      </w:pPr>
      <w:r>
        <w:rPr>
          <w:rFonts w:ascii="宋体" w:hAnsi="宋体" w:eastAsia="宋体"/>
          <w:sz w:val="24"/>
        </w:rPr>
        <w:t>底下已经吵翻了：</w:t>
      </w:r>
    </w:p>
    <w:p>
      <w:pPr>
        <w:spacing w:line="560" w:lineRule="exact"/>
        <w:ind w:firstLine="420"/>
      </w:pPr>
      <w:r>
        <w:rPr>
          <w:rFonts w:ascii="宋体" w:hAnsi="宋体" w:eastAsia="宋体"/>
          <w:sz w:val="24"/>
        </w:rPr>
        <w:t>「风云阁这是找死啊？」</w:t>
        <w:br/>
        <w:t>「神豪殿刚拿了冠军，风云阁排第十七，差了十六条街！」</w:t>
        <w:br/>
        <w:t>「霸刀无情是知道自己打不过，故意恶心人的吧？」</w:t>
        <w:br/>
        <w:t>「神豪殿要是怂了，这冠军就真没含金量了！」</w:t>
        <w:br/>
        <w:t>“呵。”林风轻笑一声。</w:t>
      </w:r>
    </w:p>
    <w:p>
      <w:pPr>
        <w:spacing w:line="560" w:lineRule="exact"/>
        <w:ind w:firstLine="420"/>
      </w:pPr>
      <w:r>
        <w:rPr>
          <w:rFonts w:ascii="宋体" w:hAnsi="宋体" w:eastAsia="宋体"/>
          <w:sz w:val="24"/>
        </w:rPr>
        <w:t>他打开公会公告，编辑了一条消息：</w:t>
      </w:r>
    </w:p>
    <w:p>
      <w:pPr>
        <w:spacing w:line="560" w:lineRule="exact"/>
        <w:ind w:firstLine="420"/>
      </w:pPr>
      <w:r>
        <w:rPr>
          <w:rFonts w:ascii="宋体" w:hAnsi="宋体" w:eastAsia="宋体"/>
          <w:sz w:val="24"/>
        </w:rPr>
        <w:t>【公会公告：神豪殿接受风云阁的挑战！明天晚上八点，竞技场见！输者解散公会！】</w:t>
      </w:r>
    </w:p>
    <w:p>
      <w:pPr>
        <w:spacing w:line="560" w:lineRule="exact"/>
        <w:ind w:firstLine="420"/>
      </w:pPr>
      <w:r>
        <w:rPr>
          <w:rFonts w:ascii="宋体" w:hAnsi="宋体" w:eastAsia="宋体"/>
          <w:sz w:val="24"/>
        </w:rPr>
        <w:t>消息一发出去，整个公会频道沸腾了：</w:t>
      </w:r>
    </w:p>
    <w:p>
      <w:pPr>
        <w:spacing w:line="560" w:lineRule="exact"/>
        <w:ind w:firstLine="420"/>
      </w:pPr>
      <w:r>
        <w:rPr>
          <w:rFonts w:ascii="宋体" w:hAnsi="宋体" w:eastAsia="宋体"/>
          <w:sz w:val="24"/>
        </w:rPr>
        <w:t>“会长威武！”</w:t>
        <w:br/>
        <w:t>“干翻风云阁！”</w:t>
        <w:br/>
        <w:t>“让他们知道谁才是王者！”</w:t>
      </w:r>
    </w:p>
    <w:p>
      <w:pPr>
        <w:spacing w:line="560" w:lineRule="exact"/>
        <w:ind w:firstLine="420"/>
      </w:pPr>
      <w:r>
        <w:rPr>
          <w:rFonts w:ascii="宋体" w:hAnsi="宋体" w:eastAsia="宋体"/>
          <w:sz w:val="24"/>
        </w:rPr>
        <w:t>林风关掉公会面板，看向现实任务面板。</w:t>
      </w:r>
    </w:p>
    <w:p>
      <w:pPr>
        <w:spacing w:line="560" w:lineRule="exact"/>
        <w:ind w:firstLine="420"/>
      </w:pPr>
      <w:r>
        <w:rPr>
          <w:rFonts w:ascii="宋体" w:hAnsi="宋体" w:eastAsia="宋体"/>
          <w:sz w:val="24"/>
        </w:rPr>
        <w:t>注册公司。</w:t>
      </w:r>
    </w:p>
    <w:p>
      <w:pPr>
        <w:spacing w:line="560" w:lineRule="exact"/>
        <w:ind w:firstLine="420"/>
      </w:pPr>
      <w:r>
        <w:rPr>
          <w:rFonts w:ascii="宋体" w:hAnsi="宋体" w:eastAsia="宋体"/>
          <w:sz w:val="24"/>
        </w:rPr>
        <w:t>苏婉清如果答应——这些繁杂的手续就有人处理了。</w:t>
      </w:r>
    </w:p>
    <w:p>
      <w:pPr>
        <w:spacing w:line="560" w:lineRule="exact"/>
        <w:ind w:firstLine="420"/>
      </w:pPr>
      <w:r>
        <w:rPr>
          <w:rFonts w:ascii="宋体" w:hAnsi="宋体" w:eastAsia="宋体"/>
          <w:sz w:val="24"/>
        </w:rPr>
        <w:t>他拿起手机，给苏婉清发了一条消息：</w:t>
      </w:r>
    </w:p>
    <w:p>
      <w:pPr>
        <w:spacing w:line="560" w:lineRule="exact"/>
        <w:ind w:firstLine="420"/>
      </w:pPr>
      <w:r>
        <w:rPr>
          <w:rFonts w:ascii="宋体" w:hAnsi="宋体" w:eastAsia="宋体"/>
          <w:sz w:val="24"/>
        </w:rPr>
        <w:t>“苏小姐，考虑得怎么样了？”</w:t>
      </w:r>
    </w:p>
    <w:p>
      <w:pPr>
        <w:spacing w:line="560" w:lineRule="exact"/>
        <w:ind w:firstLine="420"/>
      </w:pPr>
      <w:r>
        <w:rPr>
          <w:rFonts w:ascii="宋体" w:hAnsi="宋体" w:eastAsia="宋体"/>
          <w:sz w:val="24"/>
        </w:rPr>
        <w:t>发完消息，他靠在椅背上，闭了一会儿眼。</w:t>
      </w:r>
    </w:p>
    <w:p>
      <w:pPr>
        <w:spacing w:line="560" w:lineRule="exact"/>
        <w:ind w:firstLine="420"/>
      </w:pPr>
      <w:r>
        <w:rPr>
          <w:rFonts w:ascii="宋体" w:hAnsi="宋体" w:eastAsia="宋体"/>
          <w:sz w:val="24"/>
        </w:rPr>
        <w:t>游戏里称霸还不够。</w:t>
      </w:r>
    </w:p>
    <w:p>
      <w:pPr>
        <w:spacing w:line="560" w:lineRule="exact"/>
        <w:ind w:firstLine="420"/>
      </w:pPr>
      <w:r>
        <w:rPr>
          <w:rFonts w:ascii="宋体" w:hAnsi="宋体" w:eastAsia="宋体"/>
          <w:sz w:val="24"/>
        </w:rPr>
        <w:t>现实中的商业帝国——才是真正的大战场。</w:t>
      </w:r>
    </w:p>
    <w:p>
      <w:r>
        <w:br w:type="page"/>
      </w:r>
    </w:p>
    <w:p>
      <w:pPr>
        <w:jc w:val="center"/>
      </w:pPr>
      <w:r>
        <w:rPr>
          <w:b/>
          <w:sz w:val="32"/>
        </w:rPr>
        <w:t>第023章 公司成立，美女合伙人</w:t>
      </w:r>
    </w:p>
    <w:p>
      <w:pPr>
        <w:jc w:val="center"/>
      </w:pPr>
      <w:r>
        <w:rPr>
          <w:color w:val="999999"/>
          <w:sz w:val="18"/>
        </w:rPr>
        <w:t>（2,906字）</w:t>
      </w:r>
    </w:p>
    <w:p/>
    <w:p>
      <w:pPr>
        <w:spacing w:line="560" w:lineRule="exact"/>
        <w:ind w:firstLine="420"/>
      </w:pPr>
      <w:r>
        <w:rPr>
          <w:rFonts w:ascii="宋体" w:hAnsi="宋体" w:eastAsia="宋体"/>
          <w:sz w:val="24"/>
        </w:rPr>
        <w:t>第二天一早，林风就被手机铃声吵醒了。</w:t>
      </w:r>
    </w:p>
    <w:p>
      <w:pPr>
        <w:spacing w:line="560" w:lineRule="exact"/>
        <w:ind w:firstLine="420"/>
      </w:pPr>
      <w:r>
        <w:rPr>
          <w:rFonts w:ascii="宋体" w:hAnsi="宋体" w:eastAsia="宋体"/>
          <w:sz w:val="24"/>
        </w:rPr>
        <w:t>阳光从出租屋窗户的缝隙里透进来，在天花板上投下一道细长的光线。他摸到手机，屏幕上显示着来电人——苏婉清。</w:t>
      </w:r>
    </w:p>
    <w:p>
      <w:pPr>
        <w:spacing w:line="560" w:lineRule="exact"/>
        <w:ind w:firstLine="420"/>
      </w:pPr>
      <w:r>
        <w:rPr>
          <w:rFonts w:ascii="宋体" w:hAnsi="宋体" w:eastAsia="宋体"/>
          <w:sz w:val="24"/>
        </w:rPr>
        <w:t>他接起电话，还没来得及开口，那头就传来一个坚定的声音："林先生，我考虑好了。"</w:t>
      </w:r>
    </w:p>
    <w:p>
      <w:pPr>
        <w:spacing w:line="560" w:lineRule="exact"/>
        <w:ind w:firstLine="420"/>
      </w:pPr>
      <w:r>
        <w:rPr>
          <w:rFonts w:ascii="宋体" w:hAnsi="宋体" w:eastAsia="宋体"/>
          <w:sz w:val="24"/>
        </w:rPr>
        <w:t>林风揉了揉眼睛，从床上坐起来："你说。"</w:t>
      </w:r>
    </w:p>
    <w:p>
      <w:pPr>
        <w:spacing w:line="560" w:lineRule="exact"/>
        <w:ind w:firstLine="420"/>
      </w:pPr>
      <w:r>
        <w:rPr>
          <w:rFonts w:ascii="宋体" w:hAnsi="宋体" w:eastAsia="宋体"/>
          <w:sz w:val="24"/>
        </w:rPr>
        <w:t>"我辞职了。"苏婉清说，声音里带着一丝如释重负，"从售楼处出来了。现在站在天玺湾门口，东西都收拾好了。"</w:t>
      </w:r>
    </w:p>
    <w:p>
      <w:pPr>
        <w:spacing w:line="560" w:lineRule="exact"/>
        <w:ind w:firstLine="420"/>
      </w:pPr>
      <w:r>
        <w:rPr>
          <w:rFonts w:ascii="宋体" w:hAnsi="宋体" w:eastAsia="宋体"/>
          <w:sz w:val="24"/>
        </w:rPr>
        <w:t>这回轮到林风愣住了："这么快？"</w:t>
      </w:r>
    </w:p>
    <w:p>
      <w:pPr>
        <w:spacing w:line="560" w:lineRule="exact"/>
        <w:ind w:firstLine="420"/>
      </w:pPr>
      <w:r>
        <w:rPr>
          <w:rFonts w:ascii="宋体" w:hAnsi="宋体" w:eastAsia="宋体"/>
          <w:sz w:val="24"/>
        </w:rPr>
        <w:t>昨晚他才给她发了那条消息，原以为她至少要考虑一两天——毕竟从一个稳定的售楼工作跳到一个才见过两次面的年轻人开的公司，正常人都会犹豫。结果她第二天一早就辞了。</w:t>
      </w:r>
    </w:p>
    <w:p>
      <w:pPr>
        <w:spacing w:line="560" w:lineRule="exact"/>
        <w:ind w:firstLine="420"/>
      </w:pPr>
      <w:r>
        <w:rPr>
          <w:rFonts w:ascii="宋体" w:hAnsi="宋体" w:eastAsia="宋体"/>
          <w:sz w:val="24"/>
        </w:rPr>
        <w:t>"既然决定了，就不拖泥带水。"苏婉清笑了笑，"林先生，我们见面聊聊？"</w:t>
      </w:r>
    </w:p>
    <w:p>
      <w:pPr>
        <w:spacing w:line="560" w:lineRule="exact"/>
        <w:ind w:firstLine="420"/>
      </w:pPr>
      <w:r>
        <w:rPr>
          <w:rFonts w:ascii="宋体" w:hAnsi="宋体" w:eastAsia="宋体"/>
          <w:sz w:val="24"/>
        </w:rPr>
        <w:t>"好。你在那等着，我去接你。"</w:t>
      </w:r>
    </w:p>
    <w:p>
      <w:pPr>
        <w:spacing w:line="560" w:lineRule="exact"/>
        <w:ind w:firstLine="420"/>
      </w:pPr>
      <w:r>
        <w:rPr>
          <w:rFonts w:ascii="宋体" w:hAnsi="宋体" w:eastAsia="宋体"/>
          <w:sz w:val="24"/>
        </w:rPr>
        <w:t>林风挂断电话，翻身下床。他洗了把脸，换上一件干净的衬衫——衣柜里最好的一件了，还是去年打折时买的——然后出了门。</w:t>
      </w:r>
    </w:p>
    <w:p>
      <w:pPr>
        <w:spacing w:line="560" w:lineRule="exact"/>
        <w:ind w:firstLine="420"/>
      </w:pPr>
      <w:r>
        <w:rPr>
          <w:rFonts w:ascii="宋体" w:hAnsi="宋体" w:eastAsia="宋体"/>
          <w:sz w:val="24"/>
        </w:rPr>
        <w:t>半小时后，林风打车到了天玺湾。</w:t>
      </w:r>
    </w:p>
    <w:p>
      <w:pPr>
        <w:spacing w:line="560" w:lineRule="exact"/>
        <w:ind w:firstLine="420"/>
      </w:pPr>
      <w:r>
        <w:rPr>
          <w:rFonts w:ascii="宋体" w:hAnsi="宋体" w:eastAsia="宋体"/>
          <w:sz w:val="24"/>
        </w:rPr>
        <w:t>苏婉清站在天玺湾门口的花坛边上，穿着一身干练的白色衬衫配黑色西裤，提着一个不大的公文包和一个纸箱——纸箱里应该是她从售楼处带出来的个人物品。她的头发扎成了高马尾，整个人看起来比上次见面时精神多了，褪去了售楼小姐那种职业化的微笑，取而代之的是一种更真实的神采。</w:t>
      </w:r>
    </w:p>
    <w:p>
      <w:pPr>
        <w:spacing w:line="560" w:lineRule="exact"/>
        <w:ind w:firstLine="420"/>
      </w:pPr>
      <w:r>
        <w:rPr>
          <w:rFonts w:ascii="宋体" w:hAnsi="宋体" w:eastAsia="宋体"/>
          <w:sz w:val="24"/>
        </w:rPr>
        <w:t>看到林风从出租车上下来，苏婉清眼里闪过一丝诧异——这个能随手花几百万买房的年轻人，居然连车都没有？昨天坐出租，今天还是坐出租。</w:t>
      </w:r>
    </w:p>
    <w:p>
      <w:pPr>
        <w:spacing w:line="560" w:lineRule="exact"/>
        <w:ind w:firstLine="420"/>
      </w:pPr>
      <w:r>
        <w:rPr>
          <w:rFonts w:ascii="宋体" w:hAnsi="宋体" w:eastAsia="宋体"/>
          <w:sz w:val="24"/>
        </w:rPr>
        <w:t>但她没有多问。</w:t>
      </w:r>
    </w:p>
    <w:p>
      <w:pPr>
        <w:spacing w:line="560" w:lineRule="exact"/>
        <w:ind w:firstLine="420"/>
      </w:pPr>
      <w:r>
        <w:rPr>
          <w:rFonts w:ascii="宋体" w:hAnsi="宋体" w:eastAsia="宋体"/>
          <w:sz w:val="24"/>
        </w:rPr>
        <w:t>"上车吧。"林风招呼她。</w:t>
      </w:r>
    </w:p>
    <w:p>
      <w:pPr>
        <w:spacing w:line="560" w:lineRule="exact"/>
        <w:ind w:firstLine="420"/>
      </w:pPr>
      <w:r>
        <w:rPr>
          <w:rFonts w:ascii="宋体" w:hAnsi="宋体" w:eastAsia="宋体"/>
          <w:sz w:val="24"/>
        </w:rPr>
        <w:t>"林先生，我们去哪？"</w:t>
      </w:r>
    </w:p>
    <w:p>
      <w:pPr>
        <w:spacing w:line="560" w:lineRule="exact"/>
        <w:ind w:firstLine="420"/>
      </w:pPr>
      <w:r>
        <w:rPr>
          <w:rFonts w:ascii="宋体" w:hAnsi="宋体" w:eastAsia="宋体"/>
          <w:sz w:val="24"/>
        </w:rPr>
        <w:t>"去注册公司。"</w:t>
      </w:r>
    </w:p>
    <w:p>
      <w:pPr>
        <w:spacing w:line="560" w:lineRule="exact"/>
        <w:ind w:firstLine="420"/>
      </w:pPr>
      <w:r>
        <w:rPr>
          <w:rFonts w:ascii="宋体" w:hAnsi="宋体" w:eastAsia="宋体"/>
          <w:sz w:val="24"/>
        </w:rPr>
        <w:t>苏婉清又是一愣，下意识地看了一眼手表："今天就注册？现在才早上九点。"</w:t>
      </w:r>
    </w:p>
    <w:p>
      <w:pPr>
        <w:spacing w:line="560" w:lineRule="exact"/>
        <w:ind w:firstLine="420"/>
      </w:pPr>
      <w:r>
        <w:rPr>
          <w:rFonts w:ascii="宋体" w:hAnsi="宋体" w:eastAsia="宋体"/>
          <w:sz w:val="24"/>
        </w:rPr>
        <w:t>"既然决定了，就不拖泥带水。"林风把她的原话还给了她。</w:t>
      </w:r>
    </w:p>
    <w:p>
      <w:pPr>
        <w:spacing w:line="560" w:lineRule="exact"/>
        <w:ind w:firstLine="420"/>
      </w:pPr>
      <w:r>
        <w:rPr>
          <w:rFonts w:ascii="宋体" w:hAnsi="宋体" w:eastAsia="宋体"/>
          <w:sz w:val="24"/>
        </w:rPr>
        <w:t>苏婉清忍不住笑了："好，听你的。"</w:t>
      </w:r>
    </w:p>
    <w:p>
      <w:pPr>
        <w:spacing w:line="560" w:lineRule="exact"/>
        <w:ind w:firstLine="420"/>
      </w:pPr>
      <w:r>
        <w:rPr>
          <w:rFonts w:ascii="宋体" w:hAnsi="宋体" w:eastAsia="宋体"/>
          <w:sz w:val="24"/>
        </w:rPr>
        <w:t>两人打车到了市行政服务中心。大厅里人来人往，各个窗口前都排着队。林风事先已经在网上查好了注册公司的流程，两人分工合作——苏婉清负责填表跑窗口，林风负责签字付款。</w:t>
      </w:r>
    </w:p>
    <w:p>
      <w:pPr>
        <w:spacing w:line="560" w:lineRule="exact"/>
        <w:ind w:firstLine="420"/>
      </w:pPr>
      <w:r>
        <w:rPr>
          <w:rFonts w:ascii="宋体" w:hAnsi="宋体" w:eastAsia="宋体"/>
          <w:sz w:val="24"/>
        </w:rPr>
        <w:t>"公司名称想好了吗？"苏婉清坐在填表区的椅子上，手里拿着笔，抬头问他。</w:t>
      </w:r>
    </w:p>
    <w:p>
      <w:pPr>
        <w:spacing w:line="560" w:lineRule="exact"/>
        <w:ind w:firstLine="420"/>
      </w:pPr>
      <w:r>
        <w:rPr>
          <w:rFonts w:ascii="宋体" w:hAnsi="宋体" w:eastAsia="宋体"/>
          <w:sz w:val="24"/>
        </w:rPr>
        <w:t>"风婉集团。"林风脱口而出。</w:t>
      </w:r>
    </w:p>
    <w:p>
      <w:pPr>
        <w:spacing w:line="560" w:lineRule="exact"/>
        <w:ind w:firstLine="420"/>
      </w:pPr>
      <w:r>
        <w:rPr>
          <w:rFonts w:ascii="宋体" w:hAnsi="宋体" w:eastAsia="宋体"/>
          <w:sz w:val="24"/>
        </w:rPr>
        <w:t>苏婉清的手停了一下，脸微微一红："风……婉？"</w:t>
      </w:r>
    </w:p>
    <w:p>
      <w:pPr>
        <w:spacing w:line="560" w:lineRule="exact"/>
        <w:ind w:firstLine="420"/>
      </w:pPr>
      <w:r>
        <w:rPr>
          <w:rFonts w:ascii="宋体" w:hAnsi="宋体" w:eastAsia="宋体"/>
          <w:sz w:val="24"/>
        </w:rPr>
        <w:t>"嗯，各取我们名字里的一个字。"林风理所当然地说，"你负责运营管理，我负责投资决策。你是CEO，我是董事长——各取一字，公平。"</w:t>
      </w:r>
    </w:p>
    <w:p>
      <w:pPr>
        <w:spacing w:line="560" w:lineRule="exact"/>
        <w:ind w:firstLine="420"/>
      </w:pPr>
      <w:r>
        <w:rPr>
          <w:rFonts w:ascii="宋体" w:hAnsi="宋体" w:eastAsia="宋体"/>
          <w:sz w:val="24"/>
        </w:rPr>
        <w:t>苏婉清低下头，假装在看表格上的栏目，笔尖在纸上停了片刻才落下。她心里有一种说不清的感觉——这个男人，才见过两次面，就把一半公司送给了自己。她甚至还没来得及问他的背景、他的资金来源、他的具体计划，就稀里糊涂地辞了职、填了表。</w:t>
      </w:r>
    </w:p>
    <w:p>
      <w:pPr>
        <w:spacing w:line="560" w:lineRule="exact"/>
        <w:ind w:firstLine="420"/>
      </w:pPr>
      <w:r>
        <w:rPr>
          <w:rFonts w:ascii="宋体" w:hAnsi="宋体" w:eastAsia="宋体"/>
          <w:sz w:val="24"/>
        </w:rPr>
        <w:t>但她不后悔。</w:t>
      </w:r>
    </w:p>
    <w:p>
      <w:pPr>
        <w:spacing w:line="560" w:lineRule="exact"/>
        <w:ind w:firstLine="420"/>
      </w:pPr>
      <w:r>
        <w:rPr>
          <w:rFonts w:ascii="宋体" w:hAnsi="宋体" w:eastAsia="宋体"/>
          <w:sz w:val="24"/>
        </w:rPr>
        <w:t>她做售楼三年，见过形形色色的客户——有暴发户、有富二代、有白手起家的创业者。林风给她的感觉，跟那些人都不一样。他身上没有暴发户的浮夸，没有富二代的傲慢，也没有创业者的焦虑。他就是一种——笃定。好像一切都在他的掌控之中。</w:t>
      </w:r>
    </w:p>
    <w:p>
      <w:pPr>
        <w:spacing w:line="560" w:lineRule="exact"/>
        <w:ind w:firstLine="420"/>
      </w:pPr>
      <w:r>
        <w:rPr>
          <w:rFonts w:ascii="宋体" w:hAnsi="宋体" w:eastAsia="宋体"/>
          <w:sz w:val="24"/>
        </w:rPr>
        <w:t>一个小时后，所有手续办完。</w:t>
      </w:r>
    </w:p>
    <w:p>
      <w:pPr>
        <w:spacing w:line="560" w:lineRule="exact"/>
        <w:ind w:firstLine="420"/>
      </w:pPr>
      <w:r>
        <w:rPr>
          <w:rFonts w:ascii="宋体" w:hAnsi="宋体" w:eastAsia="宋体"/>
          <w:sz w:val="24"/>
        </w:rPr>
        <w:t>"营业执照三天后可以领取。"工作人员递回单据，又看了林风一眼——大概也觉得这个年轻得不像话的男生注册一家集团公司有些不可思议。</w:t>
      </w:r>
    </w:p>
    <w:p>
      <w:pPr>
        <w:spacing w:line="560" w:lineRule="exact"/>
        <w:ind w:firstLine="420"/>
      </w:pPr>
      <w:r>
        <w:rPr>
          <w:rFonts w:ascii="宋体" w:hAnsi="宋体" w:eastAsia="宋体"/>
          <w:sz w:val="24"/>
        </w:rPr>
        <w:t>走出行政服务中心，苏婉清手里攥着一沓文件，站在门口的台阶上还有些恍惚。阳光照在她脸上，她眯了眯眼。</w:t>
      </w:r>
    </w:p>
    <w:p>
      <w:pPr>
        <w:spacing w:line="560" w:lineRule="exact"/>
        <w:ind w:firstLine="420"/>
      </w:pPr>
      <w:r>
        <w:rPr>
          <w:rFonts w:ascii="宋体" w:hAnsi="宋体" w:eastAsia="宋体"/>
          <w:sz w:val="24"/>
        </w:rPr>
        <w:t>"林总，我们现在算正式成立了？"</w:t>
      </w:r>
    </w:p>
    <w:p>
      <w:pPr>
        <w:spacing w:line="560" w:lineRule="exact"/>
        <w:ind w:firstLine="420"/>
      </w:pPr>
      <w:r>
        <w:rPr>
          <w:rFonts w:ascii="宋体" w:hAnsi="宋体" w:eastAsia="宋体"/>
          <w:sz w:val="24"/>
        </w:rPr>
        <w:t>"算。"林风看着她，"苏婉清，从现在开始，你就是风婉集团的CEO了。"</w:t>
      </w:r>
    </w:p>
    <w:p>
      <w:pPr>
        <w:spacing w:line="560" w:lineRule="exact"/>
        <w:ind w:firstLine="420"/>
      </w:pPr>
      <w:r>
        <w:rPr>
          <w:rFonts w:ascii="宋体" w:hAnsi="宋体" w:eastAsia="宋体"/>
          <w:sz w:val="24"/>
        </w:rPr>
        <w:t>苏婉清深吸一口气，努力让自己镇定下来："林总，我想知道你具体打算做什么业务？"</w:t>
      </w:r>
    </w:p>
    <w:p>
      <w:pPr>
        <w:spacing w:line="560" w:lineRule="exact"/>
        <w:ind w:firstLine="420"/>
      </w:pPr>
      <w:r>
        <w:rPr>
          <w:rFonts w:ascii="宋体" w:hAnsi="宋体" w:eastAsia="宋体"/>
          <w:sz w:val="24"/>
        </w:rPr>
        <w:t>"游戏产业。"林风说，"《天界》这款游戏你听说过吗？"</w:t>
      </w:r>
    </w:p>
    <w:p>
      <w:pPr>
        <w:spacing w:line="560" w:lineRule="exact"/>
        <w:ind w:firstLine="420"/>
      </w:pPr>
      <w:r>
        <w:rPr>
          <w:rFonts w:ascii="宋体" w:hAnsi="宋体" w:eastAsia="宋体"/>
          <w:sz w:val="24"/>
        </w:rPr>
        <w:t>"听说过，最近很火，我弟弟就在玩。"苏婉清点点头，"他每天晚上都泡在游戏里，我妈天天骂他。"</w:t>
      </w:r>
    </w:p>
    <w:p>
      <w:pPr>
        <w:spacing w:line="560" w:lineRule="exact"/>
        <w:ind w:firstLine="420"/>
      </w:pPr>
      <w:r>
        <w:rPr>
          <w:rFonts w:ascii="宋体" w:hAnsi="宋体" w:eastAsia="宋体"/>
          <w:sz w:val="24"/>
        </w:rPr>
        <w:t>"我在游戏里有一个公会，叫神豪殿。"林风平静地说，"目前是全区第一——刚刚拿了公会排位赛冠军。我的计划是：先在游戏里建立影响力，然后把这个影响力变现到现实中来。"</w:t>
      </w:r>
    </w:p>
    <w:p>
      <w:pPr>
        <w:spacing w:line="560" w:lineRule="exact"/>
        <w:ind w:firstLine="420"/>
      </w:pPr>
      <w:r>
        <w:rPr>
          <w:rFonts w:ascii="宋体" w:hAnsi="宋体" w:eastAsia="宋体"/>
          <w:sz w:val="24"/>
        </w:rPr>
        <w:t>"具体怎么做？"</w:t>
      </w:r>
    </w:p>
    <w:p>
      <w:pPr>
        <w:spacing w:line="560" w:lineRule="exact"/>
        <w:ind w:firstLine="420"/>
      </w:pPr>
      <w:r>
        <w:rPr>
          <w:rFonts w:ascii="宋体" w:hAnsi="宋体" w:eastAsia="宋体"/>
          <w:sz w:val="24"/>
        </w:rPr>
        <w:t>"首先，游戏代练、装备交易、金币交易——这些是最基础的流水线业务。"林风说，"但我们要做的不止这些。我要做的是游戏媒体、赛事运营、主播经纪——把整个产业链都做起来。现在的《天界》就像当年的《英雄联盟》早期，谁能抢先把产业链搭起来，谁就掌握了话语权。"</w:t>
      </w:r>
    </w:p>
    <w:p>
      <w:pPr>
        <w:spacing w:line="560" w:lineRule="exact"/>
        <w:ind w:firstLine="420"/>
      </w:pPr>
      <w:r>
        <w:rPr>
          <w:rFonts w:ascii="宋体" w:hAnsi="宋体" w:eastAsia="宋体"/>
          <w:sz w:val="24"/>
        </w:rPr>
        <w:t>苏婉清眼睛一亮："这个市场确实很大。我弟弟每个月在游戏里花的零花钱都好几千，他同学也差不多——现在年轻人花在游戏上的钱，比花在衣服上的还多。"</w:t>
      </w:r>
    </w:p>
    <w:p>
      <w:pPr>
        <w:spacing w:line="560" w:lineRule="exact"/>
        <w:ind w:firstLine="420"/>
      </w:pPr>
      <w:r>
        <w:rPr>
          <w:rFonts w:ascii="宋体" w:hAnsi="宋体" w:eastAsia="宋体"/>
          <w:sz w:val="24"/>
        </w:rPr>
        <w:t>"所以，第一步是先租个办公室，招几个人。"林风说，"你之前做房产销售，对办公楼市场应该很熟悉。帮我找个合适的地方，月租金控制在两万以内，位置要方便。"</w:t>
      </w:r>
    </w:p>
    <w:p>
      <w:pPr>
        <w:spacing w:line="560" w:lineRule="exact"/>
        <w:ind w:firstLine="420"/>
      </w:pPr>
      <w:r>
        <w:rPr>
          <w:rFonts w:ascii="宋体" w:hAnsi="宋体" w:eastAsia="宋体"/>
          <w:sz w:val="24"/>
        </w:rPr>
        <w:t>"交给我。"苏婉清信心十足。</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下午，苏婉清就发来了三个备选方案。林风一个个看过去——第一个在城东老区，便宜但交通不便；第二个在商业中心，贵但位置好；第三个在市中心创意产业园——一个loft办公室，楼上楼下共一百二十平，月租一万八，装修齐全，拎包入驻。</w:t>
      </w:r>
    </w:p>
    <w:p>
      <w:pPr>
        <w:spacing w:line="560" w:lineRule="exact"/>
        <w:ind w:firstLine="420"/>
      </w:pPr>
      <w:r>
        <w:rPr>
          <w:rFonts w:ascii="宋体" w:hAnsi="宋体" w:eastAsia="宋体"/>
          <w:sz w:val="24"/>
        </w:rPr>
        <w:t>林风选了第三个。</w:t>
      </w:r>
    </w:p>
    <w:p>
      <w:pPr>
        <w:spacing w:line="560" w:lineRule="exact"/>
        <w:ind w:firstLine="420"/>
      </w:pPr>
      <w:r>
        <w:rPr>
          <w:rFonts w:ascii="宋体" w:hAnsi="宋体" w:eastAsia="宋体"/>
          <w:sz w:val="24"/>
        </w:rPr>
        <w:t>签完租赁合同，两人站在空荡荡的办公室里。阳光从落地窗洒进来，照亮了空气中的浮尘。loft的挑高很高，楼上可以隔成两个独立办公室，楼下是开放式工位区。墙壁是白色的，地面铺着浅灰色的地毯，落地窗外是一排梧桐树。</w:t>
      </w:r>
    </w:p>
    <w:p>
      <w:pPr>
        <w:spacing w:line="560" w:lineRule="exact"/>
        <w:ind w:firstLine="420"/>
      </w:pPr>
      <w:r>
        <w:rPr>
          <w:rFonts w:ascii="宋体" w:hAnsi="宋体" w:eastAsia="宋体"/>
          <w:sz w:val="24"/>
        </w:rPr>
        <w:t>"不错。"林风环顾四周，"明天我们去买办公家具。再招三个人——一个财务、一个行政、一个运营。你有人选吗？"</w:t>
      </w:r>
    </w:p>
    <w:p>
      <w:pPr>
        <w:spacing w:line="560" w:lineRule="exact"/>
        <w:ind w:firstLine="420"/>
      </w:pPr>
      <w:r>
        <w:rPr>
          <w:rFonts w:ascii="宋体" w:hAnsi="宋体" w:eastAsia="宋体"/>
          <w:sz w:val="24"/>
        </w:rPr>
        <w:t>"林总，招人的话……"苏婉清犹豫了一下，"我有个大学同学，叫秦雨，是做游戏运营的。在上一家公司干了一年半，老板是个抠门到家的中年男人，上个月还拖欠了她半个月工资。前两天还跟我抱怨想辞职。要不我问问她？"</w:t>
      </w:r>
    </w:p>
    <w:p>
      <w:pPr>
        <w:spacing w:line="560" w:lineRule="exact"/>
        <w:ind w:firstLine="420"/>
      </w:pPr>
      <w:r>
        <w:rPr>
          <w:rFonts w:ascii="宋体" w:hAnsi="宋体" w:eastAsia="宋体"/>
          <w:sz w:val="24"/>
        </w:rPr>
        <w:t>"行，你联系。游戏运营的经验正好对口。"</w:t>
      </w:r>
    </w:p>
    <w:p>
      <w:pPr>
        <w:spacing w:line="560" w:lineRule="exact"/>
        <w:ind w:firstLine="420"/>
      </w:pPr>
      <w:r>
        <w:rPr>
          <w:rFonts w:ascii="宋体" w:hAnsi="宋体" w:eastAsia="宋体"/>
          <w:sz w:val="24"/>
        </w:rPr>
        <w:t>苏婉清拿出手机，拨了个电话。</w:t>
      </w:r>
    </w:p>
    <w:p>
      <w:pPr>
        <w:spacing w:line="560" w:lineRule="exact"/>
        <w:ind w:firstLine="420"/>
      </w:pPr>
      <w:r>
        <w:rPr>
          <w:rFonts w:ascii="宋体" w:hAnsi="宋体" w:eastAsia="宋体"/>
          <w:sz w:val="24"/>
        </w:rPr>
        <w:t>几句简短的交谈后，她挂了电话，脸上带着笑意："她说马上过来看看！态度特别积极。"</w:t>
      </w:r>
    </w:p>
    <w:p>
      <w:pPr>
        <w:spacing w:line="560" w:lineRule="exact"/>
        <w:ind w:firstLine="420"/>
      </w:pPr>
      <w:r>
        <w:rPr>
          <w:rFonts w:ascii="宋体" w:hAnsi="宋体" w:eastAsia="宋体"/>
          <w:sz w:val="24"/>
        </w:rPr>
        <w:t>不到半小时，一个扎着马尾、戴着黑框眼镜的女孩气喘吁吁地跑了进来。她穿着一件印着游戏logo的T恤和牛仔裤，背上还背着一个双肩包，看起来像是直接从公司冲出来的。</w:t>
      </w:r>
    </w:p>
    <w:p>
      <w:pPr>
        <w:spacing w:line="560" w:lineRule="exact"/>
        <w:ind w:firstLine="420"/>
      </w:pPr>
      <w:r>
        <w:rPr>
          <w:rFonts w:ascii="宋体" w:hAnsi="宋体" w:eastAsia="宋体"/>
          <w:sz w:val="24"/>
        </w:rPr>
        <w:t>"婉清！我真的辞职了！刚从公司跑出来！"女孩一进门就喊道，声音清脆。</w:t>
      </w:r>
    </w:p>
    <w:p>
      <w:pPr>
        <w:spacing w:line="560" w:lineRule="exact"/>
        <w:ind w:firstLine="420"/>
      </w:pPr>
      <w:r>
        <w:rPr>
          <w:rFonts w:ascii="宋体" w:hAnsi="宋体" w:eastAsia="宋体"/>
          <w:sz w:val="24"/>
        </w:rPr>
        <w:t>苏婉清哭笑不得："你这速度也太快了吧？我刚打完电话还不到半小时！"</w:t>
      </w:r>
    </w:p>
    <w:p>
      <w:pPr>
        <w:spacing w:line="560" w:lineRule="exact"/>
        <w:ind w:firstLine="420"/>
      </w:pPr>
      <w:r>
        <w:rPr>
          <w:rFonts w:ascii="宋体" w:hAnsi="宋体" w:eastAsia="宋体"/>
          <w:sz w:val="24"/>
        </w:rPr>
        <w:t>"你不是说有工作介绍给我吗？"女孩眼睛发亮，一把抓住苏婉清的胳膊，"我早就受不了那个抠门老板了！前天还跟我说公司效益不好要降薪，我直接收拾东西走人了！"</w:t>
      </w:r>
    </w:p>
    <w:p>
      <w:pPr>
        <w:spacing w:line="560" w:lineRule="exact"/>
        <w:ind w:firstLine="420"/>
      </w:pPr>
      <w:r>
        <w:rPr>
          <w:rFonts w:ascii="宋体" w:hAnsi="宋体" w:eastAsia="宋体"/>
          <w:sz w:val="24"/>
        </w:rPr>
        <w:t>苏婉清无奈地摇摇头，转向林风："林总，这就是我跟你说的朋友——秦雨，三年游戏运营经验。之前在一家游戏公会做运营主管，管过五个人的小团队。"</w:t>
      </w:r>
    </w:p>
    <w:p>
      <w:pPr>
        <w:spacing w:line="560" w:lineRule="exact"/>
        <w:ind w:firstLine="420"/>
      </w:pPr>
      <w:r>
        <w:rPr>
          <w:rFonts w:ascii="宋体" w:hAnsi="宋体" w:eastAsia="宋体"/>
          <w:sz w:val="24"/>
        </w:rPr>
        <w:t>秦雨这才注意到房间里还站着一个年轻男生，愣了一下："婉清，这位……？"</w:t>
      </w:r>
    </w:p>
    <w:p>
      <w:pPr>
        <w:spacing w:line="560" w:lineRule="exact"/>
        <w:ind w:firstLine="420"/>
      </w:pPr>
      <w:r>
        <w:rPr>
          <w:rFonts w:ascii="宋体" w:hAnsi="宋体" w:eastAsia="宋体"/>
          <w:sz w:val="24"/>
        </w:rPr>
        <w:t>"这是我们公司的老板，林风林总。"</w:t>
      </w:r>
    </w:p>
    <w:p>
      <w:pPr>
        <w:spacing w:line="560" w:lineRule="exact"/>
        <w:ind w:firstLine="420"/>
      </w:pPr>
      <w:r>
        <w:rPr>
          <w:rFonts w:ascii="宋体" w:hAnsi="宋体" w:eastAsia="宋体"/>
          <w:sz w:val="24"/>
        </w:rPr>
        <w:t>秦雨瞪大了眼睛，上下打量林风——一个穿着普通白衬衫、看着像刚毕业的大学生——然后脱口而出："老板？这么年轻？"</w:t>
      </w:r>
    </w:p>
    <w:p>
      <w:pPr>
        <w:spacing w:line="560" w:lineRule="exact"/>
        <w:ind w:firstLine="420"/>
      </w:pPr>
      <w:r>
        <w:rPr>
          <w:rFonts w:ascii="宋体" w:hAnsi="宋体" w:eastAsia="宋体"/>
          <w:sz w:val="24"/>
        </w:rPr>
        <w:t>"刚大学毕业不久。"林风笑了笑，"秦姐，欢迎加入风婉集团。"</w:t>
      </w:r>
    </w:p>
    <w:p>
      <w:pPr>
        <w:spacing w:line="560" w:lineRule="exact"/>
        <w:ind w:firstLine="420"/>
      </w:pPr>
      <w:r>
        <w:rPr>
          <w:rFonts w:ascii="宋体" w:hAnsi="宋体" w:eastAsia="宋体"/>
          <w:sz w:val="24"/>
        </w:rPr>
        <w:t>"风婉集团？"秦雨念了一遍这个名字，又看看苏婉清微红的脸，瞬间明白了什么，嘴角勾起一个促狭的笑容："哦~风~婉~集团啊……"</w:t>
      </w:r>
    </w:p>
    <w:p>
      <w:pPr>
        <w:spacing w:line="560" w:lineRule="exact"/>
        <w:ind w:firstLine="420"/>
      </w:pPr>
      <w:r>
        <w:rPr>
          <w:rFonts w:ascii="宋体" w:hAnsi="宋体" w:eastAsia="宋体"/>
          <w:sz w:val="24"/>
        </w:rPr>
        <w:t>"小雨！"苏婉清瞪了她一眼。</w:t>
      </w:r>
    </w:p>
    <w:p>
      <w:pPr>
        <w:spacing w:line="560" w:lineRule="exact"/>
        <w:ind w:firstLine="420"/>
      </w:pPr>
      <w:r>
        <w:rPr>
          <w:rFonts w:ascii="宋体" w:hAnsi="宋体" w:eastAsia="宋体"/>
          <w:sz w:val="24"/>
        </w:rPr>
        <w:t>"哈哈，好好好，我不说了。"秦雨举起双手投降，但目光还在苏婉清和林风之间转了一圈，"林总，我什么时候上班？"</w:t>
      </w:r>
    </w:p>
    <w:p>
      <w:pPr>
        <w:spacing w:line="560" w:lineRule="exact"/>
        <w:ind w:firstLine="420"/>
      </w:pPr>
      <w:r>
        <w:rPr>
          <w:rFonts w:ascii="宋体" w:hAnsi="宋体" w:eastAsia="宋体"/>
          <w:sz w:val="24"/>
        </w:rPr>
        <w:t>"现在就可以。"</w:t>
      </w:r>
    </w:p>
    <w:p>
      <w:pPr>
        <w:spacing w:line="560" w:lineRule="exact"/>
        <w:ind w:firstLine="420"/>
      </w:pPr>
      <w:r>
        <w:rPr>
          <w:rFonts w:ascii="宋体" w:hAnsi="宋体" w:eastAsia="宋体"/>
          <w:sz w:val="24"/>
        </w:rPr>
        <w:t>"现在？"</w:t>
      </w:r>
    </w:p>
    <w:p>
      <w:pPr>
        <w:spacing w:line="560" w:lineRule="exact"/>
        <w:ind w:firstLine="420"/>
      </w:pPr>
      <w:r>
        <w:rPr>
          <w:rFonts w:ascii="宋体" w:hAnsi="宋体" w:eastAsia="宋体"/>
          <w:sz w:val="24"/>
        </w:rPr>
        <w:t>"嗯，第一项任务——帮我在《天界》游戏里建立一个媒体账号。"林风说，"我要做游戏直播和攻略内容。你之前做游戏运营，这个应该拿手。"</w:t>
      </w:r>
    </w:p>
    <w:p>
      <w:pPr>
        <w:spacing w:line="560" w:lineRule="exact"/>
        <w:ind w:firstLine="420"/>
      </w:pPr>
      <w:r>
        <w:rPr>
          <w:rFonts w:ascii="宋体" w:hAnsi="宋体" w:eastAsia="宋体"/>
          <w:sz w:val="24"/>
        </w:rPr>
        <w:t>秦雨立刻来了精神："这个我在行！我之前就是做这个的！"</w:t>
      </w:r>
    </w:p>
    <w:p>
      <w:pPr>
        <w:spacing w:line="560" w:lineRule="exact"/>
        <w:ind w:firstLine="420"/>
      </w:pPr>
      <w:r>
        <w:rPr>
          <w:rFonts w:ascii="宋体" w:hAnsi="宋体" w:eastAsia="宋体"/>
          <w:sz w:val="24"/>
        </w:rPr>
        <w:t>她拿出手机，三两下就注册好了账号，头像换成了一张游戏截图，昵称设为"神豪殿官方"。</w:t>
      </w:r>
    </w:p>
    <w:p>
      <w:pPr>
        <w:spacing w:line="560" w:lineRule="exact"/>
        <w:ind w:firstLine="420"/>
      </w:pPr>
      <w:r>
        <w:rPr>
          <w:rFonts w:ascii="宋体" w:hAnsi="宋体" w:eastAsia="宋体"/>
          <w:sz w:val="24"/>
        </w:rPr>
        <w:t>"林总，账号好了。"秦雨把手机递过来，"下一步呢？"</w:t>
      </w:r>
    </w:p>
    <w:p>
      <w:pPr>
        <w:spacing w:line="560" w:lineRule="exact"/>
        <w:ind w:firstLine="420"/>
      </w:pPr>
      <w:r>
        <w:rPr>
          <w:rFonts w:ascii="宋体" w:hAnsi="宋体" w:eastAsia="宋体"/>
          <w:sz w:val="24"/>
        </w:rPr>
        <w:t>"关注我游戏里的角色——'风中追风'。"</w:t>
      </w:r>
    </w:p>
    <w:p>
      <w:pPr>
        <w:spacing w:line="560" w:lineRule="exact"/>
        <w:ind w:firstLine="420"/>
      </w:pPr>
      <w:r>
        <w:rPr>
          <w:rFonts w:ascii="宋体" w:hAnsi="宋体" w:eastAsia="宋体"/>
          <w:sz w:val="24"/>
        </w:rPr>
        <w:t>秦雨操作了几下，突然叫出声来："卧槽！风中追风？一百级全区第一？！"</w:t>
      </w:r>
    </w:p>
    <w:p>
      <w:pPr>
        <w:spacing w:line="560" w:lineRule="exact"/>
        <w:ind w:firstLine="420"/>
      </w:pPr>
      <w:r>
        <w:rPr>
          <w:rFonts w:ascii="宋体" w:hAnsi="宋体" w:eastAsia="宋体"/>
          <w:sz w:val="24"/>
        </w:rPr>
        <w:t>她猛地抬起头，一脸震惊地看着林风："林总，风中追风真的是你？！那个全服战力榜第一的、把皇朝霸主一刀秒了的风中追风？"</w:t>
      </w:r>
    </w:p>
    <w:p>
      <w:pPr>
        <w:spacing w:line="560" w:lineRule="exact"/>
        <w:ind w:firstLine="420"/>
      </w:pPr>
      <w:r>
        <w:rPr>
          <w:rFonts w:ascii="宋体" w:hAnsi="宋体" w:eastAsia="宋体"/>
          <w:sz w:val="24"/>
        </w:rPr>
        <w:t>"嗯。"</w:t>
      </w:r>
    </w:p>
    <w:p>
      <w:pPr>
        <w:spacing w:line="560" w:lineRule="exact"/>
        <w:ind w:firstLine="420"/>
      </w:pPr>
      <w:r>
        <w:rPr>
          <w:rFonts w:ascii="宋体" w:hAnsi="宋体" w:eastAsia="宋体"/>
          <w:sz w:val="24"/>
        </w:rPr>
        <w:t>秦雨深吸一口气，转头看向苏婉清："婉清，你知道你老板是谁吗？他就是在《天界》里充值了几千万的那个神豪！整个论坛都在讨论他！"</w:t>
      </w:r>
    </w:p>
    <w:p>
      <w:pPr>
        <w:spacing w:line="560" w:lineRule="exact"/>
        <w:ind w:firstLine="420"/>
      </w:pPr>
      <w:r>
        <w:rPr>
          <w:rFonts w:ascii="宋体" w:hAnsi="宋体" w:eastAsia="宋体"/>
          <w:sz w:val="24"/>
        </w:rPr>
        <w:t>苏婉清也愣住了。她知道林风在玩游戏，但没想到他竟然就是那个传奇般的人物。她弟弟每天晚上吃饭都在念叨"风中追风又干了什么什么事"，她一直以为那是个职业玩家或者富二代——结果就是眼前这个穿着白衬衫、坐出租车来注册公司的大学生。</w:t>
      </w:r>
    </w:p>
    <w:p>
      <w:pPr>
        <w:spacing w:line="560" w:lineRule="exact"/>
        <w:ind w:firstLine="420"/>
      </w:pPr>
      <w:r>
        <w:rPr>
          <w:rFonts w:ascii="宋体" w:hAnsi="宋体" w:eastAsia="宋体"/>
          <w:sz w:val="24"/>
        </w:rPr>
        <w:t>"几千万……"苏婉清喃喃道。</w:t>
      </w:r>
    </w:p>
    <w:p>
      <w:pPr>
        <w:spacing w:line="560" w:lineRule="exact"/>
        <w:ind w:firstLine="420"/>
      </w:pPr>
      <w:r>
        <w:rPr>
          <w:rFonts w:ascii="宋体" w:hAnsi="宋体" w:eastAsia="宋体"/>
          <w:sz w:val="24"/>
        </w:rPr>
        <w:t>"所以，资金不是问题。"林风淡淡地说，"秦姐，你负责把神豪殿的官方账号做起来。第一个月目标——十万粉丝。"</w:t>
      </w:r>
    </w:p>
    <w:p>
      <w:pPr>
        <w:spacing w:line="560" w:lineRule="exact"/>
        <w:ind w:firstLine="420"/>
      </w:pPr>
      <w:r>
        <w:rPr>
          <w:rFonts w:ascii="宋体" w:hAnsi="宋体" w:eastAsia="宋体"/>
          <w:sz w:val="24"/>
        </w:rPr>
        <w:t>秦雨握紧拳头，眼睛里闪着光："林总放心，包在我身上！我之前运营的那个账号，三个月做到八万粉。给我一个月，十万粉不是问题。"</w:t>
      </w:r>
    </w:p>
    <w:p>
      <w:pPr>
        <w:spacing w:line="560" w:lineRule="exact"/>
        <w:ind w:firstLine="420"/>
      </w:pPr>
      <w:r>
        <w:rPr>
          <w:rFonts w:ascii="宋体" w:hAnsi="宋体" w:eastAsia="宋体"/>
          <w:sz w:val="24"/>
        </w:rPr>
        <w:t>林风看着眼前这两个充满干劲的女人——一个果断干练、一个热情十足——嘴角微微上扬。</w:t>
      </w:r>
    </w:p>
    <w:p>
      <w:pPr>
        <w:spacing w:line="560" w:lineRule="exact"/>
        <w:ind w:firstLine="420"/>
      </w:pPr>
      <w:r>
        <w:rPr>
          <w:rFonts w:ascii="宋体" w:hAnsi="宋体" w:eastAsia="宋体"/>
          <w:sz w:val="24"/>
        </w:rPr>
        <w:t>现实中的商业帝国，正式起航了。</w:t>
      </w:r>
    </w:p>
    <w:p>
      <w:pPr>
        <w:spacing w:line="560" w:lineRule="exact"/>
        <w:ind w:firstLine="420"/>
      </w:pPr>
      <w:r>
        <w:rPr>
          <w:rFonts w:ascii="宋体" w:hAnsi="宋体" w:eastAsia="宋体"/>
          <w:sz w:val="24"/>
        </w:rPr>
        <w:t>不过，在那之前——他还要先解决游戏里那个不知天高地厚的风云阁。</w:t>
      </w:r>
    </w:p>
    <w:p>
      <w:pPr>
        <w:spacing w:line="560" w:lineRule="exact"/>
        <w:ind w:firstLine="420"/>
      </w:pPr>
      <w:r>
        <w:rPr>
          <w:rFonts w:ascii="宋体" w:hAnsi="宋体" w:eastAsia="宋体"/>
          <w:sz w:val="24"/>
        </w:rPr>
        <w:t>晚上八点，友谊赛见。</w:t>
      </w:r>
    </w:p>
    <w:p>
      <w:r>
        <w:br w:type="page"/>
      </w:r>
    </w:p>
    <w:p>
      <w:pPr>
        <w:jc w:val="center"/>
      </w:pPr>
      <w:r>
        <w:rPr>
          <w:b/>
          <w:sz w:val="32"/>
        </w:rPr>
        <w:t>第024章 碾压风云阁</w:t>
      </w:r>
    </w:p>
    <w:p>
      <w:pPr>
        <w:jc w:val="center"/>
      </w:pPr>
      <w:r>
        <w:rPr>
          <w:color w:val="999999"/>
          <w:sz w:val="18"/>
        </w:rPr>
        <w:t>（2,826字）</w:t>
      </w:r>
    </w:p>
    <w:p/>
    <w:p>
      <w:pPr>
        <w:spacing w:line="560" w:lineRule="exact"/>
        <w:ind w:firstLine="420"/>
      </w:pPr>
      <w:r>
        <w:rPr>
          <w:rFonts w:ascii="宋体" w:hAnsi="宋体" w:eastAsia="宋体"/>
          <w:sz w:val="24"/>
        </w:rPr>
        <w:t>晚上七点五十。</w:t>
      </w:r>
    </w:p>
    <w:p>
      <w:pPr>
        <w:spacing w:line="560" w:lineRule="exact"/>
        <w:ind w:firstLine="420"/>
      </w:pPr>
      <w:r>
        <w:rPr>
          <w:rFonts w:ascii="宋体" w:hAnsi="宋体" w:eastAsia="宋体"/>
          <w:sz w:val="24"/>
        </w:rPr>
        <w:t>天风城竞技场。</w:t>
      </w:r>
    </w:p>
    <w:p>
      <w:pPr>
        <w:spacing w:line="560" w:lineRule="exact"/>
        <w:ind w:firstLine="420"/>
      </w:pPr>
      <w:r>
        <w:rPr>
          <w:rFonts w:ascii="宋体" w:hAnsi="宋体" w:eastAsia="宋体"/>
          <w:sz w:val="24"/>
        </w:rPr>
        <w:t>巨大的圆形竞技场坐落在天风城中央广场的东侧，四面环绕着高耸的石柱看台，可容纳数万名玩家围观。夕阳的余晖洒在石柱上，把整个竞技场染成了一片金黄。此刻，看台上已经人山人海，粗略估计至少有三四万人，比公会排位赛决赛的人还多。</w:t>
      </w:r>
    </w:p>
    <w:p>
      <w:pPr>
        <w:spacing w:line="560" w:lineRule="exact"/>
        <w:ind w:firstLine="420"/>
      </w:pPr>
      <w:r>
        <w:rPr>
          <w:rFonts w:ascii="宋体" w:hAnsi="宋体" w:eastAsia="宋体"/>
          <w:sz w:val="24"/>
        </w:rPr>
        <w:t>苏小雅的直播间标题改成了"神豪殿教做人现场"，在线人数已经飙到八十万。她举着法杖当自拍杆，对着镜头转了一圈：</w:t>
      </w:r>
    </w:p>
    <w:p>
      <w:pPr>
        <w:spacing w:line="560" w:lineRule="exact"/>
        <w:ind w:firstLine="420"/>
      </w:pPr>
      <w:r>
        <w:rPr>
          <w:rFonts w:ascii="宋体" w:hAnsi="宋体" w:eastAsia="宋体"/>
          <w:sz w:val="24"/>
        </w:rPr>
        <w:t>"家人们看到了吗？这就是天风城竞技场，今晚神豪殿打风云阁！风云阁会长龙腾天，就是昨天在世界频道叫嚣那个，说要教我们会长做人——"</w:t>
      </w:r>
    </w:p>
    <w:p>
      <w:pPr>
        <w:spacing w:line="560" w:lineRule="exact"/>
        <w:ind w:firstLine="420"/>
      </w:pPr>
      <w:r>
        <w:rPr>
          <w:rFonts w:ascii="宋体" w:hAnsi="宋体" w:eastAsia="宋体"/>
          <w:sz w:val="24"/>
        </w:rPr>
        <w:t>弹幕瞬间刷满屏：</w:t>
      </w:r>
    </w:p>
    <w:p>
      <w:pPr>
        <w:spacing w:line="560" w:lineRule="exact"/>
        <w:ind w:firstLine="420"/>
      </w:pPr>
      <w:r>
        <w:rPr>
          <w:rFonts w:ascii="宋体" w:hAnsi="宋体" w:eastAsia="宋体"/>
          <w:sz w:val="24"/>
        </w:rPr>
        <w:t>「哈哈哈哈龙腾天怕不是石乐志」</w:t>
        <w:br/>
        <w:t>「风云阁全公会加起来够风中追风一刀吗？」</w:t>
        <w:br/>
        <w:t>「小雅姐别转圈了，我晕！」</w:t>
        <w:br/>
        <w:t>「押注了押注了！神豪殿几分钟结束战斗？」</w:t>
      </w:r>
    </w:p>
    <w:p>
      <w:pPr>
        <w:spacing w:line="560" w:lineRule="exact"/>
        <w:ind w:firstLine="420"/>
      </w:pPr>
      <w:r>
        <w:rPr>
          <w:rFonts w:ascii="宋体" w:hAnsi="宋体" w:eastAsia="宋体"/>
          <w:sz w:val="24"/>
        </w:rPr>
        <w:t>世界频道上更是炸开了锅——</w:t>
      </w:r>
    </w:p>
    <w:p>
      <w:pPr>
        <w:spacing w:line="560" w:lineRule="exact"/>
        <w:ind w:firstLine="420"/>
      </w:pPr>
      <w:r>
        <w:rPr>
          <w:rFonts w:ascii="宋体" w:hAnsi="宋体" w:eastAsia="宋体"/>
          <w:sz w:val="24"/>
        </w:rPr>
        <w:t>「快来看！神豪殿对风云阁的友谊赛！」</w:t>
        <w:br/>
        <w:t>「风云阁会长龙腾天亲自带队，说是要教风中追风做人哈哈哈哈」</w:t>
        <w:br/>
        <w:t>「笑死，风云阁一个二流公会哪来的勇气？」</w:t>
        <w:br/>
        <w:t>「据说是龙腾天跟风中追风抢BOSS被秒了，不服气」</w:t>
        <w:br/>
        <w:t>「那不叫抢BOSS，那叫送人头」</w:t>
        <w:br/>
        <w:t>「别说了，我押神豪殿三分钟内结束战斗」</w:t>
        <w:br/>
        <w:t>「三分钟？我押两分钟！」</w:t>
        <w:br/>
        <w:t>「一分钟内结束我吃键盘！」</w:t>
      </w:r>
    </w:p>
    <w:p>
      <w:pPr>
        <w:spacing w:line="560" w:lineRule="exact"/>
        <w:ind w:firstLine="420"/>
      </w:pPr>
      <w:r>
        <w:rPr>
          <w:rFonts w:ascii="宋体" w:hAnsi="宋体" w:eastAsia="宋体"/>
          <w:sz w:val="24"/>
        </w:rPr>
        <w:t>竞技场东侧入口，风云阁的玩家鱼贯而入。会长龙腾天走在最前面，一身暗红色的传说级铠甲，手持一把燃烧着黑色火焰的长剑。他走路的姿势刻意放得很稳，下巴微微上扬，试图营造出一种"王者驾临"的气场。</w:t>
      </w:r>
    </w:p>
    <w:p>
      <w:pPr>
        <w:spacing w:line="560" w:lineRule="exact"/>
        <w:ind w:firstLine="420"/>
      </w:pPr>
      <w:r>
        <w:rPr>
          <w:rFonts w:ascii="宋体" w:hAnsi="宋体" w:eastAsia="宋体"/>
          <w:sz w:val="24"/>
        </w:rPr>
        <w:t>身后跟着风云阁的核心成员——约莫五十人，装备清一色是暗金以上，阵型排列得整整齐齐。盾战在前、法师居中、弓手压后，标准的推图阵型，一看就是排练过的。</w:t>
      </w:r>
    </w:p>
    <w:p>
      <w:pPr>
        <w:spacing w:line="560" w:lineRule="exact"/>
        <w:ind w:firstLine="420"/>
      </w:pPr>
      <w:r>
        <w:rPr>
          <w:rFonts w:ascii="宋体" w:hAnsi="宋体" w:eastAsia="宋体"/>
          <w:sz w:val="24"/>
        </w:rPr>
        <w:t>看台上有人吹了一声口哨："哟，风云阁这阵仗还挺像样。"</w:t>
      </w:r>
    </w:p>
    <w:p>
      <w:pPr>
        <w:spacing w:line="560" w:lineRule="exact"/>
        <w:ind w:firstLine="420"/>
      </w:pPr>
      <w:r>
        <w:rPr>
          <w:rFonts w:ascii="宋体" w:hAnsi="宋体" w:eastAsia="宋体"/>
          <w:sz w:val="24"/>
        </w:rPr>
        <w:t>"像样有什么用？对面可是神豪殿。"</w:t>
      </w:r>
    </w:p>
    <w:p>
      <w:pPr>
        <w:spacing w:line="560" w:lineRule="exact"/>
        <w:ind w:firstLine="420"/>
      </w:pPr>
      <w:r>
        <w:rPr>
          <w:rFonts w:ascii="宋体" w:hAnsi="宋体" w:eastAsia="宋体"/>
          <w:sz w:val="24"/>
        </w:rPr>
        <w:t>"也是。"</w:t>
      </w:r>
    </w:p>
    <w:p>
      <w:pPr>
        <w:spacing w:line="560" w:lineRule="exact"/>
        <w:ind w:firstLine="420"/>
      </w:pPr>
      <w:r>
        <w:rPr>
          <w:rFonts w:ascii="宋体" w:hAnsi="宋体" w:eastAsia="宋体"/>
          <w:sz w:val="24"/>
        </w:rPr>
        <w:t>看得出来，风云阁确实下了血本。龙腾天为了今天这场友谊赛，据说从拍卖行扫了一整批暗金装备，光那把黑色长剑就花了八十万金币。</w:t>
      </w:r>
    </w:p>
    <w:p>
      <w:pPr>
        <w:spacing w:line="560" w:lineRule="exact"/>
        <w:ind w:firstLine="420"/>
      </w:pPr>
      <w:r>
        <w:rPr>
          <w:rFonts w:ascii="宋体" w:hAnsi="宋体" w:eastAsia="宋体"/>
          <w:sz w:val="24"/>
        </w:rPr>
        <w:t>西侧入口，神豪殿的人进场了。</w:t>
      </w:r>
    </w:p>
    <w:p>
      <w:pPr>
        <w:spacing w:line="560" w:lineRule="exact"/>
        <w:ind w:firstLine="420"/>
      </w:pPr>
      <w:r>
        <w:rPr>
          <w:rFonts w:ascii="宋体" w:hAnsi="宋体" w:eastAsia="宋体"/>
          <w:sz w:val="24"/>
        </w:rPr>
        <w:t>相比风云阁的整齐划一，神豪殿这边就显得随意多了——五十人松松垮垮地走进来，有的在聊天，有的还在嗑瓜子——系统商店里买的那种南瓜子表情动作，甚至有人边走边跳尬舞。赵铁柱走在最前面，盾牌扛在肩上，嘴里还叼着一根虚拟鸡腿。</w:t>
      </w:r>
    </w:p>
    <w:p>
      <w:pPr>
        <w:spacing w:line="560" w:lineRule="exact"/>
        <w:ind w:firstLine="420"/>
      </w:pPr>
      <w:r>
        <w:rPr>
          <w:rFonts w:ascii="宋体" w:hAnsi="宋体" w:eastAsia="宋体"/>
          <w:sz w:val="24"/>
        </w:rPr>
        <w:t>"风哥，我先把这个吃完再打啊，正好赶上。"</w:t>
      </w:r>
    </w:p>
    <w:p>
      <w:pPr>
        <w:spacing w:line="560" w:lineRule="exact"/>
        <w:ind w:firstLine="420"/>
      </w:pPr>
      <w:r>
        <w:rPr>
          <w:rFonts w:ascii="宋体" w:hAnsi="宋体" w:eastAsia="宋体"/>
          <w:sz w:val="24"/>
        </w:rPr>
        <w:t>林风看了他一眼："吃吧，不急。"</w:t>
      </w:r>
    </w:p>
    <w:p>
      <w:pPr>
        <w:spacing w:line="560" w:lineRule="exact"/>
        <w:ind w:firstLine="420"/>
      </w:pPr>
      <w:r>
        <w:rPr>
          <w:rFonts w:ascii="宋体" w:hAnsi="宋体" w:eastAsia="宋体"/>
          <w:sz w:val="24"/>
        </w:rPr>
        <w:t>对面的龙腾天脸都绿了。</w:t>
      </w:r>
    </w:p>
    <w:p>
      <w:pPr>
        <w:spacing w:line="560" w:lineRule="exact"/>
        <w:ind w:firstLine="420"/>
      </w:pPr>
      <w:r>
        <w:rPr>
          <w:rFonts w:ascii="宋体" w:hAnsi="宋体" w:eastAsia="宋体"/>
          <w:sz w:val="24"/>
        </w:rPr>
        <w:t>但就是这支"散漫"的队伍，每一个人头顶都顶着传说级的装备光芒。金光闪闪一片，晃得看台上的玩家眼睛都花了。</w:t>
      </w:r>
    </w:p>
    <w:p>
      <w:pPr>
        <w:spacing w:line="560" w:lineRule="exact"/>
        <w:ind w:firstLine="420"/>
      </w:pPr>
      <w:r>
        <w:rPr>
          <w:rFonts w:ascii="宋体" w:hAnsi="宋体" w:eastAsia="宋体"/>
          <w:sz w:val="24"/>
        </w:rPr>
        <w:t>「我靠……清一色传说？」</w:t>
        <w:br/>
        <w:t>「神豪殿这装备储备，够打十个风云阁了」</w:t>
        <w:br/>
        <w:t>「龙腾天看到对面装备的时候表情管理都崩了哈哈哈哈」</w:t>
      </w:r>
    </w:p>
    <w:p>
      <w:pPr>
        <w:spacing w:line="560" w:lineRule="exact"/>
        <w:ind w:firstLine="420"/>
      </w:pPr>
      <w:r>
        <w:rPr>
          <w:rFonts w:ascii="宋体" w:hAnsi="宋体" w:eastAsia="宋体"/>
          <w:sz w:val="24"/>
        </w:rPr>
        <w:t>龙腾天看着对面那一片金光闪闪的装备，脸上的表情微微僵硬了一下，但很快恢复了自信。他在心里告诉自己：装备好有什么用？团战靠的是配合！风云阁练了整整一周的阵型，打的就是配合！</w:t>
      </w:r>
    </w:p>
    <w:p>
      <w:pPr>
        <w:spacing w:line="560" w:lineRule="exact"/>
        <w:ind w:firstLine="420"/>
      </w:pPr>
      <w:r>
        <w:rPr>
          <w:rFonts w:ascii="宋体" w:hAnsi="宋体" w:eastAsia="宋体"/>
          <w:sz w:val="24"/>
        </w:rPr>
        <w:t>他举起手中的黑色长剑，在公会频道中吼道："全体听令——按训练阵型！盾战前排！法师中排！弓手后排！"</w:t>
      </w:r>
    </w:p>
    <w:p>
      <w:pPr>
        <w:spacing w:line="560" w:lineRule="exact"/>
        <w:ind w:firstLine="420"/>
      </w:pPr>
      <w:r>
        <w:rPr>
          <w:rFonts w:ascii="宋体" w:hAnsi="宋体" w:eastAsia="宋体"/>
          <w:sz w:val="24"/>
        </w:rPr>
        <w:t>风云阁的玩家立刻散开，摆出了一个标准的战场方阵。前排六名盾战并排而立，盾牌底端往地上一杵，发出整齐的金属碰撞声。法师们在后排举起法杖，元素的光芒在杖尖跳动。弓手拉满长弓，箭尖齐刷刷指向神豪殿的阵线。</w:t>
      </w:r>
    </w:p>
    <w:p>
      <w:pPr>
        <w:spacing w:line="560" w:lineRule="exact"/>
        <w:ind w:firstLine="420"/>
      </w:pPr>
      <w:r>
        <w:rPr>
          <w:rFonts w:ascii="宋体" w:hAnsi="宋体" w:eastAsia="宋体"/>
          <w:sz w:val="24"/>
        </w:rPr>
        <w:t>看台上的观众发出一阵低呼——</w:t>
      </w:r>
    </w:p>
    <w:p>
      <w:pPr>
        <w:spacing w:line="560" w:lineRule="exact"/>
        <w:ind w:firstLine="420"/>
      </w:pPr>
      <w:r>
        <w:rPr>
          <w:rFonts w:ascii="宋体" w:hAnsi="宋体" w:eastAsia="宋体"/>
          <w:sz w:val="24"/>
        </w:rPr>
        <w:t>"风云阁这阵型练得不错啊，挺像那么回事的。"</w:t>
        <w:br/>
        <w:t>"阵型好看有什么用？对面是神豪殿。"</w:t>
        <w:br/>
        <w:t>"也是。"</w:t>
      </w:r>
    </w:p>
    <w:p>
      <w:pPr>
        <w:spacing w:line="560" w:lineRule="exact"/>
        <w:ind w:firstLine="420"/>
      </w:pPr>
      <w:r>
        <w:rPr>
          <w:rFonts w:ascii="宋体" w:hAnsi="宋体" w:eastAsia="宋体"/>
          <w:sz w:val="24"/>
        </w:rPr>
        <w:t>神豪殿这边，林风甚至没有列阵。他只是站在最前面，嘴里还嚼着赵铁柱分他的半块虚拟面包。他对着龙腾天勾了勾手指。</w:t>
      </w:r>
    </w:p>
    <w:p>
      <w:pPr>
        <w:spacing w:line="560" w:lineRule="exact"/>
        <w:ind w:firstLine="420"/>
      </w:pPr>
      <w:r>
        <w:rPr>
          <w:rFonts w:ascii="宋体" w:hAnsi="宋体" w:eastAsia="宋体"/>
          <w:sz w:val="24"/>
        </w:rPr>
        <w:t>"开始吧。"</w:t>
      </w:r>
    </w:p>
    <w:p>
      <w:pPr>
        <w:spacing w:line="560" w:lineRule="exact"/>
        <w:ind w:firstLine="420"/>
      </w:pPr>
      <w:r>
        <w:rPr>
          <w:rFonts w:ascii="宋体" w:hAnsi="宋体" w:eastAsia="宋体"/>
          <w:sz w:val="24"/>
        </w:rPr>
        <w:t>龙腾天的脸一下子涨红了。</w:t>
      </w:r>
    </w:p>
    <w:p>
      <w:pPr>
        <w:spacing w:line="560" w:lineRule="exact"/>
        <w:ind w:firstLine="420"/>
      </w:pPr>
      <w:r>
        <w:rPr>
          <w:rFonts w:ascii="宋体" w:hAnsi="宋体" w:eastAsia="宋体"/>
          <w:sz w:val="24"/>
        </w:rPr>
        <w:t>竞技场中央，系统裁判的倒计时开始——</w:t>
      </w:r>
    </w:p>
    <w:p>
      <w:pPr>
        <w:spacing w:line="560" w:lineRule="exact"/>
        <w:ind w:firstLine="420"/>
      </w:pPr>
      <w:r>
        <w:rPr>
          <w:rFonts w:ascii="宋体" w:hAnsi="宋体" w:eastAsia="宋体"/>
          <w:sz w:val="24"/>
        </w:rPr>
        <w:t>【三……二……一……战斗开始！】</w:t>
      </w:r>
    </w:p>
    <w:p>
      <w:pPr>
        <w:spacing w:line="560" w:lineRule="exact"/>
        <w:ind w:firstLine="420"/>
      </w:pPr>
      <w:r>
        <w:rPr>
          <w:rFonts w:ascii="宋体" w:hAnsi="宋体" w:eastAsia="宋体"/>
          <w:sz w:val="24"/>
        </w:rPr>
        <w:t>"冲！！！"龙腾天怒吼一声，风云阁的阵型如同一辆战车轰然向前推进！</w:t>
      </w:r>
    </w:p>
    <w:p>
      <w:pPr>
        <w:spacing w:line="560" w:lineRule="exact"/>
        <w:ind w:firstLine="420"/>
      </w:pPr>
      <w:r>
        <w:rPr>
          <w:rFonts w:ascii="宋体" w:hAnsi="宋体" w:eastAsia="宋体"/>
          <w:sz w:val="24"/>
        </w:rPr>
        <w:t>六名盾战并排推进，银色盾牌连成一块铁壁，脚步踏在竞技场的石板上，发出整齐的轰鸣声。法师在后方吟唱，火焰与冰霜的光芒在法杖顶端交织。弓手拉满长弓，箭矢闪烁着寒光指向神豪殿的阵线。</w:t>
      </w:r>
    </w:p>
    <w:p>
      <w:pPr>
        <w:spacing w:line="560" w:lineRule="exact"/>
        <w:ind w:firstLine="420"/>
      </w:pPr>
      <w:r>
        <w:rPr>
          <w:rFonts w:ascii="宋体" w:hAnsi="宋体" w:eastAsia="宋体"/>
          <w:sz w:val="24"/>
        </w:rPr>
        <w:t>气势惊人。看台上的观众甚至不由自主地往后缩了一下。</w:t>
      </w:r>
    </w:p>
    <w:p>
      <w:pPr>
        <w:spacing w:line="560" w:lineRule="exact"/>
        <w:ind w:firstLine="420"/>
      </w:pPr>
      <w:r>
        <w:rPr>
          <w:rFonts w:ascii="宋体" w:hAnsi="宋体" w:eastAsia="宋体"/>
          <w:sz w:val="24"/>
        </w:rPr>
        <w:t>然后——林风动了。</w:t>
      </w:r>
    </w:p>
    <w:p>
      <w:pPr>
        <w:spacing w:line="560" w:lineRule="exact"/>
        <w:ind w:firstLine="420"/>
      </w:pPr>
      <w:r>
        <w:rPr>
          <w:rFonts w:ascii="宋体" w:hAnsi="宋体" w:eastAsia="宋体"/>
          <w:sz w:val="24"/>
        </w:rPr>
        <w:t>他没有用任何华丽的技能。没有瞬间移动，没有大招前摇，他就只是普通地往前走了一步，走进了风云阁的阵型里，然后举起神豪之剑，普通地挥了一剑。</w:t>
      </w:r>
    </w:p>
    <w:p>
      <w:pPr>
        <w:spacing w:line="560" w:lineRule="exact"/>
        <w:ind w:firstLine="420"/>
      </w:pPr>
      <w:r>
        <w:rPr>
          <w:rFonts w:ascii="宋体" w:hAnsi="宋体" w:eastAsia="宋体"/>
          <w:sz w:val="24"/>
        </w:rPr>
        <w:t>一剑。</w:t>
      </w:r>
    </w:p>
    <w:p>
      <w:pPr>
        <w:spacing w:line="560" w:lineRule="exact"/>
        <w:ind w:firstLine="420"/>
      </w:pPr>
      <w:r>
        <w:rPr>
          <w:rFonts w:ascii="宋体" w:hAnsi="宋体" w:eastAsia="宋体"/>
          <w:sz w:val="24"/>
        </w:rPr>
        <w:t>-12,000！</w:t>
      </w:r>
    </w:p>
    <w:p>
      <w:pPr>
        <w:spacing w:line="560" w:lineRule="exact"/>
        <w:ind w:firstLine="420"/>
      </w:pPr>
      <w:r>
        <w:rPr>
          <w:rFonts w:ascii="宋体" w:hAnsi="宋体" w:eastAsia="宋体"/>
          <w:sz w:val="24"/>
        </w:rPr>
        <w:t>风云阁前排的盾战头顶飘出一个恐怖的数字——那盾战有一万五的血量、四千的防御力，在全服坦克里都排得上号。但林风随手一剑，直接砍掉了五分之四的血条。</w:t>
      </w:r>
    </w:p>
    <w:p>
      <w:pPr>
        <w:spacing w:line="560" w:lineRule="exact"/>
        <w:ind w:firstLine="420"/>
      </w:pPr>
      <w:r>
        <w:rPr>
          <w:rFonts w:ascii="宋体" w:hAnsi="宋体" w:eastAsia="宋体"/>
          <w:sz w:val="24"/>
        </w:rPr>
        <w:t>盾战瞪大眼睛，还没来得及喊出声，整个人化作白光消失！</w:t>
      </w:r>
    </w:p>
    <w:p>
      <w:pPr>
        <w:spacing w:line="560" w:lineRule="exact"/>
        <w:ind w:firstLine="420"/>
      </w:pPr>
      <w:r>
        <w:rPr>
          <w:rFonts w:ascii="宋体" w:hAnsi="宋体" w:eastAsia="宋体"/>
          <w:sz w:val="24"/>
        </w:rPr>
        <w:t>全场安静了半秒。</w:t>
      </w:r>
    </w:p>
    <w:p>
      <w:pPr>
        <w:spacing w:line="560" w:lineRule="exact"/>
        <w:ind w:firstLine="420"/>
      </w:pPr>
      <w:r>
        <w:rPr>
          <w:rFonts w:ascii="宋体" w:hAnsi="宋体" w:eastAsia="宋体"/>
          <w:sz w:val="24"/>
        </w:rPr>
        <w:t>然后爆炸了——</w:t>
      </w:r>
    </w:p>
    <w:p>
      <w:pPr>
        <w:spacing w:line="560" w:lineRule="exact"/>
        <w:ind w:firstLine="420"/>
      </w:pPr>
      <w:r>
        <w:rPr>
          <w:rFonts w:ascii="宋体" w:hAnsi="宋体" w:eastAsia="宋体"/>
          <w:sz w:val="24"/>
        </w:rPr>
        <w:t>「卧槽！一剑秒了坦克？」</w:t>
        <w:br/>
        <w:t>「什么伤害？一万二？？」</w:t>
        <w:br/>
        <w:t>「坦克有一万五的血啊！一剑砍掉一万二？！」</w:t>
        <w:br/>
        <w:t>「风中追风的攻击力到底多少？？？」</w:t>
        <w:br/>
        <w:t>「我退出游戏了，不玩了，这游戏没法玩」</w:t>
      </w:r>
    </w:p>
    <w:p>
      <w:pPr>
        <w:spacing w:line="560" w:lineRule="exact"/>
        <w:ind w:firstLine="420"/>
      </w:pPr>
      <w:r>
        <w:rPr>
          <w:rFonts w:ascii="宋体" w:hAnsi="宋体" w:eastAsia="宋体"/>
          <w:sz w:val="24"/>
        </w:rPr>
        <w:t>龙腾天的脸彻底白了。他以为自己的坦克至少能扛住三到五秒——只要扛住，后排的输出就能把林风打成筛子。但现实是，他的坦克连一秒都没撑住。</w:t>
      </w:r>
    </w:p>
    <w:p>
      <w:pPr>
        <w:spacing w:line="560" w:lineRule="exact"/>
        <w:ind w:firstLine="420"/>
      </w:pPr>
      <w:r>
        <w:rPr>
          <w:rFonts w:ascii="宋体" w:hAnsi="宋体" w:eastAsia="宋体"/>
          <w:sz w:val="24"/>
        </w:rPr>
        <w:t>"集火！集火他！"龙腾天嘶吼道。</w:t>
      </w:r>
    </w:p>
    <w:p>
      <w:pPr>
        <w:spacing w:line="560" w:lineRule="exact"/>
        <w:ind w:firstLine="420"/>
      </w:pPr>
      <w:r>
        <w:rPr>
          <w:rFonts w:ascii="宋体" w:hAnsi="宋体" w:eastAsia="宋体"/>
          <w:sz w:val="24"/>
        </w:rPr>
        <w:t>后排的法师和弓手同时开火——火球、冰锥、雷电、箭矢，铺天盖地向林风砸去！六名法师的AOE技能把林风周围的地板炸得碎石飞溅，烟尘弥漫。</w:t>
      </w:r>
    </w:p>
    <w:p>
      <w:pPr>
        <w:spacing w:line="560" w:lineRule="exact"/>
        <w:ind w:firstLine="420"/>
      </w:pPr>
      <w:r>
        <w:rPr>
          <w:rFonts w:ascii="宋体" w:hAnsi="宋体" w:eastAsia="宋体"/>
          <w:sz w:val="24"/>
        </w:rPr>
        <w:t>林风没有躲。他甚至没有抬起防御姿态。</w:t>
      </w:r>
    </w:p>
    <w:p>
      <w:pPr>
        <w:spacing w:line="560" w:lineRule="exact"/>
        <w:ind w:firstLine="420"/>
      </w:pPr>
      <w:r>
        <w:rPr>
          <w:rFonts w:ascii="宋体" w:hAnsi="宋体" w:eastAsia="宋体"/>
          <w:sz w:val="24"/>
        </w:rPr>
        <w:t>所有的攻击落在他身上，伤害数字像雨点一样飘起——</w:t>
      </w:r>
    </w:p>
    <w:p>
      <w:pPr>
        <w:spacing w:line="560" w:lineRule="exact"/>
        <w:ind w:firstLine="420"/>
      </w:pPr>
      <w:r>
        <w:rPr>
          <w:rFonts w:ascii="宋体" w:hAnsi="宋体" w:eastAsia="宋体"/>
          <w:sz w:val="24"/>
        </w:rPr>
        <w:t>-312。</w:t>
        <w:br/>
        <w:t>-289。</w:t>
        <w:br/>
        <w:t>-401。</w:t>
        <w:br/>
        <w:t>-255。</w:t>
        <w:br/>
        <w:t>-187。</w:t>
      </w:r>
    </w:p>
    <w:p>
      <w:pPr>
        <w:spacing w:line="560" w:lineRule="exact"/>
        <w:ind w:firstLine="420"/>
      </w:pPr>
      <w:r>
        <w:rPr>
          <w:rFonts w:ascii="宋体" w:hAnsi="宋体" w:eastAsia="宋体"/>
          <w:sz w:val="24"/>
        </w:rPr>
        <w:t>风云阁一轮齐射，打掉了他不到三千血。</w:t>
      </w:r>
    </w:p>
    <w:p>
      <w:pPr>
        <w:spacing w:line="560" w:lineRule="exact"/>
        <w:ind w:firstLine="420"/>
      </w:pPr>
      <w:r>
        <w:rPr>
          <w:rFonts w:ascii="宋体" w:hAnsi="宋体" w:eastAsia="宋体"/>
          <w:sz w:val="24"/>
        </w:rPr>
        <w:t>而他的总血量是——七万五。</w:t>
      </w:r>
    </w:p>
    <w:p>
      <w:pPr>
        <w:spacing w:line="560" w:lineRule="exact"/>
        <w:ind w:firstLine="420"/>
      </w:pPr>
      <w:r>
        <w:rPr>
          <w:rFonts w:ascii="宋体" w:hAnsi="宋体" w:eastAsia="宋体"/>
          <w:sz w:val="24"/>
        </w:rPr>
        <w:t>烟尘散去，林风完好无损地站在原地，连衣角都没破。</w:t>
      </w:r>
    </w:p>
    <w:p>
      <w:pPr>
        <w:spacing w:line="560" w:lineRule="exact"/>
        <w:ind w:firstLine="420"/>
      </w:pPr>
      <w:r>
        <w:rPr>
          <w:rFonts w:ascii="宋体" w:hAnsi="宋体" w:eastAsia="宋体"/>
          <w:sz w:val="24"/>
        </w:rPr>
        <w:t>风云阁的法师们手里的法杖差点掉地上。</w:t>
      </w:r>
    </w:p>
    <w:p>
      <w:pPr>
        <w:spacing w:line="560" w:lineRule="exact"/>
        <w:ind w:firstLine="420"/>
      </w:pPr>
      <w:r>
        <w:rPr>
          <w:rFonts w:ascii="宋体" w:hAnsi="宋体" w:eastAsia="宋体"/>
          <w:sz w:val="24"/>
        </w:rPr>
        <w:t>"打不动……根本打不动……"一个法师绝望地喊道，"我火法面板八千法攻，打他才三百点血？"</w:t>
      </w:r>
    </w:p>
    <w:p>
      <w:pPr>
        <w:spacing w:line="560" w:lineRule="exact"/>
        <w:ind w:firstLine="420"/>
      </w:pPr>
      <w:r>
        <w:rPr>
          <w:rFonts w:ascii="宋体" w:hAnsi="宋体" w:eastAsia="宋体"/>
          <w:sz w:val="24"/>
        </w:rPr>
        <w:t>"他的防御到底多少啊？！"</w:t>
      </w:r>
    </w:p>
    <w:p>
      <w:pPr>
        <w:spacing w:line="560" w:lineRule="exact"/>
        <w:ind w:firstLine="420"/>
      </w:pPr>
      <w:r>
        <w:rPr>
          <w:rFonts w:ascii="宋体" w:hAnsi="宋体" w:eastAsia="宋体"/>
          <w:sz w:val="24"/>
        </w:rPr>
        <w:t>"我查了——论坛说他防御力八万二！"</w:t>
      </w:r>
    </w:p>
    <w:p>
      <w:pPr>
        <w:spacing w:line="560" w:lineRule="exact"/>
        <w:ind w:firstLine="420"/>
      </w:pPr>
      <w:r>
        <w:rPr>
          <w:rFonts w:ascii="宋体" w:hAnsi="宋体" w:eastAsia="宋体"/>
          <w:sz w:val="24"/>
        </w:rPr>
        <w:t>八万二。</w:t>
      </w:r>
    </w:p>
    <w:p>
      <w:pPr>
        <w:spacing w:line="560" w:lineRule="exact"/>
        <w:ind w:firstLine="420"/>
      </w:pPr>
      <w:r>
        <w:rPr>
          <w:rFonts w:ascii="宋体" w:hAnsi="宋体" w:eastAsia="宋体"/>
          <w:sz w:val="24"/>
        </w:rPr>
        <w:t>整个风云阁的公会频道陷入了死寂。他们的法师法攻才八千，打一个防御八万二的目标——这跟拿水枪滋坦克有什么区别？</w:t>
      </w:r>
    </w:p>
    <w:p>
      <w:pPr>
        <w:spacing w:line="560" w:lineRule="exact"/>
        <w:ind w:firstLine="420"/>
      </w:pPr>
      <w:r>
        <w:rPr>
          <w:rFonts w:ascii="宋体" w:hAnsi="宋体" w:eastAsia="宋体"/>
          <w:sz w:val="24"/>
        </w:rPr>
        <w:t>"该我了。"林风说。</w:t>
      </w:r>
    </w:p>
    <w:p>
      <w:pPr>
        <w:spacing w:line="560" w:lineRule="exact"/>
        <w:ind w:firstLine="420"/>
      </w:pPr>
      <w:r>
        <w:rPr>
          <w:rFonts w:ascii="宋体" w:hAnsi="宋体" w:eastAsia="宋体"/>
          <w:sz w:val="24"/>
        </w:rPr>
        <w:t>他举起神豪之剑，剑身上金色的光芒开始凝聚。那光芒越来越亮，像一个正在膨胀的小太阳。</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一道金色的光柱从天而降，直径覆盖了半个竞技场，将整个风云阁的阵型全部笼罩在内！</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-8,000！-8,000！-8,000！-8,000！</w:t>
      </w:r>
    </w:p>
    <w:p>
      <w:pPr>
        <w:spacing w:line="560" w:lineRule="exact"/>
        <w:ind w:firstLine="420"/>
      </w:pPr>
      <w:r>
        <w:rPr>
          <w:rFonts w:ascii="宋体" w:hAnsi="宋体" w:eastAsia="宋体"/>
          <w:sz w:val="24"/>
        </w:rPr>
        <w:t>一连串的伤害数字从风云阁每一个玩家的头顶跳起！六名盾战、六名法师、四名弓手、会长龙腾天——没有一个幸免！</w:t>
      </w:r>
    </w:p>
    <w:p>
      <w:pPr>
        <w:spacing w:line="560" w:lineRule="exact"/>
        <w:ind w:firstLine="420"/>
      </w:pPr>
      <w:r>
        <w:rPr>
          <w:rFonts w:ascii="宋体" w:hAnsi="宋体" w:eastAsia="宋体"/>
          <w:sz w:val="24"/>
        </w:rPr>
        <w:t>瞬间，五十人的阵型被打穿了超过一半！</w:t>
      </w:r>
    </w:p>
    <w:p>
      <w:pPr>
        <w:spacing w:line="560" w:lineRule="exact"/>
        <w:ind w:firstLine="420"/>
      </w:pPr>
      <w:r>
        <w:rPr>
          <w:rFonts w:ascii="宋体" w:hAnsi="宋体" w:eastAsia="宋体"/>
          <w:sz w:val="24"/>
        </w:rPr>
        <w:t>前排的盾战倒了一地，法师和弓手更是被直接清空。只有龙腾天和零星几个残血的玩家还站着——但也只是站着而已。</w:t>
      </w:r>
    </w:p>
    <w:p>
      <w:pPr>
        <w:spacing w:line="560" w:lineRule="exact"/>
        <w:ind w:firstLine="420"/>
      </w:pPr>
      <w:r>
        <w:rPr>
          <w:rFonts w:ascii="宋体" w:hAnsi="宋体" w:eastAsia="宋体"/>
          <w:sz w:val="24"/>
        </w:rPr>
        <w:t>龙腾天站在原地，血条只剩一丝。他双腿发软，手里的黑色长剑差点握不住。周围的地板上横七竖八地躺着风云阁玩家的尸体，正在缓缓化作白光消失。</w:t>
      </w:r>
    </w:p>
    <w:p>
      <w:pPr>
        <w:spacing w:line="560" w:lineRule="exact"/>
        <w:ind w:firstLine="420"/>
      </w:pPr>
      <w:r>
        <w:rPr>
          <w:rFonts w:ascii="宋体" w:hAnsi="宋体" w:eastAsia="宋体"/>
          <w:sz w:val="24"/>
        </w:rPr>
        <w:t>"这……这是什么技能……"</w:t>
      </w:r>
    </w:p>
    <w:p>
      <w:pPr>
        <w:spacing w:line="560" w:lineRule="exact"/>
        <w:ind w:firstLine="420"/>
      </w:pPr>
      <w:r>
        <w:rPr>
          <w:rFonts w:ascii="宋体" w:hAnsi="宋体" w:eastAsia="宋体"/>
          <w:sz w:val="24"/>
        </w:rPr>
        <w:t>林风走到他面前，居高临下地看着他。剑身上的金色光芒已经消退，但那股压迫感一点没减。</w:t>
      </w:r>
    </w:p>
    <w:p>
      <w:pPr>
        <w:spacing w:line="560" w:lineRule="exact"/>
        <w:ind w:firstLine="420"/>
      </w:pPr>
      <w:r>
        <w:rPr>
          <w:rFonts w:ascii="宋体" w:hAnsi="宋体" w:eastAsia="宋体"/>
          <w:sz w:val="24"/>
        </w:rPr>
        <w:t>"你那个BOSS，我本来就要打。你过来抢，我顺手把你清了。"林风说，"现在你明白了吗？"</w:t>
      </w:r>
    </w:p>
    <w:p>
      <w:pPr>
        <w:spacing w:line="560" w:lineRule="exact"/>
        <w:ind w:firstLine="420"/>
      </w:pPr>
      <w:r>
        <w:rPr>
          <w:rFonts w:ascii="宋体" w:hAnsi="宋体" w:eastAsia="宋体"/>
          <w:sz w:val="24"/>
        </w:rPr>
        <w:t>龙腾天嘴唇颤抖着，一个字都说不出来。他想说点什么狠话来挽回面子，但嘴张开又合上，最后只发出了一声含混的喉音。</w:t>
      </w:r>
    </w:p>
    <w:p>
      <w:pPr>
        <w:spacing w:line="560" w:lineRule="exact"/>
        <w:ind w:firstLine="420"/>
      </w:pPr>
      <w:r>
        <w:rPr>
          <w:rFonts w:ascii="宋体" w:hAnsi="宋体" w:eastAsia="宋体"/>
          <w:sz w:val="24"/>
        </w:rPr>
        <w:t>看台上，三四万人的欢呼声震耳欲聋。有人在吹口哨，有人在跺脚，整个竞技场都在震动。</w:t>
      </w:r>
    </w:p>
    <w:p>
      <w:pPr>
        <w:spacing w:line="560" w:lineRule="exact"/>
        <w:ind w:firstLine="420"/>
      </w:pPr>
      <w:r>
        <w:rPr>
          <w:rFonts w:ascii="宋体" w:hAnsi="宋体" w:eastAsia="宋体"/>
          <w:sz w:val="24"/>
        </w:rPr>
        <w:t>苏小雅的直播间在线人数突破了一百二十万，弹幕已经完全看不清了：</w:t>
      </w:r>
    </w:p>
    <w:p>
      <w:pPr>
        <w:spacing w:line="560" w:lineRule="exact"/>
        <w:ind w:firstLine="420"/>
      </w:pPr>
      <w:r>
        <w:rPr>
          <w:rFonts w:ascii="宋体" w:hAnsi="宋体" w:eastAsia="宋体"/>
          <w:sz w:val="24"/>
        </w:rPr>
        <w:t>「卧槽卧槽卧槽！」</w:t>
        <w:br/>
        <w:t>「一招清场！」</w:t>
        <w:br/>
        <w:t>「这才是神豪的实力啊！」</w:t>
        <w:br/>
        <w:t>「风云阁从今天起可以改名叫风滚阁了——风一吹就滚」</w:t>
        <w:br/>
        <w:t>「龙腾天那个表情笑死我了哈哈哈」</w:t>
        <w:br/>
        <w:t>「感觉龙腾天要自闭了」</w:t>
        <w:br/>
        <w:t>「吃键盘那个兄弟呢？出来走两步？」</w:t>
      </w:r>
    </w:p>
    <w:p>
      <w:pPr>
        <w:spacing w:line="560" w:lineRule="exact"/>
        <w:ind w:firstLine="420"/>
      </w:pPr>
      <w:r>
        <w:rPr>
          <w:rFonts w:ascii="宋体" w:hAnsi="宋体" w:eastAsia="宋体"/>
          <w:sz w:val="24"/>
        </w:rPr>
        <w:t>"明白了就退了吧。风云阁，不适合你。"林风转过身，背对着他，"神豪殿，撤。"</w:t>
      </w:r>
    </w:p>
    <w:p>
      <w:pPr>
        <w:spacing w:line="560" w:lineRule="exact"/>
        <w:ind w:firstLine="420"/>
      </w:pPr>
      <w:r>
        <w:rPr>
          <w:rFonts w:ascii="宋体" w:hAnsi="宋体" w:eastAsia="宋体"/>
          <w:sz w:val="24"/>
        </w:rPr>
        <w:t>神豪殿的五十人转身离开竞技场，步伐依然松松垮垮，依然有人在嗑瓜子——但这一次，看台上没有人觉得他们散漫了。所有人看着那支队伍的背影，心里只有一个念头：这就是全服第一公会的底气。</w:t>
      </w:r>
    </w:p>
    <w:p>
      <w:pPr>
        <w:spacing w:line="560" w:lineRule="exact"/>
        <w:ind w:firstLine="420"/>
      </w:pPr>
      <w:r>
        <w:rPr>
          <w:rFonts w:ascii="宋体" w:hAnsi="宋体" w:eastAsia="宋体"/>
          <w:sz w:val="24"/>
        </w:rPr>
        <w:t>林风走出竞技场的时候，系统提示音响起：</w:t>
      </w:r>
    </w:p>
    <w:p>
      <w:pPr>
        <w:spacing w:line="560" w:lineRule="exact"/>
        <w:ind w:firstLine="420"/>
      </w:pPr>
      <w:r>
        <w:rPr>
          <w:rFonts w:ascii="宋体" w:hAnsi="宋体" w:eastAsia="宋体"/>
          <w:sz w:val="24"/>
        </w:rPr>
        <w:t>【系统提示：公会友谊赛·神豪殿胜。】</w:t>
        <w:br/>
        <w:t>【全服通告：神豪殿在一分钟内击败风云阁，创造了公会友谊赛最快胜利纪录！】</w:t>
      </w:r>
    </w:p>
    <w:p>
      <w:pPr>
        <w:spacing w:line="560" w:lineRule="exact"/>
        <w:ind w:firstLine="420"/>
      </w:pPr>
      <w:r>
        <w:rPr>
          <w:rFonts w:ascii="宋体" w:hAnsi="宋体" w:eastAsia="宋体"/>
          <w:sz w:val="24"/>
        </w:rPr>
        <w:t>世界频道再次沸腾——</w:t>
      </w:r>
    </w:p>
    <w:p>
      <w:pPr>
        <w:spacing w:line="560" w:lineRule="exact"/>
        <w:ind w:firstLine="420"/>
      </w:pPr>
      <w:r>
        <w:rPr>
          <w:rFonts w:ascii="宋体" w:hAnsi="宋体" w:eastAsia="宋体"/>
          <w:sz w:val="24"/>
        </w:rPr>
        <w:t>「一分钟！我就说两分钟以内！」</w:t>
        <w:br/>
        <w:t>「这哪是友谊赛，这是单方面屠杀」</w:t>
        <w:br/>
        <w:t>「风云阁以后还能抬得起头吗？」</w:t>
        <w:br/>
        <w:t>「龙腾天估计今晚睡不着了」</w:t>
        <w:br/>
        <w:t>「求龙腾天心理阴影面积」</w:t>
      </w:r>
    </w:p>
    <w:p>
      <w:pPr>
        <w:spacing w:line="560" w:lineRule="exact"/>
        <w:ind w:firstLine="420"/>
      </w:pPr>
      <w:r>
        <w:rPr>
          <w:rFonts w:ascii="宋体" w:hAnsi="宋体" w:eastAsia="宋体"/>
          <w:sz w:val="24"/>
        </w:rPr>
        <w:t>竞技场中央，龙腾天一个人站在原地。周围的队友已经全部复活离开，只剩下他一个人站在空旷的竞技场上。夜风吹过，他的血条缓缓恢复了一点点——但他心里的血条，大概再也恢复不了了。</w:t>
      </w:r>
    </w:p>
    <w:p>
      <w:pPr>
        <w:spacing w:line="560" w:lineRule="exact"/>
        <w:ind w:firstLine="420"/>
      </w:pPr>
      <w:r>
        <w:rPr>
          <w:rFonts w:ascii="宋体" w:hAnsi="宋体" w:eastAsia="宋体"/>
          <w:sz w:val="24"/>
        </w:rPr>
        <w:t>白光从他的身体中缓缓升起——他也复活离开了。</w:t>
      </w:r>
    </w:p>
    <w:p>
      <w:pPr>
        <w:spacing w:line="560" w:lineRule="exact"/>
        <w:ind w:firstLine="420"/>
      </w:pPr>
      <w:r>
        <w:rPr>
          <w:rFonts w:ascii="宋体" w:hAnsi="宋体" w:eastAsia="宋体"/>
          <w:sz w:val="24"/>
        </w:rPr>
        <w:t>而林风已经回到了公会大厅，打开了地图。</w:t>
      </w:r>
    </w:p>
    <w:p>
      <w:pPr>
        <w:spacing w:line="560" w:lineRule="exact"/>
        <w:ind w:firstLine="420"/>
      </w:pPr>
      <w:r>
        <w:rPr>
          <w:rFonts w:ascii="宋体" w:hAnsi="宋体" w:eastAsia="宋体"/>
          <w:sz w:val="24"/>
        </w:rPr>
        <w:t>风云阁解决了。接下来——该打真正的硬仗了。</w:t>
      </w:r>
    </w:p>
    <w:p>
      <w:pPr>
        <w:spacing w:line="560" w:lineRule="exact"/>
        <w:ind w:firstLine="420"/>
      </w:pPr>
      <w:r>
        <w:rPr>
          <w:rFonts w:ascii="宋体" w:hAnsi="宋体" w:eastAsia="宋体"/>
          <w:sz w:val="24"/>
        </w:rPr>
        <w:t>他在地图上标记了一个位置——翡翠平原的入口。</w:t>
      </w:r>
    </w:p>
    <w:p>
      <w:pPr>
        <w:spacing w:line="560" w:lineRule="exact"/>
        <w:ind w:firstLine="420"/>
      </w:pPr>
      <w:r>
        <w:rPr>
          <w:rFonts w:ascii="宋体" w:hAnsi="宋体" w:eastAsia="宋体"/>
          <w:sz w:val="24"/>
        </w:rPr>
        <w:t>那里，是领地系统的第一个争夺点。</w:t>
      </w:r>
    </w:p>
    <w:p>
      <w:r>
        <w:br w:type="page"/>
      </w:r>
    </w:p>
    <w:p>
      <w:pPr>
        <w:jc w:val="center"/>
      </w:pPr>
      <w:r>
        <w:rPr>
          <w:b/>
          <w:sz w:val="32"/>
        </w:rPr>
        <w:t>第025章 联盟邀请</w:t>
      </w:r>
    </w:p>
    <w:p>
      <w:pPr>
        <w:jc w:val="center"/>
      </w:pPr>
      <w:r>
        <w:rPr>
          <w:color w:val="999999"/>
          <w:sz w:val="18"/>
        </w:rPr>
        <w:t>（2,591字）</w:t>
      </w:r>
    </w:p>
    <w:p/>
    <w:p>
      <w:pPr>
        <w:spacing w:line="560" w:lineRule="exact"/>
        <w:ind w:firstLine="420"/>
      </w:pPr>
      <w:r>
        <w:rPr>
          <w:rFonts w:ascii="宋体" w:hAnsi="宋体" w:eastAsia="宋体"/>
          <w:sz w:val="24"/>
        </w:rPr>
        <w:t>风云阁被碾压的消息，在《天界》的世界频道上挂了整整一天。</w:t>
      </w:r>
    </w:p>
    <w:p>
      <w:pPr>
        <w:spacing w:line="560" w:lineRule="exact"/>
        <w:ind w:firstLine="420"/>
      </w:pPr>
      <w:r>
        <w:rPr>
          <w:rFonts w:ascii="宋体" w:hAnsi="宋体" w:eastAsia="宋体"/>
          <w:sz w:val="24"/>
        </w:rPr>
        <w:t>有人做了对战视频的剪辑，标题就叫《一分钟，一个公会》。点击量在发布后两小时内突破了五十万，到晚上已经冲到了一百二十万。评论区里清一色的"风中追风牛逼""神豪殿招不招人""龙腾天表情包已保存"。</w:t>
      </w:r>
    </w:p>
    <w:p>
      <w:pPr>
        <w:spacing w:line="560" w:lineRule="exact"/>
        <w:ind w:firstLine="420"/>
      </w:pPr>
      <w:r>
        <w:rPr>
          <w:rFonts w:ascii="宋体" w:hAnsi="宋体" w:eastAsia="宋体"/>
          <w:sz w:val="24"/>
        </w:rPr>
        <w:t>苏小雅趁热打铁，把直播标题改成了"神豪殿碾压风云阁全程复盘"，在线人数直接突破了一百五十万。她在直播间里一帧一帧地分析比赛画面，弹幕刷得根本看不清：</w:t>
      </w:r>
    </w:p>
    <w:p>
      <w:pPr>
        <w:spacing w:line="560" w:lineRule="exact"/>
        <w:ind w:firstLine="420"/>
      </w:pPr>
      <w:r>
        <w:rPr>
          <w:rFonts w:ascii="宋体" w:hAnsi="宋体" w:eastAsia="宋体"/>
          <w:sz w:val="24"/>
        </w:rPr>
        <w:t>「小雅姐别分析了，直接说风中追风有多强就行」</w:t>
        <w:br/>
        <w:t>「讲真，那一剑砍掉一万二，我到现在都没想通怎么做到的」</w:t>
        <w:br/>
        <w:t>「防御八万二，攻击保守估计五万+，这属性是人？」</w:t>
      </w:r>
    </w:p>
    <w:p>
      <w:pPr>
        <w:spacing w:line="560" w:lineRule="exact"/>
        <w:ind w:firstLine="420"/>
      </w:pPr>
      <w:r>
        <w:rPr>
          <w:rFonts w:ascii="宋体" w:hAnsi="宋体" w:eastAsia="宋体"/>
          <w:sz w:val="24"/>
        </w:rPr>
        <w:t>林风没去看那些。他把时间花在了练级和刷装备上。</w:t>
      </w:r>
    </w:p>
    <w:p>
      <w:pPr>
        <w:spacing w:line="560" w:lineRule="exact"/>
        <w:ind w:firstLine="420"/>
      </w:pPr>
      <w:r>
        <w:rPr>
          <w:rFonts w:ascii="宋体" w:hAnsi="宋体" w:eastAsia="宋体"/>
          <w:sz w:val="24"/>
        </w:rPr>
        <w:t>神豪系统的充值能力让他的属性远超当前版本的上限，他已经连续三周占据全服战力榜第一，战力值八十三万——比第二名天帝无双高出整整一倍。但等级上限已经到了一百级，经验条卡在99.99%的地方动弹不得。想再往上升，得等官方开放新等级了。</w:t>
      </w:r>
    </w:p>
    <w:p>
      <w:pPr>
        <w:spacing w:line="560" w:lineRule="exact"/>
        <w:ind w:firstLine="420"/>
      </w:pPr>
      <w:r>
        <w:rPr>
          <w:rFonts w:ascii="宋体" w:hAnsi="宋体" w:eastAsia="宋体"/>
          <w:sz w:val="24"/>
        </w:rPr>
        <w:t>所以他转而刷装备。</w:t>
      </w:r>
    </w:p>
    <w:p>
      <w:pPr>
        <w:spacing w:line="560" w:lineRule="exact"/>
        <w:ind w:firstLine="420"/>
      </w:pPr>
      <w:r>
        <w:rPr>
          <w:rFonts w:ascii="宋体" w:hAnsi="宋体" w:eastAsia="宋体"/>
          <w:sz w:val="24"/>
        </w:rPr>
        <w:t>传说级装备，一件的市价是五百万金币起步，有钱都未必买得到——因为打出来的少，大家都藏着掖着，偶尔有人打到一件传说，立刻挂到拍卖行标个天价。但林风不需要打，也不需要等拍卖。</w:t>
      </w:r>
    </w:p>
    <w:p>
      <w:pPr>
        <w:spacing w:line="560" w:lineRule="exact"/>
        <w:ind w:firstLine="420"/>
      </w:pPr>
      <w:r>
        <w:rPr>
          <w:rFonts w:ascii="宋体" w:hAnsi="宋体" w:eastAsia="宋体"/>
          <w:sz w:val="24"/>
        </w:rPr>
        <w:t>他打开神豪系统的特殊商城，翻到装备分类。</w:t>
      </w:r>
    </w:p>
    <w:p>
      <w:pPr>
        <w:spacing w:line="560" w:lineRule="exact"/>
        <w:ind w:firstLine="420"/>
      </w:pPr>
      <w:r>
        <w:rPr>
          <w:rFonts w:ascii="宋体" w:hAnsi="宋体" w:eastAsia="宋体"/>
          <w:sz w:val="24"/>
        </w:rPr>
        <w:t>商城里琳琅满目，金色的装备图标排了整整三页。林风快速往下翻，目光锁定了几件属性最顶的：</w:t>
      </w:r>
    </w:p>
    <w:p>
      <w:pPr>
        <w:spacing w:line="560" w:lineRule="exact"/>
        <w:ind w:firstLine="420"/>
      </w:pPr>
      <w:r>
        <w:rPr>
          <w:rFonts w:ascii="宋体" w:hAnsi="宋体" w:eastAsia="宋体"/>
          <w:sz w:val="24"/>
        </w:rPr>
        <w:t>【传说级·神豪之铠：售价5000万金币。防御+3500，力量+300，体质+200，特效：受到攻击时30%概率反射50%伤害。】</w:t>
      </w:r>
    </w:p>
    <w:p>
      <w:pPr>
        <w:spacing w:line="560" w:lineRule="exact"/>
        <w:ind w:firstLine="420"/>
      </w:pPr>
      <w:r>
        <w:rPr>
          <w:rFonts w:ascii="宋体" w:hAnsi="宋体" w:eastAsia="宋体"/>
          <w:sz w:val="24"/>
        </w:rPr>
        <w:t>【传说级·神豪之剑：售价8000万金币。攻击+5000，暴击率+25%，特效：攻击时50%概率触发双倍伤害。】</w:t>
      </w:r>
    </w:p>
    <w:p>
      <w:pPr>
        <w:spacing w:line="560" w:lineRule="exact"/>
        <w:ind w:firstLine="420"/>
      </w:pPr>
      <w:r>
        <w:rPr>
          <w:rFonts w:ascii="宋体" w:hAnsi="宋体" w:eastAsia="宋体"/>
          <w:sz w:val="24"/>
        </w:rPr>
        <w:t>【传说级·神豪之戒：售价3000万金币。全属性+100，特效：击杀怪物时额外获得50%经验。】</w:t>
      </w:r>
    </w:p>
    <w:p>
      <w:pPr>
        <w:spacing w:line="560" w:lineRule="exact"/>
        <w:ind w:firstLine="420"/>
      </w:pPr>
      <w:r>
        <w:rPr>
          <w:rFonts w:ascii="宋体" w:hAnsi="宋体" w:eastAsia="宋体"/>
          <w:sz w:val="24"/>
        </w:rPr>
        <w:t>林风扫了一眼，全部点购买。</w:t>
      </w:r>
    </w:p>
    <w:p>
      <w:pPr>
        <w:spacing w:line="560" w:lineRule="exact"/>
        <w:ind w:firstLine="420"/>
      </w:pPr>
      <w:r>
        <w:rPr>
          <w:rFonts w:ascii="宋体" w:hAnsi="宋体" w:eastAsia="宋体"/>
          <w:sz w:val="24"/>
        </w:rPr>
        <w:t>【购买成功。扣除游戏币：1.6亿。】</w:t>
      </w:r>
    </w:p>
    <w:p>
      <w:pPr>
        <w:spacing w:line="560" w:lineRule="exact"/>
        <w:ind w:firstLine="420"/>
      </w:pPr>
      <w:r>
        <w:rPr>
          <w:rFonts w:ascii="宋体" w:hAnsi="宋体" w:eastAsia="宋体"/>
          <w:sz w:val="24"/>
        </w:rPr>
        <w:t>系统提示一闪而过。1.6亿游戏币，按现在的汇率大概是一百六十万人民币。对普通玩家来说是一笔天文数字——够在海城付一套小户型首付了。但对林风来说，神豪系统的余额是无限的，这点花费连零头都算不上。</w:t>
      </w:r>
    </w:p>
    <w:p>
      <w:pPr>
        <w:spacing w:line="560" w:lineRule="exact"/>
        <w:ind w:firstLine="420"/>
      </w:pPr>
      <w:r>
        <w:rPr>
          <w:rFonts w:ascii="宋体" w:hAnsi="宋体" w:eastAsia="宋体"/>
          <w:sz w:val="24"/>
        </w:rPr>
        <w:t>新的神豪套装穿上身，金色的装备光芒瞬间覆盖了全身。系统面板上的战力数字跳动了一下：</w:t>
      </w:r>
    </w:p>
    <w:p>
      <w:pPr>
        <w:spacing w:line="560" w:lineRule="exact"/>
        <w:ind w:firstLine="420"/>
      </w:pPr>
      <w:r>
        <w:rPr>
          <w:rFonts w:ascii="宋体" w:hAnsi="宋体" w:eastAsia="宋体"/>
          <w:sz w:val="24"/>
        </w:rPr>
        <w:t>【战力：830,000 → 962,000】</w:t>
      </w:r>
    </w:p>
    <w:p>
      <w:pPr>
        <w:spacing w:line="560" w:lineRule="exact"/>
        <w:ind w:firstLine="420"/>
      </w:pPr>
      <w:r>
        <w:rPr>
          <w:rFonts w:ascii="宋体" w:hAnsi="宋体" w:eastAsia="宋体"/>
          <w:sz w:val="24"/>
        </w:rPr>
        <w:t>增加了十三万战力。</w:t>
      </w:r>
    </w:p>
    <w:p>
      <w:pPr>
        <w:spacing w:line="560" w:lineRule="exact"/>
        <w:ind w:firstLine="420"/>
      </w:pPr>
      <w:r>
        <w:rPr>
          <w:rFonts w:ascii="宋体" w:hAnsi="宋体" w:eastAsia="宋体"/>
          <w:sz w:val="24"/>
        </w:rPr>
        <w:t>林风活动了一下手腕，感受着新装备带来的力量增幅。攻击力、防御力、暴击率全部上了一个台阶。现在的他就算站着不动让普通玩家打，对方打上一天也破不了防。</w:t>
      </w:r>
    </w:p>
    <w:p>
      <w:pPr>
        <w:spacing w:line="560" w:lineRule="exact"/>
        <w:ind w:firstLine="420"/>
      </w:pPr>
      <w:r>
        <w:rPr>
          <w:rFonts w:ascii="宋体" w:hAnsi="宋体" w:eastAsia="宋体"/>
          <w:sz w:val="24"/>
        </w:rPr>
        <w:t>就在他准备出门试刀的时候，公会频道里传来了赵铁柱的声音，带着一股子兴奋劲儿：</w:t>
      </w:r>
    </w:p>
    <w:p>
      <w:pPr>
        <w:spacing w:line="560" w:lineRule="exact"/>
        <w:ind w:firstLine="420"/>
      </w:pPr>
      <w:r>
        <w:rPr>
          <w:rFonts w:ascii="宋体" w:hAnsi="宋体" w:eastAsia="宋体"/>
          <w:sz w:val="24"/>
        </w:rPr>
        <w:t>"会长！有人找！"</w:t>
      </w:r>
    </w:p>
    <w:p>
      <w:pPr>
        <w:spacing w:line="560" w:lineRule="exact"/>
        <w:ind w:firstLine="420"/>
      </w:pPr>
      <w:r>
        <w:rPr>
          <w:rFonts w:ascii="宋体" w:hAnsi="宋体" w:eastAsia="宋体"/>
          <w:sz w:val="24"/>
        </w:rPr>
        <w:t>"谁？"</w:t>
      </w:r>
    </w:p>
    <w:p>
      <w:pPr>
        <w:spacing w:line="560" w:lineRule="exact"/>
        <w:ind w:firstLine="420"/>
      </w:pPr>
      <w:r>
        <w:rPr>
          <w:rFonts w:ascii="宋体" w:hAnsi="宋体" w:eastAsia="宋体"/>
          <w:sz w:val="24"/>
        </w:rPr>
        <w:t>"天帝盟的会长，天帝无双！他说想跟你谈谈！"</w:t>
      </w:r>
    </w:p>
    <w:p>
      <w:pPr>
        <w:spacing w:line="560" w:lineRule="exact"/>
        <w:ind w:firstLine="420"/>
      </w:pPr>
      <w:r>
        <w:rPr>
          <w:rFonts w:ascii="宋体" w:hAnsi="宋体" w:eastAsia="宋体"/>
          <w:sz w:val="24"/>
        </w:rPr>
        <w:t>天帝盟。</w:t>
      </w:r>
    </w:p>
    <w:p>
      <w:pPr>
        <w:spacing w:line="560" w:lineRule="exact"/>
        <w:ind w:firstLine="420"/>
      </w:pPr>
      <w:r>
        <w:rPr>
          <w:rFonts w:ascii="宋体" w:hAnsi="宋体" w:eastAsia="宋体"/>
          <w:sz w:val="24"/>
        </w:rPr>
        <w:t>林风微微挑眉。天帝盟是华夏区排名前三的公会，实力仅次于神豪殿。会长天帝无双是职业电竞选手出身，在《天界》内测时期就建立了天帝盟，据说背后有资本支持——公会日常运营费用由一个投资机构承包，每个月烧的钱至少两百万。</w:t>
      </w:r>
    </w:p>
    <w:p>
      <w:pPr>
        <w:spacing w:line="560" w:lineRule="exact"/>
        <w:ind w:firstLine="420"/>
      </w:pPr>
      <w:r>
        <w:rPr>
          <w:rFonts w:ascii="宋体" w:hAnsi="宋体" w:eastAsia="宋体"/>
          <w:sz w:val="24"/>
        </w:rPr>
        <w:t>这样的公会会长突然找上门来，绝对不会是来聊天的。</w:t>
      </w:r>
    </w:p>
    <w:p>
      <w:pPr>
        <w:spacing w:line="560" w:lineRule="exact"/>
        <w:ind w:firstLine="420"/>
      </w:pPr>
      <w:r>
        <w:rPr>
          <w:rFonts w:ascii="宋体" w:hAnsi="宋体" w:eastAsia="宋体"/>
          <w:sz w:val="24"/>
        </w:rPr>
        <w:t>"让他来公会大厅。"林风说。</w:t>
      </w:r>
    </w:p>
    <w:p>
      <w:pPr>
        <w:spacing w:line="560" w:lineRule="exact"/>
        <w:ind w:firstLine="420"/>
      </w:pPr>
      <w:r>
        <w:rPr>
          <w:rFonts w:ascii="宋体" w:hAnsi="宋体" w:eastAsia="宋体"/>
          <w:sz w:val="24"/>
        </w:rPr>
        <w:t>十分钟后，天帝无双站在了神豪殿的公会大厅里。</w:t>
      </w:r>
    </w:p>
    <w:p>
      <w:pPr>
        <w:spacing w:line="560" w:lineRule="exact"/>
        <w:ind w:firstLine="420"/>
      </w:pPr>
      <w:r>
        <w:rPr>
          <w:rFonts w:ascii="宋体" w:hAnsi="宋体" w:eastAsia="宋体"/>
          <w:sz w:val="24"/>
        </w:rPr>
        <w:t>他是一个三十出头的中年男人，身高中等，但站姿笔挺——职业选手出身的身板，站如松坐如钟。穿着一身银白色的传说级铠甲，腰间挂着一把发着蓝光的单手剑，剑鞘上镶嵌着三颗宝石，看起来至少是传说级装备。整个人沉稳而有气势，和那些靠钱堆出来的暴发户会长完全不一样。</w:t>
      </w:r>
    </w:p>
    <w:p>
      <w:pPr>
        <w:spacing w:line="560" w:lineRule="exact"/>
        <w:ind w:firstLine="420"/>
      </w:pPr>
      <w:r>
        <w:rPr>
          <w:rFonts w:ascii="宋体" w:hAnsi="宋体" w:eastAsia="宋体"/>
          <w:sz w:val="24"/>
        </w:rPr>
        <w:t>他环顾了一圈神豪殿的公会大厅——金碧辉煌的装潢、满墙的排位赛冠军奖杯、巨大的魔法投影地图——然后点了点头："比我想象中还要气派。"</w:t>
      </w:r>
    </w:p>
    <w:p>
      <w:pPr>
        <w:spacing w:line="560" w:lineRule="exact"/>
        <w:ind w:firstLine="420"/>
      </w:pPr>
      <w:r>
        <w:rPr>
          <w:rFonts w:ascii="宋体" w:hAnsi="宋体" w:eastAsia="宋体"/>
          <w:sz w:val="24"/>
        </w:rPr>
        <w:t>"坐。"林风指了指对面的椅子。</w:t>
      </w:r>
    </w:p>
    <w:p>
      <w:pPr>
        <w:spacing w:line="560" w:lineRule="exact"/>
        <w:ind w:firstLine="420"/>
      </w:pPr>
      <w:r>
        <w:rPr>
          <w:rFonts w:ascii="宋体" w:hAnsi="宋体" w:eastAsia="宋体"/>
          <w:sz w:val="24"/>
        </w:rPr>
        <w:t>天帝无双坐下，没有客套，开门见山："风中追风会长，久仰。今天来，是有一件事想跟你商量。"</w:t>
      </w:r>
    </w:p>
    <w:p>
      <w:pPr>
        <w:spacing w:line="560" w:lineRule="exact"/>
        <w:ind w:firstLine="420"/>
      </w:pPr>
      <w:r>
        <w:rPr>
          <w:rFonts w:ascii="宋体" w:hAnsi="宋体" w:eastAsia="宋体"/>
          <w:sz w:val="24"/>
        </w:rPr>
        <w:t>"请说。"</w:t>
      </w:r>
    </w:p>
    <w:p>
      <w:pPr>
        <w:spacing w:line="560" w:lineRule="exact"/>
        <w:ind w:firstLine="420"/>
      </w:pPr>
      <w:r>
        <w:rPr>
          <w:rFonts w:ascii="宋体" w:hAnsi="宋体" w:eastAsia="宋体"/>
          <w:sz w:val="24"/>
        </w:rPr>
        <w:t>"华夏区目前排名前十的公会，我已经联系了七家。"天帝无双说，"我们想成立一个联盟——华夏区公会联盟。目的是整合资源，应对即将开放的跨服战场。"</w:t>
      </w:r>
    </w:p>
    <w:p>
      <w:pPr>
        <w:spacing w:line="560" w:lineRule="exact"/>
        <w:ind w:firstLine="420"/>
      </w:pPr>
      <w:r>
        <w:rPr>
          <w:rFonts w:ascii="宋体" w:hAnsi="宋体" w:eastAsia="宋体"/>
          <w:sz w:val="24"/>
        </w:rPr>
        <w:t>"跨服战场？"林风眉头微挑。</w:t>
      </w:r>
    </w:p>
    <w:p>
      <w:pPr>
        <w:spacing w:line="560" w:lineRule="exact"/>
        <w:ind w:firstLine="420"/>
      </w:pPr>
      <w:r>
        <w:rPr>
          <w:rFonts w:ascii="宋体" w:hAnsi="宋体" w:eastAsia="宋体"/>
          <w:sz w:val="24"/>
        </w:rPr>
        <w:t>"你还不知道？"天帝无双有些意外，从背包里取出一份系统公告递了过来，"《天界》官方三天前就在论坛上发了预告：下个月就要开放跨服战场。到时候各国服务器的玩家会在地图上直接碰撞。不是友谊赛，不是排位赛——是真刀真枪的服务器大战。"</w:t>
      </w:r>
    </w:p>
    <w:p>
      <w:pPr>
        <w:spacing w:line="560" w:lineRule="exact"/>
        <w:ind w:firstLine="420"/>
      </w:pPr>
      <w:r>
        <w:rPr>
          <w:rFonts w:ascii="宋体" w:hAnsi="宋体" w:eastAsia="宋体"/>
          <w:sz w:val="24"/>
        </w:rPr>
        <w:t>林风接过公告扫了一眼。公告写得很正式，详细说明了跨服战的规则——全球服务器划分为八个战区，每个战区的顶级公会将被传送到一张巨型地图上争夺资源点。最后存活下来的公会，将获得"跨服霸主"称号和巨额奖励。</w:t>
      </w:r>
    </w:p>
    <w:p>
      <w:pPr>
        <w:spacing w:line="560" w:lineRule="exact"/>
        <w:ind w:firstLine="420"/>
      </w:pPr>
      <w:r>
        <w:rPr>
          <w:rFonts w:ascii="宋体" w:hAnsi="宋体" w:eastAsia="宋体"/>
          <w:sz w:val="24"/>
        </w:rPr>
        <w:t>他确实没关注论坛——这两天忙着碾压风云阁、扩充装备、处理风婉集团的杂事，根本没时间去看公告。</w:t>
      </w:r>
    </w:p>
    <w:p>
      <w:pPr>
        <w:spacing w:line="560" w:lineRule="exact"/>
        <w:ind w:firstLine="420"/>
      </w:pPr>
      <w:r>
        <w:rPr>
          <w:rFonts w:ascii="宋体" w:hAnsi="宋体" w:eastAsia="宋体"/>
          <w:sz w:val="24"/>
        </w:rPr>
        <w:t>"联盟的目的很简单。"天帝无双继续说，"跨服战场开放后，我们不能内耗。华夏区的公会打得再凶，最后都是自己人打自己人。但跨服战不一样——那是对外。打外服，我们得站在一起。"</w:t>
      </w:r>
    </w:p>
    <w:p>
      <w:pPr>
        <w:spacing w:line="560" w:lineRule="exact"/>
        <w:ind w:firstLine="420"/>
      </w:pPr>
      <w:r>
        <w:rPr>
          <w:rFonts w:ascii="宋体" w:hAnsi="宋体" w:eastAsia="宋体"/>
          <w:sz w:val="24"/>
        </w:rPr>
        <w:t>"你的意思是，联盟内的公会互相停战？"</w:t>
      </w:r>
    </w:p>
    <w:p>
      <w:pPr>
        <w:spacing w:line="560" w:lineRule="exact"/>
        <w:ind w:firstLine="420"/>
      </w:pPr>
      <w:r>
        <w:rPr>
          <w:rFonts w:ascii="宋体" w:hAnsi="宋体" w:eastAsia="宋体"/>
          <w:sz w:val="24"/>
        </w:rPr>
        <w:t>"不止。"天帝无双摇头，"联盟内资源共享——副本攻略、装备掉落信息、战术安排、地图情报，全部互通。跨服战开启时，联盟成员统一行动，按战术分工配合。不是各自为战，是打团战。"</w:t>
      </w:r>
    </w:p>
    <w:p>
      <w:pPr>
        <w:spacing w:line="560" w:lineRule="exact"/>
        <w:ind w:firstLine="420"/>
      </w:pPr>
      <w:r>
        <w:rPr>
          <w:rFonts w:ascii="宋体" w:hAnsi="宋体" w:eastAsia="宋体"/>
          <w:sz w:val="24"/>
        </w:rPr>
        <w:t>林风思考了几秒。天帝无双说的确实有道理——跨服战不是公会排位赛那种小打小闹，而是服务器级别的全面战争。单靠神豪殿一个公会，就算再强，面对整个服务器的围攻也会有力不从心的时候。</w:t>
      </w:r>
    </w:p>
    <w:p>
      <w:pPr>
        <w:spacing w:line="560" w:lineRule="exact"/>
        <w:ind w:firstLine="420"/>
      </w:pPr>
      <w:r>
        <w:rPr>
          <w:rFonts w:ascii="宋体" w:hAnsi="宋体" w:eastAsia="宋体"/>
          <w:sz w:val="24"/>
        </w:rPr>
        <w:t>然后他问了一个很直接的问题："联盟的指挥权怎么算？"</w:t>
      </w:r>
    </w:p>
    <w:p>
      <w:pPr>
        <w:spacing w:line="560" w:lineRule="exact"/>
        <w:ind w:firstLine="420"/>
      </w:pPr>
      <w:r>
        <w:rPr>
          <w:rFonts w:ascii="宋体" w:hAnsi="宋体" w:eastAsia="宋体"/>
          <w:sz w:val="24"/>
        </w:rPr>
        <w:t>天帝无双笑了，像是早就料到他会这么问："我就知道你会问这个。联盟不设总指挥。重大决策由公会会长投票决定，一人一票。"</w:t>
      </w:r>
    </w:p>
    <w:p>
      <w:pPr>
        <w:spacing w:line="560" w:lineRule="exact"/>
        <w:ind w:firstLine="420"/>
      </w:pPr>
      <w:r>
        <w:rPr>
          <w:rFonts w:ascii="宋体" w:hAnsi="宋体" w:eastAsia="宋体"/>
          <w:sz w:val="24"/>
        </w:rPr>
        <w:t>"包括我？"</w:t>
      </w:r>
    </w:p>
    <w:p>
      <w:pPr>
        <w:spacing w:line="560" w:lineRule="exact"/>
        <w:ind w:firstLine="420"/>
      </w:pPr>
      <w:r>
        <w:rPr>
          <w:rFonts w:ascii="宋体" w:hAnsi="宋体" w:eastAsia="宋体"/>
          <w:sz w:val="24"/>
        </w:rPr>
        <w:t>"包括你。"天帝无双说，"神豪殿是华夏区第一公会，你的票和其他会长等重。"</w:t>
      </w:r>
    </w:p>
    <w:p>
      <w:pPr>
        <w:spacing w:line="560" w:lineRule="exact"/>
        <w:ind w:firstLine="420"/>
      </w:pPr>
      <w:r>
        <w:rPr>
          <w:rFonts w:ascii="宋体" w:hAnsi="宋体" w:eastAsia="宋体"/>
          <w:sz w:val="24"/>
        </w:rPr>
        <w:t>林风伸出手："成交。"</w:t>
      </w:r>
    </w:p>
    <w:p>
      <w:pPr>
        <w:spacing w:line="560" w:lineRule="exact"/>
        <w:ind w:firstLine="420"/>
      </w:pPr>
      <w:r>
        <w:rPr>
          <w:rFonts w:ascii="宋体" w:hAnsi="宋体" w:eastAsia="宋体"/>
          <w:sz w:val="24"/>
        </w:rPr>
        <w:t>天帝无双握住他的手，用力摇了摇："欢迎加入华夏区公会联盟，风中追风会长。"</w:t>
      </w:r>
    </w:p>
    <w:p>
      <w:pPr>
        <w:spacing w:line="560" w:lineRule="exact"/>
        <w:ind w:firstLine="420"/>
      </w:pPr>
      <w:r>
        <w:rPr>
          <w:rFonts w:ascii="宋体" w:hAnsi="宋体" w:eastAsia="宋体"/>
          <w:sz w:val="24"/>
        </w:rPr>
        <w:t>两只手握在一起的时候，系统提示音同时在两人耳边响起——</w:t>
      </w:r>
    </w:p>
    <w:p>
      <w:pPr>
        <w:spacing w:line="560" w:lineRule="exact"/>
        <w:ind w:firstLine="420"/>
      </w:pPr>
      <w:r>
        <w:rPr>
          <w:rFonts w:ascii="宋体" w:hAnsi="宋体" w:eastAsia="宋体"/>
          <w:sz w:val="24"/>
        </w:rPr>
        <w:t>【系统提示：华夏区公会联盟成立。发起公会：天帝盟、神豪殿、战神阁、星辰阁、青云殿……共计八家公会。】</w:t>
      </w:r>
    </w:p>
    <w:p>
      <w:pPr>
        <w:spacing w:line="560" w:lineRule="exact"/>
        <w:ind w:firstLine="420"/>
      </w:pPr>
      <w:r>
        <w:rPr>
          <w:rFonts w:ascii="宋体" w:hAnsi="宋体" w:eastAsia="宋体"/>
          <w:sz w:val="24"/>
        </w:rPr>
        <w:t>【联盟宣言：跨服御敌，共进退。】</w:t>
      </w:r>
    </w:p>
    <w:p>
      <w:pPr>
        <w:spacing w:line="560" w:lineRule="exact"/>
        <w:ind w:firstLine="420"/>
      </w:pPr>
      <w:r>
        <w:rPr>
          <w:rFonts w:ascii="宋体" w:hAnsi="宋体" w:eastAsia="宋体"/>
          <w:sz w:val="24"/>
        </w:rPr>
        <w:t>消息很快传开了。世界频道瞬间炸锅：</w:t>
      </w:r>
    </w:p>
    <w:p>
      <w:pPr>
        <w:spacing w:line="560" w:lineRule="exact"/>
        <w:ind w:firstLine="420"/>
      </w:pPr>
      <w:r>
        <w:rPr>
          <w:rFonts w:ascii="宋体" w:hAnsi="宋体" w:eastAsia="宋体"/>
          <w:sz w:val="24"/>
        </w:rPr>
        <w:t>「卧槽！神豪殿和天帝盟结盟了？」</w:t>
        <w:br/>
        <w:t>「不止，据说前十的公会大部分都加入了！」</w:t>
        <w:br/>
        <w:t>「华夏区八大公会联盟……这阵容，外服看了不得腿软？」</w:t>
        <w:br/>
        <w:t>「这下跨服战有戏了！」</w:t>
        <w:br/>
        <w:t>「团结一致，对外服往死里打！」</w:t>
        <w:br/>
        <w:t>「韩服不是叫嚣要打穿华夏区吗？来，来打！」</w:t>
      </w:r>
    </w:p>
    <w:p>
      <w:pPr>
        <w:spacing w:line="560" w:lineRule="exact"/>
        <w:ind w:firstLine="420"/>
      </w:pPr>
      <w:r>
        <w:rPr>
          <w:rFonts w:ascii="宋体" w:hAnsi="宋体" w:eastAsia="宋体"/>
          <w:sz w:val="24"/>
        </w:rPr>
        <w:t>苏小雅的直播间里，弹幕刷成了瀑布：</w:t>
      </w:r>
    </w:p>
    <w:p>
      <w:pPr>
        <w:spacing w:line="560" w:lineRule="exact"/>
        <w:ind w:firstLine="420"/>
      </w:pPr>
      <w:r>
        <w:rPr>
          <w:rFonts w:ascii="宋体" w:hAnsi="宋体" w:eastAsia="宋体"/>
          <w:sz w:val="24"/>
        </w:rPr>
        <w:t>「神豪殿+天帝盟+战神阁……这阵容想输都难」</w:t>
        <w:br/>
        <w:t>「跨服战什么时候开？我等不及了！」</w:t>
        <w:br/>
        <w:t>「风中追风带队，外服怕不是要被打哭」</w:t>
      </w:r>
    </w:p>
    <w:p>
      <w:pPr>
        <w:spacing w:line="560" w:lineRule="exact"/>
        <w:ind w:firstLine="420"/>
      </w:pPr>
      <w:r>
        <w:rPr>
          <w:rFonts w:ascii="宋体" w:hAnsi="宋体" w:eastAsia="宋体"/>
          <w:sz w:val="24"/>
        </w:rPr>
        <w:t>当天晚上，林风给凌天发了一条消息："凌天，帮我整理一份跨服战场所有参赛服务器的公会排名。我们的对手是谁，他们有多强，我要每一个细节。"</w:t>
      </w:r>
    </w:p>
    <w:p>
      <w:pPr>
        <w:spacing w:line="560" w:lineRule="exact"/>
        <w:ind w:firstLine="420"/>
      </w:pPr>
      <w:r>
        <w:rPr>
          <w:rFonts w:ascii="宋体" w:hAnsi="宋体" w:eastAsia="宋体"/>
          <w:sz w:val="24"/>
        </w:rPr>
        <w:t>凌天沉默了片刻，回复道："会长，你这是要……？"</w:t>
      </w:r>
    </w:p>
    <w:p>
      <w:pPr>
        <w:spacing w:line="560" w:lineRule="exact"/>
        <w:ind w:firstLine="420"/>
      </w:pPr>
      <w:r>
        <w:rPr>
          <w:rFonts w:ascii="宋体" w:hAnsi="宋体" w:eastAsia="宋体"/>
          <w:sz w:val="24"/>
        </w:rPr>
        <w:t>"跨服战场不是友谊赛。"林风说，"打自己人点到为止，打外服——往死里打。"</w:t>
      </w:r>
    </w:p>
    <w:p>
      <w:pPr>
        <w:spacing w:line="560" w:lineRule="exact"/>
        <w:ind w:firstLine="420"/>
      </w:pPr>
      <w:r>
        <w:rPr>
          <w:rFonts w:ascii="宋体" w:hAnsi="宋体" w:eastAsia="宋体"/>
          <w:sz w:val="24"/>
        </w:rPr>
        <w:t>凌天笑了："明白。三天之内给你。"</w:t>
      </w:r>
    </w:p>
    <w:p>
      <w:pPr>
        <w:spacing w:line="560" w:lineRule="exact"/>
        <w:ind w:firstLine="420"/>
      </w:pPr>
      <w:r>
        <w:rPr>
          <w:rFonts w:ascii="宋体" w:hAnsi="宋体" w:eastAsia="宋体"/>
          <w:sz w:val="24"/>
        </w:rPr>
        <w:t>三天后，凌天把整理好的情报发了过来。一份详细到令人发指的PDF，足足二十页——每个服务器的顶级公会排名、核心成员名单、平均等级、装备覆盖率、战术风格特点，全部标注得清清楚楚。</w:t>
      </w:r>
    </w:p>
    <w:p>
      <w:pPr>
        <w:spacing w:line="560" w:lineRule="exact"/>
        <w:ind w:firstLine="420"/>
      </w:pPr>
      <w:r>
        <w:rPr>
          <w:rFonts w:ascii="宋体" w:hAnsi="宋体" w:eastAsia="宋体"/>
          <w:sz w:val="24"/>
        </w:rPr>
        <w:t>林风翻了翻，重点看了几个名字：</w:t>
      </w:r>
    </w:p>
    <w:p>
      <w:pPr>
        <w:spacing w:line="560" w:lineRule="exact"/>
        <w:ind w:firstLine="420"/>
      </w:pPr>
      <w:r>
        <w:rPr>
          <w:rFonts w:ascii="宋体" w:hAnsi="宋体" w:eastAsia="宋体"/>
          <w:sz w:val="24"/>
        </w:rPr>
        <w:t>【日服·樱花武士团：平均等级95级，装备以暗金为主，传说级覆盖率15%。战术风格——快攻型，擅长开场爆发。弱点：续航能力差。】</w:t>
      </w:r>
    </w:p>
    <w:p>
      <w:pPr>
        <w:spacing w:line="560" w:lineRule="exact"/>
        <w:ind w:firstLine="420"/>
      </w:pPr>
      <w:r>
        <w:rPr>
          <w:rFonts w:ascii="宋体" w:hAnsi="宋体" w:eastAsia="宋体"/>
          <w:sz w:val="24"/>
        </w:rPr>
        <w:t>【韩服·不败神话：平均等级97级，传说级装备覆盖率30%。战术风格——精密配合型，操作水平极高。弱点：过度依赖既定战术，应变能力不足。】</w:t>
      </w:r>
    </w:p>
    <w:p>
      <w:pPr>
        <w:spacing w:line="560" w:lineRule="exact"/>
        <w:ind w:firstLine="420"/>
      </w:pPr>
      <w:r>
        <w:rPr>
          <w:rFonts w:ascii="宋体" w:hAnsi="宋体" w:eastAsia="宋体"/>
          <w:sz w:val="24"/>
        </w:rPr>
        <w:t>【美服·星辰国度：平均等级99级，传说级装备覆盖率50%。会长：星辰领主。风格：重金投入型，装备碾压流。】</w:t>
      </w:r>
    </w:p>
    <w:p>
      <w:pPr>
        <w:spacing w:line="560" w:lineRule="exact"/>
        <w:ind w:firstLine="420"/>
      </w:pPr>
      <w:r>
        <w:rPr>
          <w:rFonts w:ascii="宋体" w:hAnsi="宋体" w:eastAsia="宋体"/>
          <w:sz w:val="24"/>
        </w:rPr>
        <w:t>林风的目光在"星辰国度"和"星辰领主"这两个名字上停了一下。</w:t>
      </w:r>
    </w:p>
    <w:p>
      <w:pPr>
        <w:spacing w:line="560" w:lineRule="exact"/>
        <w:ind w:firstLine="420"/>
      </w:pPr>
      <w:r>
        <w:rPr>
          <w:rFonts w:ascii="宋体" w:hAnsi="宋体" w:eastAsia="宋体"/>
          <w:sz w:val="24"/>
        </w:rPr>
        <w:t>美服第一公会的会长，星辰领主——据说是个华尔街富二代，父亲是做对冲基金的。他在《天界》里砸的钱据说已经超过了一个亿，而且还在持续追加。</w:t>
      </w:r>
    </w:p>
    <w:p>
      <w:pPr>
        <w:spacing w:line="560" w:lineRule="exact"/>
        <w:ind w:firstLine="420"/>
      </w:pPr>
      <w:r>
        <w:rPr>
          <w:rFonts w:ascii="宋体" w:hAnsi="宋体" w:eastAsia="宋体"/>
          <w:sz w:val="24"/>
        </w:rPr>
        <w:t>"有意思。"林风嘴角微微勾起。</w:t>
      </w:r>
    </w:p>
    <w:p>
      <w:pPr>
        <w:spacing w:line="560" w:lineRule="exact"/>
        <w:ind w:firstLine="420"/>
      </w:pPr>
      <w:r>
        <w:rPr>
          <w:rFonts w:ascii="宋体" w:hAnsi="宋体" w:eastAsia="宋体"/>
          <w:sz w:val="24"/>
        </w:rPr>
        <w:t>跨服战，有的是硬仗要打。</w:t>
      </w:r>
    </w:p>
    <w:p>
      <w:pPr>
        <w:spacing w:line="560" w:lineRule="exact"/>
        <w:ind w:firstLine="420"/>
      </w:pPr>
      <w:r>
        <w:rPr>
          <w:rFonts w:ascii="宋体" w:hAnsi="宋体" w:eastAsia="宋体"/>
          <w:sz w:val="24"/>
        </w:rPr>
        <w:t>他关掉情报文件，打开神豪系统，看了一眼余额——</w:t>
      </w:r>
    </w:p>
    <w:p>
      <w:pPr>
        <w:spacing w:line="560" w:lineRule="exact"/>
        <w:ind w:firstLine="420"/>
      </w:pPr>
      <w:r>
        <w:rPr>
          <w:rFonts w:ascii="宋体" w:hAnsi="宋体" w:eastAsia="宋体"/>
          <w:sz w:val="24"/>
        </w:rPr>
        <w:t>无限。</w:t>
      </w:r>
    </w:p>
    <w:p>
      <w:pPr>
        <w:spacing w:line="560" w:lineRule="exact"/>
        <w:ind w:firstLine="420"/>
      </w:pPr>
      <w:r>
        <w:rPr>
          <w:rFonts w:ascii="宋体" w:hAnsi="宋体" w:eastAsia="宋体"/>
          <w:sz w:val="24"/>
        </w:rPr>
        <w:t>足够了。</w:t>
      </w:r>
    </w:p>
    <w:p>
      <w:r>
        <w:br w:type="page"/>
      </w:r>
    </w:p>
    <w:p>
      <w:pPr>
        <w:jc w:val="center"/>
      </w:pPr>
      <w:r>
        <w:rPr>
          <w:b/>
          <w:sz w:val="32"/>
        </w:rPr>
        <w:t>第026章 深渊副本首通</w:t>
      </w:r>
    </w:p>
    <w:p>
      <w:pPr>
        <w:jc w:val="center"/>
      </w:pPr>
      <w:r>
        <w:rPr>
          <w:color w:val="999999"/>
          <w:sz w:val="18"/>
        </w:rPr>
        <w:t>（3,355字）</w:t>
      </w:r>
    </w:p>
    <w:p/>
    <w:p>
      <w:pPr>
        <w:spacing w:line="560" w:lineRule="exact"/>
        <w:ind w:firstLine="420"/>
      </w:pPr>
      <w:r>
        <w:rPr>
          <w:rFonts w:ascii="宋体" w:hAnsi="宋体" w:eastAsia="宋体"/>
          <w:sz w:val="24"/>
        </w:rPr>
        <w:t>联盟成立后的第三天，林风接到了一个系统提示——</w:t>
      </w:r>
    </w:p>
    <w:p>
      <w:pPr>
        <w:spacing w:line="560" w:lineRule="exact"/>
        <w:ind w:firstLine="420"/>
      </w:pPr>
      <w:r>
        <w:rPr>
          <w:rFonts w:ascii="宋体" w:hAnsi="宋体" w:eastAsia="宋体"/>
          <w:sz w:val="24"/>
        </w:rPr>
        <w:t>【新副本已开放：深渊之巢。推荐等级：95~110级。首次通关奖励：传说级装备×1 + 称号'深渊征服者'。】</w:t>
      </w:r>
    </w:p>
    <w:p>
      <w:pPr>
        <w:spacing w:line="560" w:lineRule="exact"/>
        <w:ind w:firstLine="420"/>
      </w:pPr>
      <w:r>
        <w:rPr>
          <w:rFonts w:ascii="宋体" w:hAnsi="宋体" w:eastAsia="宋体"/>
          <w:sz w:val="24"/>
        </w:rPr>
        <w:t>深渊之巢——当前版本最高难度的八人副本，据说里面有三个BOSS，每一个都有独特的机制和技能。副本入口位于落日平原最深处的一座黑色山脉脚下，洞口常年笼罩着黑色的雾气，光是站在门口就能感受到一股压迫感。</w:t>
      </w:r>
    </w:p>
    <w:p>
      <w:pPr>
        <w:spacing w:line="560" w:lineRule="exact"/>
        <w:ind w:firstLine="420"/>
      </w:pPr>
      <w:r>
        <w:rPr>
          <w:rFonts w:ascii="宋体" w:hAnsi="宋体" w:eastAsia="宋体"/>
          <w:sz w:val="24"/>
        </w:rPr>
        <w:t>开服两天了，还没有任何一个公会能打通。</w:t>
      </w:r>
    </w:p>
    <w:p>
      <w:pPr>
        <w:spacing w:line="560" w:lineRule="exact"/>
        <w:ind w:firstLine="420"/>
      </w:pPr>
      <w:r>
        <w:rPr>
          <w:rFonts w:ascii="宋体" w:hAnsi="宋体" w:eastAsia="宋体"/>
          <w:sz w:val="24"/>
        </w:rPr>
        <w:t>世界频道上天天有人在哀嚎——</w:t>
      </w:r>
    </w:p>
    <w:p>
      <w:pPr>
        <w:spacing w:line="560" w:lineRule="exact"/>
        <w:ind w:firstLine="420"/>
      </w:pPr>
      <w:r>
        <w:rPr>
          <w:rFonts w:ascii="宋体" w:hAnsi="宋体" w:eastAsia="宋体"/>
          <w:sz w:val="24"/>
        </w:rPr>
        <w:t>「深渊之巢第一关的BOSS怎么打啊？那个全屏冰冻根本躲不掉！」</w:t>
        <w:br/>
        <w:t>「第二关更恶心，BOSS会在地面上召雷区，走位慢一点直接秒」</w:t>
        <w:br/>
        <w:t>「第三关我都没见过，前两关就把我们团灭了」</w:t>
        <w:br/>
        <w:t>「别说了，我们团灭了九次了，团长已经自闭了」</w:t>
        <w:br/>
        <w:t>「神豪殿去打了没有？」</w:t>
        <w:br/>
        <w:t>「没听说，估计也在研究」</w:t>
        <w:br/>
        <w:t>「连神豪殿都打不过？那这副本谁过得了？」</w:t>
      </w:r>
    </w:p>
    <w:p>
      <w:pPr>
        <w:spacing w:line="560" w:lineRule="exact"/>
        <w:ind w:firstLine="420"/>
      </w:pPr>
      <w:r>
        <w:rPr>
          <w:rFonts w:ascii="宋体" w:hAnsi="宋体" w:eastAsia="宋体"/>
          <w:sz w:val="24"/>
        </w:rPr>
        <w:t>实际上，林风早就带队去打过了。</w:t>
      </w:r>
    </w:p>
    <w:p>
      <w:pPr>
        <w:spacing w:line="560" w:lineRule="exact"/>
        <w:ind w:firstLine="420"/>
      </w:pPr>
      <w:r>
        <w:rPr>
          <w:rFonts w:ascii="宋体" w:hAnsi="宋体" w:eastAsia="宋体"/>
          <w:sz w:val="24"/>
        </w:rPr>
        <w:t>第一次，灭了。林风低估了BOSS的机制——第一关的冰霜魔王一个全屏冰冻，把整个队伍冻成了冰雕，然后一记碎冰掌全部带走。团灭得干净利落。</w:t>
      </w:r>
    </w:p>
    <w:p>
      <w:pPr>
        <w:spacing w:line="560" w:lineRule="exact"/>
        <w:ind w:firstLine="420"/>
      </w:pPr>
      <w:r>
        <w:rPr>
          <w:rFonts w:ascii="宋体" w:hAnsi="宋体" w:eastAsia="宋体"/>
          <w:sz w:val="24"/>
        </w:rPr>
        <w:t>第二次，又灭了。这次倒是突破了第一关，但第二关的雷霆魔王把地面变成了雷池，赵铁柱走位慢了零点五秒，被一道天雷劈中头顶，直接秒杀。坦克一倒，队伍瞬间溃败。</w:t>
      </w:r>
    </w:p>
    <w:p>
      <w:pPr>
        <w:spacing w:line="560" w:lineRule="exact"/>
        <w:ind w:firstLine="420"/>
      </w:pPr>
      <w:r>
        <w:rPr>
          <w:rFonts w:ascii="宋体" w:hAnsi="宋体" w:eastAsia="宋体"/>
          <w:sz w:val="24"/>
        </w:rPr>
        <w:t>第三次，还是灭了。这次倒是见到了第三关的恐惧魔王——但BOSS一个恐惧咆哮，全员陷入三秒混乱，恐惧魔王趁机一口一个，把队伍咬得七零八落。</w:t>
      </w:r>
    </w:p>
    <w:p>
      <w:pPr>
        <w:spacing w:line="560" w:lineRule="exact"/>
        <w:ind w:firstLine="420"/>
      </w:pPr>
      <w:r>
        <w:rPr>
          <w:rFonts w:ascii="宋体" w:hAnsi="宋体" w:eastAsia="宋体"/>
          <w:sz w:val="24"/>
        </w:rPr>
        <w:t>深渊之巢的难度远超林风的预期。三个BOSS的机制环环相扣，灭一个就得从头再来。就算他的属性碾压当前版本，也架不住队友扛不住BOSS的机制技能。</w:t>
      </w:r>
    </w:p>
    <w:p>
      <w:pPr>
        <w:spacing w:line="560" w:lineRule="exact"/>
        <w:ind w:firstLine="420"/>
      </w:pPr>
      <w:r>
        <w:rPr>
          <w:rFonts w:ascii="宋体" w:hAnsi="宋体" w:eastAsia="宋体"/>
          <w:sz w:val="24"/>
        </w:rPr>
        <w:t>第四次开荒的时候，队伍在副本入口处集合。落日平原的黑色山脚下，八个人站成一排，头顶是乌云密布的天空，深渊之巢的洞口散发出阴冷的气息。</w:t>
      </w:r>
    </w:p>
    <w:p>
      <w:pPr>
        <w:spacing w:line="560" w:lineRule="exact"/>
        <w:ind w:firstLine="420"/>
      </w:pPr>
      <w:r>
        <w:rPr>
          <w:rFonts w:ascii="宋体" w:hAnsi="宋体" w:eastAsia="宋体"/>
          <w:sz w:val="24"/>
        </w:rPr>
        <w:t>"会长，这个副本跟以前的不一样。"凌天说，"第一关的冰霜魔王有一个全屏冰冻技能，必须在它读条的六秒内打破场地三个角落的冰晶才能解冻。输出不够就打不掉冰晶，打不掉冰晶就全员冻死。我算了一下——每个冰晶需要至少八千点伤害才能在三秒内打破，我们队伍里能打出这个输出的只有你和我。"</w:t>
      </w:r>
    </w:p>
    <w:p>
      <w:pPr>
        <w:spacing w:line="560" w:lineRule="exact"/>
        <w:ind w:firstLine="420"/>
      </w:pPr>
      <w:r>
        <w:rPr>
          <w:rFonts w:ascii="宋体" w:hAnsi="宋体" w:eastAsia="宋体"/>
          <w:sz w:val="24"/>
        </w:rPr>
        <w:t>"第二关的雷霆魔王更恶心。"赵铁柱插嘴道，脸上还带着上次被劈死的阴影，"它会在地面上随机召唤雷区，走位稍微慢一点就被秒了。我上次被劈了三次，第三次直接升天——那雷的伤害至少一万五，我满血才一万八。"</w:t>
      </w:r>
    </w:p>
    <w:p>
      <w:pPr>
        <w:spacing w:line="560" w:lineRule="exact"/>
        <w:ind w:firstLine="420"/>
      </w:pPr>
      <w:r>
        <w:rPr>
          <w:rFonts w:ascii="宋体" w:hAnsi="宋体" w:eastAsia="宋体"/>
          <w:sz w:val="24"/>
        </w:rPr>
        <w:t>苏小雅也补充说："第三关那个恐惧魔王的精神攻击也很麻烦。我的精神抗性才百分之三十，被吼一下必乱三秒，根本奶不住。"</w:t>
      </w:r>
    </w:p>
    <w:p>
      <w:pPr>
        <w:spacing w:line="560" w:lineRule="exact"/>
        <w:ind w:firstLine="420"/>
      </w:pPr>
      <w:r>
        <w:rPr>
          <w:rFonts w:ascii="宋体" w:hAnsi="宋体" w:eastAsia="宋体"/>
          <w:sz w:val="24"/>
        </w:rPr>
        <w:t>林风沉默了几秒。</w:t>
      </w:r>
    </w:p>
    <w:p>
      <w:pPr>
        <w:spacing w:line="560" w:lineRule="exact"/>
        <w:ind w:firstLine="420"/>
      </w:pPr>
      <w:r>
        <w:rPr>
          <w:rFonts w:ascii="宋体" w:hAnsi="宋体" w:eastAsia="宋体"/>
          <w:sz w:val="24"/>
        </w:rPr>
        <w:t>硬打不行。</w:t>
      </w:r>
    </w:p>
    <w:p>
      <w:pPr>
        <w:spacing w:line="560" w:lineRule="exact"/>
        <w:ind w:firstLine="420"/>
      </w:pPr>
      <w:r>
        <w:rPr>
          <w:rFonts w:ascii="宋体" w:hAnsi="宋体" w:eastAsia="宋体"/>
          <w:sz w:val="24"/>
        </w:rPr>
        <w:t>那就用钱开路。</w:t>
      </w:r>
    </w:p>
    <w:p>
      <w:pPr>
        <w:spacing w:line="560" w:lineRule="exact"/>
        <w:ind w:firstLine="420"/>
      </w:pPr>
      <w:r>
        <w:rPr>
          <w:rFonts w:ascii="宋体" w:hAnsi="宋体" w:eastAsia="宋体"/>
          <w:sz w:val="24"/>
        </w:rPr>
        <w:t>他打开神豪系统，翻到buff商城。</w:t>
      </w:r>
    </w:p>
    <w:p>
      <w:pPr>
        <w:spacing w:line="560" w:lineRule="exact"/>
        <w:ind w:firstLine="420"/>
      </w:pPr>
      <w:r>
        <w:rPr>
          <w:rFonts w:ascii="宋体" w:hAnsi="宋体" w:eastAsia="宋体"/>
          <w:sz w:val="24"/>
        </w:rPr>
        <w:t>"系统，有没有办法给全队加冰抗和雷抗？"</w:t>
      </w:r>
    </w:p>
    <w:p>
      <w:pPr>
        <w:spacing w:line="560" w:lineRule="exact"/>
        <w:ind w:firstLine="420"/>
      </w:pPr>
      <w:r>
        <w:rPr>
          <w:rFonts w:ascii="宋体" w:hAnsi="宋体" w:eastAsia="宋体"/>
          <w:sz w:val="24"/>
        </w:rPr>
        <w:t>商城的页面瞬间刷新，两行金色字出现在眼前：</w:t>
      </w:r>
    </w:p>
    <w:p>
      <w:pPr>
        <w:spacing w:line="560" w:lineRule="exact"/>
        <w:ind w:firstLine="420"/>
      </w:pPr>
      <w:r>
        <w:rPr>
          <w:rFonts w:ascii="宋体" w:hAnsi="宋体" w:eastAsia="宋体"/>
          <w:sz w:val="24"/>
        </w:rPr>
        <w:t>【神豪祝福·冰霜庇护：消耗2000万游戏币，全队冰属性抗性+80%，持续30分钟。】</w:t>
      </w:r>
    </w:p>
    <w:p>
      <w:pPr>
        <w:spacing w:line="560" w:lineRule="exact"/>
        <w:ind w:firstLine="420"/>
      </w:pPr>
      <w:r>
        <w:rPr>
          <w:rFonts w:ascii="宋体" w:hAnsi="宋体" w:eastAsia="宋体"/>
          <w:sz w:val="24"/>
        </w:rPr>
        <w:t>【神豪祝福·雷霆庇护：消耗2000万游戏币，全队雷属性抗性+80%，持续30分钟。】</w:t>
      </w:r>
    </w:p>
    <w:p>
      <w:pPr>
        <w:spacing w:line="560" w:lineRule="exact"/>
        <w:ind w:firstLine="420"/>
      </w:pPr>
      <w:r>
        <w:rPr>
          <w:rFonts w:ascii="宋体" w:hAnsi="宋体" w:eastAsia="宋体"/>
          <w:sz w:val="24"/>
        </w:rPr>
        <w:t>"买了。"</w:t>
      </w:r>
    </w:p>
    <w:p>
      <w:pPr>
        <w:spacing w:line="560" w:lineRule="exact"/>
        <w:ind w:firstLine="420"/>
      </w:pPr>
      <w:r>
        <w:rPr>
          <w:rFonts w:ascii="宋体" w:hAnsi="宋体" w:eastAsia="宋体"/>
          <w:sz w:val="24"/>
        </w:rPr>
        <w:t>话音刚落，两道金色的光柱从天而降，穿透副本洞顶的黑色雾气，笼罩了整个队伍。所有队员的身上都亮起了一层淡蓝色的光晕，紧接着又覆盖了一层跳动着电弧的银色光芒。</w:t>
      </w:r>
    </w:p>
    <w:p>
      <w:pPr>
        <w:spacing w:line="560" w:lineRule="exact"/>
        <w:ind w:firstLine="420"/>
      </w:pPr>
      <w:r>
        <w:rPr>
          <w:rFonts w:ascii="宋体" w:hAnsi="宋体" w:eastAsia="宋体"/>
          <w:sz w:val="24"/>
        </w:rPr>
        <w:t>林风的系统面板上跳出一条提示：</w:t>
      </w:r>
    </w:p>
    <w:p>
      <w:pPr>
        <w:spacing w:line="560" w:lineRule="exact"/>
        <w:ind w:firstLine="420"/>
      </w:pPr>
      <w:r>
        <w:rPr>
          <w:rFonts w:ascii="宋体" w:hAnsi="宋体" w:eastAsia="宋体"/>
          <w:sz w:val="24"/>
        </w:rPr>
        <w:t>【全队已获得冰霜庇护：冰属性抗性+80%】</w:t>
        <w:br/>
        <w:t>【全队已获得雷霆庇护：雷属性抗性+80%】</w:t>
      </w:r>
    </w:p>
    <w:p>
      <w:pPr>
        <w:spacing w:line="560" w:lineRule="exact"/>
        <w:ind w:firstLine="420"/>
      </w:pPr>
      <w:r>
        <w:rPr>
          <w:rFonts w:ascii="宋体" w:hAnsi="宋体" w:eastAsia="宋体"/>
          <w:sz w:val="24"/>
        </w:rPr>
        <w:t>"卧槽！我的冰抗直接满了！"赵铁柱惊呼道，点开自己的属性面板看了又看，"我刚才冰抗才百分之十五，现在直接百分之九十五？"</w:t>
      </w:r>
    </w:p>
    <w:p>
      <w:pPr>
        <w:spacing w:line="560" w:lineRule="exact"/>
        <w:ind w:firstLine="420"/>
      </w:pPr>
      <w:r>
        <w:rPr>
          <w:rFonts w:ascii="宋体" w:hAnsi="宋体" w:eastAsia="宋体"/>
          <w:sz w:val="24"/>
        </w:rPr>
        <w:t>凌天也愣了一下，然后笑了："会长，你这是要用钱硬推啊。"</w:t>
      </w:r>
    </w:p>
    <w:p>
      <w:pPr>
        <w:spacing w:line="560" w:lineRule="exact"/>
        <w:ind w:firstLine="420"/>
      </w:pPr>
      <w:r>
        <w:rPr>
          <w:rFonts w:ascii="宋体" w:hAnsi="宋体" w:eastAsia="宋体"/>
          <w:sz w:val="24"/>
        </w:rPr>
        <w:t>"能过就行。"林风说，"走。"</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第四次开荒开始。</w:t>
      </w:r>
    </w:p>
    <w:p>
      <w:pPr>
        <w:spacing w:line="560" w:lineRule="exact"/>
        <w:ind w:firstLine="420"/>
      </w:pPr>
      <w:r>
        <w:rPr>
          <w:rFonts w:ascii="宋体" w:hAnsi="宋体" w:eastAsia="宋体"/>
          <w:sz w:val="24"/>
        </w:rPr>
        <w:t>第一关，冰霜魔王。副本环境是一个巨大的冰窟，四壁覆盖着厚厚的冰层，寒气从地面升腾而起，哈气成霜。冰霜魔王站在场地中央，五米高的身躯覆盖着蓝色的冰甲，手持一把冰晶巨剑。</w:t>
      </w:r>
    </w:p>
    <w:p>
      <w:pPr>
        <w:spacing w:line="560" w:lineRule="exact"/>
        <w:ind w:firstLine="420"/>
      </w:pPr>
      <w:r>
        <w:rPr>
          <w:rFonts w:ascii="宋体" w:hAnsi="宋体" w:eastAsia="宋体"/>
          <w:sz w:val="24"/>
        </w:rPr>
        <w:t>战斗开始后，BOSS的攻击极其猛烈——冰剑横扫、冰锥齐射、地面结冰减速。神豪殿的队员们一边躲技能一边输出，血线在治疗和BOSS伤害之间反复拉扯。</w:t>
      </w:r>
    </w:p>
    <w:p>
      <w:pPr>
        <w:spacing w:line="560" w:lineRule="exact"/>
        <w:ind w:firstLine="420"/>
      </w:pPr>
      <w:r>
        <w:rPr>
          <w:rFonts w:ascii="宋体" w:hAnsi="宋体" w:eastAsia="宋体"/>
          <w:sz w:val="24"/>
        </w:rPr>
        <w:t>第八分钟，BOSS突然仰天咆哮，全屏冰冻读条开始！</w:t>
      </w:r>
    </w:p>
    <w:p>
      <w:pPr>
        <w:spacing w:line="560" w:lineRule="exact"/>
        <w:ind w:firstLine="420"/>
      </w:pPr>
      <w:r>
        <w:rPr>
          <w:rFonts w:ascii="宋体" w:hAnsi="宋体" w:eastAsia="宋体"/>
          <w:sz w:val="24"/>
        </w:rPr>
        <w:t>场地三个角落同时升起了三根透明的冰晶，散发着幽蓝色的光芒。</w:t>
      </w:r>
    </w:p>
    <w:p>
      <w:pPr>
        <w:spacing w:line="560" w:lineRule="exact"/>
        <w:ind w:firstLine="420"/>
      </w:pPr>
      <w:r>
        <w:rPr>
          <w:rFonts w:ascii="宋体" w:hAnsi="宋体" w:eastAsia="宋体"/>
          <w:sz w:val="24"/>
        </w:rPr>
        <w:t>"打冰晶！"凌天吼道。</w:t>
      </w:r>
    </w:p>
    <w:p>
      <w:pPr>
        <w:spacing w:line="560" w:lineRule="exact"/>
        <w:ind w:firstLine="420"/>
      </w:pPr>
      <w:r>
        <w:rPr>
          <w:rFonts w:ascii="宋体" w:hAnsi="宋体" w:eastAsia="宋体"/>
          <w:sz w:val="24"/>
        </w:rPr>
        <w:t>队员们冲向三根冰晶，全力输出。但有了冰抗Buff，就算没有完全打破冰晶，被冻住也只掉三分之一血——苏小雅一个群体治疗就抬了回来。</w:t>
      </w:r>
    </w:p>
    <w:p>
      <w:pPr>
        <w:spacing w:line="560" w:lineRule="exact"/>
        <w:ind w:firstLine="420"/>
      </w:pPr>
      <w:r>
        <w:rPr>
          <w:rFonts w:ascii="宋体" w:hAnsi="宋体" w:eastAsia="宋体"/>
          <w:sz w:val="24"/>
        </w:rPr>
        <w:t>冰晶碎裂，冰冻解除。BOSS的技能被完美化解。</w:t>
      </w:r>
    </w:p>
    <w:p>
      <w:pPr>
        <w:spacing w:line="560" w:lineRule="exact"/>
        <w:ind w:firstLine="420"/>
      </w:pPr>
      <w:r>
        <w:rPr>
          <w:rFonts w:ascii="宋体" w:hAnsi="宋体" w:eastAsia="宋体"/>
          <w:sz w:val="24"/>
        </w:rPr>
        <w:t>"它还能再放一次全屏冰冻！"凌天提醒道，"注意CD！"</w:t>
      </w:r>
    </w:p>
    <w:p>
      <w:pPr>
        <w:spacing w:line="560" w:lineRule="exact"/>
        <w:ind w:firstLine="420"/>
      </w:pPr>
      <w:r>
        <w:rPr>
          <w:rFonts w:ascii="宋体" w:hAnsi="宋体" w:eastAsia="宋体"/>
          <w:sz w:val="24"/>
        </w:rPr>
        <w:t>果然，又过了六分钟，BOSS第二次读条。这一次，队员们已经有了经验，提前站位在冰晶旁边，读条一开始就全力输出。</w:t>
      </w:r>
    </w:p>
    <w:p>
      <w:pPr>
        <w:spacing w:line="560" w:lineRule="exact"/>
        <w:ind w:firstLine="420"/>
      </w:pPr>
      <w:r>
        <w:rPr>
          <w:rFonts w:ascii="宋体" w:hAnsi="宋体" w:eastAsia="宋体"/>
          <w:sz w:val="24"/>
        </w:rPr>
        <w:t>两根冰晶在三秒内碎裂——第三根慢了半秒，但冰抗Buff让冰冻伤害减到了最低。</w:t>
      </w:r>
    </w:p>
    <w:p>
      <w:pPr>
        <w:spacing w:line="560" w:lineRule="exact"/>
        <w:ind w:firstLine="420"/>
      </w:pPr>
      <w:r>
        <w:rPr>
          <w:rFonts w:ascii="宋体" w:hAnsi="宋体" w:eastAsia="宋体"/>
          <w:sz w:val="24"/>
        </w:rPr>
        <w:t>BOSS的血量在神豪殿的火力下飞速下降。</w:t>
      </w:r>
    </w:p>
    <w:p>
      <w:pPr>
        <w:spacing w:line="560" w:lineRule="exact"/>
        <w:ind w:firstLine="420"/>
      </w:pPr>
      <w:r>
        <w:rPr>
          <w:rFonts w:ascii="宋体" w:hAnsi="宋体" w:eastAsia="宋体"/>
          <w:sz w:val="24"/>
        </w:rPr>
        <w:t>五分半钟，冰霜魔王轰然倒下。</w:t>
      </w:r>
    </w:p>
    <w:p>
      <w:pPr>
        <w:spacing w:line="560" w:lineRule="exact"/>
        <w:ind w:firstLine="420"/>
      </w:pPr>
      <w:r>
        <w:rPr>
          <w:rFonts w:ascii="宋体" w:hAnsi="宋体" w:eastAsia="宋体"/>
          <w:sz w:val="24"/>
        </w:rPr>
        <w:t>【第一关·冰霜魔王 已击败】</w:t>
      </w:r>
    </w:p>
    <w:p>
      <w:pPr>
        <w:spacing w:line="560" w:lineRule="exact"/>
        <w:ind w:firstLine="420"/>
      </w:pPr>
      <w:r>
        <w:rPr>
          <w:rFonts w:ascii="宋体" w:hAnsi="宋体" w:eastAsia="宋体"/>
          <w:sz w:val="24"/>
        </w:rPr>
        <w:t>"第一关过了！"赵铁柱兴奋地喊道。</w:t>
      </w:r>
    </w:p>
    <w:p>
      <w:pPr>
        <w:spacing w:line="560" w:lineRule="exact"/>
        <w:ind w:firstLine="420"/>
      </w:pPr>
      <w:r>
        <w:rPr>
          <w:rFonts w:ascii="宋体" w:hAnsi="宋体" w:eastAsia="宋体"/>
          <w:sz w:val="24"/>
        </w:rPr>
        <w:t>"走，下一关。"林风没有停步。</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第二关，雷霆魔王。</w:t>
      </w:r>
    </w:p>
    <w:p>
      <w:pPr>
        <w:spacing w:line="560" w:lineRule="exact"/>
        <w:ind w:firstLine="420"/>
      </w:pPr>
      <w:r>
        <w:rPr>
          <w:rFonts w:ascii="宋体" w:hAnsi="宋体" w:eastAsia="宋体"/>
          <w:sz w:val="24"/>
        </w:rPr>
        <w:t>副本环境切换成一片雷电交加的废墟。天空是暗紫色的，乌云低垂，闪电不断从云层中劈落，在地面上留下焦黑的痕迹。雷霆魔王站在废墟中央，周身缠绕着银白色的电弧，手中握着一柄雷光闪烁的战锤。</w:t>
      </w:r>
    </w:p>
    <w:p>
      <w:pPr>
        <w:spacing w:line="560" w:lineRule="exact"/>
        <w:ind w:firstLine="420"/>
      </w:pPr>
      <w:r>
        <w:rPr>
          <w:rFonts w:ascii="宋体" w:hAnsi="宋体" w:eastAsia="宋体"/>
          <w:sz w:val="24"/>
        </w:rPr>
        <w:t>"注意走位！它召雷区了！"凌天喊道。</w:t>
      </w:r>
    </w:p>
    <w:p>
      <w:pPr>
        <w:spacing w:line="560" w:lineRule="exact"/>
        <w:ind w:firstLine="420"/>
      </w:pPr>
      <w:r>
        <w:rPr>
          <w:rFonts w:ascii="宋体" w:hAnsi="宋体" w:eastAsia="宋体"/>
          <w:sz w:val="24"/>
        </w:rPr>
        <w:t>地面上开始出现一片片发光的区域——雷区！落雷以极快的速度从天空劈下，每一次都精准地落在雷区范围内。</w:t>
      </w:r>
    </w:p>
    <w:p>
      <w:pPr>
        <w:spacing w:line="560" w:lineRule="exact"/>
        <w:ind w:firstLine="420"/>
      </w:pPr>
      <w:r>
        <w:rPr>
          <w:rFonts w:ascii="宋体" w:hAnsi="宋体" w:eastAsia="宋体"/>
          <w:sz w:val="24"/>
        </w:rPr>
        <w:t>队员们迅速散开，在雷区的缝隙中穿梭。有了雷抗Buff，就算偶尔被雷劈中，也只是掉一小截血，治疗轻松就能奶住。</w:t>
      </w:r>
    </w:p>
    <w:p>
      <w:pPr>
        <w:spacing w:line="560" w:lineRule="exact"/>
        <w:ind w:firstLine="420"/>
      </w:pPr>
      <w:r>
        <w:rPr>
          <w:rFonts w:ascii="宋体" w:hAnsi="宋体" w:eastAsia="宋体"/>
          <w:sz w:val="24"/>
        </w:rPr>
        <w:t>但雷霆魔王不只是会召雷——它的战锤攻击力极高，一锤砸在地上能震飞周围的所有人。赵铁柱被砸飞了三次，每次爬起来都喊一句"再来"。</w:t>
      </w:r>
    </w:p>
    <w:p>
      <w:pPr>
        <w:spacing w:line="560" w:lineRule="exact"/>
        <w:ind w:firstLine="420"/>
      </w:pPr>
      <w:r>
        <w:rPr>
          <w:rFonts w:ascii="宋体" w:hAnsi="宋体" w:eastAsia="宋体"/>
          <w:sz w:val="24"/>
        </w:rPr>
        <w:t>"它的血量降到百分之三十了！"苏小雅喊道，"小心狂暴阶段！"</w:t>
      </w:r>
    </w:p>
    <w:p>
      <w:pPr>
        <w:spacing w:line="560" w:lineRule="exact"/>
        <w:ind w:firstLine="420"/>
      </w:pPr>
      <w:r>
        <w:rPr>
          <w:rFonts w:ascii="宋体" w:hAnsi="宋体" w:eastAsia="宋体"/>
          <w:sz w:val="24"/>
        </w:rPr>
        <w:t>雷霆魔王发出一声怒吼，身体周围的雷电瞬间暴涨！地面上同时亮起了十二个雷区，几乎覆盖了整个战斗场地！</w:t>
      </w:r>
    </w:p>
    <w:p>
      <w:pPr>
        <w:spacing w:line="560" w:lineRule="exact"/>
        <w:ind w:firstLine="420"/>
      </w:pPr>
      <w:r>
        <w:rPr>
          <w:rFonts w:ascii="宋体" w:hAnsi="宋体" w:eastAsia="宋体"/>
          <w:sz w:val="24"/>
        </w:rPr>
        <w:t>"全员集合到我身后！"林风喊道。</w:t>
      </w:r>
    </w:p>
    <w:p>
      <w:pPr>
        <w:spacing w:line="560" w:lineRule="exact"/>
        <w:ind w:firstLine="420"/>
      </w:pPr>
      <w:r>
        <w:rPr>
          <w:rFonts w:ascii="宋体" w:hAnsi="宋体" w:eastAsia="宋体"/>
          <w:sz w:val="24"/>
        </w:rPr>
        <w:t>他举起神豪之剑，金色光芒爆发——</w:t>
      </w:r>
    </w:p>
    <w:p>
      <w:pPr>
        <w:spacing w:line="560" w:lineRule="exact"/>
        <w:ind w:firstLine="420"/>
      </w:pPr>
      <w:r>
        <w:rPr>
          <w:rFonts w:ascii="宋体" w:hAnsi="宋体" w:eastAsia="宋体"/>
          <w:sz w:val="24"/>
        </w:rPr>
        <w:t>"神豪壁垒！"</w:t>
      </w:r>
    </w:p>
    <w:p>
      <w:pPr>
        <w:spacing w:line="560" w:lineRule="exact"/>
        <w:ind w:firstLine="420"/>
      </w:pPr>
      <w:r>
        <w:rPr>
          <w:rFonts w:ascii="宋体" w:hAnsi="宋体" w:eastAsia="宋体"/>
          <w:sz w:val="24"/>
        </w:rPr>
        <w:t>一面巨大的金色屏障在林风面前展开，将整个队伍护在身后。雷电劈在屏障上，发出刺耳的爆裂声，但屏障纹丝不动。</w:t>
      </w:r>
    </w:p>
    <w:p>
      <w:pPr>
        <w:spacing w:line="560" w:lineRule="exact"/>
        <w:ind w:firstLine="420"/>
      </w:pPr>
      <w:r>
        <w:rPr>
          <w:rFonts w:ascii="宋体" w:hAnsi="宋体" w:eastAsia="宋体"/>
          <w:sz w:val="24"/>
        </w:rPr>
        <w:t>"这招能撑十秒！全力输出！"林风咬牙道。</w:t>
      </w:r>
    </w:p>
    <w:p>
      <w:pPr>
        <w:spacing w:line="560" w:lineRule="exact"/>
        <w:ind w:firstLine="420"/>
      </w:pPr>
      <w:r>
        <w:rPr>
          <w:rFonts w:ascii="宋体" w:hAnsi="宋体" w:eastAsia="宋体"/>
          <w:sz w:val="24"/>
        </w:rPr>
        <w:t>全队的火力同时倾泻在雷霆魔王身上。十秒内，BOSS的血量从百分之三十被打到了百分之五。</w:t>
      </w:r>
    </w:p>
    <w:p>
      <w:pPr>
        <w:spacing w:line="560" w:lineRule="exact"/>
        <w:ind w:firstLine="420"/>
      </w:pPr>
      <w:r>
        <w:rPr>
          <w:rFonts w:ascii="宋体" w:hAnsi="宋体" w:eastAsia="宋体"/>
          <w:sz w:val="24"/>
        </w:rPr>
        <w:t>屏障破碎的瞬间，林风一剑斩出——</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-18,000！</w:t>
      </w:r>
    </w:p>
    <w:p>
      <w:pPr>
        <w:spacing w:line="560" w:lineRule="exact"/>
        <w:ind w:firstLine="420"/>
      </w:pPr>
      <w:r>
        <w:rPr>
          <w:rFonts w:ascii="宋体" w:hAnsi="宋体" w:eastAsia="宋体"/>
          <w:sz w:val="24"/>
        </w:rPr>
        <w:t>雷霆魔王发出一声不甘的嘶吼，庞大的身躯轰然倒地，周身的电弧缓缓消散。</w:t>
      </w:r>
    </w:p>
    <w:p>
      <w:pPr>
        <w:spacing w:line="560" w:lineRule="exact"/>
        <w:ind w:firstLine="420"/>
      </w:pPr>
      <w:r>
        <w:rPr>
          <w:rFonts w:ascii="宋体" w:hAnsi="宋体" w:eastAsia="宋体"/>
          <w:sz w:val="24"/>
        </w:rPr>
        <w:t>【第二关·雷霆魔王 已击败】</w:t>
      </w:r>
    </w:p>
    <w:p>
      <w:pPr>
        <w:spacing w:line="560" w:lineRule="exact"/>
        <w:ind w:firstLine="420"/>
      </w:pPr>
      <w:r>
        <w:rPr>
          <w:rFonts w:ascii="宋体" w:hAnsi="宋体" w:eastAsia="宋体"/>
          <w:sz w:val="24"/>
        </w:rPr>
        <w:t>"还有一关！"赵铁柱喘着粗气，盾牌上全是雷击留下的焦痕，"走不走？"</w:t>
      </w:r>
    </w:p>
    <w:p>
      <w:pPr>
        <w:spacing w:line="560" w:lineRule="exact"/>
        <w:ind w:firstLine="420"/>
      </w:pPr>
      <w:r>
        <w:rPr>
          <w:rFonts w:ascii="宋体" w:hAnsi="宋体" w:eastAsia="宋体"/>
          <w:sz w:val="24"/>
        </w:rPr>
        <w:t>"走。"林风说。</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第三关——恐惧魔王·阿萨克斯。</w:t>
      </w:r>
    </w:p>
    <w:p>
      <w:pPr>
        <w:spacing w:line="560" w:lineRule="exact"/>
        <w:ind w:firstLine="420"/>
      </w:pPr>
      <w:r>
        <w:rPr>
          <w:rFonts w:ascii="宋体" w:hAnsi="宋体" w:eastAsia="宋体"/>
          <w:sz w:val="24"/>
        </w:rPr>
        <w:t>副本的第三层是一个巨大的黑暗殿堂，穹顶高不可测，四周矗立着黑色的石柱，上面刻满了诡异的符文。空气沉重而压抑，每一步都能听到自己的心跳声。</w:t>
      </w:r>
    </w:p>
    <w:p>
      <w:pPr>
        <w:spacing w:line="560" w:lineRule="exact"/>
        <w:ind w:firstLine="420"/>
      </w:pPr>
      <w:r>
        <w:rPr>
          <w:rFonts w:ascii="宋体" w:hAnsi="宋体" w:eastAsia="宋体"/>
          <w:sz w:val="24"/>
        </w:rPr>
        <w:t>恐惧魔王阿萨克斯从黑暗的深渊中缓缓升起。</w:t>
      </w:r>
    </w:p>
    <w:p>
      <w:pPr>
        <w:spacing w:line="560" w:lineRule="exact"/>
        <w:ind w:firstLine="420"/>
      </w:pPr>
      <w:r>
        <w:rPr>
          <w:rFonts w:ascii="宋体" w:hAnsi="宋体" w:eastAsia="宋体"/>
          <w:sz w:val="24"/>
        </w:rPr>
        <w:t>通体覆盖着漆黑的鳞甲，每一片鳞甲都在微弱地发光。一双血红色的眼睛像两盏灯笼，散发着诡异的光芒。它的身高足足五米，站在场地中央像一座黑色的铁塔，压迫感扑面而来。</w:t>
      </w:r>
    </w:p>
    <w:p>
      <w:pPr>
        <w:spacing w:line="560" w:lineRule="exact"/>
        <w:ind w:firstLine="420"/>
      </w:pPr>
      <w:r>
        <w:rPr>
          <w:rFonts w:ascii="宋体" w:hAnsi="宋体" w:eastAsia="宋体"/>
          <w:sz w:val="24"/>
        </w:rPr>
        <w:t>【恐惧魔王·阿萨克斯 Lv.110】</w:t>
        <w:br/>
        <w:t>生命值：3,000,000/3,000,000</w:t>
        <w:br/>
        <w:t>技能：恐惧咆哮（全屏精神攻击，50%几率恐惧3秒）、暗影突袭（瞬移突进，造成高额单体伤害）、死亡缠绕（持续掉血+减速）</w:t>
      </w:r>
    </w:p>
    <w:p>
      <w:pPr>
        <w:spacing w:line="560" w:lineRule="exact"/>
        <w:ind w:firstLine="420"/>
      </w:pPr>
      <w:r>
        <w:rPr>
          <w:rFonts w:ascii="宋体" w:hAnsi="宋体" w:eastAsia="宋体"/>
          <w:sz w:val="24"/>
        </w:rPr>
        <w:t>"这个BOSS没有属性攻击。"凌天快速分析道，"冰抗雷抗都没用。它的技能全是精神攻击和物理攻击。"</w:t>
      </w:r>
    </w:p>
    <w:p>
      <w:pPr>
        <w:spacing w:line="560" w:lineRule="exact"/>
        <w:ind w:firstLine="420"/>
      </w:pPr>
      <w:r>
        <w:rPr>
          <w:rFonts w:ascii="宋体" w:hAnsi="宋体" w:eastAsia="宋体"/>
          <w:sz w:val="24"/>
        </w:rPr>
        <w:t>"那就硬打。"林风说。</w:t>
      </w:r>
    </w:p>
    <w:p>
      <w:pPr>
        <w:spacing w:line="560" w:lineRule="exact"/>
        <w:ind w:firstLine="420"/>
      </w:pPr>
      <w:r>
        <w:rPr>
          <w:rFonts w:ascii="宋体" w:hAnsi="宋体" w:eastAsia="宋体"/>
          <w:sz w:val="24"/>
        </w:rPr>
        <w:t>他一个人走上前，挡在队伍最前面。</w:t>
      </w:r>
    </w:p>
    <w:p>
      <w:pPr>
        <w:spacing w:line="560" w:lineRule="exact"/>
        <w:ind w:firstLine="420"/>
      </w:pPr>
      <w:r>
        <w:rPr>
          <w:rFonts w:ascii="宋体" w:hAnsi="宋体" w:eastAsia="宋体"/>
          <w:sz w:val="24"/>
        </w:rPr>
        <w:t>恐惧魔王张嘴发出一声震耳欲聋的咆哮——恐惧咆哮！</w:t>
      </w:r>
    </w:p>
    <w:p>
      <w:pPr>
        <w:spacing w:line="560" w:lineRule="exact"/>
        <w:ind w:firstLine="420"/>
      </w:pPr>
      <w:r>
        <w:rPr>
          <w:rFonts w:ascii="宋体" w:hAnsi="宋体" w:eastAsia="宋体"/>
          <w:sz w:val="24"/>
        </w:rPr>
        <w:t>一股无形的精神冲击波如同海啸般扫过全场！除林风外的所有队员全部陷入了三秒的恐惧状态，角色不受控制地四处乱跑，赵铁柱甚至跑进了BOSS的脚底下。</w:t>
      </w:r>
    </w:p>
    <w:p>
      <w:pPr>
        <w:spacing w:line="560" w:lineRule="exact"/>
        <w:ind w:firstLine="420"/>
      </w:pPr>
      <w:r>
        <w:rPr>
          <w:rFonts w:ascii="宋体" w:hAnsi="宋体" w:eastAsia="宋体"/>
          <w:sz w:val="24"/>
        </w:rPr>
        <w:t>但林风没动。</w:t>
      </w:r>
    </w:p>
    <w:p>
      <w:pPr>
        <w:spacing w:line="560" w:lineRule="exact"/>
        <w:ind w:firstLine="420"/>
      </w:pPr>
      <w:r>
        <w:rPr>
          <w:rFonts w:ascii="宋体" w:hAnsi="宋体" w:eastAsia="宋体"/>
          <w:sz w:val="24"/>
        </w:rPr>
        <w:t>他的属性面板上，精神抗性高达百分之九十五——这是神豪之铠附带的隐藏属性，连他自己都是第一次见识到它的效果。</w:t>
      </w:r>
    </w:p>
    <w:p>
      <w:pPr>
        <w:spacing w:line="560" w:lineRule="exact"/>
        <w:ind w:firstLine="420"/>
      </w:pPr>
      <w:r>
        <w:rPr>
          <w:rFonts w:ascii="宋体" w:hAnsi="宋体" w:eastAsia="宋体"/>
          <w:sz w:val="24"/>
        </w:rPr>
        <w:t>"金钱冲击！"</w:t>
      </w:r>
    </w:p>
    <w:p>
      <w:pPr>
        <w:spacing w:line="560" w:lineRule="exact"/>
        <w:ind w:firstLine="420"/>
      </w:pPr>
      <w:r>
        <w:rPr>
          <w:rFonts w:ascii="宋体" w:hAnsi="宋体" w:eastAsia="宋体"/>
          <w:sz w:val="24"/>
        </w:rPr>
        <w:t>金色光柱轰然砸落在恐惧魔王的头顶！</w:t>
      </w:r>
    </w:p>
    <w:p>
      <w:pPr>
        <w:spacing w:line="560" w:lineRule="exact"/>
        <w:ind w:firstLine="420"/>
      </w:pPr>
      <w:r>
        <w:rPr>
          <w:rFonts w:ascii="宋体" w:hAnsi="宋体" w:eastAsia="宋体"/>
          <w:sz w:val="24"/>
        </w:rPr>
        <w:t>-15,000！</w:t>
      </w:r>
    </w:p>
    <w:p>
      <w:pPr>
        <w:spacing w:line="560" w:lineRule="exact"/>
        <w:ind w:firstLine="420"/>
      </w:pPr>
      <w:r>
        <w:rPr>
          <w:rFonts w:ascii="宋体" w:hAnsi="宋体" w:eastAsia="宋体"/>
          <w:sz w:val="24"/>
        </w:rPr>
        <w:t>BOSS的血条猛地一跳。它发出一声愤怒的嘶吼，身体化作一道黑影瞬间消失——下一秒，它出现在林风面前，利爪撕裂空气，带着破风声直劈而下！</w:t>
      </w:r>
    </w:p>
    <w:p>
      <w:pPr>
        <w:spacing w:line="560" w:lineRule="exact"/>
        <w:ind w:firstLine="420"/>
      </w:pPr>
      <w:r>
        <w:rPr>
          <w:rFonts w:ascii="宋体" w:hAnsi="宋体" w:eastAsia="宋体"/>
          <w:sz w:val="24"/>
        </w:rPr>
        <w:t>暗影突袭！</w:t>
      </w:r>
    </w:p>
    <w:p>
      <w:pPr>
        <w:spacing w:line="560" w:lineRule="exact"/>
        <w:ind w:firstLine="420"/>
      </w:pPr>
      <w:r>
        <w:rPr>
          <w:rFonts w:ascii="宋体" w:hAnsi="宋体" w:eastAsia="宋体"/>
          <w:sz w:val="24"/>
        </w:rPr>
        <w:t>利爪撕扯在林风的神豪之铠上，火星四溅，金属摩擦的尖锐声响彻整个殿堂！</w:t>
      </w:r>
    </w:p>
    <w:p>
      <w:pPr>
        <w:spacing w:line="560" w:lineRule="exact"/>
        <w:ind w:firstLine="420"/>
      </w:pPr>
      <w:r>
        <w:rPr>
          <w:rFonts w:ascii="宋体" w:hAnsi="宋体" w:eastAsia="宋体"/>
          <w:sz w:val="24"/>
        </w:rPr>
        <w:t>-2,300。</w:t>
      </w:r>
    </w:p>
    <w:p>
      <w:pPr>
        <w:spacing w:line="560" w:lineRule="exact"/>
        <w:ind w:firstLine="420"/>
      </w:pPr>
      <w:r>
        <w:rPr>
          <w:rFonts w:ascii="宋体" w:hAnsi="宋体" w:eastAsia="宋体"/>
          <w:sz w:val="24"/>
        </w:rPr>
        <w:t>林风的血条掉了不到十分之一。他低头看了一眼胸口铠甲上的爪痕——五道浅浅的白印。</w:t>
      </w:r>
    </w:p>
    <w:p>
      <w:pPr>
        <w:spacing w:line="560" w:lineRule="exact"/>
        <w:ind w:firstLine="420"/>
      </w:pPr>
      <w:r>
        <w:rPr>
          <w:rFonts w:ascii="宋体" w:hAnsi="宋体" w:eastAsia="宋体"/>
          <w:sz w:val="24"/>
        </w:rPr>
        <w:t>然后他反手一剑，神豪之剑的剑刃上金光暴涨！</w:t>
      </w:r>
    </w:p>
    <w:p>
      <w:pPr>
        <w:spacing w:line="560" w:lineRule="exact"/>
        <w:ind w:firstLine="420"/>
      </w:pPr>
      <w:r>
        <w:rPr>
          <w:rFonts w:ascii="宋体" w:hAnsi="宋体" w:eastAsia="宋体"/>
          <w:sz w:val="24"/>
        </w:rPr>
        <w:t>-18,000！</w:t>
      </w:r>
    </w:p>
    <w:p>
      <w:pPr>
        <w:spacing w:line="560" w:lineRule="exact"/>
        <w:ind w:firstLine="420"/>
      </w:pPr>
      <w:r>
        <w:rPr>
          <w:rFonts w:ascii="宋体" w:hAnsi="宋体" w:eastAsia="宋体"/>
          <w:sz w:val="24"/>
        </w:rPr>
        <w:t>"吼——！"恐惧魔王吃痛后退，血红色的眼睛里第一次出现了忌惮的神色。</w:t>
      </w:r>
    </w:p>
    <w:p>
      <w:pPr>
        <w:spacing w:line="560" w:lineRule="exact"/>
        <w:ind w:firstLine="420"/>
      </w:pPr>
      <w:r>
        <w:rPr>
          <w:rFonts w:ascii="宋体" w:hAnsi="宋体" w:eastAsia="宋体"/>
          <w:sz w:val="24"/>
        </w:rPr>
        <w:t>三百万血量的BOSS，在林风的正面硬刚和全队的围攻下，只坚持了不到八分钟。</w:t>
      </w:r>
    </w:p>
    <w:p>
      <w:pPr>
        <w:spacing w:line="560" w:lineRule="exact"/>
        <w:ind w:firstLine="420"/>
      </w:pPr>
      <w:r>
        <w:rPr>
          <w:rFonts w:ascii="宋体" w:hAnsi="宋体" w:eastAsia="宋体"/>
          <w:sz w:val="24"/>
        </w:rPr>
        <w:t>恐惧魔王轰然倒地的时候，整个黑暗殿堂震动了一下。一道金色的光柱从BOSS的尸体上升起，直冲穹顶。</w:t>
      </w:r>
    </w:p>
    <w:p>
      <w:pPr>
        <w:spacing w:line="560" w:lineRule="exact"/>
        <w:ind w:firstLine="420"/>
      </w:pPr>
      <w:r>
        <w:rPr>
          <w:rFonts w:ascii="宋体" w:hAnsi="宋体" w:eastAsia="宋体"/>
          <w:sz w:val="24"/>
        </w:rPr>
        <w:t>紧接着，系统提示在全服响起——</w:t>
      </w:r>
    </w:p>
    <w:p>
      <w:pPr>
        <w:spacing w:line="560" w:lineRule="exact"/>
        <w:ind w:firstLine="420"/>
      </w:pPr>
      <w:r>
        <w:rPr>
          <w:rFonts w:ascii="宋体" w:hAnsi="宋体" w:eastAsia="宋体"/>
          <w:sz w:val="24"/>
        </w:rPr>
        <w:t>【全服公告：玩家'风中追风'率领神豪殿首次通关深渊之巢！史诗级成就！】</w:t>
      </w:r>
    </w:p>
    <w:p>
      <w:pPr>
        <w:spacing w:line="560" w:lineRule="exact"/>
        <w:ind w:firstLine="420"/>
      </w:pPr>
      <w:r>
        <w:rPr>
          <w:rFonts w:ascii="宋体" w:hAnsi="宋体" w:eastAsia="宋体"/>
          <w:sz w:val="24"/>
        </w:rPr>
        <w:t>世界频道瞬间沸腾了！</w:t>
      </w:r>
    </w:p>
    <w:p>
      <w:pPr>
        <w:spacing w:line="560" w:lineRule="exact"/>
        <w:ind w:firstLine="420"/>
      </w:pPr>
      <w:r>
        <w:rPr>
          <w:rFonts w:ascii="宋体" w:hAnsi="宋体" w:eastAsia="宋体"/>
          <w:sz w:val="24"/>
        </w:rPr>
        <w:t>「卧槽！神豪殿首通了！」</w:t>
        <w:br/>
        <w:t>「第三个BOSS不是卡了全服两天吗？他们怎么过的？」</w:t>
        <w:br/>
        <w:t>「氪金过的呗」</w:t>
        <w:br/>
        <w:t>「你氪一个试试？人家是神豪！」</w:t>
        <w:br/>
        <w:t>「神豪殿牛逼！！！」</w:t>
        <w:br/>
        <w:t>「首通奖励是什么？快晒出来看看！」</w:t>
      </w:r>
    </w:p>
    <w:p>
      <w:pPr>
        <w:spacing w:line="560" w:lineRule="exact"/>
        <w:ind w:firstLine="420"/>
      </w:pPr>
      <w:r>
        <w:rPr>
          <w:rFonts w:ascii="宋体" w:hAnsi="宋体" w:eastAsia="宋体"/>
          <w:sz w:val="24"/>
        </w:rPr>
        <w:t>苏小雅的直播间里，弹幕已经炸成了烟花。在线人数突破了两百万——破了神豪殿自己保持的直播记录。</w:t>
      </w:r>
    </w:p>
    <w:p>
      <w:pPr>
        <w:spacing w:line="560" w:lineRule="exact"/>
        <w:ind w:firstLine="420"/>
      </w:pPr>
      <w:r>
        <w:rPr>
          <w:rFonts w:ascii="宋体" w:hAnsi="宋体" w:eastAsia="宋体"/>
          <w:sz w:val="24"/>
        </w:rPr>
        <w:t>「深渊之巢首通！神豪殿yyds！」</w:t>
        <w:br/>
        <w:t>「白嫖党表示看哭了，这buff多少钱？」</w:t>
        <w:br/>
        <w:t>「两千万一个，两个四千万……」</w:t>
        <w:br/>
        <w:t>「四千万金币？那也得四百多万人民币……」</w:t>
        <w:br/>
        <w:t>「有钱是真的可以为所欲为.jpg」</w:t>
      </w:r>
    </w:p>
    <w:p>
      <w:pPr>
        <w:spacing w:line="560" w:lineRule="exact"/>
        <w:ind w:firstLine="420"/>
      </w:pPr>
      <w:r>
        <w:rPr>
          <w:rFonts w:ascii="宋体" w:hAnsi="宋体" w:eastAsia="宋体"/>
          <w:sz w:val="24"/>
        </w:rPr>
        <w:t>林风无视了那些讨论，看向掉落物品——</w:t>
      </w:r>
    </w:p>
    <w:p>
      <w:pPr>
        <w:spacing w:line="560" w:lineRule="exact"/>
        <w:ind w:firstLine="420"/>
      </w:pPr>
      <w:r>
        <w:rPr>
          <w:rFonts w:ascii="宋体" w:hAnsi="宋体" w:eastAsia="宋体"/>
          <w:sz w:val="24"/>
        </w:rPr>
        <w:t>三件传说级装备，在他面前一字排开，散发着金色的光芒。</w:t>
      </w:r>
    </w:p>
    <w:p>
      <w:pPr>
        <w:spacing w:line="560" w:lineRule="exact"/>
        <w:ind w:firstLine="420"/>
      </w:pPr>
      <w:r>
        <w:rPr>
          <w:rFonts w:ascii="宋体" w:hAnsi="宋体" w:eastAsia="宋体"/>
          <w:sz w:val="24"/>
        </w:rPr>
        <w:t>他捡起来扫了一眼属性——冰霜法杖（智力+280，冰系技能伤害+35%）、雷霆战甲（防御+2200，雷抗+25%）、暗影之靴（敏捷+200，移动速度+15%）。</w:t>
      </w:r>
    </w:p>
    <w:p>
      <w:pPr>
        <w:spacing w:line="560" w:lineRule="exact"/>
        <w:ind w:firstLine="420"/>
      </w:pPr>
      <w:r>
        <w:rPr>
          <w:rFonts w:ascii="宋体" w:hAnsi="宋体" w:eastAsia="宋体"/>
          <w:sz w:val="24"/>
        </w:rPr>
        <w:t>他把雷霆战甲分给了赵铁柱——那家伙的铠甲在这次副本里被雷劈得不成样子了。暗影之靴给了夜影——刺客最需要的就是速度和敏捷。冰霜法杖挂到了公会仓库里，留给有需要的法师。</w:t>
      </w:r>
    </w:p>
    <w:p>
      <w:pPr>
        <w:spacing w:line="560" w:lineRule="exact"/>
        <w:ind w:firstLine="420"/>
      </w:pPr>
      <w:r>
        <w:rPr>
          <w:rFonts w:ascii="宋体" w:hAnsi="宋体" w:eastAsia="宋体"/>
          <w:sz w:val="24"/>
        </w:rPr>
        <w:t>"会长，你不留一件？"赵铁柱接过雷霆战甲，眼睛都亮了。</w:t>
      </w:r>
    </w:p>
    <w:p>
      <w:pPr>
        <w:spacing w:line="560" w:lineRule="exact"/>
        <w:ind w:firstLine="420"/>
      </w:pPr>
      <w:r>
        <w:rPr>
          <w:rFonts w:ascii="宋体" w:hAnsi="宋体" w:eastAsia="宋体"/>
          <w:sz w:val="24"/>
        </w:rPr>
        <w:t>"我身上的比你掉的这些好。"林风说。</w:t>
      </w:r>
    </w:p>
    <w:p>
      <w:pPr>
        <w:spacing w:line="560" w:lineRule="exact"/>
        <w:ind w:firstLine="420"/>
      </w:pPr>
      <w:r>
        <w:rPr>
          <w:rFonts w:ascii="宋体" w:hAnsi="宋体" w:eastAsia="宋体"/>
          <w:sz w:val="24"/>
        </w:rPr>
        <w:t>赵铁柱看了一眼林风身上那套金光闪闪的神豪套装——光是胸甲就加了三千五的防御和三百的力量，比雷霆战甲高出一大截——沉默了两秒："……确实。"</w:t>
      </w:r>
    </w:p>
    <w:p>
      <w:pPr>
        <w:spacing w:line="560" w:lineRule="exact"/>
        <w:ind w:firstLine="420"/>
      </w:pPr>
      <w:r>
        <w:rPr>
          <w:rFonts w:ascii="宋体" w:hAnsi="宋体" w:eastAsia="宋体"/>
          <w:sz w:val="24"/>
        </w:rPr>
        <w:t>走出副本的时候，阳光重新照在脸上。深渊之巢入口处的黑色雾气缓缓散开，像是在为征服者让路。</w:t>
      </w:r>
    </w:p>
    <w:p>
      <w:pPr>
        <w:spacing w:line="560" w:lineRule="exact"/>
        <w:ind w:firstLine="420"/>
      </w:pPr>
      <w:r>
        <w:rPr>
          <w:rFonts w:ascii="宋体" w:hAnsi="宋体" w:eastAsia="宋体"/>
          <w:sz w:val="24"/>
        </w:rPr>
        <w:t>林风深吸一口气，收到了苏婉清发来的微信：</w:t>
      </w:r>
    </w:p>
    <w:p>
      <w:pPr>
        <w:spacing w:line="560" w:lineRule="exact"/>
        <w:ind w:firstLine="420"/>
      </w:pPr>
      <w:r>
        <w:rPr>
          <w:rFonts w:ascii="宋体" w:hAnsi="宋体" w:eastAsia="宋体"/>
          <w:sz w:val="24"/>
        </w:rPr>
        <w:t>"林总，办公室装修好了。明天可以搬进去。"</w:t>
      </w:r>
    </w:p>
    <w:p>
      <w:pPr>
        <w:spacing w:line="560" w:lineRule="exact"/>
        <w:ind w:firstLine="420"/>
      </w:pPr>
      <w:r>
        <w:rPr>
          <w:rFonts w:ascii="宋体" w:hAnsi="宋体" w:eastAsia="宋体"/>
          <w:sz w:val="24"/>
        </w:rPr>
        <w:t>他看了一眼消息，又看了一眼身后那座刚刚被征服的深渊副本，嘴角微微上扬。</w:t>
      </w:r>
    </w:p>
    <w:p>
      <w:pPr>
        <w:spacing w:line="560" w:lineRule="exact"/>
        <w:ind w:firstLine="420"/>
      </w:pPr>
      <w:r>
        <w:rPr>
          <w:rFonts w:ascii="宋体" w:hAnsi="宋体" w:eastAsia="宋体"/>
          <w:sz w:val="24"/>
        </w:rPr>
        <w:t>游戏里和现实里，都在一条上升的轨道上。</w:t>
      </w:r>
    </w:p>
    <w:p>
      <w:r>
        <w:br w:type="page"/>
      </w:r>
    </w:p>
    <w:p>
      <w:pPr>
        <w:jc w:val="center"/>
      </w:pPr>
      <w:r>
        <w:rPr>
          <w:b/>
          <w:sz w:val="32"/>
        </w:rPr>
        <w:t>第027章 世界BOSS首杀</w:t>
      </w:r>
    </w:p>
    <w:p>
      <w:pPr>
        <w:jc w:val="center"/>
      </w:pPr>
      <w:r>
        <w:rPr>
          <w:color w:val="999999"/>
          <w:sz w:val="18"/>
        </w:rPr>
        <w:t>（2,780字）</w:t>
      </w:r>
    </w:p>
    <w:p/>
    <w:p>
      <w:pPr>
        <w:spacing w:line="560" w:lineRule="exact"/>
        <w:ind w:firstLine="420"/>
      </w:pPr>
      <w:r>
        <w:rPr>
          <w:rFonts w:ascii="宋体" w:hAnsi="宋体" w:eastAsia="宋体"/>
          <w:sz w:val="24"/>
        </w:rPr>
        <w:t>深渊之巢首通之后，神豪殿的名气彻底打响。申请加入公会的人数突破了两万，凌天带着几个副手审核了整整两天，才从两万人里挑出了三百个精英。</w:t>
      </w:r>
    </w:p>
    <w:p>
      <w:pPr>
        <w:spacing w:line="560" w:lineRule="exact"/>
        <w:ind w:firstLine="420"/>
      </w:pPr>
      <w:r>
        <w:rPr>
          <w:rFonts w:ascii="宋体" w:hAnsi="宋体" w:eastAsia="宋体"/>
          <w:sz w:val="24"/>
        </w:rPr>
        <w:t>但林风的关注点不在人数上——他在盯着官网的倒计时。</w:t>
      </w:r>
    </w:p>
    <w:p>
      <w:pPr>
        <w:spacing w:line="560" w:lineRule="exact"/>
        <w:ind w:firstLine="420"/>
      </w:pPr>
      <w:r>
        <w:rPr>
          <w:rFonts w:ascii="宋体" w:hAnsi="宋体" w:eastAsia="宋体"/>
          <w:sz w:val="24"/>
        </w:rPr>
        <w:t>【世界BOSS·泰坦巨兽 即将降临！时间：48:00:00】</w:t>
      </w:r>
    </w:p>
    <w:p>
      <w:pPr>
        <w:spacing w:line="560" w:lineRule="exact"/>
        <w:ind w:firstLine="420"/>
      </w:pPr>
      <w:r>
        <w:rPr>
          <w:rFonts w:ascii="宋体" w:hAnsi="宋体" w:eastAsia="宋体"/>
          <w:sz w:val="24"/>
        </w:rPr>
        <w:t>这是《天界》开服以来的第一个世界BOSS。世界BOSS的规则和普通副本不同——它是露天开放的，任何公会、任何玩家都可以参与。谁对BOSS造成最后一击，谁就能拿到首杀奖励。</w:t>
      </w:r>
    </w:p>
    <w:p>
      <w:pPr>
        <w:spacing w:line="560" w:lineRule="exact"/>
        <w:ind w:firstLine="420"/>
      </w:pPr>
      <w:r>
        <w:rPr>
          <w:rFonts w:ascii="宋体" w:hAnsi="宋体" w:eastAsia="宋体"/>
          <w:sz w:val="24"/>
        </w:rPr>
        <w:t>这也就意味着——全服都将参与这场争夺。</w:t>
      </w:r>
    </w:p>
    <w:p>
      <w:pPr>
        <w:spacing w:line="560" w:lineRule="exact"/>
        <w:ind w:firstLine="420"/>
      </w:pPr>
      <w:r>
        <w:rPr>
          <w:rFonts w:ascii="宋体" w:hAnsi="宋体" w:eastAsia="宋体"/>
          <w:sz w:val="24"/>
        </w:rPr>
        <w:t>“世界BOSS的消息你们都知道了吧？”凌天在公会频道里说话，声音里带着一丝紧张，“泰坦巨兽，140级，一亿血量。”</w:t>
      </w:r>
    </w:p>
    <w:p>
      <w:pPr>
        <w:spacing w:line="560" w:lineRule="exact"/>
        <w:ind w:firstLine="420"/>
      </w:pPr>
      <w:r>
        <w:rPr>
          <w:rFonts w:ascii="宋体" w:hAnsi="宋体" w:eastAsia="宋体"/>
          <w:sz w:val="24"/>
        </w:rPr>
        <w:t>公会频道瞬间炸了。</w:t>
      </w:r>
    </w:p>
    <w:p>
      <w:pPr>
        <w:spacing w:line="560" w:lineRule="exact"/>
        <w:ind w:firstLine="420"/>
      </w:pPr>
      <w:r>
        <w:rPr>
          <w:rFonts w:ascii="宋体" w:hAnsi="宋体" w:eastAsia="宋体"/>
          <w:sz w:val="24"/>
        </w:rPr>
        <w:t>“一亿？！这血量是人打的？”</w:t>
        <w:br/>
        <w:t>“140级？我们现在平均才65级啊！”</w:t>
        <w:br/>
        <w:t>“差了七十五级，这打个毛？”</w:t>
        <w:br/>
        <w:t>“世界BOSS就是世界BOSS，这数值也太离谱了。”</w:t>
      </w:r>
    </w:p>
    <w:p>
      <w:pPr>
        <w:spacing w:line="560" w:lineRule="exact"/>
        <w:ind w:firstLine="420"/>
      </w:pPr>
      <w:r>
        <w:rPr>
          <w:rFonts w:ascii="宋体" w:hAnsi="宋体" w:eastAsia="宋体"/>
          <w:sz w:val="24"/>
        </w:rPr>
        <w:t>赵铁柱也忍不住私聊林风：“风哥，一亿血，140级，咱打得动吗？”</w:t>
      </w:r>
    </w:p>
    <w:p>
      <w:pPr>
        <w:spacing w:line="560" w:lineRule="exact"/>
        <w:ind w:firstLine="420"/>
      </w:pPr>
      <w:r>
        <w:rPr>
          <w:rFonts w:ascii="宋体" w:hAnsi="宋体" w:eastAsia="宋体"/>
          <w:sz w:val="24"/>
        </w:rPr>
        <w:t>林风看了一眼自己的属性面板——</w:t>
      </w:r>
    </w:p>
    <w:p>
      <w:pPr>
        <w:spacing w:line="560" w:lineRule="exact"/>
        <w:ind w:firstLine="420"/>
      </w:pPr>
      <w:r>
        <w:rPr>
          <w:rFonts w:ascii="宋体" w:hAnsi="宋体" w:eastAsia="宋体"/>
          <w:sz w:val="24"/>
        </w:rPr>
        <w:t>【风中追风】</w:t>
        <w:br/>
        <w:t>等级：75级</w:t>
        <w:br/>
        <w:t>职业：神罚剑士</w:t>
        <w:br/>
        <w:t>攻击力：28,500</w:t>
        <w:br/>
        <w:t>防御力：12,300</w:t>
        <w:br/>
        <w:t>生命值：520,000</w:t>
      </w:r>
    </w:p>
    <w:p>
      <w:pPr>
        <w:spacing w:line="560" w:lineRule="exact"/>
        <w:ind w:firstLine="420"/>
      </w:pPr>
      <w:r>
        <w:rPr>
          <w:rFonts w:ascii="宋体" w:hAnsi="宋体" w:eastAsia="宋体"/>
          <w:sz w:val="24"/>
        </w:rPr>
        <w:t>他这个属性已经是全服天花板了，但面对140级、一亿血的BOSS，依然不够看。</w:t>
      </w:r>
    </w:p>
    <w:p>
      <w:pPr>
        <w:spacing w:line="560" w:lineRule="exact"/>
        <w:ind w:firstLine="420"/>
      </w:pPr>
      <w:r>
        <w:rPr>
          <w:rFonts w:ascii="宋体" w:hAnsi="宋体" w:eastAsia="宋体"/>
          <w:sz w:val="24"/>
        </w:rPr>
        <w:t>不过——他有系统。</w:t>
      </w:r>
    </w:p>
    <w:p>
      <w:pPr>
        <w:spacing w:line="560" w:lineRule="exact"/>
        <w:ind w:firstLine="420"/>
      </w:pPr>
      <w:r>
        <w:rPr>
          <w:rFonts w:ascii="宋体" w:hAnsi="宋体" w:eastAsia="宋体"/>
          <w:sz w:val="24"/>
        </w:rPr>
        <w:t>“打不动的是别人。”林风在公会频道里说，“全员备战，明天下午三点，黑暗山脉集合。”</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第二天下午，黑暗山脉。</w:t>
      </w:r>
    </w:p>
    <w:p>
      <w:pPr>
        <w:spacing w:line="560" w:lineRule="exact"/>
        <w:ind w:firstLine="420"/>
      </w:pPr>
      <w:r>
        <w:rPr>
          <w:rFonts w:ascii="宋体" w:hAnsi="宋体" w:eastAsia="宋体"/>
          <w:sz w:val="24"/>
        </w:rPr>
        <w:t>整个山脚下已经挤满了玩家。放眼望去，黑压压的人头从山脚一直蔓延到天际线，少说也有两三万人。各大公会的旗帜在风中飘扬——铁血盟的龙旗、龙魂殿的魂字旗、花间阁的花瓣旗……还有神豪殿的神豪徽章旗。</w:t>
      </w:r>
    </w:p>
    <w:p>
      <w:pPr>
        <w:spacing w:line="560" w:lineRule="exact"/>
        <w:ind w:firstLine="420"/>
      </w:pPr>
      <w:r>
        <w:rPr>
          <w:rFonts w:ascii="宋体" w:hAnsi="宋体" w:eastAsia="宋体"/>
          <w:sz w:val="24"/>
        </w:rPr>
        <w:t>赵铁柱扛着公会战旗站在最前面，左右看了看：“好家伙，这阵仗比高考考场还吓人。”</w:t>
      </w:r>
    </w:p>
    <w:p>
      <w:pPr>
        <w:spacing w:line="560" w:lineRule="exact"/>
        <w:ind w:firstLine="420"/>
      </w:pPr>
      <w:r>
        <w:rPr>
          <w:rFonts w:ascii="宋体" w:hAnsi="宋体" w:eastAsia="宋体"/>
          <w:sz w:val="24"/>
        </w:rPr>
        <w:t>苏小雅开着直播，镜头扫过漫山遍野的人海：“家人们！看到没！这就是世界BOSS的排面！全服玩家都来了！”</w:t>
      </w:r>
    </w:p>
    <w:p>
      <w:pPr>
        <w:spacing w:line="560" w:lineRule="exact"/>
        <w:ind w:firstLine="420"/>
      </w:pPr>
      <w:r>
        <w:rPr>
          <w:rFonts w:ascii="宋体" w:hAnsi="宋体" w:eastAsia="宋体"/>
          <w:sz w:val="24"/>
        </w:rPr>
        <w:t>弹幕疯狂刷屏：</w:t>
      </w:r>
    </w:p>
    <w:p>
      <w:pPr>
        <w:spacing w:line="560" w:lineRule="exact"/>
        <w:ind w:firstLine="420"/>
      </w:pPr>
      <w:r>
        <w:rPr>
          <w:rFonts w:ascii="宋体" w:hAnsi="宋体" w:eastAsia="宋体"/>
          <w:sz w:val="24"/>
        </w:rPr>
        <w:t>“卧槽！这么多人！”</w:t>
        <w:br/>
        <w:t>“这得几万人啊？”</w:t>
        <w:br/>
        <w:t>“神豪殿加油！”</w:t>
        <w:br/>
        <w:t>“风中追风今天要氪多少？”</w:t>
        <w:br/>
        <w:t>“我赌一千万金币！”</w:t>
      </w:r>
    </w:p>
    <w:p>
      <w:pPr>
        <w:spacing w:line="560" w:lineRule="exact"/>
        <w:ind w:firstLine="420"/>
      </w:pPr>
      <w:r>
        <w:rPr>
          <w:rFonts w:ascii="宋体" w:hAnsi="宋体" w:eastAsia="宋体"/>
          <w:sz w:val="24"/>
        </w:rPr>
        <w:t>三点整。</w:t>
      </w:r>
    </w:p>
    <w:p>
      <w:pPr>
        <w:spacing w:line="560" w:lineRule="exact"/>
        <w:ind w:firstLine="420"/>
      </w:pPr>
      <w:r>
        <w:rPr>
          <w:rFonts w:ascii="宋体" w:hAnsi="宋体" w:eastAsia="宋体"/>
          <w:sz w:val="24"/>
        </w:rPr>
        <w:t>天空骤然暗了下来。</w:t>
      </w:r>
    </w:p>
    <w:p>
      <w:pPr>
        <w:spacing w:line="560" w:lineRule="exact"/>
        <w:ind w:firstLine="420"/>
      </w:pPr>
      <w:r>
        <w:rPr>
          <w:rFonts w:ascii="宋体" w:hAnsi="宋体" w:eastAsia="宋体"/>
          <w:sz w:val="24"/>
        </w:rPr>
        <w:t>原本晴朗的天色瞬间变得漆黑如夜，一道血红色的裂缝在天穹之上缓缓撕开。裂缝中传来一声沉重的咆哮——那声音像是从地底深处传来的，震得每个人的耳膜都在发颤。</w:t>
      </w:r>
    </w:p>
    <w:p>
      <w:pPr>
        <w:spacing w:line="560" w:lineRule="exact"/>
        <w:ind w:firstLine="420"/>
      </w:pPr>
      <w:r>
        <w:rPr>
          <w:rFonts w:ascii="宋体" w:hAnsi="宋体" w:eastAsia="宋体"/>
          <w:sz w:val="24"/>
        </w:rPr>
        <w:t>紧接着，一只巨大的脚掌从裂缝中踏了出来。</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脚掌踩在山顶上，整座山都在摇晃。</w:t>
      </w:r>
    </w:p>
    <w:p>
      <w:pPr>
        <w:spacing w:line="560" w:lineRule="exact"/>
        <w:ind w:firstLine="420"/>
      </w:pPr>
      <w:r>
        <w:rPr>
          <w:rFonts w:ascii="宋体" w:hAnsi="宋体" w:eastAsia="宋体"/>
          <w:sz w:val="24"/>
        </w:rPr>
        <w:t>然后——泰坦巨兽的全貌，出现在了所有人面前。</w:t>
      </w:r>
    </w:p>
    <w:p>
      <w:pPr>
        <w:spacing w:line="560" w:lineRule="exact"/>
        <w:ind w:firstLine="420"/>
      </w:pPr>
      <w:r>
        <w:rPr>
          <w:rFonts w:ascii="宋体" w:hAnsi="宋体" w:eastAsia="宋体"/>
          <w:sz w:val="24"/>
        </w:rPr>
        <w:t>它身高足有百米，浑身覆盖着暗青色的岩石皮肤，皮肤上爬满了发光的红色纹路。它的头顶长着一根巨大的独角，独角上缠绕着黑色的闪电。它的眼睛像两轮血月，俯瞰着脚下密密麻麻的玩家，如同俯瞰一群蝼蚁。</w:t>
      </w:r>
    </w:p>
    <w:p>
      <w:pPr>
        <w:spacing w:line="560" w:lineRule="exact"/>
        <w:ind w:firstLine="420"/>
      </w:pPr>
      <w:r>
        <w:rPr>
          <w:rFonts w:ascii="宋体" w:hAnsi="宋体" w:eastAsia="宋体"/>
          <w:sz w:val="24"/>
        </w:rPr>
        <w:t>【世界BOSS·泰坦巨兽 Lv.140】</w:t>
        <w:br/>
        <w:t>生命值：100,000,000/100,000,000</w:t>
        <w:br/>
        <w:t>攻击力：25,000</w:t>
        <w:br/>
        <w:t>防御力：15,000</w:t>
      </w:r>
    </w:p>
    <w:p>
      <w:pPr>
        <w:spacing w:line="560" w:lineRule="exact"/>
        <w:ind w:firstLine="420"/>
      </w:pPr>
      <w:r>
        <w:rPr>
          <w:rFonts w:ascii="宋体" w:hAnsi="宋体" w:eastAsia="宋体"/>
          <w:sz w:val="24"/>
        </w:rPr>
        <w:t>世界频道瞬间刷爆：</w:t>
      </w:r>
    </w:p>
    <w:p>
      <w:pPr>
        <w:spacing w:line="560" w:lineRule="exact"/>
        <w:ind w:firstLine="420"/>
      </w:pPr>
      <w:r>
        <w:rPr>
          <w:rFonts w:ascii="宋体" w:hAnsi="宋体" w:eastAsia="宋体"/>
          <w:sz w:val="24"/>
        </w:rPr>
        <w:t>“一亿血！真的一亿！”</w:t>
        <w:br/>
        <w:t>“二十五万攻击力？坦克一刀就没了吧！”</w:t>
        <w:br/>
        <w:t>“这玩意儿是人能打的？”</w:t>
        <w:br/>
        <w:t>“我看我们还是撤吧……”</w:t>
      </w:r>
    </w:p>
    <w:p>
      <w:pPr>
        <w:spacing w:line="560" w:lineRule="exact"/>
        <w:ind w:firstLine="420"/>
      </w:pPr>
      <w:r>
        <w:rPr>
          <w:rFonts w:ascii="宋体" w:hAnsi="宋体" w:eastAsia="宋体"/>
          <w:sz w:val="24"/>
        </w:rPr>
        <w:t>已经有小公会在往后退了。</w:t>
      </w:r>
    </w:p>
    <w:p>
      <w:pPr>
        <w:spacing w:line="560" w:lineRule="exact"/>
        <w:ind w:firstLine="420"/>
      </w:pPr>
      <w:r>
        <w:rPr>
          <w:rFonts w:ascii="宋体" w:hAnsi="宋体" w:eastAsia="宋体"/>
          <w:sz w:val="24"/>
        </w:rPr>
        <w:t>但林风没有动。他盯着泰坦巨兽的属性面板，在公会频道里说了一句话：</w:t>
      </w:r>
    </w:p>
    <w:p>
      <w:pPr>
        <w:spacing w:line="560" w:lineRule="exact"/>
        <w:ind w:firstLine="420"/>
      </w:pPr>
      <w:r>
        <w:rPr>
          <w:rFonts w:ascii="宋体" w:hAnsi="宋体" w:eastAsia="宋体"/>
          <w:sz w:val="24"/>
        </w:rPr>
        <w:t>“神豪殿——准备开怪。”</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第一波冲锋是散人玩家发起的。</w:t>
      </w:r>
    </w:p>
    <w:p>
      <w:pPr>
        <w:spacing w:line="560" w:lineRule="exact"/>
        <w:ind w:firstLine="420"/>
      </w:pPr>
      <w:r>
        <w:rPr>
          <w:rFonts w:ascii="宋体" w:hAnsi="宋体" w:eastAsia="宋体"/>
          <w:sz w:val="24"/>
        </w:rPr>
        <w:t>几千个玩家呐喊着冲向泰坦巨兽，技能的光芒像烟花一样在BOSS身上炸开——</w:t>
      </w:r>
    </w:p>
    <w:p>
      <w:pPr>
        <w:spacing w:line="560" w:lineRule="exact"/>
        <w:ind w:firstLine="420"/>
      </w:pPr>
      <w:r>
        <w:rPr>
          <w:rFonts w:ascii="宋体" w:hAnsi="宋体" w:eastAsia="宋体"/>
          <w:sz w:val="24"/>
        </w:rPr>
        <w:t>【-1】【-3】【暴击！-7】【-0（免疫）】……</w:t>
      </w:r>
    </w:p>
    <w:p>
      <w:pPr>
        <w:spacing w:line="560" w:lineRule="exact"/>
        <w:ind w:firstLine="420"/>
      </w:pPr>
      <w:r>
        <w:rPr>
          <w:rFonts w:ascii="宋体" w:hAnsi="宋体" w:eastAsia="宋体"/>
          <w:sz w:val="24"/>
        </w:rPr>
        <w:t>泰坦巨兽的血条纹丝不动。</w:t>
      </w:r>
    </w:p>
    <w:p>
      <w:pPr>
        <w:spacing w:line="560" w:lineRule="exact"/>
        <w:ind w:firstLine="420"/>
      </w:pPr>
      <w:r>
        <w:rPr>
          <w:rFonts w:ascii="宋体" w:hAnsi="宋体" w:eastAsia="宋体"/>
          <w:sz w:val="24"/>
        </w:rPr>
        <w:t>然后BOSS反击了。</w:t>
      </w:r>
    </w:p>
    <w:p>
      <w:pPr>
        <w:spacing w:line="560" w:lineRule="exact"/>
        <w:ind w:firstLine="420"/>
      </w:pPr>
      <w:r>
        <w:rPr>
          <w:rFonts w:ascii="宋体" w:hAnsi="宋体" w:eastAsia="宋体"/>
          <w:sz w:val="24"/>
        </w:rPr>
        <w:t>它抬起巨大的脚掌，一脚踩下！</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地面崩裂，碎石飞溅！几百个玩家瞬间化作白光！</w:t>
      </w:r>
    </w:p>
    <w:p>
      <w:pPr>
        <w:spacing w:line="560" w:lineRule="exact"/>
        <w:ind w:firstLine="420"/>
      </w:pPr>
      <w:r>
        <w:rPr>
          <w:rFonts w:ascii="宋体" w:hAnsi="宋体" w:eastAsia="宋体"/>
          <w:sz w:val="24"/>
        </w:rPr>
        <w:t>紧接着，泰坦巨兽发出一声震天的咆哮——一道黑色的冲击波以它为中心向四面八方扩散！</w:t>
      </w:r>
    </w:p>
    <w:p>
      <w:pPr>
        <w:spacing w:line="560" w:lineRule="exact"/>
        <w:ind w:firstLine="420"/>
      </w:pPr>
      <w:r>
        <w:rPr>
          <w:rFonts w:ascii="宋体" w:hAnsi="宋体" w:eastAsia="宋体"/>
          <w:sz w:val="24"/>
        </w:rPr>
        <w:t>又是几百道白光升空。</w:t>
      </w:r>
    </w:p>
    <w:p>
      <w:pPr>
        <w:spacing w:line="560" w:lineRule="exact"/>
        <w:ind w:firstLine="420"/>
      </w:pPr>
      <w:r>
        <w:rPr>
          <w:rFonts w:ascii="宋体" w:hAnsi="宋体" w:eastAsia="宋体"/>
          <w:sz w:val="24"/>
        </w:rPr>
        <w:t>两波攻击，散人玩家团灭了将近一千人。</w:t>
      </w:r>
    </w:p>
    <w:p>
      <w:pPr>
        <w:spacing w:line="560" w:lineRule="exact"/>
        <w:ind w:firstLine="420"/>
      </w:pPr>
      <w:r>
        <w:rPr>
          <w:rFonts w:ascii="宋体" w:hAnsi="宋体" w:eastAsia="宋体"/>
          <w:sz w:val="24"/>
        </w:rPr>
        <w:t>世界频道哀嚎一片：</w:t>
      </w:r>
    </w:p>
    <w:p>
      <w:pPr>
        <w:spacing w:line="560" w:lineRule="exact"/>
        <w:ind w:firstLine="420"/>
      </w:pPr>
      <w:r>
        <w:rPr>
          <w:rFonts w:ascii="宋体" w:hAnsi="宋体" w:eastAsia="宋体"/>
          <w:sz w:val="24"/>
        </w:rPr>
        <w:t>“靠！秒杀！”</w:t>
        <w:br/>
        <w:t>“这BOSS有毒！”</w:t>
        <w:br/>
        <w:t>“散了散了，打不了！”</w:t>
      </w:r>
    </w:p>
    <w:p>
      <w:pPr>
        <w:spacing w:line="560" w:lineRule="exact"/>
        <w:ind w:firstLine="420"/>
      </w:pPr>
      <w:r>
        <w:rPr>
          <w:rFonts w:ascii="宋体" w:hAnsi="宋体" w:eastAsia="宋体"/>
          <w:sz w:val="24"/>
        </w:rPr>
        <w:t>各大公会也开始犹豫了。铁血盟的会长血战天下在联盟频道里说：“风中追风会长，这BOSS的伤害太离谱了，我们的人扛不住。”</w:t>
      </w:r>
    </w:p>
    <w:p>
      <w:pPr>
        <w:spacing w:line="560" w:lineRule="exact"/>
        <w:ind w:firstLine="420"/>
      </w:pPr>
      <w:r>
        <w:rPr>
          <w:rFonts w:ascii="宋体" w:hAnsi="宋体" w:eastAsia="宋体"/>
          <w:sz w:val="24"/>
        </w:rPr>
        <w:t>“那就让我的人扛。”林风说。</w:t>
      </w:r>
    </w:p>
    <w:p>
      <w:pPr>
        <w:spacing w:line="560" w:lineRule="exact"/>
        <w:ind w:firstLine="420"/>
      </w:pPr>
      <w:r>
        <w:rPr>
          <w:rFonts w:ascii="宋体" w:hAnsi="宋体" w:eastAsia="宋体"/>
          <w:sz w:val="24"/>
        </w:rPr>
        <w:t>他打开系统商城，花了五百万金币购买了一件道具——</w:t>
      </w:r>
    </w:p>
    <w:p>
      <w:pPr>
        <w:spacing w:line="560" w:lineRule="exact"/>
        <w:ind w:firstLine="420"/>
      </w:pPr>
      <w:r>
        <w:rPr>
          <w:rFonts w:ascii="宋体" w:hAnsi="宋体" w:eastAsia="宋体"/>
          <w:sz w:val="24"/>
        </w:rPr>
        <w:t>【神级公会Buff·钢铁壁垒：全体公会成员防御力+300%，生命值+200%，持续30分钟。价格：500万金币。】</w:t>
      </w:r>
    </w:p>
    <w:p>
      <w:pPr>
        <w:spacing w:line="560" w:lineRule="exact"/>
        <w:ind w:firstLine="420"/>
      </w:pPr>
      <w:r>
        <w:rPr>
          <w:rFonts w:ascii="宋体" w:hAnsi="宋体" w:eastAsia="宋体"/>
          <w:sz w:val="24"/>
        </w:rPr>
        <w:t>“确认。”</w:t>
      </w:r>
    </w:p>
    <w:p>
      <w:pPr>
        <w:spacing w:line="560" w:lineRule="exact"/>
        <w:ind w:firstLine="420"/>
      </w:pPr>
      <w:r>
        <w:rPr>
          <w:rFonts w:ascii="宋体" w:hAnsi="宋体" w:eastAsia="宋体"/>
          <w:sz w:val="24"/>
        </w:rPr>
        <w:t>一道金色的光环从林风身上扩散开来，笼罩了所有神豪殿的成员。</w:t>
      </w:r>
    </w:p>
    <w:p>
      <w:pPr>
        <w:spacing w:line="560" w:lineRule="exact"/>
        <w:ind w:firstLine="420"/>
      </w:pPr>
      <w:r>
        <w:rPr>
          <w:rFonts w:ascii="宋体" w:hAnsi="宋体" w:eastAsia="宋体"/>
          <w:sz w:val="24"/>
        </w:rPr>
        <w:t>赵铁柱看着自己暴涨的属性，瞪大了眼睛：“卧槽！我防御力翻了三倍！血量翻了两倍！”</w:t>
      </w:r>
    </w:p>
    <w:p>
      <w:pPr>
        <w:spacing w:line="560" w:lineRule="exact"/>
        <w:ind w:firstLine="420"/>
      </w:pPr>
      <w:r>
        <w:rPr>
          <w:rFonts w:ascii="宋体" w:hAnsi="宋体" w:eastAsia="宋体"/>
          <w:sz w:val="24"/>
        </w:rPr>
        <w:t>“坦克上前！”林风下令，“治疗看好坦克！输出等我指令！”</w:t>
      </w:r>
    </w:p>
    <w:p>
      <w:pPr>
        <w:spacing w:line="560" w:lineRule="exact"/>
        <w:ind w:firstLine="420"/>
      </w:pPr>
      <w:r>
        <w:rPr>
          <w:rFonts w:ascii="宋体" w:hAnsi="宋体" w:eastAsia="宋体"/>
          <w:sz w:val="24"/>
        </w:rPr>
        <w:t>神豪殿的坦克阵型向前推进。赵铁柱举着巨盾冲在最前面，一记嘲讽拍在泰坦巨兽的脚踝上。</w:t>
      </w:r>
    </w:p>
    <w:p>
      <w:pPr>
        <w:spacing w:line="560" w:lineRule="exact"/>
        <w:ind w:firstLine="420"/>
      </w:pPr>
      <w:r>
        <w:rPr>
          <w:rFonts w:ascii="宋体" w:hAnsi="宋体" w:eastAsia="宋体"/>
          <w:sz w:val="24"/>
        </w:rPr>
        <w:t>泰坦巨兽低头，一掌拍下！</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赵铁柱举盾格挡——</w:t>
      </w:r>
    </w:p>
    <w:p>
      <w:pPr>
        <w:spacing w:line="560" w:lineRule="exact"/>
        <w:ind w:firstLine="420"/>
      </w:pPr>
      <w:r>
        <w:rPr>
          <w:rFonts w:ascii="宋体" w:hAnsi="宋体" w:eastAsia="宋体"/>
          <w:sz w:val="24"/>
        </w:rPr>
        <w:t>【-45,000】</w:t>
      </w:r>
    </w:p>
    <w:p>
      <w:pPr>
        <w:spacing w:line="560" w:lineRule="exact"/>
        <w:ind w:firstLine="420"/>
      </w:pPr>
      <w:r>
        <w:rPr>
          <w:rFonts w:ascii="宋体" w:hAnsi="宋体" w:eastAsia="宋体"/>
          <w:sz w:val="24"/>
        </w:rPr>
        <w:t>“草！”赵铁柱的血条掉了三分之一，但没死！奶妈赶紧刷血，瞬间回满。</w:t>
      </w:r>
    </w:p>
    <w:p>
      <w:pPr>
        <w:spacing w:line="560" w:lineRule="exact"/>
        <w:ind w:firstLine="420"/>
      </w:pPr>
      <w:r>
        <w:rPr>
          <w:rFonts w:ascii="宋体" w:hAnsi="宋体" w:eastAsia="宋体"/>
          <w:sz w:val="24"/>
        </w:rPr>
        <w:t>“扛住了？！”凌天眼睛一亮，“神豪殿的坦克能扛！”</w:t>
      </w:r>
    </w:p>
    <w:p>
      <w:pPr>
        <w:spacing w:line="560" w:lineRule="exact"/>
        <w:ind w:firstLine="420"/>
      </w:pPr>
      <w:r>
        <w:rPr>
          <w:rFonts w:ascii="宋体" w:hAnsi="宋体" w:eastAsia="宋体"/>
          <w:sz w:val="24"/>
        </w:rPr>
        <w:t>各大公会的频道里也炸了：</w:t>
      </w:r>
    </w:p>
    <w:p>
      <w:pPr>
        <w:spacing w:line="560" w:lineRule="exact"/>
        <w:ind w:firstLine="420"/>
      </w:pPr>
      <w:r>
        <w:rPr>
          <w:rFonts w:ascii="宋体" w:hAnsi="宋体" w:eastAsia="宋体"/>
          <w:sz w:val="24"/>
        </w:rPr>
        <w:t>“神豪殿的T能扛BOSS？他们的防御力得多高？”</w:t>
        <w:br/>
        <w:t>“肯定是风中追风又氪金了！”</w:t>
        <w:br/>
        <w:t>“跟着神豪殿打！他们在前面顶，我们在后面输出！”</w:t>
      </w:r>
    </w:p>
    <w:p>
      <w:pPr>
        <w:spacing w:line="560" w:lineRule="exact"/>
        <w:ind w:firstLine="420"/>
      </w:pPr>
      <w:r>
        <w:rPr>
          <w:rFonts w:ascii="宋体" w:hAnsi="宋体" w:eastAsia="宋体"/>
          <w:sz w:val="24"/>
        </w:rPr>
        <w:t>有了神豪殿顶在前面，散人和小公会也壮起胆子重新围了上来。</w:t>
      </w:r>
    </w:p>
    <w:p>
      <w:pPr>
        <w:spacing w:line="560" w:lineRule="exact"/>
        <w:ind w:firstLine="420"/>
      </w:pPr>
      <w:r>
        <w:rPr>
          <w:rFonts w:ascii="宋体" w:hAnsi="宋体" w:eastAsia="宋体"/>
          <w:sz w:val="24"/>
        </w:rPr>
        <w:t>泰坦巨兽的血条，终于开始下降了。</w:t>
      </w:r>
    </w:p>
    <w:p>
      <w:pPr>
        <w:spacing w:line="560" w:lineRule="exact"/>
        <w:ind w:firstLine="420"/>
      </w:pPr>
      <w:r>
        <w:rPr>
          <w:rFonts w:ascii="宋体" w:hAnsi="宋体" w:eastAsia="宋体"/>
          <w:sz w:val="24"/>
        </w:rPr>
        <w:t>99%…98%…97%…</w:t>
      </w:r>
    </w:p>
    <w:p>
      <w:pPr>
        <w:spacing w:line="560" w:lineRule="exact"/>
        <w:ind w:firstLine="420"/>
      </w:pPr>
      <w:r>
        <w:rPr>
          <w:rFonts w:ascii="宋体" w:hAnsi="宋体" w:eastAsia="宋体"/>
          <w:sz w:val="24"/>
        </w:rPr>
        <w:t>虽然慢，但确实在动。</w:t>
      </w:r>
    </w:p>
    <w:p>
      <w:pPr>
        <w:spacing w:line="560" w:lineRule="exact"/>
        <w:ind w:firstLine="420"/>
      </w:pPr>
      <w:r>
        <w:rPr>
          <w:rFonts w:ascii="宋体" w:hAnsi="宋体" w:eastAsia="宋体"/>
          <w:sz w:val="24"/>
        </w:rPr>
        <w:t>战斗持续了二十分钟，泰坦巨兽的血量降到了85%。</w:t>
      </w:r>
    </w:p>
    <w:p>
      <w:pPr>
        <w:spacing w:line="560" w:lineRule="exact"/>
        <w:ind w:firstLine="420"/>
      </w:pPr>
      <w:r>
        <w:rPr>
          <w:rFonts w:ascii="宋体" w:hAnsi="宋体" w:eastAsia="宋体"/>
          <w:sz w:val="24"/>
        </w:rPr>
        <w:t>就在这时，BOSS突然仰天怒吼——双拳狠狠砸向地面！</w:t>
      </w:r>
    </w:p>
    <w:p>
      <w:pPr>
        <w:spacing w:line="560" w:lineRule="exact"/>
        <w:ind w:firstLine="420"/>
      </w:pPr>
      <w:r>
        <w:rPr>
          <w:rFonts w:ascii="宋体" w:hAnsi="宋体" w:eastAsia="宋体"/>
          <w:sz w:val="24"/>
        </w:rPr>
        <w:t>大地震击！</w:t>
      </w:r>
    </w:p>
    <w:p>
      <w:pPr>
        <w:spacing w:line="560" w:lineRule="exact"/>
        <w:ind w:firstLine="420"/>
      </w:pPr>
      <w:r>
        <w:rPr>
          <w:rFonts w:ascii="宋体" w:hAnsi="宋体" w:eastAsia="宋体"/>
          <w:sz w:val="24"/>
        </w:rPr>
        <w:t>整个黑暗山脉都在剧烈摇晃！无数道裂缝从地面裂开，将附近的玩家吞噬！</w:t>
      </w:r>
    </w:p>
    <w:p>
      <w:pPr>
        <w:spacing w:line="560" w:lineRule="exact"/>
        <w:ind w:firstLine="420"/>
      </w:pPr>
      <w:r>
        <w:rPr>
          <w:rFonts w:ascii="宋体" w:hAnsi="宋体" w:eastAsia="宋体"/>
          <w:sz w:val="24"/>
        </w:rPr>
        <w:t>白光如雨点般升起——这一波至少带走了两千人！</w:t>
      </w:r>
    </w:p>
    <w:p>
      <w:pPr>
        <w:spacing w:line="560" w:lineRule="exact"/>
        <w:ind w:firstLine="420"/>
      </w:pPr>
      <w:r>
        <w:rPr>
          <w:rFonts w:ascii="宋体" w:hAnsi="宋体" w:eastAsia="宋体"/>
          <w:sz w:val="24"/>
        </w:rPr>
        <w:t>神豪殿的坦克阵型也被震散了，好几个坦克被裂缝吞没。</w:t>
      </w:r>
    </w:p>
    <w:p>
      <w:pPr>
        <w:spacing w:line="560" w:lineRule="exact"/>
        <w:ind w:firstLine="420"/>
      </w:pPr>
      <w:r>
        <w:rPr>
          <w:rFonts w:ascii="宋体" w:hAnsi="宋体" w:eastAsia="宋体"/>
          <w:sz w:val="24"/>
        </w:rPr>
        <w:t>“稳住！”林风在公会频道里喊，“重新集结！治疗拉起倒地的！”</w:t>
      </w:r>
    </w:p>
    <w:p>
      <w:pPr>
        <w:spacing w:line="560" w:lineRule="exact"/>
        <w:ind w:firstLine="420"/>
      </w:pPr>
      <w:r>
        <w:rPr>
          <w:rFonts w:ascii="宋体" w:hAnsi="宋体" w:eastAsia="宋体"/>
          <w:sz w:val="24"/>
        </w:rPr>
        <w:t>但他知道——这样打下去不行。三十万人的围攻，才打掉15%的血。而BOSS的技能才刚开始释放。后面还有更猛的。</w:t>
      </w:r>
    </w:p>
    <w:p>
      <w:pPr>
        <w:spacing w:line="560" w:lineRule="exact"/>
        <w:ind w:firstLine="420"/>
      </w:pPr>
      <w:r>
        <w:rPr>
          <w:rFonts w:ascii="宋体" w:hAnsi="宋体" w:eastAsia="宋体"/>
          <w:sz w:val="24"/>
        </w:rPr>
        <w:t>他必须现在出手。</w:t>
      </w:r>
    </w:p>
    <w:p>
      <w:pPr>
        <w:spacing w:line="560" w:lineRule="exact"/>
        <w:ind w:firstLine="420"/>
      </w:pPr>
      <w:r>
        <w:rPr>
          <w:rFonts w:ascii="宋体" w:hAnsi="宋体" w:eastAsia="宋体"/>
          <w:sz w:val="24"/>
        </w:rPr>
        <w:t>林风打开系统商城，飞速浏览。</w:t>
      </w:r>
    </w:p>
    <w:p>
      <w:pPr>
        <w:spacing w:line="560" w:lineRule="exact"/>
        <w:ind w:firstLine="420"/>
      </w:pPr>
      <w:r>
        <w:rPr>
          <w:rFonts w:ascii="宋体" w:hAnsi="宋体" w:eastAsia="宋体"/>
          <w:sz w:val="24"/>
        </w:rPr>
        <w:t>“系统，给我最强的单体输出Buff。”</w:t>
      </w:r>
    </w:p>
    <w:p>
      <w:pPr>
        <w:spacing w:line="560" w:lineRule="exact"/>
        <w:ind w:firstLine="420"/>
      </w:pPr>
      <w:r>
        <w:rPr>
          <w:rFonts w:ascii="宋体" w:hAnsi="宋体" w:eastAsia="宋体"/>
          <w:sz w:val="24"/>
        </w:rPr>
        <w:t>【神级·天神下凡：全属性+500%，持续60秒。价格：1000万金币。】</w:t>
      </w:r>
    </w:p>
    <w:p>
      <w:pPr>
        <w:spacing w:line="560" w:lineRule="exact"/>
        <w:ind w:firstLine="420"/>
      </w:pPr>
      <w:r>
        <w:rPr>
          <w:rFonts w:ascii="宋体" w:hAnsi="宋体" w:eastAsia="宋体"/>
          <w:sz w:val="24"/>
        </w:rPr>
        <w:t>“买了。”</w:t>
      </w:r>
    </w:p>
    <w:p>
      <w:pPr>
        <w:spacing w:line="560" w:lineRule="exact"/>
        <w:ind w:firstLine="420"/>
      </w:pPr>
      <w:r>
        <w:rPr>
          <w:rFonts w:ascii="宋体" w:hAnsi="宋体" w:eastAsia="宋体"/>
          <w:sz w:val="24"/>
        </w:rPr>
        <w:t>一道金色的光柱从天而降，笼罩了林风的身体。他的属性面板上的数字疯狂跳动——</w:t>
      </w:r>
    </w:p>
    <w:p>
      <w:pPr>
        <w:spacing w:line="560" w:lineRule="exact"/>
        <w:ind w:firstLine="420"/>
      </w:pPr>
      <w:r>
        <w:rPr>
          <w:rFonts w:ascii="宋体" w:hAnsi="宋体" w:eastAsia="宋体"/>
          <w:sz w:val="24"/>
        </w:rPr>
        <w:t>攻击力：28,500 → 171,000</w:t>
        <w:br/>
        <w:t>防御力：12,300 → 73,800</w:t>
        <w:br/>
        <w:t>生命值：520,000 → 3,120,000</w:t>
      </w:r>
    </w:p>
    <w:p>
      <w:pPr>
        <w:spacing w:line="560" w:lineRule="exact"/>
        <w:ind w:firstLine="420"/>
      </w:pPr>
      <w:r>
        <w:rPr>
          <w:rFonts w:ascii="宋体" w:hAnsi="宋体" w:eastAsia="宋体"/>
          <w:sz w:val="24"/>
        </w:rPr>
        <w:t>他拔出神罚·天雷剑，剑身上的金色光芒亮得刺眼。</w:t>
      </w:r>
    </w:p>
    <w:p>
      <w:pPr>
        <w:spacing w:line="560" w:lineRule="exact"/>
        <w:ind w:firstLine="420"/>
      </w:pPr>
      <w:r>
        <w:rPr>
          <w:rFonts w:ascii="宋体" w:hAnsi="宋体" w:eastAsia="宋体"/>
          <w:sz w:val="24"/>
        </w:rPr>
        <w:t>“会长要出手了！”苏小雅在直播间里喊道。</w:t>
      </w:r>
    </w:p>
    <w:p>
      <w:pPr>
        <w:spacing w:line="560" w:lineRule="exact"/>
        <w:ind w:firstLine="420"/>
      </w:pPr>
      <w:r>
        <w:rPr>
          <w:rFonts w:ascii="宋体" w:hAnsi="宋体" w:eastAsia="宋体"/>
          <w:sz w:val="24"/>
        </w:rPr>
        <w:t>弹幕瞬间爆炸：</w:t>
      </w:r>
    </w:p>
    <w:p>
      <w:pPr>
        <w:spacing w:line="560" w:lineRule="exact"/>
        <w:ind w:firstLine="420"/>
      </w:pPr>
      <w:r>
        <w:rPr>
          <w:rFonts w:ascii="宋体" w:hAnsi="宋体" w:eastAsia="宋体"/>
          <w:sz w:val="24"/>
        </w:rPr>
        <w:t>“来了来了！”</w:t>
        <w:br/>
        <w:t>“神豪要氪金了！”</w:t>
        <w:br/>
        <w:t>“卧槽这特效！”</w:t>
      </w:r>
    </w:p>
    <w:p>
      <w:pPr>
        <w:spacing w:line="560" w:lineRule="exact"/>
        <w:ind w:firstLine="420"/>
      </w:pPr>
      <w:r>
        <w:rPr>
          <w:rFonts w:ascii="宋体" w:hAnsi="宋体" w:eastAsia="宋体"/>
          <w:sz w:val="24"/>
        </w:rPr>
        <w:t>林风双脚一蹬，地面炸裂出一个深坑，他整个人化作一道金色的流星，冲天而起！</w:t>
      </w:r>
    </w:p>
    <w:p>
      <w:pPr>
        <w:spacing w:line="560" w:lineRule="exact"/>
        <w:ind w:firstLine="420"/>
      </w:pPr>
      <w:r>
        <w:rPr>
          <w:rFonts w:ascii="宋体" w:hAnsi="宋体" w:eastAsia="宋体"/>
          <w:sz w:val="24"/>
        </w:rPr>
        <w:t>六十秒。</w:t>
      </w:r>
    </w:p>
    <w:p>
      <w:pPr>
        <w:spacing w:line="560" w:lineRule="exact"/>
        <w:ind w:firstLine="420"/>
      </w:pPr>
      <w:r>
        <w:rPr>
          <w:rFonts w:ascii="宋体" w:hAnsi="宋体" w:eastAsia="宋体"/>
          <w:sz w:val="24"/>
        </w:rPr>
        <w:t>他只有六十秒。</w:t>
      </w:r>
    </w:p>
    <w:p>
      <w:pPr>
        <w:spacing w:line="560" w:lineRule="exact"/>
        <w:ind w:firstLine="420"/>
      </w:pPr>
      <w:r>
        <w:rPr>
          <w:rFonts w:ascii="宋体" w:hAnsi="宋体" w:eastAsia="宋体"/>
          <w:sz w:val="24"/>
        </w:rPr>
        <w:t>天雷剑高举过头顶，剑身上凝聚出一道百丈长的金色剑芒！</w:t>
      </w:r>
    </w:p>
    <w:p>
      <w:pPr>
        <w:spacing w:line="560" w:lineRule="exact"/>
        <w:ind w:firstLine="420"/>
      </w:pPr>
      <w:r>
        <w:rPr>
          <w:rFonts w:ascii="宋体" w:hAnsi="宋体" w:eastAsia="宋体"/>
          <w:sz w:val="24"/>
        </w:rPr>
        <w:t>“神罚——！”</w:t>
      </w:r>
    </w:p>
    <w:p>
      <w:pPr>
        <w:spacing w:line="560" w:lineRule="exact"/>
        <w:ind w:firstLine="420"/>
      </w:pPr>
      <w:r>
        <w:rPr>
          <w:rFonts w:ascii="宋体" w:hAnsi="宋体" w:eastAsia="宋体"/>
          <w:sz w:val="24"/>
        </w:rPr>
        <w:t>金色巨剑从天而降，狠狠劈在泰坦巨兽的脑袋上！</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【-1,880,000！】</w:t>
      </w:r>
    </w:p>
    <w:p>
      <w:pPr>
        <w:spacing w:line="560" w:lineRule="exact"/>
        <w:ind w:firstLine="420"/>
      </w:pPr>
      <w:r>
        <w:rPr>
          <w:rFonts w:ascii="宋体" w:hAnsi="宋体" w:eastAsia="宋体"/>
          <w:sz w:val="24"/>
        </w:rPr>
        <w:t>一个一百八十八万的伤害数字，从泰坦巨兽头顶炸开！</w:t>
      </w:r>
    </w:p>
    <w:p>
      <w:pPr>
        <w:spacing w:line="560" w:lineRule="exact"/>
        <w:ind w:firstLine="420"/>
      </w:pPr>
      <w:r>
        <w:rPr>
          <w:rFonts w:ascii="宋体" w:hAnsi="宋体" w:eastAsia="宋体"/>
          <w:sz w:val="24"/>
        </w:rPr>
        <w:t>全场死寂。</w:t>
      </w:r>
    </w:p>
    <w:p>
      <w:pPr>
        <w:spacing w:line="560" w:lineRule="exact"/>
        <w:ind w:firstLine="420"/>
      </w:pPr>
      <w:r>
        <w:rPr>
          <w:rFonts w:ascii="宋体" w:hAnsi="宋体" w:eastAsia="宋体"/>
          <w:sz w:val="24"/>
        </w:rPr>
        <w:t>然后——炸了。</w:t>
      </w:r>
    </w:p>
    <w:p>
      <w:pPr>
        <w:spacing w:line="560" w:lineRule="exact"/>
        <w:ind w:firstLine="420"/>
      </w:pPr>
      <w:r>
        <w:rPr>
          <w:rFonts w:ascii="宋体" w:hAnsi="宋体" w:eastAsia="宋体"/>
          <w:sz w:val="24"/>
        </w:rPr>
        <w:t>“一百八十八万？？？？”</w:t>
        <w:br/>
        <w:t>“这什么伤害？！”</w:t>
        <w:br/>
        <w:t>“风中追风是GM吧？！”</w:t>
        <w:br/>
        <w:t>“一刀一百八十万！我打了一小时才三千！”</w:t>
      </w:r>
    </w:p>
    <w:p>
      <w:pPr>
        <w:spacing w:line="560" w:lineRule="exact"/>
        <w:ind w:firstLine="420"/>
      </w:pPr>
      <w:r>
        <w:rPr>
          <w:rFonts w:ascii="宋体" w:hAnsi="宋体" w:eastAsia="宋体"/>
          <w:sz w:val="24"/>
        </w:rPr>
        <w:t>泰坦巨兽发出痛苦的咆哮，血条直接跳了一截！84%→82%！</w:t>
      </w:r>
    </w:p>
    <w:p>
      <w:pPr>
        <w:spacing w:line="560" w:lineRule="exact"/>
        <w:ind w:firstLine="420"/>
      </w:pPr>
      <w:r>
        <w:rPr>
          <w:rFonts w:ascii="宋体" w:hAnsi="宋体" w:eastAsia="宋体"/>
          <w:sz w:val="24"/>
        </w:rPr>
        <w:t>林风没有停。</w:t>
      </w:r>
    </w:p>
    <w:p>
      <w:pPr>
        <w:spacing w:line="560" w:lineRule="exact"/>
        <w:ind w:firstLine="420"/>
      </w:pPr>
      <w:r>
        <w:rPr>
          <w:rFonts w:ascii="宋体" w:hAnsi="宋体" w:eastAsia="宋体"/>
          <w:sz w:val="24"/>
        </w:rPr>
        <w:t>第二剑！</w:t>
      </w:r>
    </w:p>
    <w:p>
      <w:pPr>
        <w:spacing w:line="560" w:lineRule="exact"/>
        <w:ind w:firstLine="420"/>
      </w:pPr>
      <w:r>
        <w:rPr>
          <w:rFonts w:ascii="宋体" w:hAnsi="宋体" w:eastAsia="宋体"/>
          <w:sz w:val="24"/>
        </w:rPr>
        <w:t>【-1,750,000！】</w:t>
      </w:r>
    </w:p>
    <w:p>
      <w:pPr>
        <w:spacing w:line="560" w:lineRule="exact"/>
        <w:ind w:firstLine="420"/>
      </w:pPr>
      <w:r>
        <w:rPr>
          <w:rFonts w:ascii="宋体" w:hAnsi="宋体" w:eastAsia="宋体"/>
          <w:sz w:val="24"/>
        </w:rPr>
        <w:t>第三剑！</w:t>
      </w:r>
    </w:p>
    <w:p>
      <w:pPr>
        <w:spacing w:line="560" w:lineRule="exact"/>
        <w:ind w:firstLine="420"/>
      </w:pPr>
      <w:r>
        <w:rPr>
          <w:rFonts w:ascii="宋体" w:hAnsi="宋体" w:eastAsia="宋体"/>
          <w:sz w:val="24"/>
        </w:rPr>
        <w:t>【-1,920,000！暴击！】</w:t>
      </w:r>
    </w:p>
    <w:p>
      <w:pPr>
        <w:spacing w:line="560" w:lineRule="exact"/>
        <w:ind w:firstLine="420"/>
      </w:pPr>
      <w:r>
        <w:rPr>
          <w:rFonts w:ascii="宋体" w:hAnsi="宋体" w:eastAsia="宋体"/>
          <w:sz w:val="24"/>
        </w:rPr>
        <w:t>第四剑！</w:t>
      </w:r>
    </w:p>
    <w:p>
      <w:pPr>
        <w:spacing w:line="560" w:lineRule="exact"/>
        <w:ind w:firstLine="420"/>
      </w:pPr>
      <w:r>
        <w:rPr>
          <w:rFonts w:ascii="宋体" w:hAnsi="宋体" w:eastAsia="宋体"/>
          <w:sz w:val="24"/>
        </w:rPr>
        <w:t>【-1,680,000！】</w:t>
      </w:r>
    </w:p>
    <w:p>
      <w:pPr>
        <w:spacing w:line="560" w:lineRule="exact"/>
        <w:ind w:firstLine="420"/>
      </w:pPr>
      <w:r>
        <w:rPr>
          <w:rFonts w:ascii="宋体" w:hAnsi="宋体" w:eastAsia="宋体"/>
          <w:sz w:val="24"/>
        </w:rPr>
        <w:t>每一剑都是一百五十万以上的伤害！泰坦巨兽的血条以肉眼可见的速度暴跌！</w:t>
      </w:r>
    </w:p>
    <w:p>
      <w:pPr>
        <w:spacing w:line="560" w:lineRule="exact"/>
        <w:ind w:firstLine="420"/>
      </w:pPr>
      <w:r>
        <w:rPr>
          <w:rFonts w:ascii="宋体" w:hAnsi="宋体" w:eastAsia="宋体"/>
          <w:sz w:val="24"/>
        </w:rPr>
        <w:t>82%…78%…74%…70%…</w:t>
      </w:r>
    </w:p>
    <w:p>
      <w:pPr>
        <w:spacing w:line="560" w:lineRule="exact"/>
        <w:ind w:firstLine="420"/>
      </w:pPr>
      <w:r>
        <w:rPr>
          <w:rFonts w:ascii="宋体" w:hAnsi="宋体" w:eastAsia="宋体"/>
          <w:sz w:val="24"/>
        </w:rPr>
        <w:t>各大公会的会长全看傻了。</w:t>
      </w:r>
    </w:p>
    <w:p>
      <w:pPr>
        <w:spacing w:line="560" w:lineRule="exact"/>
        <w:ind w:firstLine="420"/>
      </w:pPr>
      <w:r>
        <w:rPr>
          <w:rFonts w:ascii="宋体" w:hAnsi="宋体" w:eastAsia="宋体"/>
          <w:sz w:val="24"/>
        </w:rPr>
        <w:t>“这还是人吗……”血战天下的声音都变了调。</w:t>
      </w:r>
    </w:p>
    <w:p>
      <w:pPr>
        <w:spacing w:line="560" w:lineRule="exact"/>
        <w:ind w:firstLine="420"/>
      </w:pPr>
      <w:r>
        <w:rPr>
          <w:rFonts w:ascii="宋体" w:hAnsi="宋体" w:eastAsia="宋体"/>
          <w:sz w:val="24"/>
        </w:rPr>
        <w:t>五十五秒。林风的Buff还剩五秒。</w:t>
      </w:r>
    </w:p>
    <w:p>
      <w:pPr>
        <w:spacing w:line="560" w:lineRule="exact"/>
        <w:ind w:firstLine="420"/>
      </w:pPr>
      <w:r>
        <w:rPr>
          <w:rFonts w:ascii="宋体" w:hAnsi="宋体" w:eastAsia="宋体"/>
          <w:sz w:val="24"/>
        </w:rPr>
        <w:t>他深吸一口气，发动了神罚剑士的终极技能——</w:t>
      </w:r>
    </w:p>
    <w:p>
      <w:pPr>
        <w:spacing w:line="560" w:lineRule="exact"/>
        <w:ind w:firstLine="420"/>
      </w:pPr>
      <w:r>
        <w:rPr>
          <w:rFonts w:ascii="宋体" w:hAnsi="宋体" w:eastAsia="宋体"/>
          <w:sz w:val="24"/>
        </w:rPr>
        <w:t>“神罚·终结之剑！”</w:t>
      </w:r>
    </w:p>
    <w:p>
      <w:pPr>
        <w:spacing w:line="560" w:lineRule="exact"/>
        <w:ind w:firstLine="420"/>
      </w:pPr>
      <w:r>
        <w:rPr>
          <w:rFonts w:ascii="宋体" w:hAnsi="宋体" w:eastAsia="宋体"/>
          <w:sz w:val="24"/>
        </w:rPr>
        <w:t>一道比之前更加庞大的金色剑芒从天穹之上轰然落下！剑芒贯穿了泰坦巨兽的身体，直插大地！</w:t>
      </w:r>
    </w:p>
    <w:p>
      <w:pPr>
        <w:spacing w:line="560" w:lineRule="exact"/>
        <w:ind w:firstLine="420"/>
      </w:pPr>
      <w:r>
        <w:rPr>
          <w:rFonts w:ascii="宋体" w:hAnsi="宋体" w:eastAsia="宋体"/>
          <w:sz w:val="24"/>
        </w:rPr>
        <w:t>轰隆隆——！！！</w:t>
      </w:r>
    </w:p>
    <w:p>
      <w:pPr>
        <w:spacing w:line="560" w:lineRule="exact"/>
        <w:ind w:firstLine="420"/>
      </w:pPr>
      <w:r>
        <w:rPr>
          <w:rFonts w:ascii="宋体" w:hAnsi="宋体" w:eastAsia="宋体"/>
          <w:sz w:val="24"/>
        </w:rPr>
        <w:t>【-5,888,888！】</w:t>
      </w:r>
    </w:p>
    <w:p>
      <w:pPr>
        <w:spacing w:line="560" w:lineRule="exact"/>
        <w:ind w:firstLine="420"/>
      </w:pPr>
      <w:r>
        <w:rPr>
          <w:rFonts w:ascii="宋体" w:hAnsi="宋体" w:eastAsia="宋体"/>
          <w:sz w:val="24"/>
        </w:rPr>
        <w:t>五百万伤害。</w:t>
      </w:r>
    </w:p>
    <w:p>
      <w:pPr>
        <w:spacing w:line="560" w:lineRule="exact"/>
        <w:ind w:firstLine="420"/>
      </w:pPr>
      <w:r>
        <w:rPr>
          <w:rFonts w:ascii="宋体" w:hAnsi="宋体" w:eastAsia="宋体"/>
          <w:sz w:val="24"/>
        </w:rPr>
        <w:t>泰坦巨兽的血条，从70%直接跳到了64%。</w:t>
      </w:r>
    </w:p>
    <w:p>
      <w:pPr>
        <w:spacing w:line="560" w:lineRule="exact"/>
        <w:ind w:firstLine="420"/>
      </w:pPr>
      <w:r>
        <w:rPr>
          <w:rFonts w:ascii="宋体" w:hAnsi="宋体" w:eastAsia="宋体"/>
          <w:sz w:val="24"/>
        </w:rPr>
        <w:t>六十秒结束。Buff消失。</w:t>
      </w:r>
    </w:p>
    <w:p>
      <w:pPr>
        <w:spacing w:line="560" w:lineRule="exact"/>
        <w:ind w:firstLine="420"/>
      </w:pPr>
      <w:r>
        <w:rPr>
          <w:rFonts w:ascii="宋体" w:hAnsi="宋体" w:eastAsia="宋体"/>
          <w:sz w:val="24"/>
        </w:rPr>
        <w:t>林风从空中落下，落地时膝盖微微一弯，卸掉了冲击力。他的属性恢复了正常。</w:t>
      </w:r>
    </w:p>
    <w:p>
      <w:pPr>
        <w:spacing w:line="560" w:lineRule="exact"/>
        <w:ind w:firstLine="420"/>
      </w:pPr>
      <w:r>
        <w:rPr>
          <w:rFonts w:ascii="宋体" w:hAnsi="宋体" w:eastAsia="宋体"/>
          <w:sz w:val="24"/>
        </w:rPr>
        <w:t>“六十秒…打掉了21%…”凌天喃喃道，“这他妈的……”</w:t>
      </w:r>
    </w:p>
    <w:p>
      <w:pPr>
        <w:spacing w:line="560" w:lineRule="exact"/>
        <w:ind w:firstLine="420"/>
      </w:pPr>
      <w:r>
        <w:rPr>
          <w:rFonts w:ascii="宋体" w:hAnsi="宋体" w:eastAsia="宋体"/>
          <w:sz w:val="24"/>
        </w:rPr>
        <w:t>泰坦巨兽还剩64%的血量。但全服玩家的士气，已经彻底被点燃了。</w:t>
      </w:r>
    </w:p>
    <w:p>
      <w:pPr>
        <w:spacing w:line="560" w:lineRule="exact"/>
        <w:ind w:firstLine="420"/>
      </w:pPr>
      <w:r>
        <w:rPr>
          <w:rFonts w:ascii="宋体" w:hAnsi="宋体" w:eastAsia="宋体"/>
          <w:sz w:val="24"/>
        </w:rPr>
        <w:t>“冲啊——！！！”</w:t>
      </w:r>
    </w:p>
    <w:p>
      <w:pPr>
        <w:spacing w:line="560" w:lineRule="exact"/>
        <w:ind w:firstLine="420"/>
      </w:pPr>
      <w:r>
        <w:rPr>
          <w:rFonts w:ascii="宋体" w:hAnsi="宋体" w:eastAsia="宋体"/>
          <w:sz w:val="24"/>
        </w:rPr>
        <w:t>剩余的两万多玩家如同潮水般涌向泰坦巨兽！</w:t>
      </w:r>
    </w:p>
    <w:p>
      <w:pPr>
        <w:spacing w:line="560" w:lineRule="exact"/>
        <w:ind w:firstLine="420"/>
      </w:pPr>
      <w:r>
        <w:rPr>
          <w:rFonts w:ascii="宋体" w:hAnsi="宋体" w:eastAsia="宋体"/>
          <w:sz w:val="24"/>
        </w:rPr>
        <w:t>又过了四十分钟。</w:t>
      </w:r>
    </w:p>
    <w:p>
      <w:pPr>
        <w:spacing w:line="560" w:lineRule="exact"/>
        <w:ind w:firstLine="420"/>
      </w:pPr>
      <w:r>
        <w:rPr>
          <w:rFonts w:ascii="宋体" w:hAnsi="宋体" w:eastAsia="宋体"/>
          <w:sz w:val="24"/>
        </w:rPr>
        <w:t>泰坦巨兽的血量降到了15%。</w:t>
      </w:r>
    </w:p>
    <w:p>
      <w:pPr>
        <w:spacing w:line="560" w:lineRule="exact"/>
        <w:ind w:firstLine="420"/>
      </w:pPr>
      <w:r>
        <w:rPr>
          <w:rFonts w:ascii="宋体" w:hAnsi="宋体" w:eastAsia="宋体"/>
          <w:sz w:val="24"/>
        </w:rPr>
        <w:t>它进入了狂暴状态——身体上的红色纹路全部亮起，攻击速度翻倍，技能范围翻倍！</w:t>
      </w:r>
    </w:p>
    <w:p>
      <w:pPr>
        <w:spacing w:line="560" w:lineRule="exact"/>
        <w:ind w:firstLine="420"/>
      </w:pPr>
      <w:r>
        <w:rPr>
          <w:rFonts w:ascii="宋体" w:hAnsi="宋体" w:eastAsia="宋体"/>
          <w:sz w:val="24"/>
        </w:rPr>
        <w:t>散人玩家被成片成片地秒杀。各大公会也开始出现大量减员。</w:t>
      </w:r>
    </w:p>
    <w:p>
      <w:pPr>
        <w:spacing w:line="560" w:lineRule="exact"/>
        <w:ind w:firstLine="420"/>
      </w:pPr>
      <w:r>
        <w:rPr>
          <w:rFonts w:ascii="宋体" w:hAnsi="宋体" w:eastAsia="宋体"/>
          <w:sz w:val="24"/>
        </w:rPr>
        <w:t>“顶住！”凌天嘶吼着，“它快死了！！”</w:t>
      </w:r>
    </w:p>
    <w:p>
      <w:pPr>
        <w:spacing w:line="560" w:lineRule="exact"/>
        <w:ind w:firstLine="420"/>
      </w:pPr>
      <w:r>
        <w:rPr>
          <w:rFonts w:ascii="宋体" w:hAnsi="宋体" w:eastAsia="宋体"/>
          <w:sz w:val="24"/>
        </w:rPr>
        <w:t>林风看了一眼剩余时间——天神下凡的CD还没好。但他的系统商城里还有别的道具。</w:t>
      </w:r>
    </w:p>
    <w:p>
      <w:pPr>
        <w:spacing w:line="560" w:lineRule="exact"/>
        <w:ind w:firstLine="420"/>
      </w:pPr>
      <w:r>
        <w:rPr>
          <w:rFonts w:ascii="宋体" w:hAnsi="宋体" w:eastAsia="宋体"/>
          <w:sz w:val="24"/>
        </w:rPr>
        <w:t>他飞速浏览，目光锁定在一件道具上——</w:t>
      </w:r>
    </w:p>
    <w:p>
      <w:pPr>
        <w:spacing w:line="560" w:lineRule="exact"/>
        <w:ind w:firstLine="420"/>
      </w:pPr>
      <w:r>
        <w:rPr>
          <w:rFonts w:ascii="宋体" w:hAnsi="宋体" w:eastAsia="宋体"/>
          <w:sz w:val="24"/>
        </w:rPr>
        <w:t>【神级·灭世之矛：对单体目标造成500万点真实伤害。价格：2000万金币。限购1次。】</w:t>
      </w:r>
    </w:p>
    <w:p>
      <w:pPr>
        <w:spacing w:line="560" w:lineRule="exact"/>
        <w:ind w:firstLine="420"/>
      </w:pPr>
      <w:r>
        <w:rPr>
          <w:rFonts w:ascii="宋体" w:hAnsi="宋体" w:eastAsia="宋体"/>
          <w:sz w:val="24"/>
        </w:rPr>
        <w:t>“买了。”</w:t>
      </w:r>
    </w:p>
    <w:p>
      <w:pPr>
        <w:spacing w:line="560" w:lineRule="exact"/>
        <w:ind w:firstLine="420"/>
      </w:pPr>
      <w:r>
        <w:rPr>
          <w:rFonts w:ascii="宋体" w:hAnsi="宋体" w:eastAsia="宋体"/>
          <w:sz w:val="24"/>
        </w:rPr>
        <w:t>一根通体燃烧着金色火焰的长矛，出现在林风的手中。</w:t>
      </w:r>
    </w:p>
    <w:p>
      <w:pPr>
        <w:spacing w:line="560" w:lineRule="exact"/>
        <w:ind w:firstLine="420"/>
      </w:pPr>
      <w:r>
        <w:rPr>
          <w:rFonts w:ascii="宋体" w:hAnsi="宋体" w:eastAsia="宋体"/>
          <w:sz w:val="24"/>
        </w:rPr>
        <w:t>他举起长矛，瞄准泰坦巨兽的心脏位置。</w:t>
      </w:r>
    </w:p>
    <w:p>
      <w:pPr>
        <w:spacing w:line="560" w:lineRule="exact"/>
        <w:ind w:firstLine="420"/>
      </w:pPr>
      <w:r>
        <w:rPr>
          <w:rFonts w:ascii="宋体" w:hAnsi="宋体" w:eastAsia="宋体"/>
          <w:sz w:val="24"/>
        </w:rPr>
        <w:t>“这一下——送你上路。”</w:t>
      </w:r>
    </w:p>
    <w:p>
      <w:pPr>
        <w:spacing w:line="560" w:lineRule="exact"/>
        <w:ind w:firstLine="420"/>
      </w:pPr>
      <w:r>
        <w:rPr>
          <w:rFonts w:ascii="宋体" w:hAnsi="宋体" w:eastAsia="宋体"/>
          <w:sz w:val="24"/>
        </w:rPr>
        <w:t>他全力掷出！</w:t>
      </w:r>
    </w:p>
    <w:p>
      <w:pPr>
        <w:spacing w:line="560" w:lineRule="exact"/>
        <w:ind w:firstLine="420"/>
      </w:pPr>
      <w:r>
        <w:rPr>
          <w:rFonts w:ascii="宋体" w:hAnsi="宋体" w:eastAsia="宋体"/>
          <w:sz w:val="24"/>
        </w:rPr>
        <w:t>金色长矛划破长空，拖着金色的尾焰，如同流星一般射入泰坦巨兽的胸膛！</w:t>
      </w:r>
    </w:p>
    <w:p>
      <w:pPr>
        <w:spacing w:line="560" w:lineRule="exact"/>
        <w:ind w:firstLine="420"/>
      </w:pPr>
      <w:r>
        <w:rPr>
          <w:rFonts w:ascii="宋体" w:hAnsi="宋体" w:eastAsia="宋体"/>
          <w:sz w:val="24"/>
        </w:rPr>
        <w:t>【-5,000,000！】</w:t>
      </w:r>
    </w:p>
    <w:p>
      <w:pPr>
        <w:spacing w:line="560" w:lineRule="exact"/>
        <w:ind w:firstLine="420"/>
      </w:pPr>
      <w:r>
        <w:rPr>
          <w:rFonts w:ascii="宋体" w:hAnsi="宋体" w:eastAsia="宋体"/>
          <w:sz w:val="24"/>
        </w:rPr>
        <w:t>泰坦巨兽发出一声惊天动地的惨叫，庞大的身躯缓缓倾斜……</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它倒下了。</w:t>
      </w:r>
    </w:p>
    <w:p>
      <w:pPr>
        <w:spacing w:line="560" w:lineRule="exact"/>
        <w:ind w:firstLine="420"/>
      </w:pPr>
      <w:r>
        <w:rPr>
          <w:rFonts w:ascii="宋体" w:hAnsi="宋体" w:eastAsia="宋体"/>
          <w:sz w:val="24"/>
        </w:rPr>
        <w:t>整个黑暗山脉都在震动。</w:t>
      </w:r>
    </w:p>
    <w:p>
      <w:pPr>
        <w:spacing w:line="560" w:lineRule="exact"/>
        <w:ind w:firstLine="420"/>
      </w:pPr>
      <w:r>
        <w:rPr>
          <w:rFonts w:ascii="宋体" w:hAnsi="宋体" w:eastAsia="宋体"/>
          <w:sz w:val="24"/>
        </w:rPr>
        <w:t>一道全服公告，在所有玩家的屏幕上弹出：</w:t>
      </w:r>
    </w:p>
    <w:p>
      <w:pPr>
        <w:spacing w:line="560" w:lineRule="exact"/>
        <w:ind w:firstLine="420"/>
      </w:pPr>
      <w:r>
        <w:rPr>
          <w:rFonts w:ascii="宋体" w:hAnsi="宋体" w:eastAsia="宋体"/>
          <w:sz w:val="24"/>
        </w:rPr>
        <w:t>【全服公告：恭喜玩家'风中追风'成功击杀世界BOSS·泰坦巨兽！以英勇之姿载入《天界》史册！】</w:t>
      </w:r>
    </w:p>
    <w:p>
      <w:pPr>
        <w:spacing w:line="560" w:lineRule="exact"/>
        <w:ind w:firstLine="420"/>
      </w:pPr>
      <w:r>
        <w:rPr>
          <w:rFonts w:ascii="宋体" w:hAnsi="宋体" w:eastAsia="宋体"/>
          <w:sz w:val="24"/>
        </w:rPr>
        <w:t>世界频道彻底沸腾了。</w:t>
      </w:r>
    </w:p>
    <w:p>
      <w:pPr>
        <w:spacing w:line="560" w:lineRule="exact"/>
        <w:ind w:firstLine="420"/>
      </w:pPr>
      <w:r>
        <w:rPr>
          <w:rFonts w:ascii="宋体" w:hAnsi="宋体" w:eastAsia="宋体"/>
          <w:sz w:val="24"/>
        </w:rPr>
        <w:t>“首杀！！！！”</w:t>
        <w:br/>
        <w:t>“风中追风！！！！！”</w:t>
        <w:br/>
        <w:t>“神豪殿牛逼！！！”</w:t>
        <w:br/>
        <w:t>“这他妈是传奇啊！！！”</w:t>
      </w:r>
    </w:p>
    <w:p>
      <w:pPr>
        <w:spacing w:line="560" w:lineRule="exact"/>
        <w:ind w:firstLine="420"/>
      </w:pPr>
      <w:r>
        <w:rPr>
          <w:rFonts w:ascii="宋体" w:hAnsi="宋体" w:eastAsia="宋体"/>
          <w:sz w:val="24"/>
        </w:rPr>
        <w:t>而林风站在泰坦巨兽庞大的尸体前，看着刷屏的世界频道，嘴角微微上扬。</w:t>
      </w:r>
    </w:p>
    <w:p>
      <w:pPr>
        <w:spacing w:line="560" w:lineRule="exact"/>
        <w:ind w:firstLine="420"/>
      </w:pPr>
      <w:r>
        <w:rPr>
          <w:rFonts w:ascii="宋体" w:hAnsi="宋体" w:eastAsia="宋体"/>
          <w:sz w:val="24"/>
        </w:rPr>
        <w:t>系统提示音在他脑海中响起：</w:t>
      </w:r>
    </w:p>
    <w:p>
      <w:pPr>
        <w:spacing w:line="560" w:lineRule="exact"/>
        <w:ind w:firstLine="420"/>
      </w:pPr>
      <w:r>
        <w:rPr>
          <w:rFonts w:ascii="宋体" w:hAnsi="宋体" w:eastAsia="宋体"/>
          <w:sz w:val="24"/>
        </w:rPr>
        <w:t>【击杀世界BOSS·泰坦巨兽，获得奖励：传说级装备自选箱×2、技能点×50、金币×1000万。】</w:t>
      </w:r>
    </w:p>
    <w:p>
      <w:pPr>
        <w:spacing w:line="560" w:lineRule="exact"/>
        <w:ind w:firstLine="420"/>
      </w:pPr>
      <w:r>
        <w:rPr>
          <w:rFonts w:ascii="宋体" w:hAnsi="宋体" w:eastAsia="宋体"/>
          <w:sz w:val="24"/>
        </w:rPr>
        <w:t>【隐藏成就解锁：弑神者——全服唯一称号。】</w:t>
      </w:r>
    </w:p>
    <w:p>
      <w:pPr>
        <w:spacing w:line="560" w:lineRule="exact"/>
        <w:ind w:firstLine="420"/>
      </w:pPr>
      <w:r>
        <w:rPr>
          <w:rFonts w:ascii="宋体" w:hAnsi="宋体" w:eastAsia="宋体"/>
          <w:sz w:val="24"/>
        </w:rPr>
        <w:t>但还有一条提示，让他的笑容凝固了一瞬——</w:t>
      </w:r>
    </w:p>
    <w:p>
      <w:pPr>
        <w:spacing w:line="560" w:lineRule="exact"/>
        <w:ind w:firstLine="420"/>
      </w:pPr>
      <w:r>
        <w:rPr>
          <w:rFonts w:ascii="宋体" w:hAnsi="宋体" w:eastAsia="宋体"/>
          <w:sz w:val="24"/>
        </w:rPr>
        <w:t>【检测到BOSS体内残留的远古能量波动……与宿主体内系统代码同源。】</w:t>
      </w:r>
    </w:p>
    <w:p>
      <w:pPr>
        <w:spacing w:line="560" w:lineRule="exact"/>
        <w:ind w:firstLine="420"/>
      </w:pPr>
      <w:r>
        <w:rPr>
          <w:rFonts w:ascii="宋体" w:hAnsi="宋体" w:eastAsia="宋体"/>
          <w:sz w:val="24"/>
        </w:rPr>
        <w:t>同源？</w:t>
      </w:r>
    </w:p>
    <w:p>
      <w:pPr>
        <w:spacing w:line="560" w:lineRule="exact"/>
        <w:ind w:firstLine="420"/>
      </w:pPr>
      <w:r>
        <w:rPr>
          <w:rFonts w:ascii="宋体" w:hAnsi="宋体" w:eastAsia="宋体"/>
          <w:sz w:val="24"/>
        </w:rPr>
        <w:t>和神豪系统同源？</w:t>
      </w:r>
    </w:p>
    <w:p>
      <w:pPr>
        <w:spacing w:line="560" w:lineRule="exact"/>
        <w:ind w:firstLine="420"/>
      </w:pPr>
      <w:r>
        <w:rPr>
          <w:rFonts w:ascii="宋体" w:hAnsi="宋体" w:eastAsia="宋体"/>
          <w:sz w:val="24"/>
        </w:rPr>
        <w:t>林风看着泰坦巨兽庞大的尸体，瞳孔微微收缩。</w:t>
      </w:r>
    </w:p>
    <w:p>
      <w:pPr>
        <w:spacing w:line="560" w:lineRule="exact"/>
        <w:ind w:firstLine="420"/>
      </w:pPr>
      <w:r>
        <w:rPr>
          <w:rFonts w:ascii="宋体" w:hAnsi="宋体" w:eastAsia="宋体"/>
          <w:sz w:val="24"/>
        </w:rPr>
        <w:t>这个游戏——到底藏着什么秘密？</w:t>
      </w:r>
    </w:p>
    <w:p>
      <w:r>
        <w:br w:type="page"/>
      </w:r>
    </w:p>
    <w:p>
      <w:pPr>
        <w:jc w:val="center"/>
      </w:pPr>
      <w:r>
        <w:rPr>
          <w:b/>
          <w:sz w:val="32"/>
        </w:rPr>
        <w:t>第028章 跨服战开幕</w:t>
      </w:r>
    </w:p>
    <w:p>
      <w:pPr>
        <w:jc w:val="center"/>
      </w:pPr>
      <w:r>
        <w:rPr>
          <w:color w:val="999999"/>
          <w:sz w:val="18"/>
        </w:rPr>
        <w:t>（2,601字）</w:t>
      </w:r>
    </w:p>
    <w:p/>
    <w:p>
      <w:pPr>
        <w:spacing w:line="560" w:lineRule="exact"/>
        <w:ind w:firstLine="420"/>
      </w:pPr>
      <w:r>
        <w:rPr>
          <w:rFonts w:ascii="宋体" w:hAnsi="宋体" w:eastAsia="宋体"/>
          <w:sz w:val="24"/>
        </w:rPr>
        <w:t>世界BOSS首杀的余热还没过去，《天界》官方就放出了一枚重磅炸弹。</w:t>
      </w:r>
    </w:p>
    <w:p>
      <w:pPr>
        <w:spacing w:line="560" w:lineRule="exact"/>
        <w:ind w:firstLine="420"/>
      </w:pPr>
      <w:r>
        <w:rPr>
          <w:rFonts w:ascii="宋体" w:hAnsi="宋体" w:eastAsia="宋体"/>
          <w:sz w:val="24"/>
        </w:rPr>
        <w:t>【版本更新公告 V2.0】</w:t>
      </w:r>
    </w:p>
    <w:p>
      <w:pPr>
        <w:spacing w:line="560" w:lineRule="exact"/>
        <w:ind w:firstLine="420"/>
      </w:pPr>
      <w:r>
        <w:rPr>
          <w:rFonts w:ascii="宋体" w:hAnsi="宋体" w:eastAsia="宋体"/>
          <w:sz w:val="24"/>
        </w:rPr>
        <w:t>更新内容：</w:t>
        <w:br/>
        <w:t>1. 全新跨服竞技场系统上线！全球十二大服务器已打通连接！</w:t>
        <w:br/>
        <w:t>2. 第一届跨服争霸赛即将开启！冠军奖励：唯一称号+传说宝箱×全体成员+唯一坐骑·圣光天马！</w:t>
        <w:br/>
        <w:t>3. 新地图·破碎虚空开放！跨服战场专用地图！</w:t>
        <w:br/>
        <w:t>4. 等级上限提升至100级！</w:t>
      </w:r>
    </w:p>
    <w:p>
      <w:pPr>
        <w:spacing w:line="560" w:lineRule="exact"/>
        <w:ind w:firstLine="420"/>
      </w:pPr>
      <w:r>
        <w:rPr>
          <w:rFonts w:ascii="宋体" w:hAnsi="宋体" w:eastAsia="宋体"/>
          <w:sz w:val="24"/>
        </w:rPr>
        <w:t>公告一出，全服沸腾。</w:t>
      </w:r>
    </w:p>
    <w:p>
      <w:pPr>
        <w:spacing w:line="560" w:lineRule="exact"/>
        <w:ind w:firstLine="420"/>
      </w:pPr>
      <w:r>
        <w:rPr>
          <w:rFonts w:ascii="宋体" w:hAnsi="宋体" w:eastAsia="宋体"/>
          <w:sz w:val="24"/>
        </w:rPr>
        <w:t>世界频道瞬间被刷屏：</w:t>
      </w:r>
    </w:p>
    <w:p>
      <w:pPr>
        <w:spacing w:line="560" w:lineRule="exact"/>
        <w:ind w:firstLine="420"/>
      </w:pPr>
      <w:r>
        <w:rPr>
          <w:rFonts w:ascii="宋体" w:hAnsi="宋体" w:eastAsia="宋体"/>
          <w:sz w:val="24"/>
        </w:rPr>
        <w:t>"跨服战！！终于来了！！"</w:t>
        <w:br/>
        <w:t>"全球十二个服务器？那咱华夏服能排第几？"</w:t>
        <w:br/>
        <w:t>"冠军奖励圣光天马？全服唯一坐骑？"</w:t>
        <w:br/>
        <w:t>"神豪殿冲啊！让老外看看我们的实力！"</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神豪殿总部，公会大厅。</w:t>
      </w:r>
    </w:p>
    <w:p>
      <w:pPr>
        <w:spacing w:line="560" w:lineRule="exact"/>
        <w:ind w:firstLine="420"/>
      </w:pPr>
      <w:r>
        <w:rPr>
          <w:rFonts w:ascii="宋体" w:hAnsi="宋体" w:eastAsia="宋体"/>
          <w:sz w:val="24"/>
        </w:rPr>
        <w:t>核心成员全部到齐。赵铁柱坐在角落里擦拭盾牌，苏小雅架好直播设备，夜影靠在墙边闭目养神，凌天站在战术板前。</w:t>
      </w:r>
    </w:p>
    <w:p>
      <w:pPr>
        <w:spacing w:line="560" w:lineRule="exact"/>
        <w:ind w:firstLine="420"/>
      </w:pPr>
      <w:r>
        <w:rPr>
          <w:rFonts w:ascii="宋体" w:hAnsi="宋体" w:eastAsia="宋体"/>
          <w:sz w:val="24"/>
        </w:rPr>
        <w:t>“跨服战的消息你们都看到了。”凌天的声音很稳，但眼底有一丝兴奋，“第一届跨服争霸赛，全球十二个服务器，每个服务器派出一个公会代表队，二十人制团队战。”</w:t>
      </w:r>
    </w:p>
    <w:p>
      <w:pPr>
        <w:spacing w:line="560" w:lineRule="exact"/>
        <w:ind w:firstLine="420"/>
      </w:pPr>
      <w:r>
        <w:rPr>
          <w:rFonts w:ascii="宋体" w:hAnsi="宋体" w:eastAsia="宋体"/>
          <w:sz w:val="24"/>
        </w:rPr>
        <w:t>“我们怎么选拔？”赵铁柱问。</w:t>
      </w:r>
    </w:p>
    <w:p>
      <w:pPr>
        <w:spacing w:line="560" w:lineRule="exact"/>
        <w:ind w:firstLine="420"/>
      </w:pPr>
      <w:r>
        <w:rPr>
          <w:rFonts w:ascii="宋体" w:hAnsi="宋体" w:eastAsia="宋体"/>
          <w:sz w:val="24"/>
        </w:rPr>
        <w:t>“不用选拔。”林风开口了，“神豪殿全体核心成员直接上。赵铁柱主坦，夜影副坦兼刺客，凌天指挥，小雅远程输出加直播。”</w:t>
      </w:r>
    </w:p>
    <w:p>
      <w:pPr>
        <w:spacing w:line="560" w:lineRule="exact"/>
        <w:ind w:firstLine="420"/>
      </w:pPr>
      <w:r>
        <w:rPr>
          <w:rFonts w:ascii="宋体" w:hAnsi="宋体" w:eastAsia="宋体"/>
          <w:sz w:val="24"/>
        </w:rPr>
        <w:t>苏小雅愣了一下：“我也上场？我装备评分不是最高的。”</w:t>
      </w:r>
    </w:p>
    <w:p>
      <w:pPr>
        <w:spacing w:line="560" w:lineRule="exact"/>
        <w:ind w:firstLine="420"/>
      </w:pPr>
      <w:r>
        <w:rPr>
          <w:rFonts w:ascii="宋体" w:hAnsi="宋体" w:eastAsia="宋体"/>
          <w:sz w:val="24"/>
        </w:rPr>
        <w:t>“你操作不差。”林风说，“而且你在直播，几千万人看着你，你打得好就是一个活招牌。”</w:t>
      </w:r>
    </w:p>
    <w:p>
      <w:pPr>
        <w:spacing w:line="560" w:lineRule="exact"/>
        <w:ind w:firstLine="420"/>
      </w:pPr>
      <w:r>
        <w:rPr>
          <w:rFonts w:ascii="宋体" w:hAnsi="宋体" w:eastAsia="宋体"/>
          <w:sz w:val="24"/>
        </w:rPr>
        <w:t>“那我不能丢人啊……”苏小雅握紧拳头。</w:t>
      </w:r>
    </w:p>
    <w:p>
      <w:pPr>
        <w:spacing w:line="560" w:lineRule="exact"/>
        <w:ind w:firstLine="420"/>
      </w:pPr>
      <w:r>
        <w:rPr>
          <w:rFonts w:ascii="宋体" w:hAnsi="宋体" w:eastAsia="宋体"/>
          <w:sz w:val="24"/>
        </w:rPr>
        <w:t>“剩下的名额，从公会里挑装备评分最高的补上。”凌天接过话，“我已经做了初筛，十六个候选名单，一会儿发给大家看。”</w:t>
      </w:r>
    </w:p>
    <w:p>
      <w:pPr>
        <w:spacing w:line="560" w:lineRule="exact"/>
        <w:ind w:firstLine="420"/>
      </w:pPr>
      <w:r>
        <w:rPr>
          <w:rFonts w:ascii="宋体" w:hAnsi="宋体" w:eastAsia="宋体"/>
          <w:sz w:val="24"/>
        </w:rPr>
        <w:t>“抽签结果呢？”夜影睁开眼。</w:t>
      </w:r>
    </w:p>
    <w:p>
      <w:pPr>
        <w:spacing w:line="560" w:lineRule="exact"/>
        <w:ind w:firstLine="420"/>
      </w:pPr>
      <w:r>
        <w:rPr>
          <w:rFonts w:ascii="宋体" w:hAnsi="宋体" w:eastAsia="宋体"/>
          <w:sz w:val="24"/>
        </w:rPr>
        <w:t>“还没公布。”凌天看了一眼时间，“今晚八点官方直播抽签。”</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晚上八点。</w:t>
      </w:r>
    </w:p>
    <w:p>
      <w:pPr>
        <w:spacing w:line="560" w:lineRule="exact"/>
        <w:ind w:firstLine="420"/>
      </w:pPr>
      <w:r>
        <w:rPr>
          <w:rFonts w:ascii="宋体" w:hAnsi="宋体" w:eastAsia="宋体"/>
          <w:sz w:val="24"/>
        </w:rPr>
        <w:t>官方直播间准时开启。主持人站在一个大屏幕前，屏幕上显示着十二个服务器的国旗图标。</w:t>
      </w:r>
    </w:p>
    <w:p>
      <w:pPr>
        <w:spacing w:line="560" w:lineRule="exact"/>
        <w:ind w:firstLine="420"/>
      </w:pPr>
      <w:r>
        <w:rPr>
          <w:rFonts w:ascii="宋体" w:hAnsi="宋体" w:eastAsia="宋体"/>
          <w:sz w:val="24"/>
        </w:rPr>
        <w:t>“各位观众晚上好！《天界》第一届跨服争霸赛即将拉开帷幕！下面进行首轮抽签！”</w:t>
      </w:r>
    </w:p>
    <w:p>
      <w:pPr>
        <w:spacing w:line="560" w:lineRule="exact"/>
        <w:ind w:firstLine="420"/>
      </w:pPr>
      <w:r>
        <w:rPr>
          <w:rFonts w:ascii="宋体" w:hAnsi="宋体" w:eastAsia="宋体"/>
          <w:sz w:val="24"/>
        </w:rPr>
        <w:t>屏幕上的图标开始滚动。</w:t>
      </w:r>
    </w:p>
    <w:p>
      <w:pPr>
        <w:spacing w:line="560" w:lineRule="exact"/>
        <w:ind w:firstLine="420"/>
      </w:pPr>
      <w:r>
        <w:rPr>
          <w:rFonts w:ascii="宋体" w:hAnsi="宋体" w:eastAsia="宋体"/>
          <w:sz w:val="24"/>
        </w:rPr>
        <w:t>所有人都屏住了呼吸。</w:t>
      </w:r>
    </w:p>
    <w:p>
      <w:pPr>
        <w:spacing w:line="560" w:lineRule="exact"/>
        <w:ind w:firstLine="420"/>
      </w:pPr>
      <w:r>
        <w:rPr>
          <w:rFonts w:ascii="宋体" w:hAnsi="宋体" w:eastAsia="宋体"/>
          <w:sz w:val="24"/>
        </w:rPr>
        <w:t>神豪殿的公会频道里安静得只剩呼吸声。</w:t>
      </w:r>
    </w:p>
    <w:p>
      <w:pPr>
        <w:spacing w:line="560" w:lineRule="exact"/>
        <w:ind w:firstLine="420"/>
      </w:pPr>
      <w:r>
        <w:rPr>
          <w:rFonts w:ascii="宋体" w:hAnsi="宋体" w:eastAsia="宋体"/>
          <w:sz w:val="24"/>
        </w:rPr>
        <w:t>第一个对阵信息弹出：</w:t>
      </w:r>
    </w:p>
    <w:p>
      <w:pPr>
        <w:spacing w:line="560" w:lineRule="exact"/>
        <w:ind w:firstLine="420"/>
      </w:pPr>
      <w:r>
        <w:rPr>
          <w:rFonts w:ascii="宋体" w:hAnsi="宋体" w:eastAsia="宋体"/>
          <w:sz w:val="24"/>
        </w:rPr>
        <w:t>【第一场：华夏服·神豪殿 VS 菲律宾服·马尼拉之鹰】</w:t>
      </w:r>
    </w:p>
    <w:p>
      <w:pPr>
        <w:spacing w:line="560" w:lineRule="exact"/>
        <w:ind w:firstLine="420"/>
      </w:pPr>
      <w:r>
        <w:rPr>
          <w:rFonts w:ascii="宋体" w:hAnsi="宋体" w:eastAsia="宋体"/>
          <w:sz w:val="24"/>
        </w:rPr>
        <w:t>公会频道瞬间炸了：</w:t>
      </w:r>
    </w:p>
    <w:p>
      <w:pPr>
        <w:spacing w:line="560" w:lineRule="exact"/>
        <w:ind w:firstLine="420"/>
      </w:pPr>
      <w:r>
        <w:rPr>
          <w:rFonts w:ascii="宋体" w:hAnsi="宋体" w:eastAsia="宋体"/>
          <w:sz w:val="24"/>
        </w:rPr>
        <w:t>"菲律宾？运气不错！"</w:t>
        <w:br/>
        <w:t>"首轮抽到个弱队，好签！"</w:t>
        <w:br/>
        <w:t>"别大意，菲律宾服也有高手！"</w:t>
        <w:br/>
        <w:t>"高手？咱们有风中追风！"</w:t>
      </w:r>
    </w:p>
    <w:p>
      <w:pPr>
        <w:spacing w:line="560" w:lineRule="exact"/>
        <w:ind w:firstLine="420"/>
      </w:pPr>
      <w:r>
        <w:rPr>
          <w:rFonts w:ascii="宋体" w:hAnsi="宋体" w:eastAsia="宋体"/>
          <w:sz w:val="24"/>
        </w:rPr>
        <w:t>“菲律宾服的马尼拉之鹰……”凌天已经开始查资料了，“我看看——菲律宾服排名第一的公会，核心成员二十人，平均等级62级。会长叫‘鹰眼’，职业是弓箭手，以精准射击闻名。”</w:t>
      </w:r>
    </w:p>
    <w:p>
      <w:pPr>
        <w:spacing w:line="560" w:lineRule="exact"/>
        <w:ind w:firstLine="420"/>
      </w:pPr>
      <w:r>
        <w:rPr>
          <w:rFonts w:ascii="宋体" w:hAnsi="宋体" w:eastAsia="宋体"/>
          <w:sz w:val="24"/>
        </w:rPr>
        <w:t>“六十二级？”赵铁柱咧嘴一笑，“我们平均都七十三级了，这不是碾压吗？”</w:t>
      </w:r>
    </w:p>
    <w:p>
      <w:pPr>
        <w:spacing w:line="560" w:lineRule="exact"/>
        <w:ind w:firstLine="420"/>
      </w:pPr>
      <w:r>
        <w:rPr>
          <w:rFonts w:ascii="宋体" w:hAnsi="宋体" w:eastAsia="宋体"/>
          <w:sz w:val="24"/>
        </w:rPr>
        <w:t>“不能轻敌。”林风说，“但确实——是个好签。”</w:t>
      </w:r>
    </w:p>
    <w:p>
      <w:pPr>
        <w:spacing w:line="560" w:lineRule="exact"/>
        <w:ind w:firstLine="420"/>
      </w:pPr>
      <w:r>
        <w:rPr>
          <w:rFonts w:ascii="宋体" w:hAnsi="宋体" w:eastAsia="宋体"/>
          <w:sz w:val="24"/>
        </w:rPr>
        <w:t>他站起身，环顾四周：</w:t>
      </w:r>
    </w:p>
    <w:p>
      <w:pPr>
        <w:spacing w:line="560" w:lineRule="exact"/>
        <w:ind w:firstLine="420"/>
      </w:pPr>
      <w:r>
        <w:rPr>
          <w:rFonts w:ascii="宋体" w:hAnsi="宋体" w:eastAsia="宋体"/>
          <w:sz w:val="24"/>
        </w:rPr>
        <w:t>“比赛三天后开始。这三天，所有参赛成员每天训练四小时，熟悉跨服战场的机制和地图。”</w:t>
      </w:r>
    </w:p>
    <w:p>
      <w:pPr>
        <w:spacing w:line="560" w:lineRule="exact"/>
        <w:ind w:firstLine="420"/>
      </w:pPr>
      <w:r>
        <w:rPr>
          <w:rFonts w:ascii="宋体" w:hAnsi="宋体" w:eastAsia="宋体"/>
          <w:sz w:val="24"/>
        </w:rPr>
        <w:t>“是！”</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当晚，训练场。</w:t>
      </w:r>
    </w:p>
    <w:p>
      <w:pPr>
        <w:spacing w:line="560" w:lineRule="exact"/>
        <w:ind w:firstLine="420"/>
      </w:pPr>
      <w:r>
        <w:rPr>
          <w:rFonts w:ascii="宋体" w:hAnsi="宋体" w:eastAsia="宋体"/>
          <w:sz w:val="24"/>
        </w:rPr>
        <w:t>凌天调出了官方公布的地图资料——破碎虚空的布局、资源点的刷新机制、增益Buff的分布位置，全部投射在训练场的魔法屏幕上。</w:t>
      </w:r>
    </w:p>
    <w:p>
      <w:pPr>
        <w:spacing w:line="560" w:lineRule="exact"/>
        <w:ind w:firstLine="420"/>
      </w:pPr>
      <w:r>
        <w:rPr>
          <w:rFonts w:ascii="宋体" w:hAnsi="宋体" w:eastAsia="宋体"/>
          <w:sz w:val="24"/>
        </w:rPr>
        <w:t>“这张地图的精髓在于资源点。”凌天用激光笔在屏幕上画圈，“中央主岛的水晶塔是核心，占领后每秒获得5分。四个侧翼岛屿上的小水晶塔每秒2分。另外，地图边缘会随机刷新Buff——攻击提升50%、防御提升50%、移速翻倍。”</w:t>
      </w:r>
    </w:p>
    <w:p>
      <w:pPr>
        <w:spacing w:line="560" w:lineRule="exact"/>
        <w:ind w:firstLine="420"/>
      </w:pPr>
      <w:r>
        <w:rPr>
          <w:rFonts w:ascii="宋体" w:hAnsi="宋体" w:eastAsia="宋体"/>
          <w:sz w:val="24"/>
        </w:rPr>
        <w:t>“那战术很简单。”赵铁柱说，“直接冲中央。”</w:t>
      </w:r>
    </w:p>
    <w:p>
      <w:pPr>
        <w:spacing w:line="560" w:lineRule="exact"/>
        <w:ind w:firstLine="420"/>
      </w:pPr>
      <w:r>
        <w:rPr>
          <w:rFonts w:ascii="宋体" w:hAnsi="宋体" w:eastAsia="宋体"/>
          <w:sz w:val="24"/>
        </w:rPr>
        <w:t>“没那么简单。”凌天摇头，“中央虽然是核心得分点，但也是对方防守最严密的地方。如果我们全力冲中央，对方占了侧翼资源点，积分照样能和我们持平。”</w:t>
      </w:r>
    </w:p>
    <w:p>
      <w:pPr>
        <w:spacing w:line="560" w:lineRule="exact"/>
        <w:ind w:firstLine="420"/>
      </w:pPr>
      <w:r>
        <w:rPr>
          <w:rFonts w:ascii="宋体" w:hAnsi="宋体" w:eastAsia="宋体"/>
          <w:sz w:val="24"/>
        </w:rPr>
        <w:t>夜影开口了：“分兵。我带刺客队占侧翼，主力压中央。”</w:t>
      </w:r>
    </w:p>
    <w:p>
      <w:pPr>
        <w:spacing w:line="560" w:lineRule="exact"/>
        <w:ind w:firstLine="420"/>
      </w:pPr>
      <w:r>
        <w:rPr>
          <w:rFonts w:ascii="宋体" w:hAnsi="宋体" w:eastAsia="宋体"/>
          <w:sz w:val="24"/>
        </w:rPr>
        <w:t>“我也是这么想的。”凌天点头，“夜影带三个刺客偷侧翼，剩下的十六人主攻中央。风中追风会长，你负责在中央撕开对方的防线。”</w:t>
      </w:r>
    </w:p>
    <w:p>
      <w:pPr>
        <w:spacing w:line="560" w:lineRule="exact"/>
        <w:ind w:firstLine="420"/>
      </w:pPr>
      <w:r>
        <w:rPr>
          <w:rFonts w:ascii="宋体" w:hAnsi="宋体" w:eastAsia="宋体"/>
          <w:sz w:val="24"/>
        </w:rPr>
        <w:t>林风点头：“可以。”</w:t>
      </w:r>
    </w:p>
    <w:p>
      <w:pPr>
        <w:spacing w:line="560" w:lineRule="exact"/>
        <w:ind w:firstLine="420"/>
      </w:pPr>
      <w:r>
        <w:rPr>
          <w:rFonts w:ascii="宋体" w:hAnsi="宋体" w:eastAsia="宋体"/>
          <w:sz w:val="24"/>
        </w:rPr>
        <w:t>训练一直持续到深夜。神豪殿的参赛成员反复演练了十几套战术——阵地战、游击战、分兵突袭、诱敌深入……直到每一个人的站位、每一个技能的衔接都烂熟于心。</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三天时间，转瞬即过。</w:t>
      </w:r>
    </w:p>
    <w:p>
      <w:pPr>
        <w:spacing w:line="560" w:lineRule="exact"/>
        <w:ind w:firstLine="420"/>
      </w:pPr>
      <w:r>
        <w:rPr>
          <w:rFonts w:ascii="宋体" w:hAnsi="宋体" w:eastAsia="宋体"/>
          <w:sz w:val="24"/>
        </w:rPr>
        <w:t>比赛日。晚上七点。</w:t>
      </w:r>
    </w:p>
    <w:p>
      <w:pPr>
        <w:spacing w:line="560" w:lineRule="exact"/>
        <w:ind w:firstLine="420"/>
      </w:pPr>
      <w:r>
        <w:rPr>
          <w:rFonts w:ascii="宋体" w:hAnsi="宋体" w:eastAsia="宋体"/>
          <w:sz w:val="24"/>
        </w:rPr>
        <w:t>跨服战场·破碎虚空——传送门前，神豪殿的二十名参赛成员全部就位。</w:t>
      </w:r>
    </w:p>
    <w:p>
      <w:pPr>
        <w:spacing w:line="560" w:lineRule="exact"/>
        <w:ind w:firstLine="420"/>
      </w:pPr>
      <w:r>
        <w:rPr>
          <w:rFonts w:ascii="宋体" w:hAnsi="宋体" w:eastAsia="宋体"/>
          <w:sz w:val="24"/>
        </w:rPr>
        <w:t>官方直播间的在线人数已经突破了八百万，而且还在飞速增长。</w:t>
      </w:r>
    </w:p>
    <w:p>
      <w:pPr>
        <w:spacing w:line="560" w:lineRule="exact"/>
        <w:ind w:firstLine="420"/>
      </w:pPr>
      <w:r>
        <w:rPr>
          <w:rFonts w:ascii="宋体" w:hAnsi="宋体" w:eastAsia="宋体"/>
          <w:sz w:val="24"/>
        </w:rPr>
        <w:t>解说员的声音在直播间里响起：</w:t>
      </w:r>
    </w:p>
    <w:p>
      <w:pPr>
        <w:spacing w:line="560" w:lineRule="exact"/>
        <w:ind w:firstLine="420"/>
      </w:pPr>
      <w:r>
        <w:rPr>
          <w:rFonts w:ascii="宋体" w:hAnsi="宋体" w:eastAsia="宋体"/>
          <w:sz w:val="24"/>
        </w:rPr>
        <w:t>“观众朋友们！欢迎收看《天界》第一届跨服争霸赛的首轮对决！”</w:t>
      </w:r>
    </w:p>
    <w:p>
      <w:pPr>
        <w:spacing w:line="560" w:lineRule="exact"/>
        <w:ind w:firstLine="420"/>
      </w:pPr>
      <w:r>
        <w:rPr>
          <w:rFonts w:ascii="宋体" w:hAnsi="宋体" w:eastAsia="宋体"/>
          <w:sz w:val="24"/>
        </w:rPr>
        <w:t>“华夏服代表队——神豪殿！由传奇玩家‘风中追风’率领，全服第一公会，全服第一战力！”</w:t>
      </w:r>
    </w:p>
    <w:p>
      <w:pPr>
        <w:spacing w:line="560" w:lineRule="exact"/>
        <w:ind w:firstLine="420"/>
      </w:pPr>
      <w:r>
        <w:rPr>
          <w:rFonts w:ascii="宋体" w:hAnsi="宋体" w:eastAsia="宋体"/>
          <w:sz w:val="24"/>
        </w:rPr>
        <w:t>“菲律宾服代表队——马尼拉之鹰！菲律宾服的霸主，以远程火力覆盖著称！”</w:t>
      </w:r>
    </w:p>
    <w:p>
      <w:pPr>
        <w:spacing w:line="560" w:lineRule="exact"/>
        <w:ind w:firstLine="420"/>
      </w:pPr>
      <w:r>
        <w:rPr>
          <w:rFonts w:ascii="宋体" w:hAnsi="宋体" w:eastAsia="宋体"/>
          <w:sz w:val="24"/>
        </w:rPr>
        <w:t>“这一场，到底谁能晋级三十二强？让我们拭目以待！”</w:t>
      </w:r>
    </w:p>
    <w:p>
      <w:pPr>
        <w:spacing w:line="560" w:lineRule="exact"/>
        <w:ind w:firstLine="420"/>
      </w:pPr>
      <w:r>
        <w:rPr>
          <w:rFonts w:ascii="宋体" w:hAnsi="宋体" w:eastAsia="宋体"/>
          <w:sz w:val="24"/>
        </w:rPr>
        <w:t>传送门亮起。</w:t>
      </w:r>
    </w:p>
    <w:p>
      <w:pPr>
        <w:spacing w:line="560" w:lineRule="exact"/>
        <w:ind w:firstLine="420"/>
      </w:pPr>
      <w:r>
        <w:rPr>
          <w:rFonts w:ascii="宋体" w:hAnsi="宋体" w:eastAsia="宋体"/>
          <w:sz w:val="24"/>
        </w:rPr>
        <w:t>林风握紧天雷剑，第一个踏入了传送门。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破碎虚空。</w:t>
      </w:r>
    </w:p>
    <w:p>
      <w:pPr>
        <w:spacing w:line="560" w:lineRule="exact"/>
        <w:ind w:firstLine="420"/>
      </w:pPr>
      <w:r>
        <w:rPr>
          <w:rFonts w:ascii="宋体" w:hAnsi="宋体" w:eastAsia="宋体"/>
          <w:sz w:val="24"/>
        </w:rPr>
        <w:t>地图是一片漂浮在星空中的碎岛群。大大小小的岛屿悬浮在虚空中，岛屿之间由狭窄的石桥连接。中央最大的岛屿上矗立着一座水晶塔——那就是争夺的核心目标。</w:t>
      </w:r>
    </w:p>
    <w:p>
      <w:pPr>
        <w:spacing w:line="560" w:lineRule="exact"/>
        <w:ind w:firstLine="420"/>
      </w:pPr>
      <w:r>
        <w:rPr>
          <w:rFonts w:ascii="宋体" w:hAnsi="宋体" w:eastAsia="宋体"/>
          <w:sz w:val="24"/>
        </w:rPr>
        <w:t>双方出生在地图两端。</w:t>
      </w:r>
    </w:p>
    <w:p>
      <w:pPr>
        <w:spacing w:line="560" w:lineRule="exact"/>
        <w:ind w:firstLine="420"/>
      </w:pPr>
      <w:r>
        <w:rPr>
          <w:rFonts w:ascii="宋体" w:hAnsi="宋体" w:eastAsia="宋体"/>
          <w:sz w:val="24"/>
        </w:rPr>
        <w:t>林风扫了一眼地图，在队伍频道里说：</w:t>
      </w:r>
    </w:p>
    <w:p>
      <w:pPr>
        <w:spacing w:line="560" w:lineRule="exact"/>
        <w:ind w:firstLine="420"/>
      </w:pPr>
      <w:r>
        <w:rPr>
          <w:rFonts w:ascii="宋体" w:hAnsi="宋体" w:eastAsia="宋体"/>
          <w:sz w:val="24"/>
        </w:rPr>
        <w:t>“夜影，你带三个刺客绕后。凌天，你带主力正面推进。我和赵铁柱正面压阵。”</w:t>
      </w:r>
    </w:p>
    <w:p>
      <w:pPr>
        <w:spacing w:line="560" w:lineRule="exact"/>
        <w:ind w:firstLine="420"/>
      </w:pPr>
      <w:r>
        <w:rPr>
          <w:rFonts w:ascii="宋体" w:hAnsi="宋体" w:eastAsia="宋体"/>
          <w:sz w:val="24"/>
        </w:rPr>
        <w:t>“收到。”夜影的身影已经消失在阴影中。</w:t>
      </w:r>
    </w:p>
    <w:p>
      <w:pPr>
        <w:spacing w:line="560" w:lineRule="exact"/>
        <w:ind w:firstLine="420"/>
      </w:pPr>
      <w:r>
        <w:rPr>
          <w:rFonts w:ascii="宋体" w:hAnsi="宋体" w:eastAsia="宋体"/>
          <w:sz w:val="24"/>
        </w:rPr>
        <w:t>“马尼拉之鹰的阵型出来了。”凌天汇报道，“他们的远程职业占了一半以上，全部站在后排高地上。”</w:t>
      </w:r>
    </w:p>
    <w:p>
      <w:pPr>
        <w:spacing w:line="560" w:lineRule="exact"/>
        <w:ind w:firstLine="420"/>
      </w:pPr>
      <w:r>
        <w:rPr>
          <w:rFonts w:ascii="宋体" w:hAnsi="宋体" w:eastAsia="宋体"/>
          <w:sz w:val="24"/>
        </w:rPr>
        <w:t>“典型的阵地战阵型。”林风说，“远程火力压制，近战在前面挡路。”</w:t>
      </w:r>
    </w:p>
    <w:p>
      <w:pPr>
        <w:spacing w:line="560" w:lineRule="exact"/>
        <w:ind w:firstLine="420"/>
      </w:pPr>
      <w:r>
        <w:rPr>
          <w:rFonts w:ascii="宋体" w:hAnsi="宋体" w:eastAsia="宋体"/>
          <w:sz w:val="24"/>
        </w:rPr>
        <w:t>“怎么打？”</w:t>
      </w:r>
    </w:p>
    <w:p>
      <w:pPr>
        <w:spacing w:line="560" w:lineRule="exact"/>
        <w:ind w:firstLine="420"/>
      </w:pPr>
      <w:r>
        <w:rPr>
          <w:rFonts w:ascii="宋体" w:hAnsi="宋体" w:eastAsia="宋体"/>
          <w:sz w:val="24"/>
        </w:rPr>
        <w:t>“简单。”林风拔出天雷剑，“他们站得越密集，我一个技能打的人就越多。”</w:t>
      </w:r>
    </w:p>
    <w:p>
      <w:pPr>
        <w:spacing w:line="560" w:lineRule="exact"/>
        <w:ind w:firstLine="420"/>
      </w:pPr>
      <w:r>
        <w:rPr>
          <w:rFonts w:ascii="宋体" w:hAnsi="宋体" w:eastAsia="宋体"/>
          <w:sz w:val="24"/>
        </w:rPr>
        <w:t>倒计时结束。</w:t>
      </w:r>
    </w:p>
    <w:p>
      <w:pPr>
        <w:spacing w:line="560" w:lineRule="exact"/>
        <w:ind w:firstLine="420"/>
      </w:pPr>
      <w:r>
        <w:rPr>
          <w:rFonts w:ascii="宋体" w:hAnsi="宋体" w:eastAsia="宋体"/>
          <w:sz w:val="24"/>
        </w:rPr>
        <w:t>比赛开始！</w:t>
      </w:r>
    </w:p>
    <w:p>
      <w:pPr>
        <w:spacing w:line="560" w:lineRule="exact"/>
        <w:ind w:firstLine="420"/>
      </w:pPr>
      <w:r>
        <w:rPr>
          <w:rFonts w:ascii="宋体" w:hAnsi="宋体" w:eastAsia="宋体"/>
          <w:sz w:val="24"/>
        </w:rPr>
        <w:t>菲律宾服的马尼拉之鹰率先发动了远程压制——数十支魔法箭矢和火球术如雨点般朝神豪殿的阵地覆盖过来！</w:t>
      </w:r>
    </w:p>
    <w:p>
      <w:pPr>
        <w:spacing w:line="560" w:lineRule="exact"/>
        <w:ind w:firstLine="420"/>
      </w:pPr>
      <w:r>
        <w:rPr>
          <w:rFonts w:ascii="宋体" w:hAnsi="宋体" w:eastAsia="宋体"/>
          <w:sz w:val="24"/>
        </w:rPr>
        <w:t>“举盾！”赵铁柱一声大吼，前排坦克齐刷刷举起巨盾！</w:t>
      </w:r>
    </w:p>
    <w:p>
      <w:pPr>
        <w:spacing w:line="560" w:lineRule="exact"/>
        <w:ind w:firstLine="420"/>
      </w:pPr>
      <w:r>
        <w:rPr>
          <w:rFonts w:ascii="宋体" w:hAnsi="宋体" w:eastAsia="宋体"/>
          <w:sz w:val="24"/>
        </w:rPr>
        <w:t>叮叮当当——箭矢和火球打在盾牌上，火花四溅！</w:t>
      </w:r>
    </w:p>
    <w:p>
      <w:pPr>
        <w:spacing w:line="560" w:lineRule="exact"/>
        <w:ind w:firstLine="420"/>
      </w:pPr>
      <w:r>
        <w:rPr>
          <w:rFonts w:ascii="宋体" w:hAnsi="宋体" w:eastAsia="宋体"/>
          <w:sz w:val="24"/>
        </w:rPr>
        <w:t>“就这？”赵铁柱咧嘴一笑，“这火力还不如我们训练赛！”</w:t>
      </w:r>
    </w:p>
    <w:p>
      <w:pPr>
        <w:spacing w:line="560" w:lineRule="exact"/>
        <w:ind w:firstLine="420"/>
      </w:pPr>
      <w:r>
        <w:rPr>
          <w:rFonts w:ascii="宋体" w:hAnsi="宋体" w:eastAsia="宋体"/>
          <w:sz w:val="24"/>
        </w:rPr>
        <w:t>“该我们了。”林风说。</w:t>
      </w:r>
    </w:p>
    <w:p>
      <w:pPr>
        <w:spacing w:line="560" w:lineRule="exact"/>
        <w:ind w:firstLine="420"/>
      </w:pPr>
      <w:r>
        <w:rPr>
          <w:rFonts w:ascii="宋体" w:hAnsi="宋体" w:eastAsia="宋体"/>
          <w:sz w:val="24"/>
        </w:rPr>
        <w:t>他双脚一蹬，整个人化作一道金色的残影，笔直冲向菲律宾服的阵地！</w:t>
      </w:r>
    </w:p>
    <w:p>
      <w:pPr>
        <w:spacing w:line="560" w:lineRule="exact"/>
        <w:ind w:firstLine="420"/>
      </w:pPr>
      <w:r>
        <w:rPr>
          <w:rFonts w:ascii="宋体" w:hAnsi="宋体" w:eastAsia="宋体"/>
          <w:sz w:val="24"/>
        </w:rPr>
        <w:t>“风中追风冲了！！！”解说员激动地喊道，“一个人冲向了马尼拉之鹰的阵地！”</w:t>
      </w:r>
    </w:p>
    <w:p>
      <w:pPr>
        <w:spacing w:line="560" w:lineRule="exact"/>
        <w:ind w:firstLine="420"/>
      </w:pPr>
      <w:r>
        <w:rPr>
          <w:rFonts w:ascii="宋体" w:hAnsi="宋体" w:eastAsia="宋体"/>
          <w:sz w:val="24"/>
        </w:rPr>
        <w:t>菲律宾服的玩家也看到了——一个浑身金光的玩家以惊人的速度冲了过来。</w:t>
      </w:r>
    </w:p>
    <w:p>
      <w:pPr>
        <w:spacing w:line="560" w:lineRule="exact"/>
        <w:ind w:firstLine="420"/>
      </w:pPr>
      <w:r>
        <w:rPr>
          <w:rFonts w:ascii="宋体" w:hAnsi="宋体" w:eastAsia="宋体"/>
          <w:sz w:val="24"/>
        </w:rPr>
        <w:t>“拦住他！”鹰眼喊道。</w:t>
      </w:r>
    </w:p>
    <w:p>
      <w:pPr>
        <w:spacing w:line="560" w:lineRule="exact"/>
        <w:ind w:firstLine="420"/>
      </w:pPr>
      <w:r>
        <w:rPr>
          <w:rFonts w:ascii="宋体" w:hAnsi="宋体" w:eastAsia="宋体"/>
          <w:sz w:val="24"/>
        </w:rPr>
        <w:t>前排战士立刻举盾拦截，后排远程调转火力瞄准林风——</w:t>
      </w:r>
    </w:p>
    <w:p>
      <w:pPr>
        <w:spacing w:line="560" w:lineRule="exact"/>
        <w:ind w:firstLine="420"/>
      </w:pPr>
      <w:r>
        <w:rPr>
          <w:rFonts w:ascii="宋体" w:hAnsi="宋体" w:eastAsia="宋体"/>
          <w:sz w:val="24"/>
        </w:rPr>
        <w:t>但林风根本没有减速。</w:t>
      </w:r>
    </w:p>
    <w:p>
      <w:pPr>
        <w:spacing w:line="560" w:lineRule="exact"/>
        <w:ind w:firstLine="420"/>
      </w:pPr>
      <w:r>
        <w:rPr>
          <w:rFonts w:ascii="宋体" w:hAnsi="宋体" w:eastAsia="宋体"/>
          <w:sz w:val="24"/>
        </w:rPr>
        <w:t>他在冲到防线前的最后一刻，猛地发动了风之翼——整个人腾空而起，直接从战士头顶飞了过去！</w:t>
      </w:r>
    </w:p>
    <w:p>
      <w:pPr>
        <w:spacing w:line="560" w:lineRule="exact"/>
        <w:ind w:firstLine="420"/>
      </w:pPr>
      <w:r>
        <w:rPr>
          <w:rFonts w:ascii="宋体" w:hAnsi="宋体" w:eastAsia="宋体"/>
          <w:sz w:val="24"/>
        </w:rPr>
        <w:t>“什么？！他能飞？！”鹰眼瞪大了眼睛。</w:t>
      </w:r>
    </w:p>
    <w:p>
      <w:pPr>
        <w:spacing w:line="560" w:lineRule="exact"/>
        <w:ind w:firstLine="420"/>
      </w:pPr>
      <w:r>
        <w:rPr>
          <w:rFonts w:ascii="宋体" w:hAnsi="宋体" w:eastAsia="宋体"/>
          <w:sz w:val="24"/>
        </w:rPr>
        <w:t>林风已经落入了他们的后排阵地，天雷剑出鞘！</w:t>
      </w:r>
    </w:p>
    <w:p>
      <w:pPr>
        <w:spacing w:line="560" w:lineRule="exact"/>
        <w:ind w:firstLine="420"/>
      </w:pPr>
      <w:r>
        <w:rPr>
          <w:rFonts w:ascii="宋体" w:hAnsi="宋体" w:eastAsia="宋体"/>
          <w:sz w:val="24"/>
        </w:rPr>
        <w:t>“神罚·雷霆万钧！”</w:t>
      </w:r>
    </w:p>
    <w:p>
      <w:pPr>
        <w:spacing w:line="560" w:lineRule="exact"/>
        <w:ind w:firstLine="420"/>
      </w:pPr>
      <w:r>
        <w:rPr>
          <w:rFonts w:ascii="宋体" w:hAnsi="宋体" w:eastAsia="宋体"/>
          <w:sz w:val="24"/>
        </w:rPr>
        <w:t>无数道金色的雷电从天雷剑上爆发出来，在菲律宾服的远程阵地中疯狂肆虐！</w:t>
      </w:r>
    </w:p>
    <w:p>
      <w:pPr>
        <w:spacing w:line="560" w:lineRule="exact"/>
        <w:ind w:firstLine="420"/>
      </w:pPr>
      <w:r>
        <w:rPr>
          <w:rFonts w:ascii="宋体" w:hAnsi="宋体" w:eastAsia="宋体"/>
          <w:sz w:val="24"/>
        </w:rPr>
        <w:t>【-72,345】【-68,999】【-75,432】……</w:t>
      </w:r>
    </w:p>
    <w:p>
      <w:pPr>
        <w:spacing w:line="560" w:lineRule="exact"/>
        <w:ind w:firstLine="420"/>
      </w:pPr>
      <w:r>
        <w:rPr>
          <w:rFonts w:ascii="宋体" w:hAnsi="宋体" w:eastAsia="宋体"/>
          <w:sz w:val="24"/>
        </w:rPr>
        <w:t>一群脆皮弓箭手和法师哪扛得住这种伤害？</w:t>
      </w:r>
    </w:p>
    <w:p>
      <w:pPr>
        <w:spacing w:line="560" w:lineRule="exact"/>
        <w:ind w:firstLine="420"/>
      </w:pPr>
      <w:r>
        <w:rPr>
          <w:rFonts w:ascii="宋体" w:hAnsi="宋体" w:eastAsia="宋体"/>
          <w:sz w:val="24"/>
        </w:rPr>
        <w:t>仅仅一个技能，马尼拉之鹰的后排就倒了七八个！</w:t>
      </w:r>
    </w:p>
    <w:p>
      <w:pPr>
        <w:spacing w:line="560" w:lineRule="exact"/>
        <w:ind w:firstLine="420"/>
      </w:pPr>
      <w:r>
        <w:rPr>
          <w:rFonts w:ascii="宋体" w:hAnsi="宋体" w:eastAsia="宋体"/>
          <w:sz w:val="24"/>
        </w:rPr>
        <w:t>“散开！快散开！”鹰眼脸色大变。</w:t>
      </w:r>
    </w:p>
    <w:p>
      <w:pPr>
        <w:spacing w:line="560" w:lineRule="exact"/>
        <w:ind w:firstLine="420"/>
      </w:pPr>
      <w:r>
        <w:rPr>
          <w:rFonts w:ascii="宋体" w:hAnsi="宋体" w:eastAsia="宋体"/>
          <w:sz w:val="24"/>
        </w:rPr>
        <w:t>但已经来不及了。</w:t>
      </w:r>
    </w:p>
    <w:p>
      <w:pPr>
        <w:spacing w:line="560" w:lineRule="exact"/>
        <w:ind w:firstLine="420"/>
      </w:pPr>
      <w:r>
        <w:rPr>
          <w:rFonts w:ascii="宋体" w:hAnsi="宋体" w:eastAsia="宋体"/>
          <w:sz w:val="24"/>
        </w:rPr>
        <w:t>夜影带着三个刺客，从阴影中悄无声息地浮现——匕首划过咽喉，又是三个治疗倒下！</w:t>
      </w:r>
    </w:p>
    <w:p>
      <w:pPr>
        <w:spacing w:line="560" w:lineRule="exact"/>
        <w:ind w:firstLine="420"/>
      </w:pPr>
      <w:r>
        <w:rPr>
          <w:rFonts w:ascii="宋体" w:hAnsi="宋体" w:eastAsia="宋体"/>
          <w:sz w:val="24"/>
        </w:rPr>
        <w:t>“正面冲锋！”凌天一声令下，神豪殿的主力全线压上！</w:t>
      </w:r>
    </w:p>
    <w:p>
      <w:pPr>
        <w:spacing w:line="560" w:lineRule="exact"/>
        <w:ind w:firstLine="420"/>
      </w:pPr>
      <w:r>
        <w:rPr>
          <w:rFonts w:ascii="宋体" w:hAnsi="宋体" w:eastAsia="宋体"/>
          <w:sz w:val="24"/>
        </w:rPr>
        <w:t>赵铁柱怒吼着撞进菲律宾服的前排，巨盾拍翻两个战士。苏小雅的法术精准地覆盖了撤退路线，封死了对方的退路。</w:t>
      </w:r>
    </w:p>
    <w:p>
      <w:pPr>
        <w:spacing w:line="560" w:lineRule="exact"/>
        <w:ind w:firstLine="420"/>
      </w:pPr>
      <w:r>
        <w:rPr>
          <w:rFonts w:ascii="宋体" w:hAnsi="宋体" w:eastAsia="宋体"/>
          <w:sz w:val="24"/>
        </w:rPr>
        <w:t>马尼拉之鹰的阵型彻底崩溃了。</w:t>
      </w:r>
    </w:p>
    <w:p>
      <w:pPr>
        <w:spacing w:line="560" w:lineRule="exact"/>
        <w:ind w:firstLine="420"/>
      </w:pPr>
      <w:r>
        <w:rPr>
          <w:rFonts w:ascii="宋体" w:hAnsi="宋体" w:eastAsia="宋体"/>
          <w:sz w:val="24"/>
        </w:rPr>
        <w:t>前排在溃退，后排被切光，治疗全部阵亡——剩下的几个人根本无力回天。</w:t>
      </w:r>
    </w:p>
    <w:p>
      <w:pPr>
        <w:spacing w:line="560" w:lineRule="exact"/>
        <w:ind w:firstLine="420"/>
      </w:pPr>
      <w:r>
        <w:rPr>
          <w:rFonts w:ascii="宋体" w:hAnsi="宋体" w:eastAsia="宋体"/>
          <w:sz w:val="24"/>
        </w:rPr>
        <w:t>比赛开始——一分四十七秒。</w:t>
      </w:r>
    </w:p>
    <w:p>
      <w:pPr>
        <w:spacing w:line="560" w:lineRule="exact"/>
        <w:ind w:firstLine="420"/>
      </w:pPr>
      <w:r>
        <w:rPr>
          <w:rFonts w:ascii="宋体" w:hAnsi="宋体" w:eastAsia="宋体"/>
          <w:sz w:val="24"/>
        </w:rPr>
        <w:t>【系统公告：华夏服·神豪殿 VS 菲律宾服·马尼拉之鹰 —— 华夏服胜！】</w:t>
      </w:r>
    </w:p>
    <w:p>
      <w:pPr>
        <w:spacing w:line="560" w:lineRule="exact"/>
        <w:ind w:firstLine="420"/>
      </w:pPr>
      <w:r>
        <w:rPr>
          <w:rFonts w:ascii="宋体" w:hAnsi="宋体" w:eastAsia="宋体"/>
          <w:sz w:val="24"/>
        </w:rPr>
        <w:t>直播间里，弹幕彻底炸了：</w:t>
      </w:r>
    </w:p>
    <w:p>
      <w:pPr>
        <w:spacing w:line="560" w:lineRule="exact"/>
        <w:ind w:firstLine="420"/>
      </w:pPr>
      <w:r>
        <w:rPr>
          <w:rFonts w:ascii="宋体" w:hAnsi="宋体" w:eastAsia="宋体"/>
          <w:sz w:val="24"/>
        </w:rPr>
        <w:t>“一分半？？？”</w:t>
        <w:br/>
        <w:t>“这也太快了吧！”</w:t>
        <w:br/>
        <w:t>“碾压！纯粹的碾压！”</w:t>
        <w:br/>
        <w:t>“风中追风一个人切了对面半个队！”</w:t>
        <w:br/>
        <w:t>“神豪殿牛逼！！”</w:t>
      </w:r>
    </w:p>
    <w:p>
      <w:pPr>
        <w:spacing w:line="560" w:lineRule="exact"/>
        <w:ind w:firstLine="420"/>
      </w:pPr>
      <w:r>
        <w:rPr>
          <w:rFonts w:ascii="宋体" w:hAnsi="宋体" w:eastAsia="宋体"/>
          <w:sz w:val="24"/>
        </w:rPr>
        <w:t>解说员的声音都高了八度：</w:t>
      </w:r>
    </w:p>
    <w:p>
      <w:pPr>
        <w:spacing w:line="560" w:lineRule="exact"/>
        <w:ind w:firstLine="420"/>
      </w:pPr>
      <w:r>
        <w:rPr>
          <w:rFonts w:ascii="宋体" w:hAnsi="宋体" w:eastAsia="宋体"/>
          <w:sz w:val="24"/>
        </w:rPr>
        <w:t>“观众朋友们！华夏服的神豪殿——仅用时一分四十七秒，就击败了菲律宾服的马尼拉之鹰！”</w:t>
      </w:r>
    </w:p>
    <w:p>
      <w:pPr>
        <w:spacing w:line="560" w:lineRule="exact"/>
        <w:ind w:firstLine="420"/>
      </w:pPr>
      <w:r>
        <w:rPr>
          <w:rFonts w:ascii="宋体" w:hAnsi="宋体" w:eastAsia="宋体"/>
          <w:sz w:val="24"/>
        </w:rPr>
        <w:t>“这可能是跨服争霸赛历史上最快的一场比赛！”</w:t>
      </w:r>
    </w:p>
    <w:p>
      <w:pPr>
        <w:spacing w:line="560" w:lineRule="exact"/>
        <w:ind w:firstLine="420"/>
      </w:pPr>
      <w:r>
        <w:rPr>
          <w:rFonts w:ascii="宋体" w:hAnsi="宋体" w:eastAsia="宋体"/>
          <w:sz w:val="24"/>
        </w:rPr>
        <w:t>赛后，鹰眼在跨服频道里发了一条消息：</w:t>
      </w:r>
    </w:p>
    <w:p>
      <w:pPr>
        <w:spacing w:line="560" w:lineRule="exact"/>
        <w:ind w:firstLine="420"/>
      </w:pPr>
      <w:r>
        <w:rPr>
          <w:rFonts w:ascii="宋体" w:hAnsi="宋体" w:eastAsia="宋体"/>
          <w:sz w:val="24"/>
        </w:rPr>
        <w:t>“风中追风……你不是人。”</w:t>
      </w:r>
    </w:p>
    <w:p>
      <w:pPr>
        <w:spacing w:line="560" w:lineRule="exact"/>
        <w:ind w:firstLine="420"/>
      </w:pPr>
      <w:r>
        <w:rPr>
          <w:rFonts w:ascii="宋体" w:hAnsi="宋体" w:eastAsia="宋体"/>
          <w:sz w:val="24"/>
        </w:rPr>
        <w:t>林风看到这条消息，笑了一下，回了一句：</w:t>
      </w:r>
    </w:p>
    <w:p>
      <w:pPr>
        <w:spacing w:line="560" w:lineRule="exact"/>
        <w:ind w:firstLine="420"/>
      </w:pPr>
      <w:r>
        <w:rPr>
          <w:rFonts w:ascii="宋体" w:hAnsi="宋体" w:eastAsia="宋体"/>
          <w:sz w:val="24"/>
        </w:rPr>
        <w:t>“你也不赖，阵型摆得不错。”</w:t>
      </w:r>
    </w:p>
    <w:p>
      <w:pPr>
        <w:spacing w:line="560" w:lineRule="exact"/>
        <w:ind w:firstLine="420"/>
      </w:pPr>
      <w:r>
        <w:rPr>
          <w:rFonts w:ascii="宋体" w:hAnsi="宋体" w:eastAsia="宋体"/>
          <w:sz w:val="24"/>
        </w:rPr>
        <w:t>鹰眼很快回了消息：“下次来菲律宾，我请你吃饭。交个朋友。”</w:t>
      </w:r>
    </w:p>
    <w:p>
      <w:pPr>
        <w:spacing w:line="560" w:lineRule="exact"/>
        <w:ind w:firstLine="420"/>
      </w:pPr>
      <w:r>
        <w:rPr>
          <w:rFonts w:ascii="宋体" w:hAnsi="宋体" w:eastAsia="宋体"/>
          <w:sz w:val="24"/>
        </w:rPr>
        <w:t>赵铁柱凑过来看了一眼，笑道：“哟，打服了？”</w:t>
      </w:r>
    </w:p>
    <w:p>
      <w:pPr>
        <w:spacing w:line="560" w:lineRule="exact"/>
        <w:ind w:firstLine="420"/>
      </w:pPr>
      <w:r>
        <w:rPr>
          <w:rFonts w:ascii="宋体" w:hAnsi="宋体" w:eastAsia="宋体"/>
          <w:sz w:val="24"/>
        </w:rPr>
        <w:t>“跨服战的意义就是这个。”凌天说，“在战场上打败对手，在场下交朋友。”</w:t>
      </w:r>
    </w:p>
    <w:p>
      <w:pPr>
        <w:spacing w:line="560" w:lineRule="exact"/>
        <w:ind w:firstLine="420"/>
      </w:pPr>
      <w:r>
        <w:rPr>
          <w:rFonts w:ascii="宋体" w:hAnsi="宋体" w:eastAsia="宋体"/>
          <w:sz w:val="24"/>
        </w:rPr>
        <w:t>苏小雅的直播间里，弹幕已经刷疯了：</w:t>
      </w:r>
    </w:p>
    <w:p>
      <w:pPr>
        <w:spacing w:line="560" w:lineRule="exact"/>
        <w:ind w:firstLine="420"/>
      </w:pPr>
      <w:r>
        <w:rPr>
          <w:rFonts w:ascii="宋体" w:hAnsi="宋体" w:eastAsia="宋体"/>
          <w:sz w:val="24"/>
        </w:rPr>
        <w:t>“一分半碾压！太猛了！”</w:t>
        <w:br/>
        <w:t>“风中追风那个飞天进场帅炸了！”</w:t>
        <w:br/>
        <w:t>“下一场对谁？快抽签！”</w:t>
        <w:br/>
        <w:t>“神豪殿冲啊！！！”</w:t>
      </w:r>
    </w:p>
    <w:p>
      <w:pPr>
        <w:spacing w:line="560" w:lineRule="exact"/>
        <w:ind w:firstLine="420"/>
      </w:pPr>
      <w:r>
        <w:rPr>
          <w:rFonts w:ascii="宋体" w:hAnsi="宋体" w:eastAsia="宋体"/>
          <w:sz w:val="24"/>
        </w:rPr>
        <w:t>在线人数从八百万直接飙到了一千两百万。苏小雅看着后台数据，激动得手都在抖。</w:t>
      </w:r>
    </w:p>
    <w:p>
      <w:pPr>
        <w:spacing w:line="560" w:lineRule="exact"/>
        <w:ind w:firstLine="420"/>
      </w:pPr>
      <w:r>
        <w:rPr>
          <w:rFonts w:ascii="宋体" w:hAnsi="宋体" w:eastAsia="宋体"/>
          <w:sz w:val="24"/>
        </w:rPr>
        <w:t>“下一场对谁？”赵铁柱搓着手问。</w:t>
      </w:r>
    </w:p>
    <w:p>
      <w:pPr>
        <w:spacing w:line="560" w:lineRule="exact"/>
        <w:ind w:firstLine="420"/>
      </w:pPr>
      <w:r>
        <w:rPr>
          <w:rFonts w:ascii="宋体" w:hAnsi="宋体" w:eastAsia="宋体"/>
          <w:sz w:val="24"/>
        </w:rPr>
        <w:t>凌天打开对阵表，念出下一轮的对手：</w:t>
      </w:r>
    </w:p>
    <w:p>
      <w:pPr>
        <w:spacing w:line="560" w:lineRule="exact"/>
        <w:ind w:firstLine="420"/>
      </w:pPr>
      <w:r>
        <w:rPr>
          <w:rFonts w:ascii="宋体" w:hAnsi="宋体" w:eastAsia="宋体"/>
          <w:sz w:val="24"/>
        </w:rPr>
        <w:t>“三十二强赛——华夏服·神豪殿 VS 日服·樱花武士团。”</w:t>
      </w:r>
    </w:p>
    <w:p>
      <w:pPr>
        <w:spacing w:line="560" w:lineRule="exact"/>
        <w:ind w:firstLine="420"/>
      </w:pPr>
      <w:r>
        <w:rPr>
          <w:rFonts w:ascii="宋体" w:hAnsi="宋体" w:eastAsia="宋体"/>
          <w:sz w:val="24"/>
        </w:rPr>
        <w:t>公会频道安静了一秒。</w:t>
      </w:r>
    </w:p>
    <w:p>
      <w:pPr>
        <w:spacing w:line="560" w:lineRule="exact"/>
        <w:ind w:firstLine="420"/>
      </w:pPr>
      <w:r>
        <w:rPr>
          <w:rFonts w:ascii="宋体" w:hAnsi="宋体" w:eastAsia="宋体"/>
          <w:sz w:val="24"/>
        </w:rPr>
        <w:t>然后苏小雅的声音打破了沉默：</w:t>
      </w:r>
    </w:p>
    <w:p>
      <w:pPr>
        <w:spacing w:line="560" w:lineRule="exact"/>
        <w:ind w:firstLine="420"/>
      </w:pPr>
      <w:r>
        <w:rPr>
          <w:rFonts w:ascii="宋体" w:hAnsi="宋体" w:eastAsia="宋体"/>
          <w:sz w:val="24"/>
        </w:rPr>
        <w:t>“日本人啊……那更有意思了。”</w:t>
      </w:r>
    </w:p>
    <w:p>
      <w:r>
        <w:br w:type="page"/>
      </w:r>
    </w:p>
    <w:p>
      <w:pPr>
        <w:jc w:val="center"/>
      </w:pPr>
      <w:r>
        <w:rPr>
          <w:b/>
          <w:sz w:val="32"/>
        </w:rPr>
        <w:t>第029章 首轮碾压</w:t>
      </w:r>
    </w:p>
    <w:p>
      <w:pPr>
        <w:jc w:val="center"/>
      </w:pPr>
      <w:r>
        <w:rPr>
          <w:color w:val="999999"/>
          <w:sz w:val="18"/>
        </w:rPr>
        <w:t>（2,682字）</w:t>
      </w:r>
    </w:p>
    <w:p/>
    <w:p>
      <w:pPr>
        <w:spacing w:line="560" w:lineRule="exact"/>
        <w:ind w:firstLine="420"/>
      </w:pPr>
      <w:r>
        <w:rPr>
          <w:rFonts w:ascii="宋体" w:hAnsi="宋体" w:eastAsia="宋体"/>
          <w:sz w:val="24"/>
        </w:rPr>
        <w:t>神豪殿一分四十七秒碾压马尼拉之鹰的消息，彻底引爆了华夏服。</w:t>
      </w:r>
    </w:p>
    <w:p>
      <w:pPr>
        <w:spacing w:line="560" w:lineRule="exact"/>
        <w:ind w:firstLine="420"/>
      </w:pPr>
      <w:r>
        <w:rPr>
          <w:rFonts w:ascii="宋体" w:hAnsi="宋体" w:eastAsia="宋体"/>
          <w:sz w:val="24"/>
        </w:rPr>
        <w:t>赛后一小时，微博热搜前十里有三条和这场比赛有关——</w:t>
      </w:r>
    </w:p>
    <w:p>
      <w:pPr>
        <w:spacing w:line="560" w:lineRule="exact"/>
        <w:ind w:firstLine="420"/>
      </w:pPr>
      <w:r>
        <w:rPr>
          <w:rFonts w:ascii="宋体" w:hAnsi="宋体" w:eastAsia="宋体"/>
          <w:sz w:val="24"/>
        </w:rPr>
        <w:t>#神豪殿一分半碾压菲律宾# 热搜第三</w:t>
        <w:br/>
        <w:t>#风中追风飞天进场# 热搜第五</w:t>
        <w:br/>
        <w:t>#跨服争霸赛华夏首胜# 热搜第八</w:t>
      </w:r>
    </w:p>
    <w:p>
      <w:pPr>
        <w:spacing w:line="560" w:lineRule="exact"/>
        <w:ind w:firstLine="420"/>
      </w:pPr>
      <w:r>
        <w:rPr>
          <w:rFonts w:ascii="宋体" w:hAnsi="宋体" w:eastAsia="宋体"/>
          <w:sz w:val="24"/>
        </w:rPr>
        <w:t>各种魔性剪辑在短视频平台疯传——林风飞天入场的画面被配上各种BGM，有的配《钢铁洪流进行曲》，有的配《西游记》片头曲。评论区清一色的“华夏威武”。</w:t>
      </w:r>
    </w:p>
    <w:p>
      <w:pPr>
        <w:spacing w:line="560" w:lineRule="exact"/>
        <w:ind w:firstLine="420"/>
      </w:pPr>
      <w:r>
        <w:rPr>
          <w:rFonts w:ascii="宋体" w:hAnsi="宋体" w:eastAsia="宋体"/>
          <w:sz w:val="24"/>
        </w:rPr>
        <w:t>苏小雅的直播间里，弹幕刷得飞起：</w:t>
      </w:r>
    </w:p>
    <w:p>
      <w:pPr>
        <w:spacing w:line="560" w:lineRule="exact"/>
        <w:ind w:firstLine="420"/>
      </w:pPr>
      <w:r>
        <w:rPr>
          <w:rFonts w:ascii="宋体" w:hAnsi="宋体" w:eastAsia="宋体"/>
          <w:sz w:val="24"/>
        </w:rPr>
        <w:t>“这波华夏服长脸了！”</w:t>
        <w:br/>
        <w:t>“一分半！菲律宾估计脸都绿了！”</w:t>
        <w:br/>
        <w:t>“下一场对谁？赶紧抽签！”</w:t>
        <w:br/>
        <w:t>“最好是日本！干翻他们！”</w:t>
      </w:r>
    </w:p>
    <w:p>
      <w:pPr>
        <w:spacing w:line="560" w:lineRule="exact"/>
        <w:ind w:firstLine="420"/>
      </w:pPr>
      <w:r>
        <w:rPr>
          <w:rFonts w:ascii="宋体" w:hAnsi="宋体" w:eastAsia="宋体"/>
          <w:sz w:val="24"/>
        </w:rPr>
        <w:t>林风退出游戏，摘下头盔。手机震动了二十多次。</w:t>
      </w:r>
    </w:p>
    <w:p>
      <w:pPr>
        <w:spacing w:line="560" w:lineRule="exact"/>
        <w:ind w:firstLine="420"/>
      </w:pPr>
      <w:r>
        <w:rPr>
          <w:rFonts w:ascii="宋体" w:hAnsi="宋体" w:eastAsia="宋体"/>
          <w:sz w:val="24"/>
        </w:rPr>
        <w:t>苏婉清发来一长串消息：</w:t>
      </w:r>
    </w:p>
    <w:p>
      <w:pPr>
        <w:spacing w:line="560" w:lineRule="exact"/>
        <w:ind w:firstLine="420"/>
      </w:pPr>
      <w:r>
        <w:rPr>
          <w:rFonts w:ascii="宋体" w:hAnsi="宋体" w:eastAsia="宋体"/>
          <w:sz w:val="24"/>
        </w:rPr>
        <w:t>“林总！咱们官方号涨粉三十万了！”</w:t>
        <w:br/>
        <w:t>“星空直播那边说，今晚同时在线峰值一千两百万！”</w:t>
        <w:br/>
        <w:t>“有三个品牌方发来了赞助意向，最高的开价两百万！”</w:t>
        <w:br/>
        <w:t>“小雨那边说，申请加入公会的人数又爆了。”</w:t>
      </w:r>
    </w:p>
    <w:p>
      <w:pPr>
        <w:spacing w:line="560" w:lineRule="exact"/>
        <w:ind w:firstLine="420"/>
      </w:pPr>
      <w:r>
        <w:rPr>
          <w:rFonts w:ascii="宋体" w:hAnsi="宋体" w:eastAsia="宋体"/>
          <w:sz w:val="24"/>
        </w:rPr>
        <w:t>林风一条条看完，回了两个字：“不错。”</w:t>
      </w:r>
    </w:p>
    <w:p>
      <w:pPr>
        <w:spacing w:line="560" w:lineRule="exact"/>
        <w:ind w:firstLine="420"/>
      </w:pPr>
      <w:r>
        <w:rPr>
          <w:rFonts w:ascii="宋体" w:hAnsi="宋体" w:eastAsia="宋体"/>
          <w:sz w:val="24"/>
        </w:rPr>
        <w:t>然后又加了一条：“赞助的事明天谈，今晚我要复盘。”</w:t>
      </w:r>
    </w:p>
    <w:p>
      <w:pPr>
        <w:spacing w:line="560" w:lineRule="exact"/>
        <w:ind w:firstLine="420"/>
      </w:pPr>
      <w:r>
        <w:rPr>
          <w:rFonts w:ascii="宋体" w:hAnsi="宋体" w:eastAsia="宋体"/>
          <w:sz w:val="24"/>
        </w:rPr>
        <w:t>苏婉清秒回：“明白。公司这边我看着。”</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神豪殿总部。</w:t>
      </w:r>
    </w:p>
    <w:p>
      <w:pPr>
        <w:spacing w:line="560" w:lineRule="exact"/>
        <w:ind w:firstLine="420"/>
      </w:pPr>
      <w:r>
        <w:rPr>
          <w:rFonts w:ascii="宋体" w:hAnsi="宋体" w:eastAsia="宋体"/>
          <w:sz w:val="24"/>
        </w:rPr>
        <w:t>凌天已经把菲律宾那场的录像反复看了三遍，在战术板上画满了分析图。</w:t>
      </w:r>
    </w:p>
    <w:p>
      <w:pPr>
        <w:spacing w:line="560" w:lineRule="exact"/>
        <w:ind w:firstLine="420"/>
      </w:pPr>
      <w:r>
        <w:rPr>
          <w:rFonts w:ascii="宋体" w:hAnsi="宋体" w:eastAsia="宋体"/>
          <w:sz w:val="24"/>
        </w:rPr>
        <w:t>“有几个问题。”凌天指着屏幕上的定格画面，“我们正面推进的时候，第八秒到第十三秒，后排输出跟坦克脱节了。如果不是夜影绕后切了治疗，那五秒里我们可能要减员。”</w:t>
      </w:r>
    </w:p>
    <w:p>
      <w:pPr>
        <w:spacing w:line="560" w:lineRule="exact"/>
        <w:ind w:firstLine="420"/>
      </w:pPr>
      <w:r>
        <w:rPr>
          <w:rFonts w:ascii="宋体" w:hAnsi="宋体" w:eastAsia="宋体"/>
          <w:sz w:val="24"/>
        </w:rPr>
        <w:t>“脱节的原因？”林风问。</w:t>
      </w:r>
    </w:p>
    <w:p>
      <w:pPr>
        <w:spacing w:line="560" w:lineRule="exact"/>
        <w:ind w:firstLine="420"/>
      </w:pPr>
      <w:r>
        <w:rPr>
          <w:rFonts w:ascii="宋体" w:hAnsi="宋体" w:eastAsia="宋体"/>
          <w:sz w:val="24"/>
        </w:rPr>
        <w:t>“坦克冲锋太快了。”凌天说，“赵铁柱一兴奋就冲太猛，后排跟不上。”</w:t>
      </w:r>
    </w:p>
    <w:p>
      <w:pPr>
        <w:spacing w:line="560" w:lineRule="exact"/>
        <w:ind w:firstLine="420"/>
      </w:pPr>
      <w:r>
        <w:rPr>
          <w:rFonts w:ascii="宋体" w:hAnsi="宋体" w:eastAsia="宋体"/>
          <w:sz w:val="24"/>
        </w:rPr>
        <w:t>赵铁柱挠了挠头：“我这不是想多扛点伤害嘛……”</w:t>
      </w:r>
    </w:p>
    <w:p>
      <w:pPr>
        <w:spacing w:line="560" w:lineRule="exact"/>
        <w:ind w:firstLine="420"/>
      </w:pPr>
      <w:r>
        <w:rPr>
          <w:rFonts w:ascii="宋体" w:hAnsi="宋体" w:eastAsia="宋体"/>
          <w:sz w:val="24"/>
        </w:rPr>
        <w:t>“扛伤害可以，但不能和后排脱节。”林风说，“下一场对日本，他们的战术配合比菲律宾强两个档次。脱节五秒，足够他们吃掉我们一个后排。”</w:t>
      </w:r>
    </w:p>
    <w:p>
      <w:pPr>
        <w:spacing w:line="560" w:lineRule="exact"/>
        <w:ind w:firstLine="420"/>
      </w:pPr>
      <w:r>
        <w:rPr>
          <w:rFonts w:ascii="宋体" w:hAnsi="宋体" w:eastAsia="宋体"/>
          <w:sz w:val="24"/>
        </w:rPr>
        <w:t>“知道了风哥。”赵铁柱认真点头。</w:t>
      </w:r>
    </w:p>
    <w:p>
      <w:pPr>
        <w:spacing w:line="560" w:lineRule="exact"/>
        <w:ind w:firstLine="420"/>
      </w:pPr>
      <w:r>
        <w:rPr>
          <w:rFonts w:ascii="宋体" w:hAnsi="宋体" w:eastAsia="宋体"/>
          <w:sz w:val="24"/>
        </w:rPr>
        <w:t>“还有一个问题。”凌天翻到下一张图，“夜影绕后时，菲律宾的治疗站位太靠前了。但日本队的治疗肯定站位更深，而且有保镖保护。”</w:t>
      </w:r>
    </w:p>
    <w:p>
      <w:pPr>
        <w:spacing w:line="560" w:lineRule="exact"/>
        <w:ind w:firstLine="420"/>
      </w:pPr>
      <w:r>
        <w:rPr>
          <w:rFonts w:ascii="宋体" w:hAnsi="宋体" w:eastAsia="宋体"/>
          <w:sz w:val="24"/>
        </w:rPr>
        <w:t>夜影睁开眼：“我能切进去。”</w:t>
      </w:r>
    </w:p>
    <w:p>
      <w:pPr>
        <w:spacing w:line="560" w:lineRule="exact"/>
        <w:ind w:firstLine="420"/>
      </w:pPr>
      <w:r>
        <w:rPr>
          <w:rFonts w:ascii="宋体" w:hAnsi="宋体" w:eastAsia="宋体"/>
          <w:sz w:val="24"/>
        </w:rPr>
        <w:t>“我相信你能。”凌天说，“但如果日本队故意放你进去，然后关门打狗呢？”</w:t>
      </w:r>
    </w:p>
    <w:p>
      <w:pPr>
        <w:spacing w:line="560" w:lineRule="exact"/>
        <w:ind w:firstLine="420"/>
      </w:pPr>
      <w:r>
        <w:rPr>
          <w:rFonts w:ascii="宋体" w:hAnsi="宋体" w:eastAsia="宋体"/>
          <w:sz w:val="24"/>
        </w:rPr>
        <w:t>夜影沉默了。</w:t>
      </w:r>
    </w:p>
    <w:p>
      <w:pPr>
        <w:spacing w:line="560" w:lineRule="exact"/>
        <w:ind w:firstLine="420"/>
      </w:pPr>
      <w:r>
        <w:rPr>
          <w:rFonts w:ascii="宋体" w:hAnsi="宋体" w:eastAsia="宋体"/>
          <w:sz w:val="24"/>
        </w:rPr>
        <w:t>“所以。”林风开口了，“打日本队的时候，夜影不要第一个上。等我先撕开口子，你再进场收割。”</w:t>
      </w:r>
    </w:p>
    <w:p>
      <w:pPr>
        <w:spacing w:line="560" w:lineRule="exact"/>
        <w:ind w:firstLine="420"/>
      </w:pPr>
      <w:r>
        <w:rPr>
          <w:rFonts w:ascii="宋体" w:hAnsi="宋体" w:eastAsia="宋体"/>
          <w:sz w:val="24"/>
        </w:rPr>
        <w:t>“明白。”夜影点头。</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同一时间，日服。</w:t>
      </w:r>
    </w:p>
    <w:p>
      <w:pPr>
        <w:spacing w:line="560" w:lineRule="exact"/>
        <w:ind w:firstLine="420"/>
      </w:pPr>
      <w:r>
        <w:rPr>
          <w:rFonts w:ascii="宋体" w:hAnsi="宋体" w:eastAsia="宋体"/>
          <w:sz w:val="24"/>
        </w:rPr>
        <w:t>樱花武士团的团长宫本武藏，也在研究神豪殿的比赛录像。</w:t>
      </w:r>
    </w:p>
    <w:p>
      <w:pPr>
        <w:spacing w:line="560" w:lineRule="exact"/>
        <w:ind w:firstLine="420"/>
      </w:pPr>
      <w:r>
        <w:rPr>
          <w:rFonts w:ascii="宋体" w:hAnsi="宋体" w:eastAsia="宋体"/>
          <w:sz w:val="24"/>
        </w:rPr>
        <w:t>他四十岁出头，现实身份是东京一家安保公司的社长。玩《天界》纯粹是因为年轻时痴迷战国历史，想体验冷兵器战斗的爽感。</w:t>
      </w:r>
    </w:p>
    <w:p>
      <w:pPr>
        <w:spacing w:line="560" w:lineRule="exact"/>
        <w:ind w:firstLine="420"/>
      </w:pPr>
      <w:r>
        <w:rPr>
          <w:rFonts w:ascii="宋体" w:hAnsi="宋体" w:eastAsia="宋体"/>
          <w:sz w:val="24"/>
        </w:rPr>
        <w:t>“风中追风的装备和属性，已经完全超出了当前版本的上限。”副团长山本一木在旁边说，“宫本桑，正面硬碰硬，我们大概率打不过。”</w:t>
      </w:r>
    </w:p>
    <w:p>
      <w:pPr>
        <w:spacing w:line="560" w:lineRule="exact"/>
        <w:ind w:firstLine="420"/>
      </w:pPr>
      <w:r>
        <w:rPr>
          <w:rFonts w:ascii="宋体" w:hAnsi="宋体" w:eastAsia="宋体"/>
          <w:sz w:val="24"/>
        </w:rPr>
        <w:t>“我知道。”宫本武藏说。</w:t>
      </w:r>
    </w:p>
    <w:p>
      <w:pPr>
        <w:spacing w:line="560" w:lineRule="exact"/>
        <w:ind w:firstLine="420"/>
      </w:pPr>
      <w:r>
        <w:rPr>
          <w:rFonts w:ascii="宋体" w:hAnsi="宋体" w:eastAsia="宋体"/>
          <w:sz w:val="24"/>
        </w:rPr>
        <w:t>“那战术是？”</w:t>
      </w:r>
    </w:p>
    <w:p>
      <w:pPr>
        <w:spacing w:line="560" w:lineRule="exact"/>
        <w:ind w:firstLine="420"/>
      </w:pPr>
      <w:r>
        <w:rPr>
          <w:rFonts w:ascii="宋体" w:hAnsi="宋体" w:eastAsia="宋体"/>
          <w:sz w:val="24"/>
        </w:rPr>
        <w:t>宫本武藏指着屏幕上的某个瞬间——林风发动风之翼腾空而起的画面。</w:t>
      </w:r>
    </w:p>
    <w:p>
      <w:pPr>
        <w:spacing w:line="560" w:lineRule="exact"/>
        <w:ind w:firstLine="420"/>
      </w:pPr>
      <w:r>
        <w:rPr>
          <w:rFonts w:ascii="宋体" w:hAnsi="宋体" w:eastAsia="宋体"/>
          <w:sz w:val="24"/>
        </w:rPr>
        <w:t>“他不会飞。”宫本武藏说，“他只是使用了某种飞行道具。这种道具肯定有持续时间限制——也许是三十秒，也许是一分钟。”</w:t>
      </w:r>
    </w:p>
    <w:p>
      <w:pPr>
        <w:spacing w:line="560" w:lineRule="exact"/>
        <w:ind w:firstLine="420"/>
      </w:pPr>
      <w:r>
        <w:rPr>
          <w:rFonts w:ascii="宋体" w:hAnsi="宋体" w:eastAsia="宋体"/>
          <w:sz w:val="24"/>
        </w:rPr>
        <w:t>“只要在他的飞行道具失效之后，我们再发动总攻……”</w:t>
      </w:r>
    </w:p>
    <w:p>
      <w:pPr>
        <w:spacing w:line="560" w:lineRule="exact"/>
        <w:ind w:firstLine="420"/>
      </w:pPr>
      <w:r>
        <w:rPr>
          <w:rFonts w:ascii="宋体" w:hAnsi="宋体" w:eastAsia="宋体"/>
          <w:sz w:val="24"/>
        </w:rPr>
        <w:t>山本一木眼睛一亮：“诱敌深入，消耗他的道具时间？”</w:t>
      </w:r>
    </w:p>
    <w:p>
      <w:pPr>
        <w:spacing w:line="560" w:lineRule="exact"/>
        <w:ind w:firstLine="420"/>
      </w:pPr>
      <w:r>
        <w:rPr>
          <w:rFonts w:ascii="宋体" w:hAnsi="宋体" w:eastAsia="宋体"/>
          <w:sz w:val="24"/>
        </w:rPr>
        <w:t>“对。”宫本武藏点头，“用前排当诱饵，逼他提前使用飞行道具。道具失效后，他就是一个普通的近战——再强也扛不住集火。”</w:t>
      </w:r>
    </w:p>
    <w:p>
      <w:pPr>
        <w:spacing w:line="560" w:lineRule="exact"/>
        <w:ind w:firstLine="420"/>
      </w:pPr>
      <w:r>
        <w:rPr>
          <w:rFonts w:ascii="宋体" w:hAnsi="宋体" w:eastAsia="宋体"/>
          <w:sz w:val="24"/>
        </w:rPr>
        <w:t>“但那需要牺牲前排。”</w:t>
      </w:r>
    </w:p>
    <w:p>
      <w:pPr>
        <w:spacing w:line="560" w:lineRule="exact"/>
        <w:ind w:firstLine="420"/>
      </w:pPr>
      <w:r>
        <w:rPr>
          <w:rFonts w:ascii="宋体" w:hAnsi="宋体" w:eastAsia="宋体"/>
          <w:sz w:val="24"/>
        </w:rPr>
        <w:t>“为了胜利，牺牲是必要的。”宫本武藏的表情没有丝毫波动。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比赛日。晚上七点半。</w:t>
      </w:r>
    </w:p>
    <w:p>
      <w:pPr>
        <w:spacing w:line="560" w:lineRule="exact"/>
        <w:ind w:firstLine="420"/>
      </w:pPr>
      <w:r>
        <w:rPr>
          <w:rFonts w:ascii="宋体" w:hAnsi="宋体" w:eastAsia="宋体"/>
          <w:sz w:val="24"/>
        </w:rPr>
        <w:t>三十二强赛，华夏服·神豪殿 VS 日服·樱花武士团。</w:t>
      </w:r>
    </w:p>
    <w:p>
      <w:pPr>
        <w:spacing w:line="560" w:lineRule="exact"/>
        <w:ind w:firstLine="420"/>
      </w:pPr>
      <w:r>
        <w:rPr>
          <w:rFonts w:ascii="宋体" w:hAnsi="宋体" w:eastAsia="宋体"/>
          <w:sz w:val="24"/>
        </w:rPr>
        <w:t>官方直播间的在线人数已经突破了两千万。</w:t>
      </w:r>
    </w:p>
    <w:p>
      <w:pPr>
        <w:spacing w:line="560" w:lineRule="exact"/>
        <w:ind w:firstLine="420"/>
      </w:pPr>
      <w:r>
        <w:rPr>
          <w:rFonts w:ascii="宋体" w:hAnsi="宋体" w:eastAsia="宋体"/>
          <w:sz w:val="24"/>
        </w:rPr>
        <w:t>解说员的声音响起：</w:t>
      </w:r>
    </w:p>
    <w:p>
      <w:pPr>
        <w:spacing w:line="560" w:lineRule="exact"/>
        <w:ind w:firstLine="420"/>
      </w:pPr>
      <w:r>
        <w:rPr>
          <w:rFonts w:ascii="宋体" w:hAnsi="宋体" w:eastAsia="宋体"/>
          <w:sz w:val="24"/>
        </w:rPr>
        <w:t>“观众朋友们！三十二强赛即将开始！华夏服的神豪殿在首轮比赛中展现了碾压级的实力，而日服的樱花武士团则是日服公认的战术大师！”</w:t>
      </w:r>
    </w:p>
    <w:p>
      <w:pPr>
        <w:spacing w:line="560" w:lineRule="exact"/>
        <w:ind w:firstLine="420"/>
      </w:pPr>
      <w:r>
        <w:rPr>
          <w:rFonts w:ascii="宋体" w:hAnsi="宋体" w:eastAsia="宋体"/>
          <w:sz w:val="24"/>
        </w:rPr>
        <w:t>“这一场，到底是神豪殿的绝对实力碾压，还是樱花武士团的精密战术取胜？”</w:t>
      </w:r>
    </w:p>
    <w:p>
      <w:pPr>
        <w:spacing w:line="560" w:lineRule="exact"/>
        <w:ind w:firstLine="420"/>
      </w:pPr>
      <w:r>
        <w:rPr>
          <w:rFonts w:ascii="宋体" w:hAnsi="宋体" w:eastAsia="宋体"/>
          <w:sz w:val="24"/>
        </w:rPr>
        <w:t>“让我们拭目以待！”</w:t>
      </w:r>
    </w:p>
    <w:p>
      <w:pPr>
        <w:spacing w:line="560" w:lineRule="exact"/>
        <w:ind w:firstLine="420"/>
      </w:pPr>
      <w:r>
        <w:rPr>
          <w:rFonts w:ascii="宋体" w:hAnsi="宋体" w:eastAsia="宋体"/>
          <w:sz w:val="24"/>
        </w:rPr>
        <w:t>传送门前，神豪殿二十人全员就位。</w:t>
      </w:r>
    </w:p>
    <w:p>
      <w:pPr>
        <w:spacing w:line="560" w:lineRule="exact"/>
        <w:ind w:firstLine="420"/>
      </w:pPr>
      <w:r>
        <w:rPr>
          <w:rFonts w:ascii="宋体" w:hAnsi="宋体" w:eastAsia="宋体"/>
          <w:sz w:val="24"/>
        </w:rPr>
        <w:t>林风站在最前面，握紧天雷剑。</w:t>
      </w:r>
    </w:p>
    <w:p>
      <w:pPr>
        <w:spacing w:line="560" w:lineRule="exact"/>
        <w:ind w:firstLine="420"/>
      </w:pPr>
      <w:r>
        <w:rPr>
          <w:rFonts w:ascii="宋体" w:hAnsi="宋体" w:eastAsia="宋体"/>
          <w:sz w:val="24"/>
        </w:rPr>
        <w:t>“都记住战术了吗？”</w:t>
      </w:r>
    </w:p>
    <w:p>
      <w:pPr>
        <w:spacing w:line="560" w:lineRule="exact"/>
        <w:ind w:firstLine="420"/>
      </w:pPr>
      <w:r>
        <w:rPr>
          <w:rFonts w:ascii="宋体" w:hAnsi="宋体" w:eastAsia="宋体"/>
          <w:sz w:val="24"/>
        </w:rPr>
        <w:t>“记住了！”</w:t>
      </w:r>
    </w:p>
    <w:p>
      <w:pPr>
        <w:spacing w:line="560" w:lineRule="exact"/>
        <w:ind w:firstLine="420"/>
      </w:pPr>
      <w:r>
        <w:rPr>
          <w:rFonts w:ascii="宋体" w:hAnsi="宋体" w:eastAsia="宋体"/>
          <w:sz w:val="24"/>
        </w:rPr>
        <w:t>“好。”林风第一个踏入传送门。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破碎虚空。</w:t>
      </w:r>
    </w:p>
    <w:p>
      <w:pPr>
        <w:spacing w:line="560" w:lineRule="exact"/>
        <w:ind w:firstLine="420"/>
      </w:pPr>
      <w:r>
        <w:rPr>
          <w:rFonts w:ascii="宋体" w:hAnsi="宋体" w:eastAsia="宋体"/>
          <w:sz w:val="24"/>
        </w:rPr>
        <w:t>双方落地。</w:t>
      </w:r>
    </w:p>
    <w:p>
      <w:pPr>
        <w:spacing w:line="560" w:lineRule="exact"/>
        <w:ind w:firstLine="420"/>
      </w:pPr>
      <w:r>
        <w:rPr>
          <w:rFonts w:ascii="宋体" w:hAnsi="宋体" w:eastAsia="宋体"/>
          <w:sz w:val="24"/>
        </w:rPr>
        <w:t>樱花武士团的阵型让所有人一愣——</w:t>
      </w:r>
    </w:p>
    <w:p>
      <w:pPr>
        <w:spacing w:line="560" w:lineRule="exact"/>
        <w:ind w:firstLine="420"/>
      </w:pPr>
      <w:r>
        <w:rPr>
          <w:rFonts w:ascii="宋体" w:hAnsi="宋体" w:eastAsia="宋体"/>
          <w:sz w:val="24"/>
        </w:rPr>
        <w:t>他们没有像常规战术那样摆出铁壁推进阵，而是将主力全部收缩在中央水晶塔周围。阵型密集得像一个刺猬——前排战士举着巨盾围成半圆，后排法师和弓箭手站在圈内，治疗的圣光在阵中不断闪烁。</w:t>
      </w:r>
    </w:p>
    <w:p>
      <w:pPr>
        <w:spacing w:line="560" w:lineRule="exact"/>
        <w:ind w:firstLine="420"/>
      </w:pPr>
      <w:r>
        <w:rPr>
          <w:rFonts w:ascii="宋体" w:hAnsi="宋体" w:eastAsia="宋体"/>
          <w:sz w:val="24"/>
        </w:rPr>
        <w:t>“这是什么阵型？”赵铁柱看愣了，“乌龟壳？”</w:t>
      </w:r>
    </w:p>
    <w:p>
      <w:pPr>
        <w:spacing w:line="560" w:lineRule="exact"/>
        <w:ind w:firstLine="420"/>
      </w:pPr>
      <w:r>
        <w:rPr>
          <w:rFonts w:ascii="宋体" w:hAnsi="宋体" w:eastAsia="宋体"/>
          <w:sz w:val="24"/>
        </w:rPr>
        <w:t>凌天皱眉：“他们不打算主动进攻……他们在等我们冲。”</w:t>
      </w:r>
    </w:p>
    <w:p>
      <w:pPr>
        <w:spacing w:line="560" w:lineRule="exact"/>
        <w:ind w:firstLine="420"/>
      </w:pPr>
      <w:r>
        <w:rPr>
          <w:rFonts w:ascii="宋体" w:hAnsi="宋体" w:eastAsia="宋体"/>
          <w:sz w:val="24"/>
        </w:rPr>
        <w:t>“那就冲给他们看。”林风说。</w:t>
      </w:r>
    </w:p>
    <w:p>
      <w:pPr>
        <w:spacing w:line="560" w:lineRule="exact"/>
        <w:ind w:firstLine="420"/>
      </w:pPr>
      <w:r>
        <w:rPr>
          <w:rFonts w:ascii="宋体" w:hAnsi="宋体" w:eastAsia="宋体"/>
          <w:sz w:val="24"/>
        </w:rPr>
        <w:t>他拔出天雷剑，金色光芒在剑身上跳动。</w:t>
      </w:r>
    </w:p>
    <w:p>
      <w:pPr>
        <w:spacing w:line="560" w:lineRule="exact"/>
        <w:ind w:firstLine="420"/>
      </w:pPr>
      <w:r>
        <w:rPr>
          <w:rFonts w:ascii="宋体" w:hAnsi="宋体" w:eastAsia="宋体"/>
          <w:sz w:val="24"/>
        </w:rPr>
        <w:t>“风哥，小心有诈。”夜影说。</w:t>
      </w:r>
    </w:p>
    <w:p>
      <w:pPr>
        <w:spacing w:line="560" w:lineRule="exact"/>
        <w:ind w:firstLine="420"/>
      </w:pPr>
      <w:r>
        <w:rPr>
          <w:rFonts w:ascii="宋体" w:hAnsi="宋体" w:eastAsia="宋体"/>
          <w:sz w:val="24"/>
        </w:rPr>
        <w:t>“我知道。但不管他们有什么诈——在我面前，都不好使。”</w:t>
      </w:r>
    </w:p>
    <w:p>
      <w:pPr>
        <w:spacing w:line="560" w:lineRule="exact"/>
        <w:ind w:firstLine="420"/>
      </w:pPr>
      <w:r>
        <w:rPr>
          <w:rFonts w:ascii="宋体" w:hAnsi="宋体" w:eastAsia="宋体"/>
          <w:sz w:val="24"/>
        </w:rPr>
        <w:t>他动了。</w:t>
      </w:r>
    </w:p>
    <w:p>
      <w:pPr>
        <w:spacing w:line="560" w:lineRule="exact"/>
        <w:ind w:firstLine="420"/>
      </w:pPr>
      <w:r>
        <w:rPr>
          <w:rFonts w:ascii="宋体" w:hAnsi="宋体" w:eastAsia="宋体"/>
          <w:sz w:val="24"/>
        </w:rPr>
        <w:t>金色的身影如同一道闪电，笔直冲向樱花武士团的阵地！</w:t>
      </w:r>
    </w:p>
    <w:p>
      <w:pPr>
        <w:spacing w:line="560" w:lineRule="exact"/>
        <w:ind w:firstLine="420"/>
      </w:pPr>
      <w:r>
        <w:rPr>
          <w:rFonts w:ascii="宋体" w:hAnsi="宋体" w:eastAsia="宋体"/>
          <w:sz w:val="24"/>
        </w:rPr>
        <w:t>直播间弹幕疯狂滚动：</w:t>
      </w:r>
    </w:p>
    <w:p>
      <w:pPr>
        <w:spacing w:line="560" w:lineRule="exact"/>
        <w:ind w:firstLine="420"/>
      </w:pPr>
      <w:r>
        <w:rPr>
          <w:rFonts w:ascii="宋体" w:hAnsi="宋体" w:eastAsia="宋体"/>
          <w:sz w:val="24"/>
        </w:rPr>
        <w:t>“冲了冲了！风中追风一个人冲了！”</w:t>
        <w:br/>
        <w:t>“飞天进场！一样的套路！”</w:t>
        <w:br/>
        <w:t>“日服小心了！”</w:t>
      </w:r>
    </w:p>
    <w:p>
      <w:pPr>
        <w:spacing w:line="560" w:lineRule="exact"/>
        <w:ind w:firstLine="420"/>
      </w:pPr>
      <w:r>
        <w:rPr>
          <w:rFonts w:ascii="宋体" w:hAnsi="宋体" w:eastAsia="宋体"/>
          <w:sz w:val="24"/>
        </w:rPr>
        <w:t>宫本武藏看着林风冲来的身影，嘴角微微上扬：</w:t>
      </w:r>
    </w:p>
    <w:p>
      <w:pPr>
        <w:spacing w:line="560" w:lineRule="exact"/>
        <w:ind w:firstLine="420"/>
      </w:pPr>
      <w:r>
        <w:rPr>
          <w:rFonts w:ascii="宋体" w:hAnsi="宋体" w:eastAsia="宋体"/>
          <w:sz w:val="24"/>
        </w:rPr>
        <w:t>“来了。前排——准备接战。”</w:t>
      </w:r>
    </w:p>
    <w:p>
      <w:pPr>
        <w:spacing w:line="560" w:lineRule="exact"/>
        <w:ind w:firstLine="420"/>
      </w:pPr>
      <w:r>
        <w:rPr>
          <w:rFonts w:ascii="宋体" w:hAnsi="宋体" w:eastAsia="宋体"/>
          <w:sz w:val="24"/>
        </w:rPr>
        <w:t>樱花武士团的前排战士举盾，严阵以待。</w:t>
      </w:r>
    </w:p>
    <w:p>
      <w:pPr>
        <w:spacing w:line="560" w:lineRule="exact"/>
        <w:ind w:firstLine="420"/>
      </w:pPr>
      <w:r>
        <w:rPr>
          <w:rFonts w:ascii="宋体" w:hAnsi="宋体" w:eastAsia="宋体"/>
          <w:sz w:val="24"/>
        </w:rPr>
        <w:t>林风冲到阵前，猛地发动风之翼——腾空而起！</w:t>
      </w:r>
    </w:p>
    <w:p>
      <w:pPr>
        <w:spacing w:line="560" w:lineRule="exact"/>
        <w:ind w:firstLine="420"/>
      </w:pPr>
      <w:r>
        <w:rPr>
          <w:rFonts w:ascii="宋体" w:hAnsi="宋体" w:eastAsia="宋体"/>
          <w:sz w:val="24"/>
        </w:rPr>
        <w:t>“他飞了！”宫本武藏眼中精光一闪，“计时！看他能飞多久！”</w:t>
      </w:r>
    </w:p>
    <w:p>
      <w:pPr>
        <w:spacing w:line="560" w:lineRule="exact"/>
        <w:ind w:firstLine="420"/>
      </w:pPr>
      <w:r>
        <w:rPr>
          <w:rFonts w:ascii="宋体" w:hAnsi="宋体" w:eastAsia="宋体"/>
          <w:sz w:val="24"/>
        </w:rPr>
        <w:t>林风从空中切入日服后排，天雷剑横扫而出！</w:t>
      </w:r>
    </w:p>
    <w:p>
      <w:pPr>
        <w:spacing w:line="560" w:lineRule="exact"/>
        <w:ind w:firstLine="420"/>
      </w:pPr>
      <w:r>
        <w:rPr>
          <w:rFonts w:ascii="宋体" w:hAnsi="宋体" w:eastAsia="宋体"/>
          <w:sz w:val="24"/>
        </w:rPr>
        <w:t>但——日服的后排玩家在他落地的瞬间，齐刷刷向后撤了五步！</w:t>
      </w:r>
    </w:p>
    <w:p>
      <w:pPr>
        <w:spacing w:line="560" w:lineRule="exact"/>
        <w:ind w:firstLine="420"/>
      </w:pPr>
      <w:r>
        <w:rPr>
          <w:rFonts w:ascii="宋体" w:hAnsi="宋体" w:eastAsia="宋体"/>
          <w:sz w:val="24"/>
        </w:rPr>
        <w:t>林风一剑落空。</w:t>
      </w:r>
    </w:p>
    <w:p>
      <w:pPr>
        <w:spacing w:line="560" w:lineRule="exact"/>
        <w:ind w:firstLine="420"/>
      </w:pPr>
      <w:r>
        <w:rPr>
          <w:rFonts w:ascii="宋体" w:hAnsi="宋体" w:eastAsia="宋体"/>
          <w:sz w:val="24"/>
        </w:rPr>
        <w:t>紧接着，日服治疗齐刷刷给前排套上了减伤Buff，弓箭手的箭雨精准覆盖了林风落地的位置！</w:t>
      </w:r>
    </w:p>
    <w:p>
      <w:pPr>
        <w:spacing w:line="560" w:lineRule="exact"/>
        <w:ind w:firstLine="420"/>
      </w:pPr>
      <w:r>
        <w:rPr>
          <w:rFonts w:ascii="宋体" w:hAnsi="宋体" w:eastAsia="宋体"/>
          <w:sz w:val="24"/>
        </w:rPr>
        <w:t>叮叮当当——箭矢打在林风的铠甲上，冒出一串伤害数字：</w:t>
      </w:r>
    </w:p>
    <w:p>
      <w:pPr>
        <w:spacing w:line="560" w:lineRule="exact"/>
        <w:ind w:firstLine="420"/>
      </w:pPr>
      <w:r>
        <w:rPr>
          <w:rFonts w:ascii="宋体" w:hAnsi="宋体" w:eastAsia="宋体"/>
          <w:sz w:val="24"/>
        </w:rPr>
        <w:t>【-234】【-189】【-312】……</w:t>
      </w:r>
    </w:p>
    <w:p>
      <w:pPr>
        <w:spacing w:line="560" w:lineRule="exact"/>
        <w:ind w:firstLine="420"/>
      </w:pPr>
      <w:r>
        <w:rPr>
          <w:rFonts w:ascii="宋体" w:hAnsi="宋体" w:eastAsia="宋体"/>
          <w:sz w:val="24"/>
        </w:rPr>
        <w:t>根本打不动。</w:t>
      </w:r>
    </w:p>
    <w:p>
      <w:pPr>
        <w:spacing w:line="560" w:lineRule="exact"/>
        <w:ind w:firstLine="420"/>
      </w:pPr>
      <w:r>
        <w:rPr>
          <w:rFonts w:ascii="宋体" w:hAnsi="宋体" w:eastAsia="宋体"/>
          <w:sz w:val="24"/>
        </w:rPr>
        <w:t>但日服的目的本来就不是打死他——他们只是不让林风碰到后排。</w:t>
      </w:r>
    </w:p>
    <w:p>
      <w:pPr>
        <w:spacing w:line="560" w:lineRule="exact"/>
        <w:ind w:firstLine="420"/>
      </w:pPr>
      <w:r>
        <w:rPr>
          <w:rFonts w:ascii="宋体" w:hAnsi="宋体" w:eastAsia="宋体"/>
          <w:sz w:val="24"/>
        </w:rPr>
        <w:t>“他们不跟我打。”林风眯起眼，“他们在躲我，消耗我的时间。”</w:t>
      </w:r>
    </w:p>
    <w:p>
      <w:pPr>
        <w:spacing w:line="560" w:lineRule="exact"/>
        <w:ind w:firstLine="420"/>
      </w:pPr>
      <w:r>
        <w:rPr>
          <w:rFonts w:ascii="宋体" w:hAnsi="宋体" w:eastAsia="宋体"/>
          <w:sz w:val="24"/>
        </w:rPr>
        <w:t>“明白了。”凌天在频道里说，“他们想等你飞行道具失效再反打。”</w:t>
      </w:r>
    </w:p>
    <w:p>
      <w:pPr>
        <w:spacing w:line="560" w:lineRule="exact"/>
        <w:ind w:firstLine="420"/>
      </w:pPr>
      <w:r>
        <w:rPr>
          <w:rFonts w:ascii="宋体" w:hAnsi="宋体" w:eastAsia="宋体"/>
          <w:sz w:val="24"/>
        </w:rPr>
        <w:t>宫本武藏在日服频道里低喝：“继续撤！保持距离！他最多还能撑三十秒！”</w:t>
      </w:r>
    </w:p>
    <w:p>
      <w:pPr>
        <w:spacing w:line="560" w:lineRule="exact"/>
        <w:ind w:firstLine="420"/>
      </w:pPr>
      <w:r>
        <w:rPr>
          <w:rFonts w:ascii="宋体" w:hAnsi="宋体" w:eastAsia="宋体"/>
          <w:sz w:val="24"/>
        </w:rPr>
        <w:t>樱花武士团的后排继续后退，前排战士死死挡住神豪殿主力的推进。双方在中央水晶塔周围形成了僵持。</w:t>
      </w:r>
    </w:p>
    <w:p>
      <w:pPr>
        <w:spacing w:line="560" w:lineRule="exact"/>
        <w:ind w:firstLine="420"/>
      </w:pPr>
      <w:r>
        <w:rPr>
          <w:rFonts w:ascii="宋体" w:hAnsi="宋体" w:eastAsia="宋体"/>
          <w:sz w:val="24"/>
        </w:rPr>
        <w:t>时间一秒一秒过去。</w:t>
      </w:r>
    </w:p>
    <w:p>
      <w:pPr>
        <w:spacing w:line="560" w:lineRule="exact"/>
        <w:ind w:firstLine="420"/>
      </w:pPr>
      <w:r>
        <w:rPr>
          <w:rFonts w:ascii="宋体" w:hAnsi="宋体" w:eastAsia="宋体"/>
          <w:sz w:val="24"/>
        </w:rPr>
        <w:t>十五秒。</w:t>
      </w:r>
    </w:p>
    <w:p>
      <w:pPr>
        <w:spacing w:line="560" w:lineRule="exact"/>
        <w:ind w:firstLine="420"/>
      </w:pPr>
      <w:r>
        <w:rPr>
          <w:rFonts w:ascii="宋体" w:hAnsi="宋体" w:eastAsia="宋体"/>
          <w:sz w:val="24"/>
        </w:rPr>
        <w:t>三十秒。</w:t>
      </w:r>
    </w:p>
    <w:p>
      <w:pPr>
        <w:spacing w:line="560" w:lineRule="exact"/>
        <w:ind w:firstLine="420"/>
      </w:pPr>
      <w:r>
        <w:rPr>
          <w:rFonts w:ascii="宋体" w:hAnsi="宋体" w:eastAsia="宋体"/>
          <w:sz w:val="24"/>
        </w:rPr>
        <w:t>四十五秒。</w:t>
      </w:r>
    </w:p>
    <w:p>
      <w:pPr>
        <w:spacing w:line="560" w:lineRule="exact"/>
        <w:ind w:firstLine="420"/>
      </w:pPr>
      <w:r>
        <w:rPr>
          <w:rFonts w:ascii="宋体" w:hAnsi="宋体" w:eastAsia="宋体"/>
          <w:sz w:val="24"/>
        </w:rPr>
        <w:t>宫本武藏一直在心里默默计时。按照他的估算，风之翼这种高级道具的持续时间不会超过一分钟。</w:t>
      </w:r>
    </w:p>
    <w:p>
      <w:pPr>
        <w:spacing w:line="560" w:lineRule="exact"/>
        <w:ind w:firstLine="420"/>
      </w:pPr>
      <w:r>
        <w:rPr>
          <w:rFonts w:ascii="宋体" w:hAnsi="宋体" w:eastAsia="宋体"/>
          <w:sz w:val="24"/>
        </w:rPr>
        <w:t>五十五秒。</w:t>
      </w:r>
    </w:p>
    <w:p>
      <w:pPr>
        <w:spacing w:line="560" w:lineRule="exact"/>
        <w:ind w:firstLine="420"/>
      </w:pPr>
      <w:r>
        <w:rPr>
          <w:rFonts w:ascii="宋体" w:hAnsi="宋体" w:eastAsia="宋体"/>
          <w:sz w:val="24"/>
        </w:rPr>
        <w:t>五十八秒。</w:t>
      </w:r>
    </w:p>
    <w:p>
      <w:pPr>
        <w:spacing w:line="560" w:lineRule="exact"/>
        <w:ind w:firstLine="420"/>
      </w:pPr>
      <w:r>
        <w:rPr>
          <w:rFonts w:ascii="宋体" w:hAnsi="宋体" w:eastAsia="宋体"/>
          <w:sz w:val="24"/>
        </w:rPr>
        <w:t>“差不多了！”宫本武藏眼中寒光一闪，“他快掉下来了！准备反打！”</w:t>
      </w:r>
    </w:p>
    <w:p>
      <w:pPr>
        <w:spacing w:line="560" w:lineRule="exact"/>
        <w:ind w:firstLine="420"/>
      </w:pPr>
      <w:r>
        <w:rPr>
          <w:rFonts w:ascii="宋体" w:hAnsi="宋体" w:eastAsia="宋体"/>
          <w:sz w:val="24"/>
        </w:rPr>
        <w:t>但就在这一刻——</w:t>
      </w:r>
    </w:p>
    <w:p>
      <w:pPr>
        <w:spacing w:line="560" w:lineRule="exact"/>
        <w:ind w:firstLine="420"/>
      </w:pPr>
      <w:r>
        <w:rPr>
          <w:rFonts w:ascii="宋体" w:hAnsi="宋体" w:eastAsia="宋体"/>
          <w:sz w:val="24"/>
        </w:rPr>
        <w:t>林风突然笑了。</w:t>
      </w:r>
    </w:p>
    <w:p>
      <w:pPr>
        <w:spacing w:line="560" w:lineRule="exact"/>
        <w:ind w:firstLine="420"/>
      </w:pPr>
      <w:r>
        <w:rPr>
          <w:rFonts w:ascii="宋体" w:hAnsi="宋体" w:eastAsia="宋体"/>
          <w:sz w:val="24"/>
        </w:rPr>
        <w:t>他在队伍频道里说了一句：</w:t>
      </w:r>
    </w:p>
    <w:p>
      <w:pPr>
        <w:spacing w:line="560" w:lineRule="exact"/>
        <w:ind w:firstLine="420"/>
      </w:pPr>
      <w:r>
        <w:rPr>
          <w:rFonts w:ascii="宋体" w:hAnsi="宋体" w:eastAsia="宋体"/>
          <w:sz w:val="24"/>
        </w:rPr>
        <w:t>“宫本老哥是不是在数秒？”</w:t>
      </w:r>
    </w:p>
    <w:p>
      <w:pPr>
        <w:spacing w:line="560" w:lineRule="exact"/>
        <w:ind w:firstLine="420"/>
      </w:pPr>
      <w:r>
        <w:rPr>
          <w:rFonts w:ascii="宋体" w:hAnsi="宋体" w:eastAsia="宋体"/>
          <w:sz w:val="24"/>
        </w:rPr>
        <w:t>然后他打开了系统商城。</w:t>
      </w:r>
    </w:p>
    <w:p>
      <w:pPr>
        <w:spacing w:line="560" w:lineRule="exact"/>
        <w:ind w:firstLine="420"/>
      </w:pPr>
      <w:r>
        <w:rPr>
          <w:rFonts w:ascii="宋体" w:hAnsi="宋体" w:eastAsia="宋体"/>
          <w:sz w:val="24"/>
        </w:rPr>
        <w:t>【神级道具·风之翼：获得30分钟飞行能力。价格：100万金币。】</w:t>
      </w:r>
    </w:p>
    <w:p>
      <w:pPr>
        <w:spacing w:line="560" w:lineRule="exact"/>
        <w:ind w:firstLine="420"/>
      </w:pPr>
      <w:r>
        <w:rPr>
          <w:rFonts w:ascii="宋体" w:hAnsi="宋体" w:eastAsia="宋体"/>
          <w:sz w:val="24"/>
        </w:rPr>
        <w:t>“购买成功。”</w:t>
      </w:r>
    </w:p>
    <w:p>
      <w:pPr>
        <w:spacing w:line="560" w:lineRule="exact"/>
        <w:ind w:firstLine="420"/>
      </w:pPr>
      <w:r>
        <w:rPr>
          <w:rFonts w:ascii="宋体" w:hAnsi="宋体" w:eastAsia="宋体"/>
          <w:sz w:val="24"/>
        </w:rPr>
        <w:t>金色的光芒再次从林风身上亮起！</w:t>
      </w:r>
    </w:p>
    <w:p>
      <w:pPr>
        <w:spacing w:line="560" w:lineRule="exact"/>
        <w:ind w:firstLine="420"/>
      </w:pPr>
      <w:r>
        <w:rPr>
          <w:rFonts w:ascii="宋体" w:hAnsi="宋体" w:eastAsia="宋体"/>
          <w:sz w:val="24"/>
        </w:rPr>
        <w:t>他非但没有落下来，反而飞得更高了！</w:t>
      </w:r>
    </w:p>
    <w:p>
      <w:pPr>
        <w:spacing w:line="560" w:lineRule="exact"/>
        <w:ind w:firstLine="420"/>
      </w:pPr>
      <w:r>
        <w:rPr>
          <w:rFonts w:ascii="宋体" w:hAnsi="宋体" w:eastAsia="宋体"/>
          <w:sz w:val="24"/>
        </w:rPr>
        <w:t>宫本武藏的脸色终于变了：</w:t>
      </w:r>
    </w:p>
    <w:p>
      <w:pPr>
        <w:spacing w:line="560" w:lineRule="exact"/>
        <w:ind w:firstLine="420"/>
      </w:pPr>
      <w:r>
        <w:rPr>
          <w:rFonts w:ascii="宋体" w:hAnsi="宋体" w:eastAsia="宋体"/>
          <w:sz w:val="24"/>
        </w:rPr>
        <w:t>“什么？！”</w:t>
      </w:r>
    </w:p>
    <w:p>
      <w:pPr>
        <w:spacing w:line="560" w:lineRule="exact"/>
        <w:ind w:firstLine="420"/>
      </w:pPr>
      <w:r>
        <w:rPr>
          <w:rFonts w:ascii="宋体" w:hAnsi="宋体" w:eastAsia="宋体"/>
          <w:sz w:val="24"/>
        </w:rPr>
        <w:t>“我这道具——可以续费。”林风在天上说。</w:t>
      </w:r>
    </w:p>
    <w:p>
      <w:pPr>
        <w:spacing w:line="560" w:lineRule="exact"/>
        <w:ind w:firstLine="420"/>
      </w:pPr>
      <w:r>
        <w:rPr>
          <w:rFonts w:ascii="宋体" w:hAnsi="宋体" w:eastAsia="宋体"/>
          <w:sz w:val="24"/>
        </w:rPr>
        <w:t>然后他发动了攻击——</w:t>
      </w:r>
    </w:p>
    <w:p>
      <w:pPr>
        <w:spacing w:line="560" w:lineRule="exact"/>
        <w:ind w:firstLine="420"/>
      </w:pPr>
      <w:r>
        <w:rPr>
          <w:rFonts w:ascii="宋体" w:hAnsi="宋体" w:eastAsia="宋体"/>
          <w:sz w:val="24"/>
        </w:rPr>
        <w:t>“神罚·万雷天降！”</w:t>
      </w:r>
    </w:p>
    <w:p>
      <w:pPr>
        <w:spacing w:line="560" w:lineRule="exact"/>
        <w:ind w:firstLine="420"/>
      </w:pPr>
      <w:r>
        <w:rPr>
          <w:rFonts w:ascii="宋体" w:hAnsi="宋体" w:eastAsia="宋体"/>
          <w:sz w:val="24"/>
        </w:rPr>
        <w:t>天雷剑高举过头顶，无数道金色的雷电从剑身上爆发出来！每一道雷电都精准地劈向日服后排的玩家！</w:t>
      </w:r>
    </w:p>
    <w:p>
      <w:pPr>
        <w:spacing w:line="560" w:lineRule="exact"/>
        <w:ind w:firstLine="420"/>
      </w:pPr>
      <w:r>
        <w:rPr>
          <w:rFonts w:ascii="宋体" w:hAnsi="宋体" w:eastAsia="宋体"/>
          <w:sz w:val="24"/>
        </w:rPr>
        <w:t>轰——！轰——！轰——！</w:t>
      </w:r>
    </w:p>
    <w:p>
      <w:pPr>
        <w:spacing w:line="560" w:lineRule="exact"/>
        <w:ind w:firstLine="420"/>
      </w:pPr>
      <w:r>
        <w:rPr>
          <w:rFonts w:ascii="宋体" w:hAnsi="宋体" w:eastAsia="宋体"/>
          <w:sz w:val="24"/>
        </w:rPr>
        <w:t>雷电在樱花武士团的阵地中炸开！</w:t>
      </w:r>
    </w:p>
    <w:p>
      <w:pPr>
        <w:spacing w:line="560" w:lineRule="exact"/>
        <w:ind w:firstLine="420"/>
      </w:pPr>
      <w:r>
        <w:rPr>
          <w:rFonts w:ascii="宋体" w:hAnsi="宋体" w:eastAsia="宋体"/>
          <w:sz w:val="24"/>
        </w:rPr>
        <w:t>【-68,999】【-75,432】【-82,345】……</w:t>
      </w:r>
    </w:p>
    <w:p>
      <w:pPr>
        <w:spacing w:line="560" w:lineRule="exact"/>
        <w:ind w:firstLine="420"/>
      </w:pPr>
      <w:r>
        <w:rPr>
          <w:rFonts w:ascii="宋体" w:hAnsi="宋体" w:eastAsia="宋体"/>
          <w:sz w:val="24"/>
        </w:rPr>
        <w:t>日服的脆皮职业根本扛不住这种伤害——仅仅一波雷击，后排的法师和弓箭手就倒了五六个！</w:t>
      </w:r>
    </w:p>
    <w:p>
      <w:pPr>
        <w:spacing w:line="560" w:lineRule="exact"/>
        <w:ind w:firstLine="420"/>
      </w:pPr>
      <w:r>
        <w:rPr>
          <w:rFonts w:ascii="宋体" w:hAnsi="宋体" w:eastAsia="宋体"/>
          <w:sz w:val="24"/>
        </w:rPr>
        <w:t>“散开！快散开！”宫本武藏终于慌了。</w:t>
      </w:r>
    </w:p>
    <w:p>
      <w:pPr>
        <w:spacing w:line="560" w:lineRule="exact"/>
        <w:ind w:firstLine="420"/>
      </w:pPr>
      <w:r>
        <w:rPr>
          <w:rFonts w:ascii="宋体" w:hAnsi="宋体" w:eastAsia="宋体"/>
          <w:sz w:val="24"/>
        </w:rPr>
        <w:t>但已经来不及了。</w:t>
      </w:r>
    </w:p>
    <w:p>
      <w:pPr>
        <w:spacing w:line="560" w:lineRule="exact"/>
        <w:ind w:firstLine="420"/>
      </w:pPr>
      <w:r>
        <w:rPr>
          <w:rFonts w:ascii="宋体" w:hAnsi="宋体" w:eastAsia="宋体"/>
          <w:sz w:val="24"/>
        </w:rPr>
        <w:t>夜影动了。</w:t>
      </w:r>
    </w:p>
    <w:p>
      <w:pPr>
        <w:spacing w:line="560" w:lineRule="exact"/>
        <w:ind w:firstLine="420"/>
      </w:pPr>
      <w:r>
        <w:rPr>
          <w:rFonts w:ascii="宋体" w:hAnsi="宋体" w:eastAsia="宋体"/>
          <w:sz w:val="24"/>
        </w:rPr>
        <w:t>她带着三个刺客，从樱花武士团侧翼的阴影中悄无声息地浮现——</w:t>
      </w:r>
    </w:p>
    <w:p>
      <w:pPr>
        <w:spacing w:line="560" w:lineRule="exact"/>
        <w:ind w:firstLine="420"/>
      </w:pPr>
      <w:r>
        <w:rPr>
          <w:rFonts w:ascii="宋体" w:hAnsi="宋体" w:eastAsia="宋体"/>
          <w:sz w:val="24"/>
        </w:rPr>
        <w:t>“收割。”</w:t>
      </w:r>
    </w:p>
    <w:p>
      <w:pPr>
        <w:spacing w:line="560" w:lineRule="exact"/>
        <w:ind w:firstLine="420"/>
      </w:pPr>
      <w:r>
        <w:rPr>
          <w:rFonts w:ascii="宋体" w:hAnsi="宋体" w:eastAsia="宋体"/>
          <w:sz w:val="24"/>
        </w:rPr>
        <w:t>四道寒光划过日服残存的后排！</w:t>
      </w:r>
    </w:p>
    <w:p>
      <w:pPr>
        <w:spacing w:line="560" w:lineRule="exact"/>
        <w:ind w:firstLine="420"/>
      </w:pPr>
      <w:r>
        <w:rPr>
          <w:rFonts w:ascii="宋体" w:hAnsi="宋体" w:eastAsia="宋体"/>
          <w:sz w:val="24"/>
        </w:rPr>
        <w:t>【-12,345】【-15,678】【暴击！-28,999】……</w:t>
      </w:r>
    </w:p>
    <w:p>
      <w:pPr>
        <w:spacing w:line="560" w:lineRule="exact"/>
        <w:ind w:firstLine="420"/>
      </w:pPr>
      <w:r>
        <w:rPr>
          <w:rFonts w:ascii="宋体" w:hAnsi="宋体" w:eastAsia="宋体"/>
          <w:sz w:val="24"/>
        </w:rPr>
        <w:t>又是三个治疗倒下！</w:t>
      </w:r>
    </w:p>
    <w:p>
      <w:pPr>
        <w:spacing w:line="560" w:lineRule="exact"/>
        <w:ind w:firstLine="420"/>
      </w:pPr>
      <w:r>
        <w:rPr>
          <w:rFonts w:ascii="宋体" w:hAnsi="宋体" w:eastAsia="宋体"/>
          <w:sz w:val="24"/>
        </w:rPr>
        <w:t>“正面冲锋！”凌天一声令下。</w:t>
      </w:r>
    </w:p>
    <w:p>
      <w:pPr>
        <w:spacing w:line="560" w:lineRule="exact"/>
        <w:ind w:firstLine="420"/>
      </w:pPr>
      <w:r>
        <w:rPr>
          <w:rFonts w:ascii="宋体" w:hAnsi="宋体" w:eastAsia="宋体"/>
          <w:sz w:val="24"/>
        </w:rPr>
        <w:t>神豪殿主力全线压上！赵铁柱怒吼着一盾拍翻两个日服战士，苏小雅的暴风雪精准覆盖了整个日服阵地——</w:t>
      </w:r>
    </w:p>
    <w:p>
      <w:pPr>
        <w:spacing w:line="560" w:lineRule="exact"/>
        <w:ind w:firstLine="420"/>
      </w:pPr>
      <w:r>
        <w:rPr>
          <w:rFonts w:ascii="宋体" w:hAnsi="宋体" w:eastAsia="宋体"/>
          <w:sz w:val="24"/>
        </w:rPr>
        <w:t>樱花武士团的阵型彻底崩了。</w:t>
      </w:r>
    </w:p>
    <w:p>
      <w:pPr>
        <w:spacing w:line="560" w:lineRule="exact"/>
        <w:ind w:firstLine="420"/>
      </w:pPr>
      <w:r>
        <w:rPr>
          <w:rFonts w:ascii="宋体" w:hAnsi="宋体" w:eastAsia="宋体"/>
          <w:sz w:val="24"/>
        </w:rPr>
        <w:t>前排溃退，后排被切光，治疗全部阵亡。剩下的七八个人被神豪殿团团围住，三十秒内全部清光。</w:t>
      </w:r>
    </w:p>
    <w:p>
      <w:pPr>
        <w:spacing w:line="560" w:lineRule="exact"/>
        <w:ind w:firstLine="420"/>
      </w:pPr>
      <w:r>
        <w:rPr>
          <w:rFonts w:ascii="宋体" w:hAnsi="宋体" w:eastAsia="宋体"/>
          <w:sz w:val="24"/>
        </w:rPr>
        <w:t>【系统公告：华夏服·神豪殿 VS 日服·樱花武士团 —— 华夏服胜！】</w:t>
      </w:r>
    </w:p>
    <w:p>
      <w:pPr>
        <w:spacing w:line="560" w:lineRule="exact"/>
        <w:ind w:firstLine="420"/>
      </w:pPr>
      <w:r>
        <w:rPr>
          <w:rFonts w:ascii="宋体" w:hAnsi="宋体" w:eastAsia="宋体"/>
          <w:sz w:val="24"/>
        </w:rPr>
        <w:t>直播间的弹幕彻底炸了：</w:t>
      </w:r>
    </w:p>
    <w:p>
      <w:pPr>
        <w:spacing w:line="560" w:lineRule="exact"/>
        <w:ind w:firstLine="420"/>
      </w:pPr>
      <w:r>
        <w:rPr>
          <w:rFonts w:ascii="宋体" w:hAnsi="宋体" w:eastAsia="宋体"/>
          <w:sz w:val="24"/>
        </w:rPr>
        <w:t>“赢了！！！！”</w:t>
        <w:br/>
        <w:t>“日服也被碾压了！”</w:t>
        <w:br/>
        <w:t>“那招续费太骚了哈哈哈！”</w:t>
        <w:br/>
        <w:t>“宫本武藏估计气疯了！”</w:t>
        <w:br/>
        <w:t>“神豪殿牛逼！！！”</w:t>
      </w:r>
    </w:p>
    <w:p>
      <w:pPr>
        <w:spacing w:line="560" w:lineRule="exact"/>
        <w:ind w:firstLine="420"/>
      </w:pPr>
      <w:r>
        <w:rPr>
          <w:rFonts w:ascii="宋体" w:hAnsi="宋体" w:eastAsia="宋体"/>
          <w:sz w:val="24"/>
        </w:rPr>
        <w:t>解说员激动得声音都在抖：</w:t>
      </w:r>
    </w:p>
    <w:p>
      <w:pPr>
        <w:spacing w:line="560" w:lineRule="exact"/>
        <w:ind w:firstLine="420"/>
      </w:pPr>
      <w:r>
        <w:rPr>
          <w:rFonts w:ascii="宋体" w:hAnsi="宋体" w:eastAsia="宋体"/>
          <w:sz w:val="24"/>
        </w:rPr>
        <w:t>“观众朋友们！华夏服的神豪殿，再次取胜！击败了日服的樱花武士团！”</w:t>
      </w:r>
    </w:p>
    <w:p>
      <w:pPr>
        <w:spacing w:line="560" w:lineRule="exact"/>
        <w:ind w:firstLine="420"/>
      </w:pPr>
      <w:r>
        <w:rPr>
          <w:rFonts w:ascii="宋体" w:hAnsi="宋体" w:eastAsia="宋体"/>
          <w:sz w:val="24"/>
        </w:rPr>
        <w:t>“风中追风那招‘道具续费’，简直是神之一手！日服的战术完全落空了！”</w:t>
      </w:r>
    </w:p>
    <w:p>
      <w:pPr>
        <w:spacing w:line="560" w:lineRule="exact"/>
        <w:ind w:firstLine="420"/>
      </w:pPr>
      <w:r>
        <w:rPr>
          <w:rFonts w:ascii="宋体" w:hAnsi="宋体" w:eastAsia="宋体"/>
          <w:sz w:val="24"/>
        </w:rPr>
        <w:t>“三十二强赛，神豪殿晋级十六强！”</w:t>
      </w:r>
    </w:p>
    <w:p>
      <w:pPr>
        <w:spacing w:line="560" w:lineRule="exact"/>
        <w:ind w:firstLine="420"/>
      </w:pPr>
      <w:r>
        <w:rPr>
          <w:rFonts w:ascii="宋体" w:hAnsi="宋体" w:eastAsia="宋体"/>
          <w:sz w:val="24"/>
        </w:rPr>
        <w:t>赛后，跨服频道里，宫本武藏发了一条消息：</w:t>
      </w:r>
    </w:p>
    <w:p>
      <w:pPr>
        <w:spacing w:line="560" w:lineRule="exact"/>
        <w:ind w:firstLine="420"/>
      </w:pPr>
      <w:r>
        <w:rPr>
          <w:rFonts w:ascii="宋体" w:hAnsi="宋体" w:eastAsia="宋体"/>
          <w:sz w:val="24"/>
        </w:rPr>
        <w:t>“风中追风，你那个续费……是认真的吗？”</w:t>
      </w:r>
    </w:p>
    <w:p>
      <w:pPr>
        <w:spacing w:line="560" w:lineRule="exact"/>
        <w:ind w:firstLine="420"/>
      </w:pPr>
      <w:r>
        <w:rPr>
          <w:rFonts w:ascii="宋体" w:hAnsi="宋体" w:eastAsia="宋体"/>
          <w:sz w:val="24"/>
        </w:rPr>
        <w:t>林风回了一句：“充钱就能续费。《天界》的商城，你值得拥有。”</w:t>
      </w:r>
    </w:p>
    <w:p>
      <w:pPr>
        <w:spacing w:line="560" w:lineRule="exact"/>
        <w:ind w:firstLine="420"/>
      </w:pPr>
      <w:r>
        <w:rPr>
          <w:rFonts w:ascii="宋体" w:hAnsi="宋体" w:eastAsia="宋体"/>
          <w:sz w:val="24"/>
        </w:rPr>
        <w:t>宫本武藏沉默了很久，回了一串省略号：“……”</w:t>
      </w:r>
    </w:p>
    <w:p>
      <w:pPr>
        <w:spacing w:line="560" w:lineRule="exact"/>
        <w:ind w:firstLine="420"/>
      </w:pPr>
      <w:r>
        <w:rPr>
          <w:rFonts w:ascii="宋体" w:hAnsi="宋体" w:eastAsia="宋体"/>
          <w:sz w:val="24"/>
        </w:rPr>
        <w:t>赵铁柱在旁边笑得直拍大腿：“哈哈哈！风哥你把他整不会了！”</w:t>
      </w:r>
    </w:p>
    <w:p>
      <w:pPr>
        <w:spacing w:line="560" w:lineRule="exact"/>
        <w:ind w:firstLine="420"/>
      </w:pPr>
      <w:r>
        <w:rPr>
          <w:rFonts w:ascii="宋体" w:hAnsi="宋体" w:eastAsia="宋体"/>
          <w:sz w:val="24"/>
        </w:rPr>
        <w:t>苏小雅笑得直播都差点关了：“宫本武藏估计今晚睡不着了！”</w:t>
      </w:r>
    </w:p>
    <w:p>
      <w:pPr>
        <w:spacing w:line="560" w:lineRule="exact"/>
        <w:ind w:firstLine="420"/>
      </w:pPr>
      <w:r>
        <w:rPr>
          <w:rFonts w:ascii="宋体" w:hAnsi="宋体" w:eastAsia="宋体"/>
          <w:sz w:val="24"/>
        </w:rPr>
        <w:t>“下一场对谁？”林风问。</w:t>
      </w:r>
    </w:p>
    <w:p>
      <w:pPr>
        <w:spacing w:line="560" w:lineRule="exact"/>
        <w:ind w:firstLine="420"/>
      </w:pPr>
      <w:r>
        <w:rPr>
          <w:rFonts w:ascii="宋体" w:hAnsi="宋体" w:eastAsia="宋体"/>
          <w:sz w:val="24"/>
        </w:rPr>
        <w:t>凌天打开对阵表，念了出来：</w:t>
      </w:r>
    </w:p>
    <w:p>
      <w:pPr>
        <w:spacing w:line="560" w:lineRule="exact"/>
        <w:ind w:firstLine="420"/>
      </w:pPr>
      <w:r>
        <w:rPr>
          <w:rFonts w:ascii="宋体" w:hAnsi="宋体" w:eastAsia="宋体"/>
          <w:sz w:val="24"/>
        </w:rPr>
        <w:t>“十六强赛——华夏服·神豪殿 VS 韩服·不败神话。”</w:t>
      </w:r>
    </w:p>
    <w:p>
      <w:pPr>
        <w:spacing w:line="560" w:lineRule="exact"/>
        <w:ind w:firstLine="420"/>
      </w:pPr>
      <w:r>
        <w:rPr>
          <w:rFonts w:ascii="宋体" w:hAnsi="宋体" w:eastAsia="宋体"/>
          <w:sz w:val="24"/>
        </w:rPr>
        <w:t>公会频道安静了一瞬。</w:t>
      </w:r>
    </w:p>
    <w:p>
      <w:pPr>
        <w:spacing w:line="560" w:lineRule="exact"/>
        <w:ind w:firstLine="420"/>
      </w:pPr>
      <w:r>
        <w:rPr>
          <w:rFonts w:ascii="宋体" w:hAnsi="宋体" w:eastAsia="宋体"/>
          <w:sz w:val="24"/>
        </w:rPr>
        <w:t>韩服·不败神话。</w:t>
      </w:r>
    </w:p>
    <w:p>
      <w:pPr>
        <w:spacing w:line="560" w:lineRule="exact"/>
        <w:ind w:firstLine="420"/>
      </w:pPr>
      <w:r>
        <w:rPr>
          <w:rFonts w:ascii="宋体" w:hAnsi="宋体" w:eastAsia="宋体"/>
          <w:sz w:val="24"/>
        </w:rPr>
        <w:t>会长——不朽战神。前职业电竞选手退役，操作极其变态。全队二十人，全部是韩服排行榜前五十的高手。</w:t>
      </w:r>
    </w:p>
    <w:p>
      <w:pPr>
        <w:spacing w:line="560" w:lineRule="exact"/>
        <w:ind w:firstLine="420"/>
      </w:pPr>
      <w:r>
        <w:rPr>
          <w:rFonts w:ascii="宋体" w:hAnsi="宋体" w:eastAsia="宋体"/>
          <w:sz w:val="24"/>
        </w:rPr>
        <w:t>“硬仗来了。”凌天说。</w:t>
      </w:r>
    </w:p>
    <w:p>
      <w:r>
        <w:br w:type="page"/>
      </w:r>
    </w:p>
    <w:p>
      <w:pPr>
        <w:jc w:val="center"/>
      </w:pPr>
      <w:r>
        <w:rPr>
          <w:b/>
          <w:sz w:val="32"/>
        </w:rPr>
        <w:t>第030章 半决赛·战韩服</w:t>
      </w:r>
    </w:p>
    <w:p>
      <w:pPr>
        <w:jc w:val="center"/>
      </w:pPr>
      <w:r>
        <w:rPr>
          <w:color w:val="999999"/>
          <w:sz w:val="18"/>
        </w:rPr>
        <w:t>（3,420字）</w:t>
      </w:r>
    </w:p>
    <w:p/>
    <w:p>
      <w:pPr>
        <w:spacing w:line="560" w:lineRule="exact"/>
        <w:ind w:firstLine="420"/>
      </w:pPr>
      <w:r>
        <w:rPr>
          <w:rFonts w:ascii="宋体" w:hAnsi="宋体" w:eastAsia="宋体"/>
          <w:sz w:val="24"/>
        </w:rPr>
        <w:t>“韩服放话了，说华夏联只是运气好，进了半决赛，也要被他们打回新手村！”</w:t>
      </w:r>
    </w:p>
    <w:p>
      <w:pPr>
        <w:spacing w:line="560" w:lineRule="exact"/>
        <w:ind w:firstLine="420"/>
      </w:pPr>
      <w:r>
        <w:rPr>
          <w:rFonts w:ascii="宋体" w:hAnsi="宋体" w:eastAsia="宋体"/>
          <w:sz w:val="24"/>
        </w:rPr>
        <w:t>秦雨把平板往桌上一拍，气得脸都红了。</w:t>
      </w:r>
    </w:p>
    <w:p>
      <w:pPr>
        <w:spacing w:line="560" w:lineRule="exact"/>
        <w:ind w:firstLine="420"/>
      </w:pPr>
      <w:r>
        <w:rPr>
          <w:rFonts w:ascii="宋体" w:hAnsi="宋体" w:eastAsia="宋体"/>
          <w:sz w:val="24"/>
        </w:rPr>
        <w:t>苏婉清站在全息投影屏前，冷着脸点开视频。</w:t>
      </w:r>
    </w:p>
    <w:p>
      <w:pPr>
        <w:spacing w:line="560" w:lineRule="exact"/>
        <w:ind w:firstLine="420"/>
      </w:pPr>
      <w:r>
        <w:rPr>
          <w:rFonts w:ascii="宋体" w:hAnsi="宋体" w:eastAsia="宋体"/>
          <w:sz w:val="24"/>
        </w:rPr>
        <w:t>画面里，一个穿着黑金战甲的韩服盾战正对着镜头比了个下压手势，身后十二名韩服玩家排成铁桶阵，整齐得像一面移动的墙。</w:t>
      </w:r>
    </w:p>
    <w:p>
      <w:pPr>
        <w:spacing w:line="560" w:lineRule="exact"/>
        <w:ind w:firstLine="420"/>
      </w:pPr>
      <w:r>
        <w:rPr>
          <w:rFonts w:ascii="宋体" w:hAnsi="宋体" w:eastAsia="宋体"/>
          <w:sz w:val="24"/>
        </w:rPr>
        <w:t>字幕打得刺眼。</w:t>
      </w:r>
    </w:p>
    <w:p>
      <w:pPr>
        <w:spacing w:line="560" w:lineRule="exact"/>
        <w:ind w:firstLine="420"/>
      </w:pPr>
      <w:r>
        <w:rPr>
          <w:rFonts w:ascii="宋体" w:hAnsi="宋体" w:eastAsia="宋体"/>
          <w:sz w:val="24"/>
        </w:rPr>
        <w:t>【太极战盟：韩服不败神话，专破华夏第一公会。】</w:t>
      </w:r>
    </w:p>
    <w:p>
      <w:pPr>
        <w:spacing w:line="560" w:lineRule="exact"/>
        <w:ind w:firstLine="420"/>
      </w:pPr>
      <w:r>
        <w:rPr>
          <w:rFonts w:ascii="宋体" w:hAnsi="宋体" w:eastAsia="宋体"/>
          <w:sz w:val="24"/>
        </w:rPr>
        <w:t>林风坐在沙发上，看着屏幕里那排盾战，眼睛眯了起来。</w:t>
      </w:r>
    </w:p>
    <w:p>
      <w:pPr>
        <w:spacing w:line="560" w:lineRule="exact"/>
        <w:ind w:firstLine="420"/>
      </w:pPr>
      <w:r>
        <w:rPr>
          <w:rFonts w:ascii="宋体" w:hAnsi="宋体" w:eastAsia="宋体"/>
          <w:sz w:val="24"/>
        </w:rPr>
        <w:t>“挺狂啊。”</w:t>
      </w:r>
    </w:p>
    <w:p>
      <w:pPr>
        <w:spacing w:line="560" w:lineRule="exact"/>
        <w:ind w:firstLine="420"/>
      </w:pPr>
      <w:r>
        <w:rPr>
          <w:rFonts w:ascii="宋体" w:hAnsi="宋体" w:eastAsia="宋体"/>
          <w:sz w:val="24"/>
        </w:rPr>
        <w:t>赵铁柱抱着大盾，在办公室里来回踱步，憋了半天冒出一句：“哥，他们这阵型，看着是真硬。”</w:t>
      </w:r>
    </w:p>
    <w:p>
      <w:pPr>
        <w:spacing w:line="560" w:lineRule="exact"/>
        <w:ind w:firstLine="420"/>
      </w:pPr>
      <w:r>
        <w:rPr>
          <w:rFonts w:ascii="宋体" w:hAnsi="宋体" w:eastAsia="宋体"/>
          <w:sz w:val="24"/>
        </w:rPr>
        <w:t>苏小雅把直播数据调出来，语气也有点紧：“风中追风，现在全网都在看这一场。昨晚首战日服的视频播放量破五百万了，今天半决赛直播间预约人数已经到了一百三十万。”</w:t>
      </w:r>
    </w:p>
    <w:p>
      <w:pPr>
        <w:spacing w:line="560" w:lineRule="exact"/>
        <w:ind w:firstLine="420"/>
      </w:pPr>
      <w:r>
        <w:rPr>
          <w:rFonts w:ascii="宋体" w:hAnsi="宋体" w:eastAsia="宋体"/>
          <w:sz w:val="24"/>
        </w:rPr>
        <w:t>她顿了顿，又说：“弹幕里很多人说，日服脆，韩服不一样。韩服盾战体系，在亚洲区联赛里从来没被正面破过。”</w:t>
      </w:r>
    </w:p>
    <w:p>
      <w:pPr>
        <w:spacing w:line="560" w:lineRule="exact"/>
        <w:ind w:firstLine="420"/>
      </w:pPr>
      <w:r>
        <w:rPr>
          <w:rFonts w:ascii="宋体" w:hAnsi="宋体" w:eastAsia="宋体"/>
          <w:sz w:val="24"/>
        </w:rPr>
        <w:t>凌天推门进来，手里拿着一叠战术板。</w:t>
      </w:r>
    </w:p>
    <w:p>
      <w:pPr>
        <w:spacing w:line="560" w:lineRule="exact"/>
        <w:ind w:firstLine="420"/>
      </w:pPr>
      <w:r>
        <w:rPr>
          <w:rFonts w:ascii="宋体" w:hAnsi="宋体" w:eastAsia="宋体"/>
          <w:sz w:val="24"/>
        </w:rPr>
        <w:t>“我看过他们前面两场比赛。”</w:t>
      </w:r>
    </w:p>
    <w:p>
      <w:pPr>
        <w:spacing w:line="560" w:lineRule="exact"/>
        <w:ind w:firstLine="420"/>
      </w:pPr>
      <w:r>
        <w:rPr>
          <w:rFonts w:ascii="宋体" w:hAnsi="宋体" w:eastAsia="宋体"/>
          <w:sz w:val="24"/>
        </w:rPr>
        <w:t>他把战术板展开，上面密密麻麻画着箭头。</w:t>
      </w:r>
    </w:p>
    <w:p>
      <w:pPr>
        <w:spacing w:line="560" w:lineRule="exact"/>
        <w:ind w:firstLine="420"/>
      </w:pPr>
      <w:r>
        <w:rPr>
          <w:rFonts w:ascii="宋体" w:hAnsi="宋体" w:eastAsia="宋体"/>
          <w:sz w:val="24"/>
        </w:rPr>
        <w:t>“韩服太极战盟的打法很简单，也很恶心。六盾在前，双牧师，三法师，双刺客，一弓手。盾战不开冲锋，不抢节奏，只压阵线。法师躲在盾后叠火雨和冰环，刺客绕后切治疗。只要对手阵型一乱，他们就集体推进。”</w:t>
      </w:r>
    </w:p>
    <w:p>
      <w:pPr>
        <w:spacing w:line="560" w:lineRule="exact"/>
        <w:ind w:firstLine="420"/>
      </w:pPr>
      <w:r>
        <w:rPr>
          <w:rFonts w:ascii="宋体" w:hAnsi="宋体" w:eastAsia="宋体"/>
          <w:sz w:val="24"/>
        </w:rPr>
        <w:t>赵铁柱挠头：“这不就是铁王八吗？”</w:t>
      </w:r>
    </w:p>
    <w:p>
      <w:pPr>
        <w:spacing w:line="560" w:lineRule="exact"/>
        <w:ind w:firstLine="420"/>
      </w:pPr>
      <w:r>
        <w:rPr>
          <w:rFonts w:ascii="宋体" w:hAnsi="宋体" w:eastAsia="宋体"/>
          <w:sz w:val="24"/>
        </w:rPr>
        <w:t>“比铁王八还烦。”凌天看着林风，“他们不是守，是把你慢慢挤死。日服输在脆，韩服输不起这种慢刀子割肉。”</w:t>
      </w:r>
    </w:p>
    <w:p>
      <w:pPr>
        <w:spacing w:line="560" w:lineRule="exact"/>
        <w:ind w:firstLine="420"/>
      </w:pPr>
      <w:r>
        <w:rPr>
          <w:rFonts w:ascii="宋体" w:hAnsi="宋体" w:eastAsia="宋体"/>
          <w:sz w:val="24"/>
        </w:rPr>
        <w:t>苏婉清看向林风：“你有把握吗？”</w:t>
      </w:r>
    </w:p>
    <w:p>
      <w:pPr>
        <w:spacing w:line="560" w:lineRule="exact"/>
        <w:ind w:firstLine="420"/>
      </w:pPr>
      <w:r>
        <w:rPr>
          <w:rFonts w:ascii="宋体" w:hAnsi="宋体" w:eastAsia="宋体"/>
          <w:sz w:val="24"/>
        </w:rPr>
        <w:t>林风站起来，拿起桌上的银色登录手环。</w:t>
      </w:r>
    </w:p>
    <w:p>
      <w:pPr>
        <w:spacing w:line="560" w:lineRule="exact"/>
        <w:ind w:firstLine="420"/>
      </w:pPr>
      <w:r>
        <w:rPr>
          <w:rFonts w:ascii="宋体" w:hAnsi="宋体" w:eastAsia="宋体"/>
          <w:sz w:val="24"/>
        </w:rPr>
        <w:t>“有没有把握，进去打一架就知道了。”</w:t>
      </w:r>
    </w:p>
    <w:p>
      <w:pPr>
        <w:spacing w:line="560" w:lineRule="exact"/>
        <w:ind w:firstLine="420"/>
      </w:pPr>
      <w:r>
        <w:rPr>
          <w:rFonts w:ascii="宋体" w:hAnsi="宋体" w:eastAsia="宋体"/>
          <w:sz w:val="24"/>
        </w:rPr>
        <w:t>苏小雅立刻打开公会频道。</w:t>
      </w:r>
    </w:p>
    <w:p>
      <w:pPr>
        <w:spacing w:line="560" w:lineRule="exact"/>
        <w:ind w:firstLine="420"/>
      </w:pPr>
      <w:r>
        <w:rPr>
          <w:rFonts w:ascii="宋体" w:hAnsi="宋体" w:eastAsia="宋体"/>
          <w:sz w:val="24"/>
        </w:rPr>
        <w:t>“神豪殿全员注意，半小时后跨服半决赛。华夏联对外名单，神豪殿为主力，替补待命。风中追风指挥，凌天副指挥，雨落倾城负责治疗调度，赵铁柱前排，夜影绕后。”</w:t>
      </w:r>
    </w:p>
    <w:p>
      <w:pPr>
        <w:spacing w:line="560" w:lineRule="exact"/>
        <w:ind w:firstLine="420"/>
      </w:pPr>
      <w:r>
        <w:rPr>
          <w:rFonts w:ascii="宋体" w:hAnsi="宋体" w:eastAsia="宋体"/>
          <w:sz w:val="24"/>
        </w:rPr>
        <w:t>频道里瞬间炸开。</w:t>
      </w:r>
    </w:p>
    <w:p>
      <w:pPr>
        <w:spacing w:line="560" w:lineRule="exact"/>
        <w:ind w:firstLine="420"/>
      </w:pPr>
      <w:r>
        <w:rPr>
          <w:rFonts w:ascii="宋体" w:hAnsi="宋体" w:eastAsia="宋体"/>
          <w:sz w:val="24"/>
        </w:rPr>
        <w:t>“来了来了！”</w:t>
      </w:r>
    </w:p>
    <w:p>
      <w:pPr>
        <w:spacing w:line="560" w:lineRule="exact"/>
        <w:ind w:firstLine="420"/>
      </w:pPr>
      <w:r>
        <w:rPr>
          <w:rFonts w:ascii="宋体" w:hAnsi="宋体" w:eastAsia="宋体"/>
          <w:sz w:val="24"/>
        </w:rPr>
        <w:t>“兄弟们，干翻韩服！”</w:t>
      </w:r>
    </w:p>
    <w:p>
      <w:pPr>
        <w:spacing w:line="560" w:lineRule="exact"/>
        <w:ind w:firstLine="420"/>
      </w:pPr>
      <w:r>
        <w:rPr>
          <w:rFonts w:ascii="宋体" w:hAnsi="宋体" w:eastAsia="宋体"/>
          <w:sz w:val="24"/>
        </w:rPr>
        <w:t>“风中大佬，带我们冲！”</w:t>
      </w:r>
    </w:p>
    <w:p>
      <w:pPr>
        <w:spacing w:line="560" w:lineRule="exact"/>
        <w:ind w:firstLine="420"/>
      </w:pPr>
      <w:r>
        <w:rPr>
          <w:rFonts w:ascii="宋体" w:hAnsi="宋体" w:eastAsia="宋体"/>
          <w:sz w:val="24"/>
        </w:rPr>
        <w:t>林风看向赵铁柱。</w:t>
      </w:r>
    </w:p>
    <w:p>
      <w:pPr>
        <w:spacing w:line="560" w:lineRule="exact"/>
        <w:ind w:firstLine="420"/>
      </w:pPr>
      <w:r>
        <w:rPr>
          <w:rFonts w:ascii="宋体" w:hAnsi="宋体" w:eastAsia="宋体"/>
          <w:sz w:val="24"/>
        </w:rPr>
        <w:t>“铁柱，今天你不用一个人顶。”</w:t>
      </w:r>
    </w:p>
    <w:p>
      <w:pPr>
        <w:spacing w:line="560" w:lineRule="exact"/>
        <w:ind w:firstLine="420"/>
      </w:pPr>
      <w:r>
        <w:rPr>
          <w:rFonts w:ascii="宋体" w:hAnsi="宋体" w:eastAsia="宋体"/>
          <w:sz w:val="24"/>
        </w:rPr>
        <w:t>赵铁柱愣了一下：“啊？”</w:t>
      </w:r>
    </w:p>
    <w:p>
      <w:pPr>
        <w:spacing w:line="560" w:lineRule="exact"/>
        <w:ind w:firstLine="420"/>
      </w:pPr>
      <w:r>
        <w:rPr>
          <w:rFonts w:ascii="宋体" w:hAnsi="宋体" w:eastAsia="宋体"/>
          <w:sz w:val="24"/>
        </w:rPr>
        <w:t>林风把手环扣上，系统界面在眼前展开。</w:t>
      </w:r>
    </w:p>
    <w:p>
      <w:pPr>
        <w:spacing w:line="560" w:lineRule="exact"/>
        <w:ind w:firstLine="420"/>
      </w:pPr>
      <w:r>
        <w:rPr>
          <w:rFonts w:ascii="宋体" w:hAnsi="宋体" w:eastAsia="宋体"/>
          <w:sz w:val="24"/>
        </w:rPr>
        <w:t>【神豪系统已激活。】</w:t>
      </w:r>
    </w:p>
    <w:p>
      <w:pPr>
        <w:spacing w:line="560" w:lineRule="exact"/>
        <w:ind w:firstLine="420"/>
      </w:pPr>
      <w:r>
        <w:rPr>
          <w:rFonts w:ascii="宋体" w:hAnsi="宋体" w:eastAsia="宋体"/>
          <w:sz w:val="24"/>
        </w:rPr>
        <w:t>【当前余额：∞】</w:t>
      </w:r>
    </w:p>
    <w:p>
      <w:pPr>
        <w:spacing w:line="560" w:lineRule="exact"/>
        <w:ind w:firstLine="420"/>
      </w:pPr>
      <w:r>
        <w:rPr>
          <w:rFonts w:ascii="宋体" w:hAnsi="宋体" w:eastAsia="宋体"/>
          <w:sz w:val="24"/>
        </w:rPr>
        <w:t>【可购买：装备、技能、消耗品、增益、隐藏职业权限。】</w:t>
      </w:r>
    </w:p>
    <w:p>
      <w:pPr>
        <w:spacing w:line="560" w:lineRule="exact"/>
        <w:ind w:firstLine="420"/>
      </w:pPr>
      <w:r>
        <w:rPr>
          <w:rFonts w:ascii="宋体" w:hAnsi="宋体" w:eastAsia="宋体"/>
          <w:sz w:val="24"/>
        </w:rPr>
        <w:t>林风手指一划。</w:t>
      </w:r>
    </w:p>
    <w:p>
      <w:pPr>
        <w:spacing w:line="560" w:lineRule="exact"/>
        <w:ind w:firstLine="420"/>
      </w:pPr>
      <w:r>
        <w:rPr>
          <w:rFonts w:ascii="宋体" w:hAnsi="宋体" w:eastAsia="宋体"/>
          <w:sz w:val="24"/>
        </w:rPr>
        <w:t>“给我开一套能扛住韩服十二人集火的坦克装。”</w:t>
      </w:r>
    </w:p>
    <w:p>
      <w:pPr>
        <w:spacing w:line="560" w:lineRule="exact"/>
        <w:ind w:firstLine="420"/>
      </w:pPr>
      <w:r>
        <w:rPr>
          <w:rFonts w:ascii="宋体" w:hAnsi="宋体" w:eastAsia="宋体"/>
          <w:sz w:val="24"/>
        </w:rPr>
        <w:t>系统提示疯狂弹出。</w:t>
      </w:r>
    </w:p>
    <w:p>
      <w:pPr>
        <w:spacing w:line="560" w:lineRule="exact"/>
        <w:ind w:firstLine="420"/>
      </w:pPr>
      <w:r>
        <w:rPr>
          <w:rFonts w:ascii="宋体" w:hAnsi="宋体" w:eastAsia="宋体"/>
          <w:sz w:val="24"/>
        </w:rPr>
        <w:t>【购买成功：泰坦之心胸甲（神话级）】</w:t>
      </w:r>
    </w:p>
    <w:p>
      <w:pPr>
        <w:spacing w:line="560" w:lineRule="exact"/>
        <w:ind w:firstLine="420"/>
      </w:pPr>
      <w:r>
        <w:rPr>
          <w:rFonts w:ascii="宋体" w:hAnsi="宋体" w:eastAsia="宋体"/>
          <w:sz w:val="24"/>
        </w:rPr>
        <w:t>【购买成功：不灭壁垒巨盾（神话级）】</w:t>
      </w:r>
    </w:p>
    <w:p>
      <w:pPr>
        <w:spacing w:line="560" w:lineRule="exact"/>
        <w:ind w:firstLine="420"/>
      </w:pPr>
      <w:r>
        <w:rPr>
          <w:rFonts w:ascii="宋体" w:hAnsi="宋体" w:eastAsia="宋体"/>
          <w:sz w:val="24"/>
        </w:rPr>
        <w:t>【购买成功：战争领主临时转职令（限时60分钟）】</w:t>
      </w:r>
    </w:p>
    <w:p>
      <w:pPr>
        <w:spacing w:line="560" w:lineRule="exact"/>
        <w:ind w:firstLine="420"/>
      </w:pPr>
      <w:r>
        <w:rPr>
          <w:rFonts w:ascii="宋体" w:hAnsi="宋体" w:eastAsia="宋体"/>
          <w:sz w:val="24"/>
        </w:rPr>
        <w:t>【购买成功：反震光环（金色）】</w:t>
      </w:r>
    </w:p>
    <w:p>
      <w:pPr>
        <w:spacing w:line="560" w:lineRule="exact"/>
        <w:ind w:firstLine="420"/>
      </w:pPr>
      <w:r>
        <w:rPr>
          <w:rFonts w:ascii="宋体" w:hAnsi="宋体" w:eastAsia="宋体"/>
          <w:sz w:val="24"/>
        </w:rPr>
        <w:t>【购买成功：霸体药剂×99】</w:t>
      </w:r>
    </w:p>
    <w:p>
      <w:pPr>
        <w:spacing w:line="560" w:lineRule="exact"/>
        <w:ind w:firstLine="420"/>
      </w:pPr>
      <w:r>
        <w:rPr>
          <w:rFonts w:ascii="宋体" w:hAnsi="宋体" w:eastAsia="宋体"/>
          <w:sz w:val="24"/>
        </w:rPr>
        <w:t>【购买成功：群体护盾卷轴×50】</w:t>
      </w:r>
    </w:p>
    <w:p>
      <w:pPr>
        <w:spacing w:line="560" w:lineRule="exact"/>
        <w:ind w:firstLine="420"/>
      </w:pPr>
      <w:r>
        <w:rPr>
          <w:rFonts w:ascii="宋体" w:hAnsi="宋体" w:eastAsia="宋体"/>
          <w:sz w:val="24"/>
        </w:rPr>
        <w:t>赵铁柱看得眼珠子都快瞪出来了。</w:t>
      </w:r>
    </w:p>
    <w:p>
      <w:pPr>
        <w:spacing w:line="560" w:lineRule="exact"/>
        <w:ind w:firstLine="420"/>
      </w:pPr>
      <w:r>
        <w:rPr>
          <w:rFonts w:ascii="宋体" w:hAnsi="宋体" w:eastAsia="宋体"/>
          <w:sz w:val="24"/>
        </w:rPr>
        <w:t>“哥，你这是要自己当主坦啊？”</w:t>
      </w:r>
    </w:p>
    <w:p>
      <w:pPr>
        <w:spacing w:line="560" w:lineRule="exact"/>
        <w:ind w:firstLine="420"/>
      </w:pPr>
      <w:r>
        <w:rPr>
          <w:rFonts w:ascii="宋体" w:hAnsi="宋体" w:eastAsia="宋体"/>
          <w:sz w:val="24"/>
        </w:rPr>
        <w:t>林风活动了一下手腕。</w:t>
      </w:r>
    </w:p>
    <w:p>
      <w:pPr>
        <w:spacing w:line="560" w:lineRule="exact"/>
        <w:ind w:firstLine="420"/>
      </w:pPr>
      <w:r>
        <w:rPr>
          <w:rFonts w:ascii="宋体" w:hAnsi="宋体" w:eastAsia="宋体"/>
          <w:sz w:val="24"/>
        </w:rPr>
        <w:t>“他们不是喜欢盾阵吗？那就让他们看看，什么叫真正的盾。”</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跨服竞技场，半决赛场。</w:t>
      </w:r>
    </w:p>
    <w:p>
      <w:pPr>
        <w:spacing w:line="560" w:lineRule="exact"/>
        <w:ind w:firstLine="420"/>
      </w:pPr>
      <w:r>
        <w:rPr>
          <w:rFonts w:ascii="宋体" w:hAnsi="宋体" w:eastAsia="宋体"/>
          <w:sz w:val="24"/>
        </w:rPr>
        <w:t>《天界》官方把地图做成了一座悬浮在云海中的古战场。场地中央是四方石台，四周被透明光幕封住，观众席上，华夏、日服、韩服、美服、欧服的玩家虚影密密麻麻。</w:t>
      </w:r>
    </w:p>
    <w:p>
      <w:pPr>
        <w:spacing w:line="560" w:lineRule="exact"/>
        <w:ind w:firstLine="420"/>
      </w:pPr>
      <w:r>
        <w:rPr>
          <w:rFonts w:ascii="宋体" w:hAnsi="宋体" w:eastAsia="宋体"/>
          <w:sz w:val="24"/>
        </w:rPr>
        <w:t>华夏联登场。</w:t>
      </w:r>
    </w:p>
    <w:p>
      <w:pPr>
        <w:spacing w:line="560" w:lineRule="exact"/>
        <w:ind w:firstLine="420"/>
      </w:pPr>
      <w:r>
        <w:rPr>
          <w:rFonts w:ascii="宋体" w:hAnsi="宋体" w:eastAsia="宋体"/>
          <w:sz w:val="24"/>
        </w:rPr>
        <w:t>林风ID：风中追风。</w:t>
      </w:r>
    </w:p>
    <w:p>
      <w:pPr>
        <w:spacing w:line="560" w:lineRule="exact"/>
        <w:ind w:firstLine="420"/>
      </w:pPr>
      <w:r>
        <w:rPr>
          <w:rFonts w:ascii="宋体" w:hAnsi="宋体" w:eastAsia="宋体"/>
          <w:sz w:val="24"/>
        </w:rPr>
        <w:t>赵铁柱：铁壁如山。</w:t>
      </w:r>
    </w:p>
    <w:p>
      <w:pPr>
        <w:spacing w:line="560" w:lineRule="exact"/>
        <w:ind w:firstLine="420"/>
      </w:pPr>
      <w:r>
        <w:rPr>
          <w:rFonts w:ascii="宋体" w:hAnsi="宋体" w:eastAsia="宋体"/>
          <w:sz w:val="24"/>
        </w:rPr>
        <w:t>苏小雅：雨落倾城。</w:t>
      </w:r>
    </w:p>
    <w:p>
      <w:pPr>
        <w:spacing w:line="560" w:lineRule="exact"/>
        <w:ind w:firstLine="420"/>
      </w:pPr>
      <w:r>
        <w:rPr>
          <w:rFonts w:ascii="宋体" w:hAnsi="宋体" w:eastAsia="宋体"/>
          <w:sz w:val="24"/>
        </w:rPr>
        <w:t>夜影：夜影。</w:t>
      </w:r>
    </w:p>
    <w:p>
      <w:pPr>
        <w:spacing w:line="560" w:lineRule="exact"/>
        <w:ind w:firstLine="420"/>
      </w:pPr>
      <w:r>
        <w:rPr>
          <w:rFonts w:ascii="宋体" w:hAnsi="宋体" w:eastAsia="宋体"/>
          <w:sz w:val="24"/>
        </w:rPr>
        <w:t>凌天：凌天。</w:t>
      </w:r>
    </w:p>
    <w:p>
      <w:pPr>
        <w:spacing w:line="560" w:lineRule="exact"/>
        <w:ind w:firstLine="420"/>
      </w:pPr>
      <w:r>
        <w:rPr>
          <w:rFonts w:ascii="宋体" w:hAnsi="宋体" w:eastAsia="宋体"/>
          <w:sz w:val="24"/>
        </w:rPr>
        <w:t>韩服太极战盟登场。</w:t>
      </w:r>
    </w:p>
    <w:p>
      <w:pPr>
        <w:spacing w:line="560" w:lineRule="exact"/>
        <w:ind w:firstLine="420"/>
      </w:pPr>
      <w:r>
        <w:rPr>
          <w:rFonts w:ascii="宋体" w:hAnsi="宋体" w:eastAsia="宋体"/>
          <w:sz w:val="24"/>
        </w:rPr>
        <w:t>队长ID：太极玄盾。</w:t>
      </w:r>
    </w:p>
    <w:p>
      <w:pPr>
        <w:spacing w:line="560" w:lineRule="exact"/>
        <w:ind w:firstLine="420"/>
      </w:pPr>
      <w:r>
        <w:rPr>
          <w:rFonts w:ascii="宋体" w:hAnsi="宋体" w:eastAsia="宋体"/>
          <w:sz w:val="24"/>
        </w:rPr>
        <w:t>副队长ID：韩影。</w:t>
      </w:r>
    </w:p>
    <w:p>
      <w:pPr>
        <w:spacing w:line="560" w:lineRule="exact"/>
        <w:ind w:firstLine="420"/>
      </w:pPr>
      <w:r>
        <w:rPr>
          <w:rFonts w:ascii="宋体" w:hAnsi="宋体" w:eastAsia="宋体"/>
          <w:sz w:val="24"/>
        </w:rPr>
        <w:t>十二个人一出来，就直接排阵。</w:t>
      </w:r>
    </w:p>
    <w:p>
      <w:pPr>
        <w:spacing w:line="560" w:lineRule="exact"/>
        <w:ind w:firstLine="420"/>
      </w:pPr>
      <w:r>
        <w:rPr>
          <w:rFonts w:ascii="宋体" w:hAnsi="宋体" w:eastAsia="宋体"/>
          <w:sz w:val="24"/>
        </w:rPr>
        <w:t>六名盾战在最前，盾牌同时落地，金色光墙连成一片。</w:t>
      </w:r>
    </w:p>
    <w:p>
      <w:pPr>
        <w:spacing w:line="560" w:lineRule="exact"/>
        <w:ind w:firstLine="420"/>
      </w:pPr>
      <w:r>
        <w:rPr>
          <w:rFonts w:ascii="宋体" w:hAnsi="宋体" w:eastAsia="宋体"/>
          <w:sz w:val="24"/>
        </w:rPr>
        <w:t>【太极壁垒】！</w:t>
      </w:r>
    </w:p>
    <w:p>
      <w:pPr>
        <w:spacing w:line="560" w:lineRule="exact"/>
        <w:ind w:firstLine="420"/>
      </w:pPr>
      <w:r>
        <w:rPr>
          <w:rFonts w:ascii="宋体" w:hAnsi="宋体" w:eastAsia="宋体"/>
          <w:sz w:val="24"/>
        </w:rPr>
        <w:t>【圣光连锁】！</w:t>
      </w:r>
    </w:p>
    <w:p>
      <w:pPr>
        <w:spacing w:line="560" w:lineRule="exact"/>
        <w:ind w:firstLine="420"/>
      </w:pPr>
      <w:r>
        <w:rPr>
          <w:rFonts w:ascii="宋体" w:hAnsi="宋体" w:eastAsia="宋体"/>
          <w:sz w:val="24"/>
        </w:rPr>
        <w:t>【铁幕推进】！</w:t>
      </w:r>
    </w:p>
    <w:p>
      <w:pPr>
        <w:spacing w:line="560" w:lineRule="exact"/>
        <w:ind w:firstLine="420"/>
      </w:pPr>
      <w:r>
        <w:rPr>
          <w:rFonts w:ascii="宋体" w:hAnsi="宋体" w:eastAsia="宋体"/>
          <w:sz w:val="24"/>
        </w:rPr>
        <w:t>三道防御光环叠在一起，六名盾战脚下出现六边形阵纹，硬生生把整片石台压得咔咔作响。</w:t>
      </w:r>
    </w:p>
    <w:p>
      <w:pPr>
        <w:spacing w:line="560" w:lineRule="exact"/>
        <w:ind w:firstLine="420"/>
      </w:pPr>
      <w:r>
        <w:rPr>
          <w:rFonts w:ascii="宋体" w:hAnsi="宋体" w:eastAsia="宋体"/>
          <w:sz w:val="24"/>
        </w:rPr>
        <w:t>世界频道瞬间爆了。</w:t>
      </w:r>
    </w:p>
    <w:p>
      <w:pPr>
        <w:spacing w:line="560" w:lineRule="exact"/>
        <w:ind w:firstLine="420"/>
      </w:pPr>
      <w:r>
        <w:rPr>
          <w:rFonts w:ascii="宋体" w:hAnsi="宋体" w:eastAsia="宋体"/>
          <w:sz w:val="24"/>
        </w:rPr>
        <w:t>“这阵型，真像一堵墙！”</w:t>
      </w:r>
    </w:p>
    <w:p>
      <w:pPr>
        <w:spacing w:line="560" w:lineRule="exact"/>
        <w:ind w:firstLine="420"/>
      </w:pPr>
      <w:r>
        <w:rPr>
          <w:rFonts w:ascii="宋体" w:hAnsi="宋体" w:eastAsia="宋体"/>
          <w:sz w:val="24"/>
        </w:rPr>
        <w:t>“华夏联这次难了，韩服这盾阵没死角。”</w:t>
      </w:r>
    </w:p>
    <w:p>
      <w:pPr>
        <w:spacing w:line="560" w:lineRule="exact"/>
        <w:ind w:firstLine="420"/>
      </w:pPr>
      <w:r>
        <w:rPr>
          <w:rFonts w:ascii="宋体" w:hAnsi="宋体" w:eastAsia="宋体"/>
          <w:sz w:val="24"/>
        </w:rPr>
        <w:t>“风中追风再强也是输出吧？正面撞盾阵，不现实。”</w:t>
      </w:r>
    </w:p>
    <w:p>
      <w:pPr>
        <w:spacing w:line="560" w:lineRule="exact"/>
        <w:ind w:firstLine="420"/>
      </w:pPr>
      <w:r>
        <w:rPr>
          <w:rFonts w:ascii="宋体" w:hAnsi="宋体" w:eastAsia="宋体"/>
          <w:sz w:val="24"/>
        </w:rPr>
        <w:t>“日服是被秒，韩服是慢慢磨死你，完全不一样。”</w:t>
      </w:r>
    </w:p>
    <w:p>
      <w:pPr>
        <w:spacing w:line="560" w:lineRule="exact"/>
        <w:ind w:firstLine="420"/>
      </w:pPr>
      <w:r>
        <w:rPr>
          <w:rFonts w:ascii="宋体" w:hAnsi="宋体" w:eastAsia="宋体"/>
          <w:sz w:val="24"/>
        </w:rPr>
        <w:t>直播间弹幕也跟着刷。</w:t>
      </w:r>
    </w:p>
    <w:p>
      <w:pPr>
        <w:spacing w:line="560" w:lineRule="exact"/>
        <w:ind w:firstLine="420"/>
      </w:pPr>
      <w:r>
        <w:rPr>
          <w:rFonts w:ascii="宋体" w:hAnsi="宋体" w:eastAsia="宋体"/>
          <w:sz w:val="24"/>
        </w:rPr>
        <w:t>“完了完了，韩服这阵太专业了。”</w:t>
      </w:r>
    </w:p>
    <w:p>
      <w:pPr>
        <w:spacing w:line="560" w:lineRule="exact"/>
        <w:ind w:firstLine="420"/>
      </w:pPr>
      <w:r>
        <w:rPr>
          <w:rFonts w:ascii="宋体" w:hAnsi="宋体" w:eastAsia="宋体"/>
          <w:sz w:val="24"/>
        </w:rPr>
        <w:t>“风中大佬别硬来啊！”</w:t>
      </w:r>
    </w:p>
    <w:p>
      <w:pPr>
        <w:spacing w:line="560" w:lineRule="exact"/>
        <w:ind w:firstLine="420"/>
      </w:pPr>
      <w:r>
        <w:rPr>
          <w:rFonts w:ascii="宋体" w:hAnsi="宋体" w:eastAsia="宋体"/>
          <w:sz w:val="24"/>
        </w:rPr>
        <w:t>“神豪殿加油！”</w:t>
      </w:r>
    </w:p>
    <w:p>
      <w:pPr>
        <w:spacing w:line="560" w:lineRule="exact"/>
        <w:ind w:firstLine="420"/>
      </w:pPr>
      <w:r>
        <w:rPr>
          <w:rFonts w:ascii="宋体" w:hAnsi="宋体" w:eastAsia="宋体"/>
          <w:sz w:val="24"/>
        </w:rPr>
        <w:t>“铁柱顶住！”</w:t>
      </w:r>
    </w:p>
    <w:p>
      <w:pPr>
        <w:spacing w:line="560" w:lineRule="exact"/>
        <w:ind w:firstLine="420"/>
      </w:pPr>
      <w:r>
        <w:rPr>
          <w:rFonts w:ascii="宋体" w:hAnsi="宋体" w:eastAsia="宋体"/>
          <w:sz w:val="24"/>
        </w:rPr>
        <w:t>韩服队长太极玄盾在公共频道打出一行字。</w:t>
      </w:r>
    </w:p>
    <w:p>
      <w:pPr>
        <w:spacing w:line="560" w:lineRule="exact"/>
        <w:ind w:firstLine="420"/>
      </w:pPr>
      <w:r>
        <w:rPr>
          <w:rFonts w:ascii="宋体" w:hAnsi="宋体" w:eastAsia="宋体"/>
          <w:sz w:val="24"/>
        </w:rPr>
        <w:t>【太极玄盾：华夏联，三分钟。你们会比日服更难看。】</w:t>
      </w:r>
    </w:p>
    <w:p>
      <w:pPr>
        <w:spacing w:line="560" w:lineRule="exact"/>
        <w:ind w:firstLine="420"/>
      </w:pPr>
      <w:r>
        <w:rPr>
          <w:rFonts w:ascii="宋体" w:hAnsi="宋体" w:eastAsia="宋体"/>
          <w:sz w:val="24"/>
        </w:rPr>
        <w:t>赵铁柱当场火气上来了。</w:t>
      </w:r>
    </w:p>
    <w:p>
      <w:pPr>
        <w:spacing w:line="560" w:lineRule="exact"/>
        <w:ind w:firstLine="420"/>
      </w:pPr>
      <w:r>
        <w:rPr>
          <w:rFonts w:ascii="宋体" w:hAnsi="宋体" w:eastAsia="宋体"/>
          <w:sz w:val="24"/>
        </w:rPr>
        <w:t>“我靠，他骂我们！”</w:t>
      </w:r>
    </w:p>
    <w:p>
      <w:pPr>
        <w:spacing w:line="560" w:lineRule="exact"/>
        <w:ind w:firstLine="420"/>
      </w:pPr>
      <w:r>
        <w:rPr>
          <w:rFonts w:ascii="宋体" w:hAnsi="宋体" w:eastAsia="宋体"/>
          <w:sz w:val="24"/>
        </w:rPr>
        <w:t>凌天抬手：“别急，按计划。”</w:t>
      </w:r>
    </w:p>
    <w:p>
      <w:pPr>
        <w:spacing w:line="560" w:lineRule="exact"/>
        <w:ind w:firstLine="420"/>
      </w:pPr>
      <w:r>
        <w:rPr>
          <w:rFonts w:ascii="宋体" w:hAnsi="宋体" w:eastAsia="宋体"/>
          <w:sz w:val="24"/>
        </w:rPr>
        <w:t>苏小雅法杖一举，柔白光点落在林风身上。</w:t>
      </w:r>
    </w:p>
    <w:p>
      <w:pPr>
        <w:spacing w:line="560" w:lineRule="exact"/>
        <w:ind w:firstLine="420"/>
      </w:pPr>
      <w:r>
        <w:rPr>
          <w:rFonts w:ascii="宋体" w:hAnsi="宋体" w:eastAsia="宋体"/>
          <w:sz w:val="24"/>
        </w:rPr>
        <w:t>“风中，治疗链给你。”</w:t>
      </w:r>
    </w:p>
    <w:p>
      <w:pPr>
        <w:spacing w:line="560" w:lineRule="exact"/>
        <w:ind w:firstLine="420"/>
      </w:pPr>
      <w:r>
        <w:rPr>
          <w:rFonts w:ascii="宋体" w:hAnsi="宋体" w:eastAsia="宋体"/>
          <w:sz w:val="24"/>
        </w:rPr>
        <w:t>夜影已经消失在阴影里，只留下一句冷冰冰的话。</w:t>
      </w:r>
    </w:p>
    <w:p>
      <w:pPr>
        <w:spacing w:line="560" w:lineRule="exact"/>
        <w:ind w:firstLine="420"/>
      </w:pPr>
      <w:r>
        <w:rPr>
          <w:rFonts w:ascii="宋体" w:hAnsi="宋体" w:eastAsia="宋体"/>
          <w:sz w:val="24"/>
        </w:rPr>
        <w:t>“我去切牧师。”</w:t>
      </w:r>
    </w:p>
    <w:p>
      <w:pPr>
        <w:spacing w:line="560" w:lineRule="exact"/>
        <w:ind w:firstLine="420"/>
      </w:pPr>
      <w:r>
        <w:rPr>
          <w:rFonts w:ascii="宋体" w:hAnsi="宋体" w:eastAsia="宋体"/>
          <w:sz w:val="24"/>
        </w:rPr>
        <w:t>林风没有回话。</w:t>
      </w:r>
    </w:p>
    <w:p>
      <w:pPr>
        <w:spacing w:line="560" w:lineRule="exact"/>
        <w:ind w:firstLine="420"/>
      </w:pPr>
      <w:r>
        <w:rPr>
          <w:rFonts w:ascii="宋体" w:hAnsi="宋体" w:eastAsia="宋体"/>
          <w:sz w:val="24"/>
        </w:rPr>
        <w:t>他抬手，直接使用了临时转职令。</w:t>
      </w:r>
    </w:p>
    <w:p>
      <w:pPr>
        <w:spacing w:line="560" w:lineRule="exact"/>
        <w:ind w:firstLine="420"/>
      </w:pPr>
      <w:r>
        <w:rPr>
          <w:rFonts w:ascii="宋体" w:hAnsi="宋体" w:eastAsia="宋体"/>
          <w:sz w:val="24"/>
        </w:rPr>
        <w:t>【战争领主已激活。】</w:t>
      </w:r>
    </w:p>
    <w:p>
      <w:pPr>
        <w:spacing w:line="560" w:lineRule="exact"/>
        <w:ind w:firstLine="420"/>
      </w:pPr>
      <w:r>
        <w:rPr>
          <w:rFonts w:ascii="宋体" w:hAnsi="宋体" w:eastAsia="宋体"/>
          <w:sz w:val="24"/>
        </w:rPr>
        <w:t>【职业形态切换：坦克。】</w:t>
      </w:r>
    </w:p>
    <w:p>
      <w:pPr>
        <w:spacing w:line="560" w:lineRule="exact"/>
        <w:ind w:firstLine="420"/>
      </w:pPr>
      <w:r>
        <w:rPr>
          <w:rFonts w:ascii="宋体" w:hAnsi="宋体" w:eastAsia="宋体"/>
          <w:sz w:val="24"/>
        </w:rPr>
        <w:t>黑金色战甲覆盖全身，泰坦之心胸甲亮起厚重符文，不灭壁垒巨盾落在左手，盾面中央，一颗燃烧的战心缓缓跳动。</w:t>
      </w:r>
    </w:p>
    <w:p>
      <w:pPr>
        <w:spacing w:line="560" w:lineRule="exact"/>
        <w:ind w:firstLine="420"/>
      </w:pPr>
      <w:r>
        <w:rPr>
          <w:rFonts w:ascii="宋体" w:hAnsi="宋体" w:eastAsia="宋体"/>
          <w:sz w:val="24"/>
        </w:rPr>
        <w:t>全场观众一静。</w:t>
      </w:r>
    </w:p>
    <w:p>
      <w:pPr>
        <w:spacing w:line="560" w:lineRule="exact"/>
        <w:ind w:firstLine="420"/>
      </w:pPr>
      <w:r>
        <w:rPr>
          <w:rFonts w:ascii="宋体" w:hAnsi="宋体" w:eastAsia="宋体"/>
          <w:sz w:val="24"/>
        </w:rPr>
        <w:t>“风中追风切坦了？”</w:t>
      </w:r>
    </w:p>
    <w:p>
      <w:pPr>
        <w:spacing w:line="560" w:lineRule="exact"/>
        <w:ind w:firstLine="420"/>
      </w:pPr>
      <w:r>
        <w:rPr>
          <w:rFonts w:ascii="宋体" w:hAnsi="宋体" w:eastAsia="宋体"/>
          <w:sz w:val="24"/>
        </w:rPr>
        <w:t>“他疯了？”</w:t>
      </w:r>
    </w:p>
    <w:p>
      <w:pPr>
        <w:spacing w:line="560" w:lineRule="exact"/>
        <w:ind w:firstLine="420"/>
      </w:pPr>
      <w:r>
        <w:rPr>
          <w:rFonts w:ascii="宋体" w:hAnsi="宋体" w:eastAsia="宋体"/>
          <w:sz w:val="24"/>
        </w:rPr>
        <w:t>“这不是输出大佬吗？怎么直接换坦克？”</w:t>
      </w:r>
    </w:p>
    <w:p>
      <w:pPr>
        <w:spacing w:line="560" w:lineRule="exact"/>
        <w:ind w:firstLine="420"/>
      </w:pPr>
      <w:r>
        <w:rPr>
          <w:rFonts w:ascii="宋体" w:hAnsi="宋体" w:eastAsia="宋体"/>
          <w:sz w:val="24"/>
        </w:rPr>
        <w:t>韩服太极玄盾也明显愣了一下，但很快冷笑。</w:t>
      </w:r>
    </w:p>
    <w:p>
      <w:pPr>
        <w:spacing w:line="560" w:lineRule="exact"/>
        <w:ind w:firstLine="420"/>
      </w:pPr>
      <w:r>
        <w:rPr>
          <w:rFonts w:ascii="宋体" w:hAnsi="宋体" w:eastAsia="宋体"/>
          <w:sz w:val="24"/>
        </w:rPr>
        <w:t>“换坦？正好，一起压碎。”</w:t>
      </w:r>
    </w:p>
    <w:p>
      <w:pPr>
        <w:spacing w:line="560" w:lineRule="exact"/>
        <w:ind w:firstLine="420"/>
      </w:pPr>
      <w:r>
        <w:rPr>
          <w:rFonts w:ascii="宋体" w:hAnsi="宋体" w:eastAsia="宋体"/>
          <w:sz w:val="24"/>
        </w:rPr>
        <w:t>倒计时归零。</w:t>
      </w:r>
    </w:p>
    <w:p>
      <w:pPr>
        <w:spacing w:line="560" w:lineRule="exact"/>
        <w:ind w:firstLine="420"/>
      </w:pPr>
      <w:r>
        <w:rPr>
          <w:rFonts w:ascii="宋体" w:hAnsi="宋体" w:eastAsia="宋体"/>
          <w:sz w:val="24"/>
        </w:rPr>
        <w:t>比赛开始！</w:t>
      </w:r>
    </w:p>
    <w:p>
      <w:pPr>
        <w:spacing w:line="560" w:lineRule="exact"/>
        <w:ind w:firstLine="420"/>
      </w:pPr>
      <w:r>
        <w:rPr>
          <w:rFonts w:ascii="宋体" w:hAnsi="宋体" w:eastAsia="宋体"/>
          <w:sz w:val="24"/>
        </w:rPr>
        <w:t>韩服六盾同时前压。</w:t>
      </w:r>
    </w:p>
    <w:p>
      <w:pPr>
        <w:spacing w:line="560" w:lineRule="exact"/>
        <w:ind w:firstLine="420"/>
      </w:pPr>
      <w:r>
        <w:rPr>
          <w:rFonts w:ascii="宋体" w:hAnsi="宋体" w:eastAsia="宋体"/>
          <w:sz w:val="24"/>
        </w:rPr>
        <w:t>他们没有急着进攻，而是把盾面压低，像推土机一样压了过来。后排三名法师开始读条。</w:t>
      </w:r>
    </w:p>
    <w:p>
      <w:pPr>
        <w:spacing w:line="560" w:lineRule="exact"/>
        <w:ind w:firstLine="420"/>
      </w:pPr>
      <w:r>
        <w:rPr>
          <w:rFonts w:ascii="宋体" w:hAnsi="宋体" w:eastAsia="宋体"/>
          <w:sz w:val="24"/>
        </w:rPr>
        <w:t>【烈焰风暴】！</w:t>
      </w:r>
    </w:p>
    <w:p>
      <w:pPr>
        <w:spacing w:line="560" w:lineRule="exact"/>
        <w:ind w:firstLine="420"/>
      </w:pPr>
      <w:r>
        <w:rPr>
          <w:rFonts w:ascii="宋体" w:hAnsi="宋体" w:eastAsia="宋体"/>
          <w:sz w:val="24"/>
        </w:rPr>
        <w:t>【冰霜锁链】！</w:t>
      </w:r>
    </w:p>
    <w:p>
      <w:pPr>
        <w:spacing w:line="560" w:lineRule="exact"/>
        <w:ind w:firstLine="420"/>
      </w:pPr>
      <w:r>
        <w:rPr>
          <w:rFonts w:ascii="宋体" w:hAnsi="宋体" w:eastAsia="宋体"/>
          <w:sz w:val="24"/>
        </w:rPr>
        <w:t>【奥术轰炸】！</w:t>
      </w:r>
    </w:p>
    <w:p>
      <w:pPr>
        <w:spacing w:line="560" w:lineRule="exact"/>
        <w:ind w:firstLine="420"/>
      </w:pPr>
      <w:r>
        <w:rPr>
          <w:rFonts w:ascii="宋体" w:hAnsi="宋体" w:eastAsia="宋体"/>
          <w:sz w:val="24"/>
        </w:rPr>
        <w:t>火雨先落，冰环后封，奥术弹跟着砸下。</w:t>
      </w:r>
    </w:p>
    <w:p>
      <w:pPr>
        <w:spacing w:line="560" w:lineRule="exact"/>
        <w:ind w:firstLine="420"/>
      </w:pPr>
      <w:r>
        <w:rPr>
          <w:rFonts w:ascii="宋体" w:hAnsi="宋体" w:eastAsia="宋体"/>
          <w:sz w:val="24"/>
        </w:rPr>
        <w:t>林风一步不退，巨盾横在身前。</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第一波法术砸在盾面上，金色护盾炸开一圈圈波纹。</w:t>
      </w:r>
    </w:p>
    <w:p>
      <w:pPr>
        <w:spacing w:line="560" w:lineRule="exact"/>
        <w:ind w:firstLine="420"/>
      </w:pPr>
      <w:r>
        <w:rPr>
          <w:rFonts w:ascii="宋体" w:hAnsi="宋体" w:eastAsia="宋体"/>
          <w:sz w:val="24"/>
        </w:rPr>
        <w:t>伤害数字跳出。</w:t>
      </w:r>
    </w:p>
    <w:p>
      <w:pPr>
        <w:spacing w:line="560" w:lineRule="exact"/>
        <w:ind w:firstLine="420"/>
      </w:pPr>
      <w:r>
        <w:rPr>
          <w:rFonts w:ascii="宋体" w:hAnsi="宋体" w:eastAsia="宋体"/>
          <w:sz w:val="24"/>
        </w:rPr>
        <w:t>-12840！</w:t>
      </w:r>
    </w:p>
    <w:p>
      <w:pPr>
        <w:spacing w:line="560" w:lineRule="exact"/>
        <w:ind w:firstLine="420"/>
      </w:pPr>
      <w:r>
        <w:rPr>
          <w:rFonts w:ascii="宋体" w:hAnsi="宋体" w:eastAsia="宋体"/>
          <w:sz w:val="24"/>
        </w:rPr>
        <w:t>-11976！</w:t>
      </w:r>
    </w:p>
    <w:p>
      <w:pPr>
        <w:spacing w:line="560" w:lineRule="exact"/>
        <w:ind w:firstLine="420"/>
      </w:pPr>
      <w:r>
        <w:rPr>
          <w:rFonts w:ascii="宋体" w:hAnsi="宋体" w:eastAsia="宋体"/>
          <w:sz w:val="24"/>
        </w:rPr>
        <w:t>-15020！</w:t>
      </w:r>
    </w:p>
    <w:p>
      <w:pPr>
        <w:spacing w:line="560" w:lineRule="exact"/>
        <w:ind w:firstLine="420"/>
      </w:pPr>
      <w:r>
        <w:rPr>
          <w:rFonts w:ascii="宋体" w:hAnsi="宋体" w:eastAsia="宋体"/>
          <w:sz w:val="24"/>
        </w:rPr>
        <w:t>苏小雅脸色一变。</w:t>
      </w:r>
    </w:p>
    <w:p>
      <w:pPr>
        <w:spacing w:line="560" w:lineRule="exact"/>
        <w:ind w:firstLine="420"/>
      </w:pPr>
      <w:r>
        <w:rPr>
          <w:rFonts w:ascii="宋体" w:hAnsi="宋体" w:eastAsia="宋体"/>
          <w:sz w:val="24"/>
        </w:rPr>
        <w:t>“这么高？”</w:t>
      </w:r>
    </w:p>
    <w:p>
      <w:pPr>
        <w:spacing w:line="560" w:lineRule="exact"/>
        <w:ind w:firstLine="420"/>
      </w:pPr>
      <w:r>
        <w:rPr>
          <w:rFonts w:ascii="宋体" w:hAnsi="宋体" w:eastAsia="宋体"/>
          <w:sz w:val="24"/>
        </w:rPr>
        <w:t>韩服牧师立刻给盾阵叠【圣洁祝福】，韩服刺客从两侧绕后，直扑苏小雅和凌天。</w:t>
      </w:r>
    </w:p>
    <w:p>
      <w:pPr>
        <w:spacing w:line="560" w:lineRule="exact"/>
        <w:ind w:firstLine="420"/>
      </w:pPr>
      <w:r>
        <w:rPr>
          <w:rFonts w:ascii="宋体" w:hAnsi="宋体" w:eastAsia="宋体"/>
          <w:sz w:val="24"/>
        </w:rPr>
        <w:t>赵铁柱怒吼一声，顶上去。</w:t>
      </w:r>
    </w:p>
    <w:p>
      <w:pPr>
        <w:spacing w:line="560" w:lineRule="exact"/>
        <w:ind w:firstLine="420"/>
      </w:pPr>
      <w:r>
        <w:rPr>
          <w:rFonts w:ascii="宋体" w:hAnsi="宋体" w:eastAsia="宋体"/>
          <w:sz w:val="24"/>
        </w:rPr>
        <w:t>【盾击】！</w:t>
      </w:r>
    </w:p>
    <w:p>
      <w:pPr>
        <w:spacing w:line="560" w:lineRule="exact"/>
        <w:ind w:firstLine="420"/>
      </w:pPr>
      <w:r>
        <w:rPr>
          <w:rFonts w:ascii="宋体" w:hAnsi="宋体" w:eastAsia="宋体"/>
          <w:sz w:val="24"/>
        </w:rPr>
        <w:t>【嘲讽怒吼】！</w:t>
      </w:r>
    </w:p>
    <w:p>
      <w:pPr>
        <w:spacing w:line="560" w:lineRule="exact"/>
        <w:ind w:firstLine="420"/>
      </w:pPr>
      <w:r>
        <w:rPr>
          <w:rFonts w:ascii="宋体" w:hAnsi="宋体" w:eastAsia="宋体"/>
          <w:sz w:val="24"/>
        </w:rPr>
        <w:t>他硬生生挡住一名刺客。</w:t>
      </w:r>
    </w:p>
    <w:p>
      <w:pPr>
        <w:spacing w:line="560" w:lineRule="exact"/>
        <w:ind w:firstLine="420"/>
      </w:pPr>
      <w:r>
        <w:rPr>
          <w:rFonts w:ascii="宋体" w:hAnsi="宋体" w:eastAsia="宋体"/>
          <w:sz w:val="24"/>
        </w:rPr>
        <w:t>“夜影，左边！”</w:t>
      </w:r>
    </w:p>
    <w:p>
      <w:pPr>
        <w:spacing w:line="560" w:lineRule="exact"/>
        <w:ind w:firstLine="420"/>
      </w:pPr>
      <w:r>
        <w:rPr>
          <w:rFonts w:ascii="宋体" w:hAnsi="宋体" w:eastAsia="宋体"/>
          <w:sz w:val="24"/>
        </w:rPr>
        <w:t>夜影从阴影里现身，匕首反握。</w:t>
      </w:r>
    </w:p>
    <w:p>
      <w:pPr>
        <w:spacing w:line="560" w:lineRule="exact"/>
        <w:ind w:firstLine="420"/>
      </w:pPr>
      <w:r>
        <w:rPr>
          <w:rFonts w:ascii="宋体" w:hAnsi="宋体" w:eastAsia="宋体"/>
          <w:sz w:val="24"/>
        </w:rPr>
        <w:t>【背刺】！</w:t>
      </w:r>
    </w:p>
    <w:p>
      <w:pPr>
        <w:spacing w:line="560" w:lineRule="exact"/>
        <w:ind w:firstLine="420"/>
      </w:pPr>
      <w:r>
        <w:rPr>
          <w:rFonts w:ascii="宋体" w:hAnsi="宋体" w:eastAsia="宋体"/>
          <w:sz w:val="24"/>
        </w:rPr>
        <w:t>【影步】！</w:t>
      </w:r>
    </w:p>
    <w:p>
      <w:pPr>
        <w:spacing w:line="560" w:lineRule="exact"/>
        <w:ind w:firstLine="420"/>
      </w:pPr>
      <w:r>
        <w:rPr>
          <w:rFonts w:ascii="宋体" w:hAnsi="宋体" w:eastAsia="宋体"/>
          <w:sz w:val="24"/>
        </w:rPr>
        <w:t>【割喉】！</w:t>
      </w:r>
    </w:p>
    <w:p>
      <w:pPr>
        <w:spacing w:line="560" w:lineRule="exact"/>
        <w:ind w:firstLine="420"/>
      </w:pPr>
      <w:r>
        <w:rPr>
          <w:rFonts w:ascii="宋体" w:hAnsi="宋体" w:eastAsia="宋体"/>
          <w:sz w:val="24"/>
        </w:rPr>
        <w:t>那名刺客血条瞬间掉了三分之一，可韩服反应极快，一名盾战立刻回防，盾面一横，把夜影逼退。</w:t>
      </w:r>
    </w:p>
    <w:p>
      <w:pPr>
        <w:spacing w:line="560" w:lineRule="exact"/>
        <w:ind w:firstLine="420"/>
      </w:pPr>
      <w:r>
        <w:rPr>
          <w:rFonts w:ascii="宋体" w:hAnsi="宋体" w:eastAsia="宋体"/>
          <w:sz w:val="24"/>
        </w:rPr>
        <w:t>韩服阵型不乱。</w:t>
      </w:r>
    </w:p>
    <w:p>
      <w:pPr>
        <w:spacing w:line="560" w:lineRule="exact"/>
        <w:ind w:firstLine="420"/>
      </w:pPr>
      <w:r>
        <w:rPr>
          <w:rFonts w:ascii="宋体" w:hAnsi="宋体" w:eastAsia="宋体"/>
          <w:sz w:val="24"/>
        </w:rPr>
        <w:t>他们甚至没有加速，依旧稳步推进。</w:t>
      </w:r>
    </w:p>
    <w:p>
      <w:pPr>
        <w:spacing w:line="560" w:lineRule="exact"/>
        <w:ind w:firstLine="420"/>
      </w:pPr>
      <w:r>
        <w:rPr>
          <w:rFonts w:ascii="宋体" w:hAnsi="宋体" w:eastAsia="宋体"/>
          <w:sz w:val="24"/>
        </w:rPr>
        <w:t>这就是韩服最可怕的地方。</w:t>
      </w:r>
    </w:p>
    <w:p>
      <w:pPr>
        <w:spacing w:line="560" w:lineRule="exact"/>
        <w:ind w:firstLine="420"/>
      </w:pPr>
      <w:r>
        <w:rPr>
          <w:rFonts w:ascii="宋体" w:hAnsi="宋体" w:eastAsia="宋体"/>
          <w:sz w:val="24"/>
        </w:rPr>
        <w:t>不给你机会，不露破绽，不让你打出爆发。</w:t>
      </w:r>
    </w:p>
    <w:p>
      <w:pPr>
        <w:spacing w:line="560" w:lineRule="exact"/>
        <w:ind w:firstLine="420"/>
      </w:pPr>
      <w:r>
        <w:rPr>
          <w:rFonts w:ascii="宋体" w:hAnsi="宋体" w:eastAsia="宋体"/>
          <w:sz w:val="24"/>
        </w:rPr>
        <w:t>林风盯着前方，忽然开口。</w:t>
      </w:r>
    </w:p>
    <w:p>
      <w:pPr>
        <w:spacing w:line="560" w:lineRule="exact"/>
        <w:ind w:firstLine="420"/>
      </w:pPr>
      <w:r>
        <w:rPr>
          <w:rFonts w:ascii="宋体" w:hAnsi="宋体" w:eastAsia="宋体"/>
          <w:sz w:val="24"/>
        </w:rPr>
        <w:t>“铁柱，退半步。”</w:t>
      </w:r>
    </w:p>
    <w:p>
      <w:pPr>
        <w:spacing w:line="560" w:lineRule="exact"/>
        <w:ind w:firstLine="420"/>
      </w:pPr>
      <w:r>
        <w:rPr>
          <w:rFonts w:ascii="宋体" w:hAnsi="宋体" w:eastAsia="宋体"/>
          <w:sz w:val="24"/>
        </w:rPr>
        <w:t>赵铁柱一愣：“我退？”</w:t>
      </w:r>
    </w:p>
    <w:p>
      <w:pPr>
        <w:spacing w:line="560" w:lineRule="exact"/>
        <w:ind w:firstLine="420"/>
      </w:pPr>
      <w:r>
        <w:rPr>
          <w:rFonts w:ascii="宋体" w:hAnsi="宋体" w:eastAsia="宋体"/>
          <w:sz w:val="24"/>
        </w:rPr>
        <w:t>“退半步，别退阵。”</w:t>
      </w:r>
    </w:p>
    <w:p>
      <w:pPr>
        <w:spacing w:line="560" w:lineRule="exact"/>
        <w:ind w:firstLine="420"/>
      </w:pPr>
      <w:r>
        <w:rPr>
          <w:rFonts w:ascii="宋体" w:hAnsi="宋体" w:eastAsia="宋体"/>
          <w:sz w:val="24"/>
        </w:rPr>
        <w:t>赵铁柱立刻照做。</w:t>
      </w:r>
    </w:p>
    <w:p>
      <w:pPr>
        <w:spacing w:line="560" w:lineRule="exact"/>
        <w:ind w:firstLine="420"/>
      </w:pPr>
      <w:r>
        <w:rPr>
          <w:rFonts w:ascii="宋体" w:hAnsi="宋体" w:eastAsia="宋体"/>
          <w:sz w:val="24"/>
        </w:rPr>
        <w:t>韩服六盾以为华夏前排扛不住，盾阵猛地一压。</w:t>
      </w:r>
    </w:p>
    <w:p>
      <w:pPr>
        <w:spacing w:line="560" w:lineRule="exact"/>
        <w:ind w:firstLine="420"/>
      </w:pPr>
      <w:r>
        <w:rPr>
          <w:rFonts w:ascii="宋体" w:hAnsi="宋体" w:eastAsia="宋体"/>
          <w:sz w:val="24"/>
        </w:rPr>
        <w:t>林风动了。</w:t>
      </w:r>
    </w:p>
    <w:p>
      <w:pPr>
        <w:spacing w:line="560" w:lineRule="exact"/>
        <w:ind w:firstLine="420"/>
      </w:pPr>
      <w:r>
        <w:rPr>
          <w:rFonts w:ascii="宋体" w:hAnsi="宋体" w:eastAsia="宋体"/>
          <w:sz w:val="24"/>
        </w:rPr>
        <w:t>他没有后退，反而迎着六盾撞了上去。</w:t>
      </w:r>
    </w:p>
    <w:p>
      <w:pPr>
        <w:spacing w:line="560" w:lineRule="exact"/>
        <w:ind w:firstLine="420"/>
      </w:pPr>
      <w:r>
        <w:rPr>
          <w:rFonts w:ascii="宋体" w:hAnsi="宋体" w:eastAsia="宋体"/>
          <w:sz w:val="24"/>
        </w:rPr>
        <w:t>【战争冲锋】！</w:t>
      </w:r>
    </w:p>
    <w:p>
      <w:pPr>
        <w:spacing w:line="560" w:lineRule="exact"/>
        <w:ind w:firstLine="420"/>
      </w:pPr>
      <w:r>
        <w:rPr>
          <w:rFonts w:ascii="宋体" w:hAnsi="宋体" w:eastAsia="宋体"/>
          <w:sz w:val="24"/>
        </w:rPr>
        <w:t>不灭壁垒巨盾砸在地面，林风脚下出现一个巨大的金色战阵。</w:t>
      </w:r>
    </w:p>
    <w:p>
      <w:pPr>
        <w:spacing w:line="560" w:lineRule="exact"/>
        <w:ind w:firstLine="420"/>
      </w:pPr>
      <w:r>
        <w:rPr>
          <w:rFonts w:ascii="宋体" w:hAnsi="宋体" w:eastAsia="宋体"/>
          <w:sz w:val="24"/>
        </w:rPr>
        <w:t>【泰坦之握】！</w:t>
      </w:r>
    </w:p>
    <w:p>
      <w:pPr>
        <w:spacing w:line="560" w:lineRule="exact"/>
        <w:ind w:firstLine="420"/>
      </w:pPr>
      <w:r>
        <w:rPr>
          <w:rFonts w:ascii="宋体" w:hAnsi="宋体" w:eastAsia="宋体"/>
          <w:sz w:val="24"/>
        </w:rPr>
        <w:t>他的双手握住盾柄，肩膀、手臂、胸口同时亮起泰坦符文。</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第一面韩服盾牌撞上林风的巨盾。</w:t>
      </w:r>
    </w:p>
    <w:p>
      <w:pPr>
        <w:spacing w:line="560" w:lineRule="exact"/>
        <w:ind w:firstLine="420"/>
      </w:pPr>
      <w:r>
        <w:rPr>
          <w:rFonts w:ascii="宋体" w:hAnsi="宋体" w:eastAsia="宋体"/>
          <w:sz w:val="24"/>
        </w:rPr>
        <w:t>林风脚下石台裂开。</w:t>
      </w:r>
    </w:p>
    <w:p>
      <w:pPr>
        <w:spacing w:line="560" w:lineRule="exact"/>
        <w:ind w:firstLine="420"/>
      </w:pPr>
      <w:r>
        <w:rPr>
          <w:rFonts w:ascii="宋体" w:hAnsi="宋体" w:eastAsia="宋体"/>
          <w:sz w:val="24"/>
        </w:rPr>
        <w:t>第二面撞上。</w:t>
      </w:r>
    </w:p>
    <w:p>
      <w:pPr>
        <w:spacing w:line="560" w:lineRule="exact"/>
        <w:ind w:firstLine="420"/>
      </w:pPr>
      <w:r>
        <w:rPr>
          <w:rFonts w:ascii="宋体" w:hAnsi="宋体" w:eastAsia="宋体"/>
          <w:sz w:val="24"/>
        </w:rPr>
        <w:t>第三面、第四面、第五面、第六面！</w:t>
      </w:r>
    </w:p>
    <w:p>
      <w:pPr>
        <w:spacing w:line="560" w:lineRule="exact"/>
        <w:ind w:firstLine="420"/>
      </w:pPr>
      <w:r>
        <w:rPr>
          <w:rFonts w:ascii="宋体" w:hAnsi="宋体" w:eastAsia="宋体"/>
          <w:sz w:val="24"/>
        </w:rPr>
        <w:t>六名韩服盾战同时发力，盾阵推进的光环全部压到林风身上。</w:t>
      </w:r>
    </w:p>
    <w:p>
      <w:pPr>
        <w:spacing w:line="560" w:lineRule="exact"/>
        <w:ind w:firstLine="420"/>
      </w:pPr>
      <w:r>
        <w:rPr>
          <w:rFonts w:ascii="宋体" w:hAnsi="宋体" w:eastAsia="宋体"/>
          <w:sz w:val="24"/>
        </w:rPr>
        <w:t>伤害数字疯狂跳。</w:t>
      </w:r>
    </w:p>
    <w:p>
      <w:pPr>
        <w:spacing w:line="560" w:lineRule="exact"/>
        <w:ind w:firstLine="420"/>
      </w:pPr>
      <w:r>
        <w:rPr>
          <w:rFonts w:ascii="宋体" w:hAnsi="宋体" w:eastAsia="宋体"/>
          <w:sz w:val="24"/>
        </w:rPr>
        <w:t>-18720！</w:t>
      </w:r>
    </w:p>
    <w:p>
      <w:pPr>
        <w:spacing w:line="560" w:lineRule="exact"/>
        <w:ind w:firstLine="420"/>
      </w:pPr>
      <w:r>
        <w:rPr>
          <w:rFonts w:ascii="宋体" w:hAnsi="宋体" w:eastAsia="宋体"/>
          <w:sz w:val="24"/>
        </w:rPr>
        <w:t>-19430！</w:t>
      </w:r>
    </w:p>
    <w:p>
      <w:pPr>
        <w:spacing w:line="560" w:lineRule="exact"/>
        <w:ind w:firstLine="420"/>
      </w:pPr>
      <w:r>
        <w:rPr>
          <w:rFonts w:ascii="宋体" w:hAnsi="宋体" w:eastAsia="宋体"/>
          <w:sz w:val="24"/>
        </w:rPr>
        <w:t>-17890！</w:t>
      </w:r>
    </w:p>
    <w:p>
      <w:pPr>
        <w:spacing w:line="560" w:lineRule="exact"/>
        <w:ind w:firstLine="420"/>
      </w:pPr>
      <w:r>
        <w:rPr>
          <w:rFonts w:ascii="宋体" w:hAnsi="宋体" w:eastAsia="宋体"/>
          <w:sz w:val="24"/>
        </w:rPr>
        <w:t>-20115！</w:t>
      </w:r>
    </w:p>
    <w:p>
      <w:pPr>
        <w:spacing w:line="560" w:lineRule="exact"/>
        <w:ind w:firstLine="420"/>
      </w:pPr>
      <w:r>
        <w:rPr>
          <w:rFonts w:ascii="宋体" w:hAnsi="宋体" w:eastAsia="宋体"/>
          <w:sz w:val="24"/>
        </w:rPr>
        <w:t>苏小雅法杖连挥。</w:t>
      </w:r>
    </w:p>
    <w:p>
      <w:pPr>
        <w:spacing w:line="560" w:lineRule="exact"/>
        <w:ind w:firstLine="420"/>
      </w:pPr>
      <w:r>
        <w:rPr>
          <w:rFonts w:ascii="宋体" w:hAnsi="宋体" w:eastAsia="宋体"/>
          <w:sz w:val="24"/>
        </w:rPr>
        <w:t>【圣愈术】！</w:t>
      </w:r>
    </w:p>
    <w:p>
      <w:pPr>
        <w:spacing w:line="560" w:lineRule="exact"/>
        <w:ind w:firstLine="420"/>
      </w:pPr>
      <w:r>
        <w:rPr>
          <w:rFonts w:ascii="宋体" w:hAnsi="宋体" w:eastAsia="宋体"/>
          <w:sz w:val="24"/>
        </w:rPr>
        <w:t>【群体治疗】！</w:t>
      </w:r>
    </w:p>
    <w:p>
      <w:pPr>
        <w:spacing w:line="560" w:lineRule="exact"/>
        <w:ind w:firstLine="420"/>
      </w:pPr>
      <w:r>
        <w:rPr>
          <w:rFonts w:ascii="宋体" w:hAnsi="宋体" w:eastAsia="宋体"/>
          <w:sz w:val="24"/>
        </w:rPr>
        <w:t>【复苏之光】！</w:t>
      </w:r>
    </w:p>
    <w:p>
      <w:pPr>
        <w:spacing w:line="560" w:lineRule="exact"/>
        <w:ind w:firstLine="420"/>
      </w:pPr>
      <w:r>
        <w:rPr>
          <w:rFonts w:ascii="宋体" w:hAnsi="宋体" w:eastAsia="宋体"/>
          <w:sz w:val="24"/>
        </w:rPr>
        <w:t>林风血条刚掉一截，就被硬生生抬回来。</w:t>
      </w:r>
    </w:p>
    <w:p>
      <w:pPr>
        <w:spacing w:line="560" w:lineRule="exact"/>
        <w:ind w:firstLine="420"/>
      </w:pPr>
      <w:r>
        <w:rPr>
          <w:rFonts w:ascii="宋体" w:hAnsi="宋体" w:eastAsia="宋体"/>
          <w:sz w:val="24"/>
        </w:rPr>
        <w:t>韩服太极玄盾眼里闪过狠色。</w:t>
      </w:r>
    </w:p>
    <w:p>
      <w:pPr>
        <w:spacing w:line="560" w:lineRule="exact"/>
        <w:ind w:firstLine="420"/>
      </w:pPr>
      <w:r>
        <w:rPr>
          <w:rFonts w:ascii="宋体" w:hAnsi="宋体" w:eastAsia="宋体"/>
          <w:sz w:val="24"/>
        </w:rPr>
        <w:t>“集火他！”</w:t>
      </w:r>
    </w:p>
    <w:p>
      <w:pPr>
        <w:spacing w:line="560" w:lineRule="exact"/>
        <w:ind w:firstLine="420"/>
      </w:pPr>
      <w:r>
        <w:rPr>
          <w:rFonts w:ascii="宋体" w:hAnsi="宋体" w:eastAsia="宋体"/>
          <w:sz w:val="24"/>
        </w:rPr>
        <w:t>三名法师技能转火。</w:t>
      </w:r>
    </w:p>
    <w:p>
      <w:pPr>
        <w:spacing w:line="560" w:lineRule="exact"/>
        <w:ind w:firstLine="420"/>
      </w:pPr>
      <w:r>
        <w:rPr>
          <w:rFonts w:ascii="宋体" w:hAnsi="宋体" w:eastAsia="宋体"/>
          <w:sz w:val="24"/>
        </w:rPr>
        <w:t>【雷暴术】！</w:t>
      </w:r>
    </w:p>
    <w:p>
      <w:pPr>
        <w:spacing w:line="560" w:lineRule="exact"/>
        <w:ind w:firstLine="420"/>
      </w:pPr>
      <w:r>
        <w:rPr>
          <w:rFonts w:ascii="宋体" w:hAnsi="宋体" w:eastAsia="宋体"/>
          <w:sz w:val="24"/>
        </w:rPr>
        <w:t>【熔岩爆裂】！</w:t>
      </w:r>
    </w:p>
    <w:p>
      <w:pPr>
        <w:spacing w:line="560" w:lineRule="exact"/>
        <w:ind w:firstLine="420"/>
      </w:pPr>
      <w:r>
        <w:rPr>
          <w:rFonts w:ascii="宋体" w:hAnsi="宋体" w:eastAsia="宋体"/>
          <w:sz w:val="24"/>
        </w:rPr>
        <w:t>【冰封穿刺】！</w:t>
      </w:r>
    </w:p>
    <w:p>
      <w:pPr>
        <w:spacing w:line="560" w:lineRule="exact"/>
        <w:ind w:firstLine="420"/>
      </w:pPr>
      <w:r>
        <w:rPr>
          <w:rFonts w:ascii="宋体" w:hAnsi="宋体" w:eastAsia="宋体"/>
          <w:sz w:val="24"/>
        </w:rPr>
        <w:t>韩服弓手也拉开长弓。</w:t>
      </w:r>
    </w:p>
    <w:p>
      <w:pPr>
        <w:spacing w:line="560" w:lineRule="exact"/>
        <w:ind w:firstLine="420"/>
      </w:pPr>
      <w:r>
        <w:rPr>
          <w:rFonts w:ascii="宋体" w:hAnsi="宋体" w:eastAsia="宋体"/>
          <w:sz w:val="24"/>
        </w:rPr>
        <w:t>【穿云箭】！</w:t>
      </w:r>
    </w:p>
    <w:p>
      <w:pPr>
        <w:spacing w:line="560" w:lineRule="exact"/>
        <w:ind w:firstLine="420"/>
      </w:pPr>
      <w:r>
        <w:rPr>
          <w:rFonts w:ascii="宋体" w:hAnsi="宋体" w:eastAsia="宋体"/>
          <w:sz w:val="24"/>
        </w:rPr>
        <w:t>林风血条瞬间见底。</w:t>
      </w:r>
    </w:p>
    <w:p>
      <w:pPr>
        <w:spacing w:line="560" w:lineRule="exact"/>
        <w:ind w:firstLine="420"/>
      </w:pPr>
      <w:r>
        <w:rPr>
          <w:rFonts w:ascii="宋体" w:hAnsi="宋体" w:eastAsia="宋体"/>
          <w:sz w:val="24"/>
        </w:rPr>
        <w:t>直播间弹幕炸了。</w:t>
      </w:r>
    </w:p>
    <w:p>
      <w:pPr>
        <w:spacing w:line="560" w:lineRule="exact"/>
        <w:ind w:firstLine="420"/>
      </w:pPr>
      <w:r>
        <w:rPr>
          <w:rFonts w:ascii="宋体" w:hAnsi="宋体" w:eastAsia="宋体"/>
          <w:sz w:val="24"/>
        </w:rPr>
        <w:t>“完了完了！”</w:t>
      </w:r>
    </w:p>
    <w:p>
      <w:pPr>
        <w:spacing w:line="560" w:lineRule="exact"/>
        <w:ind w:firstLine="420"/>
      </w:pPr>
      <w:r>
        <w:rPr>
          <w:rFonts w:ascii="宋体" w:hAnsi="宋体" w:eastAsia="宋体"/>
          <w:sz w:val="24"/>
        </w:rPr>
        <w:t>“这伤害谁扛得住啊！”</w:t>
      </w:r>
    </w:p>
    <w:p>
      <w:pPr>
        <w:spacing w:line="560" w:lineRule="exact"/>
        <w:ind w:firstLine="420"/>
      </w:pPr>
      <w:r>
        <w:rPr>
          <w:rFonts w:ascii="宋体" w:hAnsi="宋体" w:eastAsia="宋体"/>
          <w:sz w:val="24"/>
        </w:rPr>
        <w:t>“风中大佬别死！”</w:t>
      </w:r>
    </w:p>
    <w:p>
      <w:pPr>
        <w:spacing w:line="560" w:lineRule="exact"/>
        <w:ind w:firstLine="420"/>
      </w:pPr>
      <w:r>
        <w:rPr>
          <w:rFonts w:ascii="宋体" w:hAnsi="宋体" w:eastAsia="宋体"/>
          <w:sz w:val="24"/>
        </w:rPr>
        <w:t>下一秒，林风直接灌下一瓶霸体药剂。</w:t>
      </w:r>
    </w:p>
    <w:p>
      <w:pPr>
        <w:spacing w:line="560" w:lineRule="exact"/>
        <w:ind w:firstLine="420"/>
      </w:pPr>
      <w:r>
        <w:rPr>
          <w:rFonts w:ascii="宋体" w:hAnsi="宋体" w:eastAsia="宋体"/>
          <w:sz w:val="24"/>
        </w:rPr>
        <w:t>【霸体】！</w:t>
      </w:r>
    </w:p>
    <w:p>
      <w:pPr>
        <w:spacing w:line="560" w:lineRule="exact"/>
        <w:ind w:firstLine="420"/>
      </w:pPr>
      <w:r>
        <w:rPr>
          <w:rFonts w:ascii="宋体" w:hAnsi="宋体" w:eastAsia="宋体"/>
          <w:sz w:val="24"/>
        </w:rPr>
        <w:t>【不灭壁垒】！</w:t>
      </w:r>
    </w:p>
    <w:p>
      <w:pPr>
        <w:spacing w:line="560" w:lineRule="exact"/>
        <w:ind w:firstLine="420"/>
      </w:pPr>
      <w:r>
        <w:rPr>
          <w:rFonts w:ascii="宋体" w:hAnsi="宋体" w:eastAsia="宋体"/>
          <w:sz w:val="24"/>
        </w:rPr>
        <w:t>【反震光环】开启！</w:t>
      </w:r>
    </w:p>
    <w:p>
      <w:pPr>
        <w:spacing w:line="560" w:lineRule="exact"/>
        <w:ind w:firstLine="420"/>
      </w:pPr>
      <w:r>
        <w:rPr>
          <w:rFonts w:ascii="宋体" w:hAnsi="宋体" w:eastAsia="宋体"/>
          <w:sz w:val="24"/>
        </w:rPr>
        <w:t>他头顶出现一个金色护罩，血条没有继续下降，反而猛地回满。</w:t>
      </w:r>
    </w:p>
    <w:p>
      <w:pPr>
        <w:spacing w:line="560" w:lineRule="exact"/>
        <w:ind w:firstLine="420"/>
      </w:pPr>
      <w:r>
        <w:rPr>
          <w:rFonts w:ascii="宋体" w:hAnsi="宋体" w:eastAsia="宋体"/>
          <w:sz w:val="24"/>
        </w:rPr>
        <w:t>韩服盾阵上，六名盾战头顶同时跳出反震伤害。</w:t>
      </w:r>
    </w:p>
    <w:p>
      <w:pPr>
        <w:spacing w:line="560" w:lineRule="exact"/>
        <w:ind w:firstLine="420"/>
      </w:pPr>
      <w:r>
        <w:rPr>
          <w:rFonts w:ascii="宋体" w:hAnsi="宋体" w:eastAsia="宋体"/>
          <w:sz w:val="24"/>
        </w:rPr>
        <w:t>-8840！</w:t>
      </w:r>
    </w:p>
    <w:p>
      <w:pPr>
        <w:spacing w:line="560" w:lineRule="exact"/>
        <w:ind w:firstLine="420"/>
      </w:pPr>
      <w:r>
        <w:rPr>
          <w:rFonts w:ascii="宋体" w:hAnsi="宋体" w:eastAsia="宋体"/>
          <w:sz w:val="24"/>
        </w:rPr>
        <w:t>-9012！</w:t>
      </w:r>
    </w:p>
    <w:p>
      <w:pPr>
        <w:spacing w:line="560" w:lineRule="exact"/>
        <w:ind w:firstLine="420"/>
      </w:pPr>
      <w:r>
        <w:rPr>
          <w:rFonts w:ascii="宋体" w:hAnsi="宋体" w:eastAsia="宋体"/>
          <w:sz w:val="24"/>
        </w:rPr>
        <w:t>-8765！</w:t>
      </w:r>
    </w:p>
    <w:p>
      <w:pPr>
        <w:spacing w:line="560" w:lineRule="exact"/>
        <w:ind w:firstLine="420"/>
      </w:pPr>
      <w:r>
        <w:rPr>
          <w:rFonts w:ascii="宋体" w:hAnsi="宋体" w:eastAsia="宋体"/>
          <w:sz w:val="24"/>
        </w:rPr>
        <w:t>-9120！</w:t>
      </w:r>
    </w:p>
    <w:p>
      <w:pPr>
        <w:spacing w:line="560" w:lineRule="exact"/>
        <w:ind w:firstLine="420"/>
      </w:pPr>
      <w:r>
        <w:rPr>
          <w:rFonts w:ascii="宋体" w:hAnsi="宋体" w:eastAsia="宋体"/>
          <w:sz w:val="24"/>
        </w:rPr>
        <w:t>-8903！</w:t>
      </w:r>
    </w:p>
    <w:p>
      <w:pPr>
        <w:spacing w:line="560" w:lineRule="exact"/>
        <w:ind w:firstLine="420"/>
      </w:pPr>
      <w:r>
        <w:rPr>
          <w:rFonts w:ascii="宋体" w:hAnsi="宋体" w:eastAsia="宋体"/>
          <w:sz w:val="24"/>
        </w:rPr>
        <w:t>-9055！</w:t>
      </w:r>
    </w:p>
    <w:p>
      <w:pPr>
        <w:spacing w:line="560" w:lineRule="exact"/>
        <w:ind w:firstLine="420"/>
      </w:pPr>
      <w:r>
        <w:rPr>
          <w:rFonts w:ascii="宋体" w:hAnsi="宋体" w:eastAsia="宋体"/>
          <w:sz w:val="24"/>
        </w:rPr>
        <w:t>六名盾战脸色同时变了。</w:t>
      </w:r>
    </w:p>
    <w:p>
      <w:pPr>
        <w:spacing w:line="560" w:lineRule="exact"/>
        <w:ind w:firstLine="420"/>
      </w:pPr>
      <w:r>
        <w:rPr>
          <w:rFonts w:ascii="宋体" w:hAnsi="宋体" w:eastAsia="宋体"/>
          <w:sz w:val="24"/>
        </w:rPr>
        <w:t>他们顶了一辈子盾，第一次见到有人拿反震把他们自己震掉血。</w:t>
      </w:r>
    </w:p>
    <w:p>
      <w:pPr>
        <w:spacing w:line="560" w:lineRule="exact"/>
        <w:ind w:firstLine="420"/>
      </w:pPr>
      <w:r>
        <w:rPr>
          <w:rFonts w:ascii="宋体" w:hAnsi="宋体" w:eastAsia="宋体"/>
          <w:sz w:val="24"/>
        </w:rPr>
        <w:t>林风扛住六盾，声音从队伍频道里砸下来。</w:t>
      </w:r>
    </w:p>
    <w:p>
      <w:pPr>
        <w:spacing w:line="560" w:lineRule="exact"/>
        <w:ind w:firstLine="420"/>
      </w:pPr>
      <w:r>
        <w:rPr>
          <w:rFonts w:ascii="宋体" w:hAnsi="宋体" w:eastAsia="宋体"/>
          <w:sz w:val="24"/>
        </w:rPr>
        <w:t>“凌天，破阵点，右下盾。”</w:t>
      </w:r>
    </w:p>
    <w:p>
      <w:pPr>
        <w:spacing w:line="560" w:lineRule="exact"/>
        <w:ind w:firstLine="420"/>
      </w:pPr>
      <w:r>
        <w:rPr>
          <w:rFonts w:ascii="宋体" w:hAnsi="宋体" w:eastAsia="宋体"/>
          <w:sz w:val="24"/>
        </w:rPr>
        <w:t>凌天早就等这句话。</w:t>
      </w:r>
    </w:p>
    <w:p>
      <w:pPr>
        <w:spacing w:line="560" w:lineRule="exact"/>
        <w:ind w:firstLine="420"/>
      </w:pPr>
      <w:r>
        <w:rPr>
          <w:rFonts w:ascii="宋体" w:hAnsi="宋体" w:eastAsia="宋体"/>
          <w:sz w:val="24"/>
        </w:rPr>
        <w:t>“铁柱，打断右下盾牧师链！”</w:t>
      </w:r>
    </w:p>
    <w:p>
      <w:pPr>
        <w:spacing w:line="560" w:lineRule="exact"/>
        <w:ind w:firstLine="420"/>
      </w:pPr>
      <w:r>
        <w:rPr>
          <w:rFonts w:ascii="宋体" w:hAnsi="宋体" w:eastAsia="宋体"/>
          <w:sz w:val="24"/>
        </w:rPr>
        <w:t>赵铁柱咧嘴一笑。</w:t>
      </w:r>
    </w:p>
    <w:p>
      <w:pPr>
        <w:spacing w:line="560" w:lineRule="exact"/>
        <w:ind w:firstLine="420"/>
      </w:pPr>
      <w:r>
        <w:rPr>
          <w:rFonts w:ascii="宋体" w:hAnsi="宋体" w:eastAsia="宋体"/>
          <w:sz w:val="24"/>
        </w:rPr>
        <w:t>“收到！”</w:t>
      </w:r>
    </w:p>
    <w:p>
      <w:pPr>
        <w:spacing w:line="560" w:lineRule="exact"/>
        <w:ind w:firstLine="420"/>
      </w:pPr>
      <w:r>
        <w:rPr>
          <w:rFonts w:ascii="宋体" w:hAnsi="宋体" w:eastAsia="宋体"/>
          <w:sz w:val="24"/>
        </w:rPr>
        <w:t>他一个【盾墙冲锋】撞向右下盾战，盾牌边缘擦出火星。</w:t>
      </w:r>
    </w:p>
    <w:p>
      <w:pPr>
        <w:spacing w:line="560" w:lineRule="exact"/>
        <w:ind w:firstLine="420"/>
      </w:pPr>
      <w:r>
        <w:rPr>
          <w:rFonts w:ascii="宋体" w:hAnsi="宋体" w:eastAsia="宋体"/>
          <w:sz w:val="24"/>
        </w:rPr>
        <w:t>【破甲重击】！</w:t>
      </w:r>
    </w:p>
    <w:p>
      <w:pPr>
        <w:spacing w:line="560" w:lineRule="exact"/>
        <w:ind w:firstLine="420"/>
      </w:pPr>
      <w:r>
        <w:rPr>
          <w:rFonts w:ascii="宋体" w:hAnsi="宋体" w:eastAsia="宋体"/>
          <w:sz w:val="24"/>
        </w:rPr>
        <w:t>右下盾战脚下踉跄，牧师给他的祝福链断了一瞬。</w:t>
      </w:r>
    </w:p>
    <w:p>
      <w:pPr>
        <w:spacing w:line="560" w:lineRule="exact"/>
        <w:ind w:firstLine="420"/>
      </w:pPr>
      <w:r>
        <w:rPr>
          <w:rFonts w:ascii="宋体" w:hAnsi="宋体" w:eastAsia="宋体"/>
          <w:sz w:val="24"/>
        </w:rPr>
        <w:t>夜影抓住机会。</w:t>
      </w:r>
    </w:p>
    <w:p>
      <w:pPr>
        <w:spacing w:line="560" w:lineRule="exact"/>
        <w:ind w:firstLine="420"/>
      </w:pPr>
      <w:r>
        <w:rPr>
          <w:rFonts w:ascii="宋体" w:hAnsi="宋体" w:eastAsia="宋体"/>
          <w:sz w:val="24"/>
        </w:rPr>
        <w:t>【暗影突袭】！</w:t>
      </w:r>
    </w:p>
    <w:p>
      <w:pPr>
        <w:spacing w:line="560" w:lineRule="exact"/>
        <w:ind w:firstLine="420"/>
      </w:pPr>
      <w:r>
        <w:rPr>
          <w:rFonts w:ascii="宋体" w:hAnsi="宋体" w:eastAsia="宋体"/>
          <w:sz w:val="24"/>
        </w:rPr>
        <w:t>她从盾阵阴影里穿出，匕首刺进那名牧师脖子。</w:t>
      </w:r>
    </w:p>
    <w:p>
      <w:pPr>
        <w:spacing w:line="560" w:lineRule="exact"/>
        <w:ind w:firstLine="420"/>
      </w:pPr>
      <w:r>
        <w:rPr>
          <w:rFonts w:ascii="宋体" w:hAnsi="宋体" w:eastAsia="宋体"/>
          <w:sz w:val="24"/>
        </w:rPr>
        <w:t>【割裂】！</w:t>
      </w:r>
    </w:p>
    <w:p>
      <w:pPr>
        <w:spacing w:line="560" w:lineRule="exact"/>
        <w:ind w:firstLine="420"/>
      </w:pPr>
      <w:r>
        <w:rPr>
          <w:rFonts w:ascii="宋体" w:hAnsi="宋体" w:eastAsia="宋体"/>
          <w:sz w:val="24"/>
        </w:rPr>
        <w:t>【毒刃】！</w:t>
      </w:r>
    </w:p>
    <w:p>
      <w:pPr>
        <w:spacing w:line="560" w:lineRule="exact"/>
        <w:ind w:firstLine="420"/>
      </w:pPr>
      <w:r>
        <w:rPr>
          <w:rFonts w:ascii="宋体" w:hAnsi="宋体" w:eastAsia="宋体"/>
          <w:sz w:val="24"/>
        </w:rPr>
        <w:t>-24680！</w:t>
      </w:r>
    </w:p>
    <w:p>
      <w:pPr>
        <w:spacing w:line="560" w:lineRule="exact"/>
        <w:ind w:firstLine="420"/>
      </w:pPr>
      <w:r>
        <w:rPr>
          <w:rFonts w:ascii="宋体" w:hAnsi="宋体" w:eastAsia="宋体"/>
          <w:sz w:val="24"/>
        </w:rPr>
        <w:t>韩服牧师血条直接掉半管。</w:t>
      </w:r>
    </w:p>
    <w:p>
      <w:pPr>
        <w:spacing w:line="560" w:lineRule="exact"/>
        <w:ind w:firstLine="420"/>
      </w:pPr>
      <w:r>
        <w:rPr>
          <w:rFonts w:ascii="宋体" w:hAnsi="宋体" w:eastAsia="宋体"/>
          <w:sz w:val="24"/>
        </w:rPr>
        <w:t>韩服队长急了。</w:t>
      </w:r>
    </w:p>
    <w:p>
      <w:pPr>
        <w:spacing w:line="560" w:lineRule="exact"/>
        <w:ind w:firstLine="420"/>
      </w:pPr>
      <w:r>
        <w:rPr>
          <w:rFonts w:ascii="宋体" w:hAnsi="宋体" w:eastAsia="宋体"/>
          <w:sz w:val="24"/>
        </w:rPr>
        <w:t>“回防！回防！”</w:t>
      </w:r>
    </w:p>
    <w:p>
      <w:pPr>
        <w:spacing w:line="560" w:lineRule="exact"/>
        <w:ind w:firstLine="420"/>
      </w:pPr>
      <w:r>
        <w:rPr>
          <w:rFonts w:ascii="宋体" w:hAnsi="宋体" w:eastAsia="宋体"/>
          <w:sz w:val="24"/>
        </w:rPr>
        <w:t>可林风根本不给他们调整阵型的时间。</w:t>
      </w:r>
    </w:p>
    <w:p>
      <w:pPr>
        <w:spacing w:line="560" w:lineRule="exact"/>
        <w:ind w:firstLine="420"/>
      </w:pPr>
      <w:r>
        <w:rPr>
          <w:rFonts w:ascii="宋体" w:hAnsi="宋体" w:eastAsia="宋体"/>
          <w:sz w:val="24"/>
        </w:rPr>
        <w:t>他打开系统商城。</w:t>
      </w:r>
    </w:p>
    <w:p>
      <w:pPr>
        <w:spacing w:line="560" w:lineRule="exact"/>
        <w:ind w:firstLine="420"/>
      </w:pPr>
      <w:r>
        <w:rPr>
          <w:rFonts w:ascii="宋体" w:hAnsi="宋体" w:eastAsia="宋体"/>
          <w:sz w:val="24"/>
        </w:rPr>
        <w:t>【购买成功：神圣冲锋卷轴×10】</w:t>
      </w:r>
    </w:p>
    <w:p>
      <w:pPr>
        <w:spacing w:line="560" w:lineRule="exact"/>
        <w:ind w:firstLine="420"/>
      </w:pPr>
      <w:r>
        <w:rPr>
          <w:rFonts w:ascii="宋体" w:hAnsi="宋体" w:eastAsia="宋体"/>
          <w:sz w:val="24"/>
        </w:rPr>
        <w:t>【购买成功：破阵之锤（一次性神话道具）】</w:t>
      </w:r>
    </w:p>
    <w:p>
      <w:pPr>
        <w:spacing w:line="560" w:lineRule="exact"/>
        <w:ind w:firstLine="420"/>
      </w:pPr>
      <w:r>
        <w:rPr>
          <w:rFonts w:ascii="宋体" w:hAnsi="宋体" w:eastAsia="宋体"/>
          <w:sz w:val="24"/>
        </w:rPr>
        <w:t>【购买成功：战吼光环（金色）】</w:t>
      </w:r>
    </w:p>
    <w:p>
      <w:pPr>
        <w:spacing w:line="560" w:lineRule="exact"/>
        <w:ind w:firstLine="420"/>
      </w:pPr>
      <w:r>
        <w:rPr>
          <w:rFonts w:ascii="宋体" w:hAnsi="宋体" w:eastAsia="宋体"/>
          <w:sz w:val="24"/>
        </w:rPr>
        <w:t>赵铁柱看得头皮发麻。</w:t>
      </w:r>
    </w:p>
    <w:p>
      <w:pPr>
        <w:spacing w:line="560" w:lineRule="exact"/>
        <w:ind w:firstLine="420"/>
      </w:pPr>
      <w:r>
        <w:rPr>
          <w:rFonts w:ascii="宋体" w:hAnsi="宋体" w:eastAsia="宋体"/>
          <w:sz w:val="24"/>
        </w:rPr>
        <w:t>“哥，你这哪是打架，你这是砸钱啊！”</w:t>
      </w:r>
    </w:p>
    <w:p>
      <w:pPr>
        <w:spacing w:line="560" w:lineRule="exact"/>
        <w:ind w:firstLine="420"/>
      </w:pPr>
      <w:r>
        <w:rPr>
          <w:rFonts w:ascii="宋体" w:hAnsi="宋体" w:eastAsia="宋体"/>
          <w:sz w:val="24"/>
        </w:rPr>
        <w:t>林风巨盾一横。</w:t>
      </w:r>
    </w:p>
    <w:p>
      <w:pPr>
        <w:spacing w:line="560" w:lineRule="exact"/>
        <w:ind w:firstLine="420"/>
      </w:pPr>
      <w:r>
        <w:rPr>
          <w:rFonts w:ascii="宋体" w:hAnsi="宋体" w:eastAsia="宋体"/>
          <w:sz w:val="24"/>
        </w:rPr>
        <w:t>“砸得动就行。”</w:t>
      </w:r>
    </w:p>
    <w:p>
      <w:pPr>
        <w:spacing w:line="560" w:lineRule="exact"/>
        <w:ind w:firstLine="420"/>
      </w:pPr>
      <w:r>
        <w:rPr>
          <w:rFonts w:ascii="宋体" w:hAnsi="宋体" w:eastAsia="宋体"/>
          <w:sz w:val="24"/>
        </w:rPr>
        <w:t>他举起破阵之锤。</w:t>
      </w:r>
    </w:p>
    <w:p>
      <w:pPr>
        <w:spacing w:line="560" w:lineRule="exact"/>
        <w:ind w:firstLine="420"/>
      </w:pPr>
      <w:r>
        <w:rPr>
          <w:rFonts w:ascii="宋体" w:hAnsi="宋体" w:eastAsia="宋体"/>
          <w:sz w:val="24"/>
        </w:rPr>
        <w:t>那是一柄纯金战锤，锤头刻着龙纹，砸下时带着轰鸣。</w:t>
      </w:r>
    </w:p>
    <w:p>
      <w:pPr>
        <w:spacing w:line="560" w:lineRule="exact"/>
        <w:ind w:firstLine="420"/>
      </w:pPr>
      <w:r>
        <w:rPr>
          <w:rFonts w:ascii="宋体" w:hAnsi="宋体" w:eastAsia="宋体"/>
          <w:sz w:val="24"/>
        </w:rPr>
        <w:t>【破阵之锤】！</w:t>
      </w:r>
    </w:p>
    <w:p>
      <w:pPr>
        <w:spacing w:line="560" w:lineRule="exact"/>
        <w:ind w:firstLine="420"/>
      </w:pPr>
      <w:r>
        <w:rPr>
          <w:rFonts w:ascii="宋体" w:hAnsi="宋体" w:eastAsia="宋体"/>
          <w:sz w:val="24"/>
        </w:rPr>
        <w:t>第一锤，砸在韩服六盾连接处。</w:t>
      </w:r>
    </w:p>
    <w:p>
      <w:pPr>
        <w:spacing w:line="560" w:lineRule="exact"/>
        <w:ind w:firstLine="420"/>
      </w:pPr>
      <w:r>
        <w:rPr>
          <w:rFonts w:ascii="宋体" w:hAnsi="宋体" w:eastAsia="宋体"/>
          <w:sz w:val="24"/>
        </w:rPr>
        <w:t>金色阵纹裂开一道缝。</w:t>
      </w:r>
    </w:p>
    <w:p>
      <w:pPr>
        <w:spacing w:line="560" w:lineRule="exact"/>
        <w:ind w:firstLine="420"/>
      </w:pPr>
      <w:r>
        <w:rPr>
          <w:rFonts w:ascii="宋体" w:hAnsi="宋体" w:eastAsia="宋体"/>
          <w:sz w:val="24"/>
        </w:rPr>
        <w:t>第二锤，砸在右下盾战盾牌上。</w:t>
      </w:r>
    </w:p>
    <w:p>
      <w:pPr>
        <w:spacing w:line="560" w:lineRule="exact"/>
        <w:ind w:firstLine="420"/>
      </w:pPr>
      <w:r>
        <w:rPr>
          <w:rFonts w:ascii="宋体" w:hAnsi="宋体" w:eastAsia="宋体"/>
          <w:sz w:val="24"/>
        </w:rPr>
        <w:t>【圣光连锁】被震断。</w:t>
      </w:r>
    </w:p>
    <w:p>
      <w:pPr>
        <w:spacing w:line="560" w:lineRule="exact"/>
        <w:ind w:firstLine="420"/>
      </w:pPr>
      <w:r>
        <w:rPr>
          <w:rFonts w:ascii="宋体" w:hAnsi="宋体" w:eastAsia="宋体"/>
          <w:sz w:val="24"/>
        </w:rPr>
        <w:t>第三锤，林风直接砸向地面。</w:t>
      </w:r>
    </w:p>
    <w:p>
      <w:pPr>
        <w:spacing w:line="560" w:lineRule="exact"/>
        <w:ind w:firstLine="420"/>
      </w:pPr>
      <w:r>
        <w:rPr>
          <w:rFonts w:ascii="宋体" w:hAnsi="宋体" w:eastAsia="宋体"/>
          <w:sz w:val="24"/>
        </w:rPr>
        <w:t>【战争领主·震地怒吼】！</w:t>
      </w:r>
    </w:p>
    <w:p>
      <w:pPr>
        <w:spacing w:line="560" w:lineRule="exact"/>
        <w:ind w:firstLine="420"/>
      </w:pPr>
      <w:r>
        <w:rPr>
          <w:rFonts w:ascii="宋体" w:hAnsi="宋体" w:eastAsia="宋体"/>
          <w:sz w:val="24"/>
        </w:rPr>
        <w:t>整个竞技场轰然一震。</w:t>
      </w:r>
    </w:p>
    <w:p>
      <w:pPr>
        <w:spacing w:line="560" w:lineRule="exact"/>
        <w:ind w:firstLine="420"/>
      </w:pPr>
      <w:r>
        <w:rPr>
          <w:rFonts w:ascii="宋体" w:hAnsi="宋体" w:eastAsia="宋体"/>
          <w:sz w:val="24"/>
        </w:rPr>
        <w:t>韩服六盾全部出现僵直。</w:t>
      </w:r>
    </w:p>
    <w:p>
      <w:pPr>
        <w:spacing w:line="560" w:lineRule="exact"/>
        <w:ind w:firstLine="420"/>
      </w:pPr>
      <w:r>
        <w:rPr>
          <w:rFonts w:ascii="宋体" w:hAnsi="宋体" w:eastAsia="宋体"/>
          <w:sz w:val="24"/>
        </w:rPr>
        <w:t>林风抓住僵直，开启神圣冲锋卷轴。</w:t>
      </w:r>
    </w:p>
    <w:p>
      <w:pPr>
        <w:spacing w:line="560" w:lineRule="exact"/>
        <w:ind w:firstLine="420"/>
      </w:pPr>
      <w:r>
        <w:rPr>
          <w:rFonts w:ascii="宋体" w:hAnsi="宋体" w:eastAsia="宋体"/>
          <w:sz w:val="24"/>
        </w:rPr>
        <w:t>【神圣冲锋】！</w:t>
      </w:r>
    </w:p>
    <w:p>
      <w:pPr>
        <w:spacing w:line="560" w:lineRule="exact"/>
        <w:ind w:firstLine="420"/>
      </w:pPr>
      <w:r>
        <w:rPr>
          <w:rFonts w:ascii="宋体" w:hAnsi="宋体" w:eastAsia="宋体"/>
          <w:sz w:val="24"/>
        </w:rPr>
        <w:t>他像一辆金色战车，直接撞进韩服盾阵。</w:t>
      </w:r>
    </w:p>
    <w:p>
      <w:pPr>
        <w:spacing w:line="560" w:lineRule="exact"/>
        <w:ind w:firstLine="420"/>
      </w:pPr>
      <w:r>
        <w:rPr>
          <w:rFonts w:ascii="宋体" w:hAnsi="宋体" w:eastAsia="宋体"/>
          <w:sz w:val="24"/>
        </w:rPr>
        <w:t>赵铁柱紧随其后。</w:t>
      </w:r>
    </w:p>
    <w:p>
      <w:pPr>
        <w:spacing w:line="560" w:lineRule="exact"/>
        <w:ind w:firstLine="420"/>
      </w:pPr>
      <w:r>
        <w:rPr>
          <w:rFonts w:ascii="宋体" w:hAnsi="宋体" w:eastAsia="宋体"/>
          <w:sz w:val="24"/>
        </w:rPr>
        <w:t>【嘲讽怒吼】！</w:t>
      </w:r>
    </w:p>
    <w:p>
      <w:pPr>
        <w:spacing w:line="560" w:lineRule="exact"/>
        <w:ind w:firstLine="420"/>
      </w:pPr>
      <w:r>
        <w:rPr>
          <w:rFonts w:ascii="宋体" w:hAnsi="宋体" w:eastAsia="宋体"/>
          <w:sz w:val="24"/>
        </w:rPr>
        <w:t>【盾击连打】！</w:t>
      </w:r>
    </w:p>
    <w:p>
      <w:pPr>
        <w:spacing w:line="560" w:lineRule="exact"/>
        <w:ind w:firstLine="420"/>
      </w:pPr>
      <w:r>
        <w:rPr>
          <w:rFonts w:ascii="宋体" w:hAnsi="宋体" w:eastAsia="宋体"/>
          <w:sz w:val="24"/>
        </w:rPr>
        <w:t>夜影从后方现身。</w:t>
      </w:r>
    </w:p>
    <w:p>
      <w:pPr>
        <w:spacing w:line="560" w:lineRule="exact"/>
        <w:ind w:firstLine="420"/>
      </w:pPr>
      <w:r>
        <w:rPr>
          <w:rFonts w:ascii="宋体" w:hAnsi="宋体" w:eastAsia="宋体"/>
          <w:sz w:val="24"/>
        </w:rPr>
        <w:t>【影杀】！</w:t>
      </w:r>
    </w:p>
    <w:p>
      <w:pPr>
        <w:spacing w:line="560" w:lineRule="exact"/>
        <w:ind w:firstLine="420"/>
      </w:pPr>
      <w:r>
        <w:rPr>
          <w:rFonts w:ascii="宋体" w:hAnsi="宋体" w:eastAsia="宋体"/>
          <w:sz w:val="24"/>
        </w:rPr>
        <w:t>【瞬狱连刺】！</w:t>
      </w:r>
    </w:p>
    <w:p>
      <w:pPr>
        <w:spacing w:line="560" w:lineRule="exact"/>
        <w:ind w:firstLine="420"/>
      </w:pPr>
      <w:r>
        <w:rPr>
          <w:rFonts w:ascii="宋体" w:hAnsi="宋体" w:eastAsia="宋体"/>
          <w:sz w:val="24"/>
        </w:rPr>
        <w:t>苏小雅法杖高举。</w:t>
      </w:r>
    </w:p>
    <w:p>
      <w:pPr>
        <w:spacing w:line="560" w:lineRule="exact"/>
        <w:ind w:firstLine="420"/>
      </w:pPr>
      <w:r>
        <w:rPr>
          <w:rFonts w:ascii="宋体" w:hAnsi="宋体" w:eastAsia="宋体"/>
          <w:sz w:val="24"/>
        </w:rPr>
        <w:t>【圣光裁决】！</w:t>
      </w:r>
    </w:p>
    <w:p>
      <w:pPr>
        <w:spacing w:line="560" w:lineRule="exact"/>
        <w:ind w:firstLine="420"/>
      </w:pPr>
      <w:r>
        <w:rPr>
          <w:rFonts w:ascii="宋体" w:hAnsi="宋体" w:eastAsia="宋体"/>
          <w:sz w:val="24"/>
        </w:rPr>
        <w:t>凌天站在后排，冷静报点。</w:t>
      </w:r>
    </w:p>
    <w:p>
      <w:pPr>
        <w:spacing w:line="560" w:lineRule="exact"/>
        <w:ind w:firstLine="420"/>
      </w:pPr>
      <w:r>
        <w:rPr>
          <w:rFonts w:ascii="宋体" w:hAnsi="宋体" w:eastAsia="宋体"/>
          <w:sz w:val="24"/>
        </w:rPr>
        <w:t>“左边盾血百分之六十二，牧师没蓝，法师读条被打断，韩影绕后失败，集火玄盾！”</w:t>
      </w:r>
    </w:p>
    <w:p>
      <w:pPr>
        <w:spacing w:line="560" w:lineRule="exact"/>
        <w:ind w:firstLine="420"/>
      </w:pPr>
      <w:r>
        <w:rPr>
          <w:rFonts w:ascii="宋体" w:hAnsi="宋体" w:eastAsia="宋体"/>
          <w:sz w:val="24"/>
        </w:rPr>
        <w:t>林风巨盾一甩。</w:t>
      </w:r>
    </w:p>
    <w:p>
      <w:pPr>
        <w:spacing w:line="560" w:lineRule="exact"/>
        <w:ind w:firstLine="420"/>
      </w:pPr>
      <w:r>
        <w:rPr>
          <w:rFonts w:ascii="宋体" w:hAnsi="宋体" w:eastAsia="宋体"/>
          <w:sz w:val="24"/>
        </w:rPr>
        <w:t>【泰坦投掷】！</w:t>
      </w:r>
    </w:p>
    <w:p>
      <w:pPr>
        <w:spacing w:line="560" w:lineRule="exact"/>
        <w:ind w:firstLine="420"/>
      </w:pPr>
      <w:r>
        <w:rPr>
          <w:rFonts w:ascii="宋体" w:hAnsi="宋体" w:eastAsia="宋体"/>
          <w:sz w:val="24"/>
        </w:rPr>
        <w:t>不灭壁垒巨盾脱手飞出，像小山一样砸在太极玄盾身上。</w:t>
      </w:r>
    </w:p>
    <w:p>
      <w:pPr>
        <w:spacing w:line="560" w:lineRule="exact"/>
        <w:ind w:firstLine="420"/>
      </w:pPr>
      <w:r>
        <w:rPr>
          <w:rFonts w:ascii="宋体" w:hAnsi="宋体" w:eastAsia="宋体"/>
          <w:sz w:val="24"/>
        </w:rPr>
        <w:t>-31250！</w:t>
      </w:r>
    </w:p>
    <w:p>
      <w:pPr>
        <w:spacing w:line="560" w:lineRule="exact"/>
        <w:ind w:firstLine="420"/>
      </w:pPr>
      <w:r>
        <w:rPr>
          <w:rFonts w:ascii="宋体" w:hAnsi="宋体" w:eastAsia="宋体"/>
          <w:sz w:val="24"/>
        </w:rPr>
        <w:t>太极玄盾血条狂掉。</w:t>
      </w:r>
    </w:p>
    <w:p>
      <w:pPr>
        <w:spacing w:line="560" w:lineRule="exact"/>
        <w:ind w:firstLine="420"/>
      </w:pPr>
      <w:r>
        <w:rPr>
          <w:rFonts w:ascii="宋体" w:hAnsi="宋体" w:eastAsia="宋体"/>
          <w:sz w:val="24"/>
        </w:rPr>
        <w:t>他终于慌了。</w:t>
      </w:r>
    </w:p>
    <w:p>
      <w:pPr>
        <w:spacing w:line="560" w:lineRule="exact"/>
        <w:ind w:firstLine="420"/>
      </w:pPr>
      <w:r>
        <w:rPr>
          <w:rFonts w:ascii="宋体" w:hAnsi="宋体" w:eastAsia="宋体"/>
          <w:sz w:val="24"/>
        </w:rPr>
        <w:t>“开盾墙！开盾墙！”</w:t>
      </w:r>
    </w:p>
    <w:p>
      <w:pPr>
        <w:spacing w:line="560" w:lineRule="exact"/>
        <w:ind w:firstLine="420"/>
      </w:pPr>
      <w:r>
        <w:rPr>
          <w:rFonts w:ascii="宋体" w:hAnsi="宋体" w:eastAsia="宋体"/>
          <w:sz w:val="24"/>
        </w:rPr>
        <w:t>六名盾战强行把盾再次合拢。</w:t>
      </w:r>
    </w:p>
    <w:p>
      <w:pPr>
        <w:spacing w:line="560" w:lineRule="exact"/>
        <w:ind w:firstLine="420"/>
      </w:pPr>
      <w:r>
        <w:rPr>
          <w:rFonts w:ascii="宋体" w:hAnsi="宋体" w:eastAsia="宋体"/>
          <w:sz w:val="24"/>
        </w:rPr>
        <w:t>可阵型已经散了。</w:t>
      </w:r>
    </w:p>
    <w:p>
      <w:pPr>
        <w:spacing w:line="560" w:lineRule="exact"/>
        <w:ind w:firstLine="420"/>
      </w:pPr>
      <w:r>
        <w:rPr>
          <w:rFonts w:ascii="宋体" w:hAnsi="宋体" w:eastAsia="宋体"/>
          <w:sz w:val="24"/>
        </w:rPr>
        <w:t>刚才那堵无解的墙，现在变成六块各守各的盾。</w:t>
      </w:r>
    </w:p>
    <w:p>
      <w:pPr>
        <w:spacing w:line="560" w:lineRule="exact"/>
        <w:ind w:firstLine="420"/>
      </w:pPr>
      <w:r>
        <w:rPr>
          <w:rFonts w:ascii="宋体" w:hAnsi="宋体" w:eastAsia="宋体"/>
          <w:sz w:val="24"/>
        </w:rPr>
        <w:t>林风等的就是这个。</w:t>
      </w:r>
    </w:p>
    <w:p>
      <w:pPr>
        <w:spacing w:line="560" w:lineRule="exact"/>
        <w:ind w:firstLine="420"/>
      </w:pPr>
      <w:r>
        <w:rPr>
          <w:rFonts w:ascii="宋体" w:hAnsi="宋体" w:eastAsia="宋体"/>
          <w:sz w:val="24"/>
        </w:rPr>
        <w:t>“神豪殿，推！”</w:t>
      </w:r>
    </w:p>
    <w:p>
      <w:pPr>
        <w:spacing w:line="560" w:lineRule="exact"/>
        <w:ind w:firstLine="420"/>
      </w:pPr>
      <w:r>
        <w:rPr>
          <w:rFonts w:ascii="宋体" w:hAnsi="宋体" w:eastAsia="宋体"/>
          <w:sz w:val="24"/>
        </w:rPr>
        <w:t>赵铁柱顶住左侧盾战。</w:t>
      </w:r>
    </w:p>
    <w:p>
      <w:pPr>
        <w:spacing w:line="560" w:lineRule="exact"/>
        <w:ind w:firstLine="420"/>
      </w:pPr>
      <w:r>
        <w:rPr>
          <w:rFonts w:ascii="宋体" w:hAnsi="宋体" w:eastAsia="宋体"/>
          <w:sz w:val="24"/>
        </w:rPr>
        <w:t>夜影绕后秒掉残血牧师。</w:t>
      </w:r>
    </w:p>
    <w:p>
      <w:pPr>
        <w:spacing w:line="560" w:lineRule="exact"/>
        <w:ind w:firstLine="420"/>
      </w:pPr>
      <w:r>
        <w:rPr>
          <w:rFonts w:ascii="宋体" w:hAnsi="宋体" w:eastAsia="宋体"/>
          <w:sz w:val="24"/>
        </w:rPr>
        <w:t>苏小雅治疗全开，白光铺满前排。</w:t>
      </w:r>
    </w:p>
    <w:p>
      <w:pPr>
        <w:spacing w:line="560" w:lineRule="exact"/>
        <w:ind w:firstLine="420"/>
      </w:pPr>
      <w:r>
        <w:rPr>
          <w:rFonts w:ascii="宋体" w:hAnsi="宋体" w:eastAsia="宋体"/>
          <w:sz w:val="24"/>
        </w:rPr>
        <w:t>凌天指挥精准到秒。</w:t>
      </w:r>
    </w:p>
    <w:p>
      <w:pPr>
        <w:spacing w:line="560" w:lineRule="exact"/>
        <w:ind w:firstLine="420"/>
      </w:pPr>
      <w:r>
        <w:rPr>
          <w:rFonts w:ascii="宋体" w:hAnsi="宋体" w:eastAsia="宋体"/>
          <w:sz w:val="24"/>
        </w:rPr>
        <w:t>“三秒后火雨落下，右移两步。夜影，弓手露头了。铁柱，嘲讽盾战，别让玄盾走。”</w:t>
      </w:r>
    </w:p>
    <w:p>
      <w:pPr>
        <w:spacing w:line="560" w:lineRule="exact"/>
        <w:ind w:firstLine="420"/>
      </w:pPr>
      <w:r>
        <w:rPr>
          <w:rFonts w:ascii="宋体" w:hAnsi="宋体" w:eastAsia="宋体"/>
          <w:sz w:val="24"/>
        </w:rPr>
        <w:t>林风再次打开商城。</w:t>
      </w:r>
    </w:p>
    <w:p>
      <w:pPr>
        <w:spacing w:line="560" w:lineRule="exact"/>
        <w:ind w:firstLine="420"/>
      </w:pPr>
      <w:r>
        <w:rPr>
          <w:rFonts w:ascii="宋体" w:hAnsi="宋体" w:eastAsia="宋体"/>
          <w:sz w:val="24"/>
        </w:rPr>
        <w:t>【购买成功：天雷洗礼卷轴】</w:t>
      </w:r>
    </w:p>
    <w:p>
      <w:pPr>
        <w:spacing w:line="560" w:lineRule="exact"/>
        <w:ind w:firstLine="420"/>
      </w:pPr>
      <w:r>
        <w:rPr>
          <w:rFonts w:ascii="宋体" w:hAnsi="宋体" w:eastAsia="宋体"/>
          <w:sz w:val="24"/>
        </w:rPr>
        <w:t>【购买成功：战神降临（限时10秒）】</w:t>
      </w:r>
    </w:p>
    <w:p>
      <w:pPr>
        <w:spacing w:line="560" w:lineRule="exact"/>
        <w:ind w:firstLine="420"/>
      </w:pPr>
      <w:r>
        <w:rPr>
          <w:rFonts w:ascii="宋体" w:hAnsi="宋体" w:eastAsia="宋体"/>
          <w:sz w:val="24"/>
        </w:rPr>
        <w:t>【购买成功：全体攻击增幅药剂×5】</w:t>
      </w:r>
    </w:p>
    <w:p>
      <w:pPr>
        <w:spacing w:line="560" w:lineRule="exact"/>
        <w:ind w:firstLine="420"/>
      </w:pPr>
      <w:r>
        <w:rPr>
          <w:rFonts w:ascii="宋体" w:hAnsi="宋体" w:eastAsia="宋体"/>
          <w:sz w:val="24"/>
        </w:rPr>
        <w:t>他给全队丢出攻击增幅药剂。</w:t>
      </w:r>
    </w:p>
    <w:p>
      <w:pPr>
        <w:spacing w:line="560" w:lineRule="exact"/>
        <w:ind w:firstLine="420"/>
      </w:pPr>
      <w:r>
        <w:rPr>
          <w:rFonts w:ascii="宋体" w:hAnsi="宋体" w:eastAsia="宋体"/>
          <w:sz w:val="24"/>
        </w:rPr>
        <w:t>所有人头顶冒出金色战意。</w:t>
      </w:r>
    </w:p>
    <w:p>
      <w:pPr>
        <w:spacing w:line="560" w:lineRule="exact"/>
        <w:ind w:firstLine="420"/>
      </w:pPr>
      <w:r>
        <w:rPr>
          <w:rFonts w:ascii="宋体" w:hAnsi="宋体" w:eastAsia="宋体"/>
          <w:sz w:val="24"/>
        </w:rPr>
        <w:t>韩服法师刚读完火雨，天雷已经先一步落下。</w:t>
      </w:r>
    </w:p>
    <w:p>
      <w:pPr>
        <w:spacing w:line="560" w:lineRule="exact"/>
        <w:ind w:firstLine="420"/>
      </w:pPr>
      <w:r>
        <w:rPr>
          <w:rFonts w:ascii="宋体" w:hAnsi="宋体" w:eastAsia="宋体"/>
          <w:sz w:val="24"/>
        </w:rPr>
        <w:t>【天雷洗礼】！</w:t>
      </w:r>
    </w:p>
    <w:p>
      <w:pPr>
        <w:spacing w:line="560" w:lineRule="exact"/>
        <w:ind w:firstLine="420"/>
      </w:pPr>
      <w:r>
        <w:rPr>
          <w:rFonts w:ascii="宋体" w:hAnsi="宋体" w:eastAsia="宋体"/>
          <w:sz w:val="24"/>
        </w:rPr>
        <w:t>雷光像瀑布一样砸进韩服后排。</w:t>
      </w:r>
    </w:p>
    <w:p>
      <w:pPr>
        <w:spacing w:line="560" w:lineRule="exact"/>
        <w:ind w:firstLine="420"/>
      </w:pPr>
      <w:r>
        <w:rPr>
          <w:rFonts w:ascii="宋体" w:hAnsi="宋体" w:eastAsia="宋体"/>
          <w:sz w:val="24"/>
        </w:rPr>
        <w:t>-28900！</w:t>
      </w:r>
    </w:p>
    <w:p>
      <w:pPr>
        <w:spacing w:line="560" w:lineRule="exact"/>
        <w:ind w:firstLine="420"/>
      </w:pPr>
      <w:r>
        <w:rPr>
          <w:rFonts w:ascii="宋体" w:hAnsi="宋体" w:eastAsia="宋体"/>
          <w:sz w:val="24"/>
        </w:rPr>
        <w:t>-30120！</w:t>
      </w:r>
    </w:p>
    <w:p>
      <w:pPr>
        <w:spacing w:line="560" w:lineRule="exact"/>
        <w:ind w:firstLine="420"/>
      </w:pPr>
      <w:r>
        <w:rPr>
          <w:rFonts w:ascii="宋体" w:hAnsi="宋体" w:eastAsia="宋体"/>
          <w:sz w:val="24"/>
        </w:rPr>
        <w:t>-27650！</w:t>
      </w:r>
    </w:p>
    <w:p>
      <w:pPr>
        <w:spacing w:line="560" w:lineRule="exact"/>
        <w:ind w:firstLine="420"/>
      </w:pPr>
      <w:r>
        <w:rPr>
          <w:rFonts w:ascii="宋体" w:hAnsi="宋体" w:eastAsia="宋体"/>
          <w:sz w:val="24"/>
        </w:rPr>
        <w:t>两名法师瞬间倒地。</w:t>
      </w:r>
    </w:p>
    <w:p>
      <w:pPr>
        <w:spacing w:line="560" w:lineRule="exact"/>
        <w:ind w:firstLine="420"/>
      </w:pPr>
      <w:r>
        <w:rPr>
          <w:rFonts w:ascii="宋体" w:hAnsi="宋体" w:eastAsia="宋体"/>
          <w:sz w:val="24"/>
        </w:rPr>
        <w:t>战神降临开启。</w:t>
      </w:r>
    </w:p>
    <w:p>
      <w:pPr>
        <w:spacing w:line="560" w:lineRule="exact"/>
        <w:ind w:firstLine="420"/>
      </w:pPr>
      <w:r>
        <w:rPr>
          <w:rFonts w:ascii="宋体" w:hAnsi="宋体" w:eastAsia="宋体"/>
          <w:sz w:val="24"/>
        </w:rPr>
        <w:t>林风全身战甲变成暗金色，身后浮现一尊战争虚影。</w:t>
      </w:r>
    </w:p>
    <w:p>
      <w:pPr>
        <w:spacing w:line="560" w:lineRule="exact"/>
        <w:ind w:firstLine="420"/>
      </w:pPr>
      <w:r>
        <w:rPr>
          <w:rFonts w:ascii="宋体" w:hAnsi="宋体" w:eastAsia="宋体"/>
          <w:sz w:val="24"/>
        </w:rPr>
        <w:t>他左手抓回巨盾，右手拔出系统商城刚买的金色战剑。</w:t>
      </w:r>
    </w:p>
    <w:p>
      <w:pPr>
        <w:spacing w:line="560" w:lineRule="exact"/>
        <w:ind w:firstLine="420"/>
      </w:pPr>
      <w:r>
        <w:rPr>
          <w:rFonts w:ascii="宋体" w:hAnsi="宋体" w:eastAsia="宋体"/>
          <w:sz w:val="24"/>
        </w:rPr>
        <w:t>【战争审判】！</w:t>
      </w:r>
    </w:p>
    <w:p>
      <w:pPr>
        <w:spacing w:line="560" w:lineRule="exact"/>
        <w:ind w:firstLine="420"/>
      </w:pPr>
      <w:r>
        <w:rPr>
          <w:rFonts w:ascii="宋体" w:hAnsi="宋体" w:eastAsia="宋体"/>
          <w:sz w:val="24"/>
        </w:rPr>
        <w:t>【破盾斩】！</w:t>
      </w:r>
    </w:p>
    <w:p>
      <w:pPr>
        <w:spacing w:line="560" w:lineRule="exact"/>
        <w:ind w:firstLine="420"/>
      </w:pPr>
      <w:r>
        <w:rPr>
          <w:rFonts w:ascii="宋体" w:hAnsi="宋体" w:eastAsia="宋体"/>
          <w:sz w:val="24"/>
        </w:rPr>
        <w:t>【泰坦连击】！</w:t>
      </w:r>
    </w:p>
    <w:p>
      <w:pPr>
        <w:spacing w:line="560" w:lineRule="exact"/>
        <w:ind w:firstLine="420"/>
      </w:pPr>
      <w:r>
        <w:rPr>
          <w:rFonts w:ascii="宋体" w:hAnsi="宋体" w:eastAsia="宋体"/>
          <w:sz w:val="24"/>
        </w:rPr>
        <w:t>一剑斩断盾战手腕。</w:t>
      </w:r>
    </w:p>
    <w:p>
      <w:pPr>
        <w:spacing w:line="560" w:lineRule="exact"/>
        <w:ind w:firstLine="420"/>
      </w:pPr>
      <w:r>
        <w:rPr>
          <w:rFonts w:ascii="宋体" w:hAnsi="宋体" w:eastAsia="宋体"/>
          <w:sz w:val="24"/>
        </w:rPr>
        <w:t>一剑劈开圣光祝福。</w:t>
      </w:r>
    </w:p>
    <w:p>
      <w:pPr>
        <w:spacing w:line="560" w:lineRule="exact"/>
        <w:ind w:firstLine="420"/>
      </w:pPr>
      <w:r>
        <w:rPr>
          <w:rFonts w:ascii="宋体" w:hAnsi="宋体" w:eastAsia="宋体"/>
          <w:sz w:val="24"/>
        </w:rPr>
        <w:t>第三剑，直接砍在太极玄盾胸口。</w:t>
      </w:r>
    </w:p>
    <w:p>
      <w:pPr>
        <w:spacing w:line="560" w:lineRule="exact"/>
        <w:ind w:firstLine="420"/>
      </w:pPr>
      <w:r>
        <w:rPr>
          <w:rFonts w:ascii="宋体" w:hAnsi="宋体" w:eastAsia="宋体"/>
          <w:sz w:val="24"/>
        </w:rPr>
        <w:t>暴击！</w:t>
      </w:r>
    </w:p>
    <w:p>
      <w:pPr>
        <w:spacing w:line="560" w:lineRule="exact"/>
        <w:ind w:firstLine="420"/>
      </w:pPr>
      <w:r>
        <w:rPr>
          <w:rFonts w:ascii="宋体" w:hAnsi="宋体" w:eastAsia="宋体"/>
          <w:sz w:val="24"/>
        </w:rPr>
        <w:t>-52680！</w:t>
      </w:r>
    </w:p>
    <w:p>
      <w:pPr>
        <w:spacing w:line="560" w:lineRule="exact"/>
        <w:ind w:firstLine="420"/>
      </w:pPr>
      <w:r>
        <w:rPr>
          <w:rFonts w:ascii="宋体" w:hAnsi="宋体" w:eastAsia="宋体"/>
          <w:sz w:val="24"/>
        </w:rPr>
        <w:t>太极玄盾血条清空。</w:t>
      </w:r>
    </w:p>
    <w:p>
      <w:pPr>
        <w:spacing w:line="560" w:lineRule="exact"/>
        <w:ind w:firstLine="420"/>
      </w:pPr>
      <w:r>
        <w:rPr>
          <w:rFonts w:ascii="宋体" w:hAnsi="宋体" w:eastAsia="宋体"/>
          <w:sz w:val="24"/>
        </w:rPr>
        <w:t>系统提示响起。</w:t>
      </w:r>
    </w:p>
    <w:p>
      <w:pPr>
        <w:spacing w:line="560" w:lineRule="exact"/>
        <w:ind w:firstLine="420"/>
      </w:pPr>
      <w:r>
        <w:rPr>
          <w:rFonts w:ascii="宋体" w:hAnsi="宋体" w:eastAsia="宋体"/>
          <w:sz w:val="24"/>
        </w:rPr>
        <w:t>【韩服太极战盟队长：太极玄盾，已被风中追风击杀！】</w:t>
      </w:r>
    </w:p>
    <w:p>
      <w:pPr>
        <w:spacing w:line="560" w:lineRule="exact"/>
        <w:ind w:firstLine="420"/>
      </w:pPr>
      <w:r>
        <w:rPr>
          <w:rFonts w:ascii="宋体" w:hAnsi="宋体" w:eastAsia="宋体"/>
          <w:sz w:val="24"/>
        </w:rPr>
        <w:t>韩服阵型彻底崩了。</w:t>
      </w:r>
    </w:p>
    <w:p>
      <w:pPr>
        <w:spacing w:line="560" w:lineRule="exact"/>
        <w:ind w:firstLine="420"/>
      </w:pPr>
      <w:r>
        <w:rPr>
          <w:rFonts w:ascii="宋体" w:hAnsi="宋体" w:eastAsia="宋体"/>
          <w:sz w:val="24"/>
        </w:rPr>
        <w:t>世界频道安静了半秒，随后彻底爆炸。</w:t>
      </w:r>
    </w:p>
    <w:p>
      <w:pPr>
        <w:spacing w:line="560" w:lineRule="exact"/>
        <w:ind w:firstLine="420"/>
      </w:pPr>
      <w:r>
        <w:rPr>
          <w:rFonts w:ascii="宋体" w:hAnsi="宋体" w:eastAsia="宋体"/>
          <w:sz w:val="24"/>
        </w:rPr>
        <w:t>“卧槽！正面撞穿韩服盾阵？”</w:t>
      </w:r>
    </w:p>
    <w:p>
      <w:pPr>
        <w:spacing w:line="560" w:lineRule="exact"/>
        <w:ind w:firstLine="420"/>
      </w:pPr>
      <w:r>
        <w:rPr>
          <w:rFonts w:ascii="宋体" w:hAnsi="宋体" w:eastAsia="宋体"/>
          <w:sz w:val="24"/>
        </w:rPr>
        <w:t>“风中追风切坦把韩服队长秒了？”</w:t>
      </w:r>
    </w:p>
    <w:p>
      <w:pPr>
        <w:spacing w:line="560" w:lineRule="exact"/>
        <w:ind w:firstLine="420"/>
      </w:pPr>
      <w:r>
        <w:rPr>
          <w:rFonts w:ascii="宋体" w:hAnsi="宋体" w:eastAsia="宋体"/>
          <w:sz w:val="24"/>
        </w:rPr>
        <w:t>“这不是神豪殿，这是人民币战车吧！”</w:t>
      </w:r>
    </w:p>
    <w:p>
      <w:pPr>
        <w:spacing w:line="560" w:lineRule="exact"/>
        <w:ind w:firstLine="420"/>
      </w:pPr>
      <w:r>
        <w:rPr>
          <w:rFonts w:ascii="宋体" w:hAnsi="宋体" w:eastAsia="宋体"/>
          <w:sz w:val="24"/>
        </w:rPr>
        <w:t>“韩服不败神话破了！破了！”</w:t>
      </w:r>
    </w:p>
    <w:p>
      <w:pPr>
        <w:spacing w:line="560" w:lineRule="exact"/>
        <w:ind w:firstLine="420"/>
      </w:pPr>
      <w:r>
        <w:rPr>
          <w:rFonts w:ascii="宋体" w:hAnsi="宋体" w:eastAsia="宋体"/>
          <w:sz w:val="24"/>
        </w:rPr>
        <w:t>直播间弹幕刷到看不清画面。</w:t>
      </w:r>
    </w:p>
    <w:p>
      <w:pPr>
        <w:spacing w:line="560" w:lineRule="exact"/>
        <w:ind w:firstLine="420"/>
      </w:pPr>
      <w:r>
        <w:rPr>
          <w:rFonts w:ascii="宋体" w:hAnsi="宋体" w:eastAsia="宋体"/>
          <w:sz w:val="24"/>
        </w:rPr>
        <w:t>“我跪了！”</w:t>
      </w:r>
    </w:p>
    <w:p>
      <w:pPr>
        <w:spacing w:line="560" w:lineRule="exact"/>
        <w:ind w:firstLine="420"/>
      </w:pPr>
      <w:r>
        <w:rPr>
          <w:rFonts w:ascii="宋体" w:hAnsi="宋体" w:eastAsia="宋体"/>
          <w:sz w:val="24"/>
        </w:rPr>
        <w:t>“这就是氪金的力量吗？”</w:t>
      </w:r>
    </w:p>
    <w:p>
      <w:pPr>
        <w:spacing w:line="560" w:lineRule="exact"/>
        <w:ind w:firstLine="420"/>
      </w:pPr>
      <w:r>
        <w:rPr>
          <w:rFonts w:ascii="宋体" w:hAnsi="宋体" w:eastAsia="宋体"/>
          <w:sz w:val="24"/>
        </w:rPr>
        <w:t>“不，这是氪金加技术加指挥！”</w:t>
      </w:r>
    </w:p>
    <w:p>
      <w:pPr>
        <w:spacing w:line="560" w:lineRule="exact"/>
        <w:ind w:firstLine="420"/>
      </w:pPr>
      <w:r>
        <w:rPr>
          <w:rFonts w:ascii="宋体" w:hAnsi="宋体" w:eastAsia="宋体"/>
          <w:sz w:val="24"/>
        </w:rPr>
        <w:t>“神豪殿牛逼！”</w:t>
      </w:r>
    </w:p>
    <w:p>
      <w:pPr>
        <w:spacing w:line="560" w:lineRule="exact"/>
        <w:ind w:firstLine="420"/>
      </w:pPr>
      <w:r>
        <w:rPr>
          <w:rFonts w:ascii="宋体" w:hAnsi="宋体" w:eastAsia="宋体"/>
          <w:sz w:val="24"/>
        </w:rPr>
        <w:t>“风中追风牛逼！”</w:t>
      </w:r>
    </w:p>
    <w:p>
      <w:pPr>
        <w:spacing w:line="560" w:lineRule="exact"/>
        <w:ind w:firstLine="420"/>
      </w:pPr>
      <w:r>
        <w:rPr>
          <w:rFonts w:ascii="宋体" w:hAnsi="宋体" w:eastAsia="宋体"/>
          <w:sz w:val="24"/>
        </w:rPr>
        <w:t>苏小雅一边治疗，一边忍不住喊：“风中，你刚才那一下太帅了！”</w:t>
      </w:r>
    </w:p>
    <w:p>
      <w:pPr>
        <w:spacing w:line="560" w:lineRule="exact"/>
        <w:ind w:firstLine="420"/>
      </w:pPr>
      <w:r>
        <w:rPr>
          <w:rFonts w:ascii="宋体" w:hAnsi="宋体" w:eastAsia="宋体"/>
          <w:sz w:val="24"/>
        </w:rPr>
        <w:t>赵铁柱扛着盾哈哈大笑。</w:t>
      </w:r>
    </w:p>
    <w:p>
      <w:pPr>
        <w:spacing w:line="560" w:lineRule="exact"/>
        <w:ind w:firstLine="420"/>
      </w:pPr>
      <w:r>
        <w:rPr>
          <w:rFonts w:ascii="宋体" w:hAnsi="宋体" w:eastAsia="宋体"/>
          <w:sz w:val="24"/>
        </w:rPr>
        <w:t>“韩服铁王八，被哥砸穿了！”</w:t>
      </w:r>
    </w:p>
    <w:p>
      <w:pPr>
        <w:spacing w:line="560" w:lineRule="exact"/>
        <w:ind w:firstLine="420"/>
      </w:pPr>
      <w:r>
        <w:rPr>
          <w:rFonts w:ascii="宋体" w:hAnsi="宋体" w:eastAsia="宋体"/>
          <w:sz w:val="24"/>
        </w:rPr>
        <w:t>夜影没有废话，只补了一刀。</w:t>
      </w:r>
    </w:p>
    <w:p>
      <w:pPr>
        <w:spacing w:line="560" w:lineRule="exact"/>
        <w:ind w:firstLine="420"/>
      </w:pPr>
      <w:r>
        <w:rPr>
          <w:rFonts w:ascii="宋体" w:hAnsi="宋体" w:eastAsia="宋体"/>
          <w:sz w:val="24"/>
        </w:rPr>
        <w:t>【影杀·终结】！</w:t>
      </w:r>
    </w:p>
    <w:p>
      <w:pPr>
        <w:spacing w:line="560" w:lineRule="exact"/>
        <w:ind w:firstLine="420"/>
      </w:pPr>
      <w:r>
        <w:rPr>
          <w:rFonts w:ascii="宋体" w:hAnsi="宋体" w:eastAsia="宋体"/>
          <w:sz w:val="24"/>
        </w:rPr>
        <w:t>韩服最后一名法师倒地。</w:t>
      </w:r>
    </w:p>
    <w:p>
      <w:pPr>
        <w:spacing w:line="560" w:lineRule="exact"/>
        <w:ind w:firstLine="420"/>
      </w:pPr>
      <w:r>
        <w:rPr>
          <w:rFonts w:ascii="宋体" w:hAnsi="宋体" w:eastAsia="宋体"/>
          <w:sz w:val="24"/>
        </w:rPr>
        <w:t>韩影想跑，被夜影从阴影里拖出来，匕首划过喉咙。</w:t>
      </w:r>
    </w:p>
    <w:p>
      <w:pPr>
        <w:spacing w:line="560" w:lineRule="exact"/>
        <w:ind w:firstLine="420"/>
      </w:pPr>
      <w:r>
        <w:rPr>
          <w:rFonts w:ascii="宋体" w:hAnsi="宋体" w:eastAsia="宋体"/>
          <w:sz w:val="24"/>
        </w:rPr>
        <w:t>【割喉】！</w:t>
      </w:r>
    </w:p>
    <w:p>
      <w:pPr>
        <w:spacing w:line="560" w:lineRule="exact"/>
        <w:ind w:firstLine="420"/>
      </w:pPr>
      <w:r>
        <w:rPr>
          <w:rFonts w:ascii="宋体" w:hAnsi="宋体" w:eastAsia="宋体"/>
          <w:sz w:val="24"/>
        </w:rPr>
        <w:t>-19860！</w:t>
      </w:r>
    </w:p>
    <w:p>
      <w:pPr>
        <w:spacing w:line="560" w:lineRule="exact"/>
        <w:ind w:firstLine="420"/>
      </w:pPr>
      <w:r>
        <w:rPr>
          <w:rFonts w:ascii="宋体" w:hAnsi="宋体" w:eastAsia="宋体"/>
          <w:sz w:val="24"/>
        </w:rPr>
        <w:t>韩影倒下。</w:t>
      </w:r>
    </w:p>
    <w:p>
      <w:pPr>
        <w:spacing w:line="560" w:lineRule="exact"/>
        <w:ind w:firstLine="420"/>
      </w:pPr>
      <w:r>
        <w:rPr>
          <w:rFonts w:ascii="宋体" w:hAnsi="宋体" w:eastAsia="宋体"/>
          <w:sz w:val="24"/>
        </w:rPr>
        <w:t>比赛结束。</w:t>
      </w:r>
    </w:p>
    <w:p>
      <w:pPr>
        <w:spacing w:line="560" w:lineRule="exact"/>
        <w:ind w:firstLine="420"/>
      </w:pPr>
      <w:r>
        <w:rPr>
          <w:rFonts w:ascii="宋体" w:hAnsi="宋体" w:eastAsia="宋体"/>
          <w:sz w:val="24"/>
        </w:rPr>
        <w:t>【系统公告：华夏联击败韩服太极战盟，晋级跨服战总决赛！】</w:t>
      </w:r>
    </w:p>
    <w:p>
      <w:pPr>
        <w:spacing w:line="560" w:lineRule="exact"/>
        <w:ind w:firstLine="420"/>
      </w:pPr>
      <w:r>
        <w:rPr>
          <w:rFonts w:ascii="宋体" w:hAnsi="宋体" w:eastAsia="宋体"/>
          <w:sz w:val="24"/>
        </w:rPr>
        <w:t>【华夏区第一公会神豪殿，以绝对优势击碎韩服不败神话！】</w:t>
      </w:r>
    </w:p>
    <w:p>
      <w:pPr>
        <w:spacing w:line="560" w:lineRule="exact"/>
        <w:ind w:firstLine="420"/>
      </w:pPr>
      <w:r>
        <w:rPr>
          <w:rFonts w:ascii="宋体" w:hAnsi="宋体" w:eastAsia="宋体"/>
          <w:sz w:val="24"/>
        </w:rPr>
        <w:t>华夏观众席瞬间沸腾。</w:t>
      </w:r>
    </w:p>
    <w:p>
      <w:pPr>
        <w:spacing w:line="560" w:lineRule="exact"/>
        <w:ind w:firstLine="420"/>
      </w:pPr>
      <w:r>
        <w:rPr>
          <w:rFonts w:ascii="宋体" w:hAnsi="宋体" w:eastAsia="宋体"/>
          <w:sz w:val="24"/>
        </w:rPr>
        <w:t>无数华夏玩家挥着旗帜，世界频道刷满了同一句话。</w:t>
      </w:r>
    </w:p>
    <w:p>
      <w:pPr>
        <w:spacing w:line="560" w:lineRule="exact"/>
        <w:ind w:firstLine="420"/>
      </w:pPr>
      <w:r>
        <w:rPr>
          <w:rFonts w:ascii="宋体" w:hAnsi="宋体" w:eastAsia="宋体"/>
          <w:sz w:val="24"/>
        </w:rPr>
        <w:t>“华夏必胜！”</w:t>
      </w:r>
    </w:p>
    <w:p>
      <w:pPr>
        <w:spacing w:line="560" w:lineRule="exact"/>
        <w:ind w:firstLine="420"/>
      </w:pPr>
      <w:r>
        <w:rPr>
          <w:rFonts w:ascii="宋体" w:hAnsi="宋体" w:eastAsia="宋体"/>
          <w:sz w:val="24"/>
        </w:rPr>
        <w:t>林风站在石台上，战甲还没解除，金色裂纹还在盾面上蔓延。</w:t>
      </w:r>
    </w:p>
    <w:p>
      <w:pPr>
        <w:spacing w:line="560" w:lineRule="exact"/>
        <w:ind w:firstLine="420"/>
      </w:pPr>
      <w:r>
        <w:rPr>
          <w:rFonts w:ascii="宋体" w:hAnsi="宋体" w:eastAsia="宋体"/>
          <w:sz w:val="24"/>
        </w:rPr>
        <w:t>他看了一眼系统商城，又看了一眼倒地的韩服盾阵。</w:t>
      </w:r>
    </w:p>
    <w:p>
      <w:pPr>
        <w:spacing w:line="560" w:lineRule="exact"/>
        <w:ind w:firstLine="420"/>
      </w:pPr>
      <w:r>
        <w:rPr>
          <w:rFonts w:ascii="宋体" w:hAnsi="宋体" w:eastAsia="宋体"/>
          <w:sz w:val="24"/>
        </w:rPr>
        <w:t>“韩服盾阵，不过如此。”</w:t>
      </w:r>
    </w:p>
    <w:p>
      <w:pPr>
        <w:spacing w:line="560" w:lineRule="exact"/>
        <w:ind w:firstLine="420"/>
      </w:pPr>
      <w:r>
        <w:rPr>
          <w:rFonts w:ascii="宋体" w:hAnsi="宋体" w:eastAsia="宋体"/>
          <w:sz w:val="24"/>
        </w:rPr>
        <w:t>苏婉清在观战室里长长吐出一口气。</w:t>
      </w:r>
    </w:p>
    <w:p>
      <w:pPr>
        <w:spacing w:line="560" w:lineRule="exact"/>
        <w:ind w:firstLine="420"/>
      </w:pPr>
      <w:r>
        <w:rPr>
          <w:rFonts w:ascii="宋体" w:hAnsi="宋体" w:eastAsia="宋体"/>
          <w:sz w:val="24"/>
        </w:rPr>
        <w:t>秦雨激动得差点跳起来。</w:t>
      </w:r>
    </w:p>
    <w:p>
      <w:pPr>
        <w:spacing w:line="560" w:lineRule="exact"/>
        <w:ind w:firstLine="420"/>
      </w:pPr>
      <w:r>
        <w:rPr>
          <w:rFonts w:ascii="宋体" w:hAnsi="宋体" w:eastAsia="宋体"/>
          <w:sz w:val="24"/>
        </w:rPr>
        <w:t>“爆了爆了！直播间在线人数突破三百万了！神豪殿官方号粉丝又涨了二十万！”</w:t>
      </w:r>
    </w:p>
    <w:p>
      <w:pPr>
        <w:spacing w:line="560" w:lineRule="exact"/>
        <w:ind w:firstLine="420"/>
      </w:pPr>
      <w:r>
        <w:rPr>
          <w:rFonts w:ascii="宋体" w:hAnsi="宋体" w:eastAsia="宋体"/>
          <w:sz w:val="24"/>
        </w:rPr>
        <w:t>苏婉清看着</w:t>
      </w:r>
    </w:p>
    <w:p>
      <w:r>
        <w:br w:type="page"/>
      </w:r>
    </w:p>
    <w:p>
      <w:pPr>
        <w:jc w:val="center"/>
      </w:pPr>
      <w:r>
        <w:rPr>
          <w:b/>
          <w:sz w:val="32"/>
        </w:rPr>
        <w:t>第031章 决赛星辰国度</w:t>
      </w:r>
    </w:p>
    <w:p>
      <w:pPr>
        <w:jc w:val="center"/>
      </w:pPr>
      <w:r>
        <w:rPr>
          <w:color w:val="999999"/>
          <w:sz w:val="18"/>
        </w:rPr>
        <w:t>（2,850字）</w:t>
      </w:r>
    </w:p>
    <w:p/>
    <w:p>
      <w:pPr>
        <w:spacing w:line="560" w:lineRule="exact"/>
        <w:ind w:firstLine="420"/>
      </w:pPr>
      <w:r>
        <w:rPr>
          <w:rFonts w:ascii="宋体" w:hAnsi="宋体" w:eastAsia="宋体"/>
          <w:sz w:val="24"/>
        </w:rPr>
        <w:t>八强赛打欧洲圣殿骑士团，四强赛打东南亚联军——神豪殿一路碾压过去，没有一场比赛超过十分钟。</w:t>
      </w:r>
    </w:p>
    <w:p>
      <w:pPr>
        <w:spacing w:line="560" w:lineRule="exact"/>
        <w:ind w:firstLine="420"/>
      </w:pPr>
      <w:r>
        <w:rPr>
          <w:rFonts w:ascii="宋体" w:hAnsi="宋体" w:eastAsia="宋体"/>
          <w:sz w:val="24"/>
        </w:rPr>
        <w:t>然后，决赛来了。</w:t>
      </w:r>
    </w:p>
    <w:p>
      <w:pPr>
        <w:spacing w:line="560" w:lineRule="exact"/>
        <w:ind w:firstLine="420"/>
      </w:pPr>
      <w:r>
        <w:rPr>
          <w:rFonts w:ascii="宋体" w:hAnsi="宋体" w:eastAsia="宋体"/>
          <w:sz w:val="24"/>
        </w:rPr>
        <w:t>对手：美服·星辰国度。</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星辰国度的会长叫“星辰领主”，现实身份据说是华尔街某对冲基金合伙人的儿子。他在《天界》里的投入，据说已经超过了两亿人民币——和神豪殿一样，全员传说级装备起步。</w:t>
      </w:r>
    </w:p>
    <w:p>
      <w:pPr>
        <w:spacing w:line="560" w:lineRule="exact"/>
        <w:ind w:firstLine="420"/>
      </w:pPr>
      <w:r>
        <w:rPr>
          <w:rFonts w:ascii="宋体" w:hAnsi="宋体" w:eastAsia="宋体"/>
          <w:sz w:val="24"/>
        </w:rPr>
        <w:t>“终于遇上另一个神豪了。”赵铁柱说。</w:t>
      </w:r>
    </w:p>
    <w:p>
      <w:pPr>
        <w:spacing w:line="560" w:lineRule="exact"/>
        <w:ind w:firstLine="420"/>
      </w:pPr>
      <w:r>
        <w:rPr>
          <w:rFonts w:ascii="宋体" w:hAnsi="宋体" w:eastAsia="宋体"/>
          <w:sz w:val="24"/>
        </w:rPr>
        <w:t>“他花钱不比我少。”林风看着星辰领主的资料，“但他的打法和我不同——他更重视团队建设。星辰国度的二十个成员，全部是美服排行榜前二十的高手。”</w:t>
      </w:r>
    </w:p>
    <w:p>
      <w:pPr>
        <w:spacing w:line="560" w:lineRule="exact"/>
        <w:ind w:firstLine="420"/>
      </w:pPr>
      <w:r>
        <w:rPr>
          <w:rFonts w:ascii="宋体" w:hAnsi="宋体" w:eastAsia="宋体"/>
          <w:sz w:val="24"/>
        </w:rPr>
        <w:t>“比韩服还强？”苏小雅问。</w:t>
      </w:r>
    </w:p>
    <w:p>
      <w:pPr>
        <w:spacing w:line="560" w:lineRule="exact"/>
        <w:ind w:firstLine="420"/>
      </w:pPr>
      <w:r>
        <w:rPr>
          <w:rFonts w:ascii="宋体" w:hAnsi="宋体" w:eastAsia="宋体"/>
          <w:sz w:val="24"/>
        </w:rPr>
        <w:t>“强。”凌天接过话，“美服的玩家基数是韩服的五倍。排行榜前二十的含金量，比韩服前五十高得多。”</w:t>
      </w:r>
    </w:p>
    <w:p>
      <w:pPr>
        <w:spacing w:line="560" w:lineRule="exact"/>
        <w:ind w:firstLine="420"/>
      </w:pPr>
      <w:r>
        <w:rPr>
          <w:rFonts w:ascii="宋体" w:hAnsi="宋体" w:eastAsia="宋体"/>
          <w:sz w:val="24"/>
        </w:rPr>
        <w:t>“那怎么打？”</w:t>
      </w:r>
    </w:p>
    <w:p>
      <w:pPr>
        <w:spacing w:line="560" w:lineRule="exact"/>
        <w:ind w:firstLine="420"/>
      </w:pPr>
      <w:r>
        <w:rPr>
          <w:rFonts w:ascii="宋体" w:hAnsi="宋体" w:eastAsia="宋体"/>
          <w:sz w:val="24"/>
        </w:rPr>
        <w:t>“正常打。”林风说，“到了决赛，没什么花招了。谁的硬实力更强，谁就赢。”</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决赛当晚。</w:t>
      </w:r>
    </w:p>
    <w:p>
      <w:pPr>
        <w:spacing w:line="560" w:lineRule="exact"/>
        <w:ind w:firstLine="420"/>
      </w:pPr>
      <w:r>
        <w:rPr>
          <w:rFonts w:ascii="宋体" w:hAnsi="宋体" w:eastAsia="宋体"/>
          <w:sz w:val="24"/>
        </w:rPr>
        <w:t>全球直播间在线人数，突破四千万。</w:t>
      </w:r>
    </w:p>
    <w:p>
      <w:pPr>
        <w:spacing w:line="560" w:lineRule="exact"/>
        <w:ind w:firstLine="420"/>
      </w:pPr>
      <w:r>
        <w:rPr>
          <w:rFonts w:ascii="宋体" w:hAnsi="宋体" w:eastAsia="宋体"/>
          <w:sz w:val="24"/>
        </w:rPr>
        <w:t>解说员的声音在直播间里响起：</w:t>
      </w:r>
    </w:p>
    <w:p>
      <w:pPr>
        <w:spacing w:line="560" w:lineRule="exact"/>
        <w:ind w:firstLine="420"/>
      </w:pPr>
      <w:r>
        <w:rPr>
          <w:rFonts w:ascii="宋体" w:hAnsi="宋体" w:eastAsia="宋体"/>
          <w:sz w:val="24"/>
        </w:rPr>
        <w:t>“观众朋友们！欢迎收看《天界》第一届跨服争霸赛的决赛！”</w:t>
      </w:r>
    </w:p>
    <w:p>
      <w:pPr>
        <w:spacing w:line="560" w:lineRule="exact"/>
        <w:ind w:firstLine="420"/>
      </w:pPr>
      <w:r>
        <w:rPr>
          <w:rFonts w:ascii="宋体" w:hAnsi="宋体" w:eastAsia="宋体"/>
          <w:sz w:val="24"/>
        </w:rPr>
        <w:t>“华夏服·神豪殿 VS 美服·星辰国度！”</w:t>
      </w:r>
    </w:p>
    <w:p>
      <w:pPr>
        <w:spacing w:line="560" w:lineRule="exact"/>
        <w:ind w:firstLine="420"/>
      </w:pPr>
      <w:r>
        <w:rPr>
          <w:rFonts w:ascii="宋体" w:hAnsi="宋体" w:eastAsia="宋体"/>
          <w:sz w:val="24"/>
        </w:rPr>
        <w:t>“一边是华夏服的传奇公会，由神秘神豪‘风中追风’率领，一路碾压晋级！”</w:t>
      </w:r>
    </w:p>
    <w:p>
      <w:pPr>
        <w:spacing w:line="560" w:lineRule="exact"/>
        <w:ind w:firstLine="420"/>
      </w:pPr>
      <w:r>
        <w:rPr>
          <w:rFonts w:ascii="宋体" w:hAnsi="宋体" w:eastAsia="宋体"/>
          <w:sz w:val="24"/>
        </w:rPr>
        <w:t>“另一边是美服的霸主公会，由华尔街神豪‘星辰领主’创建，全员传说级装备！”</w:t>
      </w:r>
    </w:p>
    <w:p>
      <w:pPr>
        <w:spacing w:line="560" w:lineRule="exact"/>
        <w:ind w:firstLine="420"/>
      </w:pPr>
      <w:r>
        <w:rPr>
          <w:rFonts w:ascii="宋体" w:hAnsi="宋体" w:eastAsia="宋体"/>
          <w:sz w:val="24"/>
        </w:rPr>
        <w:t>“这不仅是两个服务器的对决——更是两位神豪之间的直接碰撞！”</w:t>
      </w:r>
    </w:p>
    <w:p>
      <w:pPr>
        <w:spacing w:line="560" w:lineRule="exact"/>
        <w:ind w:firstLine="420"/>
      </w:pPr>
      <w:r>
        <w:rPr>
          <w:rFonts w:ascii="宋体" w:hAnsi="宋体" w:eastAsia="宋体"/>
          <w:sz w:val="24"/>
        </w:rPr>
        <w:t>弹幕已经刷到完全看不清内容了：</w:t>
      </w:r>
    </w:p>
    <w:p>
      <w:pPr>
        <w:spacing w:line="560" w:lineRule="exact"/>
        <w:ind w:firstLine="420"/>
      </w:pPr>
      <w:r>
        <w:rPr>
          <w:rFonts w:ascii="宋体" w:hAnsi="宋体" w:eastAsia="宋体"/>
          <w:sz w:val="24"/>
        </w:rPr>
        <w:t>“决赛！！”</w:t>
        <w:br/>
        <w:t>“神豪殿冲啊！！”</w:t>
        <w:br/>
        <w:t>“风中追风干翻星辰领主！！”</w:t>
        <w:br/>
        <w:t>“华夏服赢了我就氪金！！”</w:t>
        <w:br/>
        <w:t>“美服加油！！！”</w:t>
      </w:r>
    </w:p>
    <w:p>
      <w:pPr>
        <w:spacing w:line="560" w:lineRule="exact"/>
        <w:ind w:firstLine="420"/>
      </w:pPr>
      <w:r>
        <w:rPr>
          <w:rFonts w:ascii="宋体" w:hAnsi="宋体" w:eastAsia="宋体"/>
          <w:sz w:val="24"/>
        </w:rPr>
        <w:t>双方同时踏入传送门。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破碎虚空。</w:t>
      </w:r>
    </w:p>
    <w:p>
      <w:pPr>
        <w:spacing w:line="560" w:lineRule="exact"/>
        <w:ind w:firstLine="420"/>
      </w:pPr>
      <w:r>
        <w:rPr>
          <w:rFonts w:ascii="宋体" w:hAnsi="宋体" w:eastAsia="宋体"/>
          <w:sz w:val="24"/>
        </w:rPr>
        <w:t>星辰国度的阵型，让所有人都倒吸了一口凉气。</w:t>
      </w:r>
    </w:p>
    <w:p>
      <w:pPr>
        <w:spacing w:line="560" w:lineRule="exact"/>
        <w:ind w:firstLine="420"/>
      </w:pPr>
      <w:r>
        <w:rPr>
          <w:rFonts w:ascii="宋体" w:hAnsi="宋体" w:eastAsia="宋体"/>
          <w:sz w:val="24"/>
        </w:rPr>
        <w:t>二十人，整整齐齐地排成三行——前排八名重甲骑士，中排六名法师和弓箭手，后排六名治疗和辅助。所有人的装备都是传说级，在星光下泛着银蓝色的光芒。阵型严整得像一支罗马军团。</w:t>
      </w:r>
    </w:p>
    <w:p>
      <w:pPr>
        <w:spacing w:line="560" w:lineRule="exact"/>
        <w:ind w:firstLine="420"/>
      </w:pPr>
      <w:r>
        <w:rPr>
          <w:rFonts w:ascii="宋体" w:hAnsi="宋体" w:eastAsia="宋体"/>
          <w:sz w:val="24"/>
        </w:rPr>
        <w:t>“我靠……”赵铁柱喃喃道，“这阵仗，真像军队。”</w:t>
      </w:r>
    </w:p>
    <w:p>
      <w:pPr>
        <w:spacing w:line="560" w:lineRule="exact"/>
        <w:ind w:firstLine="420"/>
      </w:pPr>
      <w:r>
        <w:rPr>
          <w:rFonts w:ascii="宋体" w:hAnsi="宋体" w:eastAsia="宋体"/>
          <w:sz w:val="24"/>
        </w:rPr>
        <w:t>“别慌。”林风说，“阵型好看不代表能打。”</w:t>
      </w:r>
    </w:p>
    <w:p>
      <w:pPr>
        <w:spacing w:line="560" w:lineRule="exact"/>
        <w:ind w:firstLine="420"/>
      </w:pPr>
      <w:r>
        <w:rPr>
          <w:rFonts w:ascii="宋体" w:hAnsi="宋体" w:eastAsia="宋体"/>
          <w:sz w:val="24"/>
        </w:rPr>
        <w:t>星辰领主开口了。他的声音在全服频道里响起，带着美式英语特有的从容：</w:t>
      </w:r>
    </w:p>
    <w:p>
      <w:pPr>
        <w:spacing w:line="560" w:lineRule="exact"/>
        <w:ind w:firstLine="420"/>
      </w:pPr>
      <w:r>
        <w:rPr>
          <w:rFonts w:ascii="宋体" w:hAnsi="宋体" w:eastAsia="宋体"/>
          <w:sz w:val="24"/>
        </w:rPr>
        <w:t>“风中追风，我看了你所有的比赛录像。”</w:t>
      </w:r>
    </w:p>
    <w:p>
      <w:pPr>
        <w:spacing w:line="560" w:lineRule="exact"/>
        <w:ind w:firstLine="420"/>
      </w:pPr>
      <w:r>
        <w:rPr>
          <w:rFonts w:ascii="宋体" w:hAnsi="宋体" w:eastAsia="宋体"/>
          <w:sz w:val="24"/>
        </w:rPr>
        <w:t>“哦？”林风回了一句。</w:t>
      </w:r>
    </w:p>
    <w:p>
      <w:pPr>
        <w:spacing w:line="560" w:lineRule="exact"/>
        <w:ind w:firstLine="420"/>
      </w:pPr>
      <w:r>
        <w:rPr>
          <w:rFonts w:ascii="宋体" w:hAnsi="宋体" w:eastAsia="宋体"/>
          <w:sz w:val="24"/>
        </w:rPr>
        <w:t>“你的个人战斗力确实很强。但你有一个弱点——你的队友跟不上你。”星辰领主说，“而我这边，二十个人是一个整体。”</w:t>
      </w:r>
    </w:p>
    <w:p>
      <w:pPr>
        <w:spacing w:line="560" w:lineRule="exact"/>
        <w:ind w:firstLine="420"/>
      </w:pPr>
      <w:r>
        <w:rPr>
          <w:rFonts w:ascii="宋体" w:hAnsi="宋体" w:eastAsia="宋体"/>
          <w:sz w:val="24"/>
        </w:rPr>
        <w:t>“那试试看。”林风说。</w:t>
      </w:r>
    </w:p>
    <w:p>
      <w:pPr>
        <w:spacing w:line="560" w:lineRule="exact"/>
        <w:ind w:firstLine="420"/>
      </w:pPr>
      <w:r>
        <w:rPr>
          <w:rFonts w:ascii="宋体" w:hAnsi="宋体" w:eastAsia="宋体"/>
          <w:sz w:val="24"/>
        </w:rPr>
        <w:t>比赛开始！</w:t>
      </w:r>
    </w:p>
    <w:p>
      <w:pPr>
        <w:spacing w:line="560" w:lineRule="exact"/>
        <w:ind w:firstLine="420"/>
      </w:pPr>
      <w:r>
        <w:rPr>
          <w:rFonts w:ascii="宋体" w:hAnsi="宋体" w:eastAsia="宋体"/>
          <w:sz w:val="24"/>
        </w:rPr>
        <w:t>星辰国度率先发动了攻击——但他们的战术和之前所有对手都不同。</w:t>
      </w:r>
    </w:p>
    <w:p>
      <w:pPr>
        <w:spacing w:line="560" w:lineRule="exact"/>
        <w:ind w:firstLine="420"/>
      </w:pPr>
      <w:r>
        <w:rPr>
          <w:rFonts w:ascii="宋体" w:hAnsi="宋体" w:eastAsia="宋体"/>
          <w:sz w:val="24"/>
        </w:rPr>
        <w:t>他们没有冲锋，没有分散包抄。八名骑士齐刷刷地举起盾牌，向前推进！每一步都整齐划一，盾牌之间的缝隙不超过一拳宽。</w:t>
      </w:r>
    </w:p>
    <w:p>
      <w:pPr>
        <w:spacing w:line="560" w:lineRule="exact"/>
        <w:ind w:firstLine="420"/>
      </w:pPr>
      <w:r>
        <w:rPr>
          <w:rFonts w:ascii="宋体" w:hAnsi="宋体" w:eastAsia="宋体"/>
          <w:sz w:val="24"/>
        </w:rPr>
        <w:t>这是一堵移动的铁壁。</w:t>
      </w:r>
    </w:p>
    <w:p>
      <w:pPr>
        <w:spacing w:line="560" w:lineRule="exact"/>
        <w:ind w:firstLine="420"/>
      </w:pPr>
      <w:r>
        <w:rPr>
          <w:rFonts w:ascii="宋体" w:hAnsi="宋体" w:eastAsia="宋体"/>
          <w:sz w:val="24"/>
        </w:rPr>
        <w:t>中排的法师站在骑士身后吟唱，六道不同的法术光芒同时亮起——火球、冰锥、闪电、暗影弹……从盾墙上方精准地越过，砸向神豪殿的阵地！</w:t>
      </w:r>
    </w:p>
    <w:p>
      <w:pPr>
        <w:spacing w:line="560" w:lineRule="exact"/>
        <w:ind w:firstLine="420"/>
      </w:pPr>
      <w:r>
        <w:rPr>
          <w:rFonts w:ascii="宋体" w:hAnsi="宋体" w:eastAsia="宋体"/>
          <w:sz w:val="24"/>
        </w:rPr>
        <w:t>后排的治疗也同时出手，圣光覆盖了整个星辰国度的阵型，每一个成员的头顶都飘着持续回血的绿色数字。</w:t>
      </w:r>
    </w:p>
    <w:p>
      <w:pPr>
        <w:spacing w:line="560" w:lineRule="exact"/>
        <w:ind w:firstLine="420"/>
      </w:pPr>
      <w:r>
        <w:rPr>
          <w:rFonts w:ascii="宋体" w:hAnsi="宋体" w:eastAsia="宋体"/>
          <w:sz w:val="24"/>
        </w:rPr>
        <w:t>“他们的配合太默契了。”凌天皱眉，“比韩服还强。”</w:t>
      </w:r>
    </w:p>
    <w:p>
      <w:pPr>
        <w:spacing w:line="560" w:lineRule="exact"/>
        <w:ind w:firstLine="420"/>
      </w:pPr>
      <w:r>
        <w:rPr>
          <w:rFonts w:ascii="宋体" w:hAnsi="宋体" w:eastAsia="宋体"/>
          <w:sz w:val="24"/>
        </w:rPr>
        <w:t>“强得多。”林风说，“韩服的配合是‘熟练’，他们的配合是‘本能’。”</w:t>
      </w:r>
    </w:p>
    <w:p>
      <w:pPr>
        <w:spacing w:line="560" w:lineRule="exact"/>
        <w:ind w:firstLine="420"/>
      </w:pPr>
      <w:r>
        <w:rPr>
          <w:rFonts w:ascii="宋体" w:hAnsi="宋体" w:eastAsia="宋体"/>
          <w:sz w:val="24"/>
        </w:rPr>
        <w:t>“怎么破？”</w:t>
      </w:r>
    </w:p>
    <w:p>
      <w:pPr>
        <w:spacing w:line="560" w:lineRule="exact"/>
        <w:ind w:firstLine="420"/>
      </w:pPr>
      <w:r>
        <w:rPr>
          <w:rFonts w:ascii="宋体" w:hAnsi="宋体" w:eastAsia="宋体"/>
          <w:sz w:val="24"/>
        </w:rPr>
        <w:t>“老办法。”林风握紧天雷剑，“他们越整齐，我越要打散他们。”</w:t>
      </w:r>
    </w:p>
    <w:p>
      <w:pPr>
        <w:spacing w:line="560" w:lineRule="exact"/>
        <w:ind w:firstLine="420"/>
      </w:pPr>
      <w:r>
        <w:rPr>
          <w:rFonts w:ascii="宋体" w:hAnsi="宋体" w:eastAsia="宋体"/>
          <w:sz w:val="24"/>
        </w:rPr>
        <w:t>他动了。</w:t>
      </w:r>
    </w:p>
    <w:p>
      <w:pPr>
        <w:spacing w:line="560" w:lineRule="exact"/>
        <w:ind w:firstLine="420"/>
      </w:pPr>
      <w:r>
        <w:rPr>
          <w:rFonts w:ascii="宋体" w:hAnsi="宋体" w:eastAsia="宋体"/>
          <w:sz w:val="24"/>
        </w:rPr>
        <w:t>天神下凡——开启！</w:t>
      </w:r>
    </w:p>
    <w:p>
      <w:pPr>
        <w:spacing w:line="560" w:lineRule="exact"/>
        <w:ind w:firstLine="420"/>
      </w:pPr>
      <w:r>
        <w:rPr>
          <w:rFonts w:ascii="宋体" w:hAnsi="宋体" w:eastAsia="宋体"/>
          <w:sz w:val="24"/>
        </w:rPr>
        <w:t>金色的光柱从天而降！全属性+500%！</w:t>
      </w:r>
    </w:p>
    <w:p>
      <w:pPr>
        <w:spacing w:line="560" w:lineRule="exact"/>
        <w:ind w:firstLine="420"/>
      </w:pPr>
      <w:r>
        <w:rPr>
          <w:rFonts w:ascii="宋体" w:hAnsi="宋体" w:eastAsia="宋体"/>
          <w:sz w:val="24"/>
        </w:rPr>
        <w:t>但星辰领主也同时动了——他举起手中的星辰法杖，一道银白色的光环从他身上扩散开来：</w:t>
      </w:r>
    </w:p>
    <w:p>
      <w:pPr>
        <w:spacing w:line="560" w:lineRule="exact"/>
        <w:ind w:firstLine="420"/>
      </w:pPr>
      <w:r>
        <w:rPr>
          <w:rFonts w:ascii="宋体" w:hAnsi="宋体" w:eastAsia="宋体"/>
          <w:sz w:val="24"/>
        </w:rPr>
        <w:t>“星辰领域！”</w:t>
      </w:r>
    </w:p>
    <w:p>
      <w:pPr>
        <w:spacing w:line="560" w:lineRule="exact"/>
        <w:ind w:firstLine="420"/>
      </w:pPr>
      <w:r>
        <w:rPr>
          <w:rFonts w:ascii="宋体" w:hAnsi="宋体" w:eastAsia="宋体"/>
          <w:sz w:val="24"/>
        </w:rPr>
        <w:t>银白色的光环笼罩了整个星辰国度的阵型。</w:t>
      </w:r>
    </w:p>
    <w:p>
      <w:pPr>
        <w:spacing w:line="560" w:lineRule="exact"/>
        <w:ind w:firstLine="420"/>
      </w:pPr>
      <w:r>
        <w:rPr>
          <w:rFonts w:ascii="宋体" w:hAnsi="宋体" w:eastAsia="宋体"/>
          <w:sz w:val="24"/>
        </w:rPr>
        <w:t>【星辰领域：范围内所有友方成员防御力+200%，魔法抗性+200%，受到伤害-50%。】</w:t>
      </w:r>
    </w:p>
    <w:p>
      <w:pPr>
        <w:spacing w:line="560" w:lineRule="exact"/>
        <w:ind w:firstLine="420"/>
      </w:pPr>
      <w:r>
        <w:rPr>
          <w:rFonts w:ascii="宋体" w:hAnsi="宋体" w:eastAsia="宋体"/>
          <w:sz w:val="24"/>
        </w:rPr>
        <w:t>“领域技能？”林风瞳孔微缩。</w:t>
      </w:r>
    </w:p>
    <w:p>
      <w:pPr>
        <w:spacing w:line="560" w:lineRule="exact"/>
        <w:ind w:firstLine="420"/>
      </w:pPr>
      <w:r>
        <w:rPr>
          <w:rFonts w:ascii="宋体" w:hAnsi="宋体" w:eastAsia="宋体"/>
          <w:sz w:val="24"/>
        </w:rPr>
        <w:t>星辰领主看着他，微微一笑：</w:t>
      </w:r>
    </w:p>
    <w:p>
      <w:pPr>
        <w:spacing w:line="560" w:lineRule="exact"/>
        <w:ind w:firstLine="420"/>
      </w:pPr>
      <w:r>
        <w:rPr>
          <w:rFonts w:ascii="宋体" w:hAnsi="宋体" w:eastAsia="宋体"/>
          <w:sz w:val="24"/>
        </w:rPr>
        <w:t>“你能花钱买Buff，我也能。”</w:t>
      </w:r>
    </w:p>
    <w:p>
      <w:pPr>
        <w:spacing w:line="560" w:lineRule="exact"/>
        <w:ind w:firstLine="420"/>
      </w:pPr>
      <w:r>
        <w:rPr>
          <w:rFonts w:ascii="宋体" w:hAnsi="宋体" w:eastAsia="宋体"/>
          <w:sz w:val="24"/>
        </w:rPr>
        <w:t>林风的金色剑芒劈在星辰国度的前排骑士身上——</w:t>
      </w:r>
    </w:p>
    <w:p>
      <w:pPr>
        <w:spacing w:line="560" w:lineRule="exact"/>
        <w:ind w:firstLine="420"/>
      </w:pPr>
      <w:r>
        <w:rPr>
          <w:rFonts w:ascii="宋体" w:hAnsi="宋体" w:eastAsia="宋体"/>
          <w:sz w:val="24"/>
        </w:rPr>
        <w:t>【-450,000！】</w:t>
      </w:r>
    </w:p>
    <w:p>
      <w:pPr>
        <w:spacing w:line="560" w:lineRule="exact"/>
        <w:ind w:firstLine="420"/>
      </w:pPr>
      <w:r>
        <w:rPr>
          <w:rFonts w:ascii="宋体" w:hAnsi="宋体" w:eastAsia="宋体"/>
          <w:sz w:val="24"/>
        </w:rPr>
        <w:t>伤害从一百二十五万骤降到四十五万。</w:t>
      </w:r>
    </w:p>
    <w:p>
      <w:pPr>
        <w:spacing w:line="560" w:lineRule="exact"/>
        <w:ind w:firstLine="420"/>
      </w:pPr>
      <w:r>
        <w:rPr>
          <w:rFonts w:ascii="宋体" w:hAnsi="宋体" w:eastAsia="宋体"/>
          <w:sz w:val="24"/>
        </w:rPr>
        <w:t>骑士的血条掉了三分之一，但在治疗的持续回血下，又慢慢涨了回去。</w:t>
      </w:r>
    </w:p>
    <w:p>
      <w:pPr>
        <w:spacing w:line="560" w:lineRule="exact"/>
        <w:ind w:firstLine="420"/>
      </w:pPr>
      <w:r>
        <w:rPr>
          <w:rFonts w:ascii="宋体" w:hAnsi="宋体" w:eastAsia="宋体"/>
          <w:sz w:val="24"/>
        </w:rPr>
        <w:t>“他们扛住了风中追风的攻击！！！”解说员激动地喊道，“星辰领主的领域技能大幅削弱了风中追风的伤害！”</w:t>
      </w:r>
    </w:p>
    <w:p>
      <w:pPr>
        <w:spacing w:line="560" w:lineRule="exact"/>
        <w:ind w:firstLine="420"/>
      </w:pPr>
      <w:r>
        <w:rPr>
          <w:rFonts w:ascii="宋体" w:hAnsi="宋体" w:eastAsia="宋体"/>
          <w:sz w:val="24"/>
        </w:rPr>
        <w:t>直播间的弹幕瞬间变了风向：</w:t>
      </w:r>
    </w:p>
    <w:p>
      <w:pPr>
        <w:spacing w:line="560" w:lineRule="exact"/>
        <w:ind w:firstLine="420"/>
      </w:pPr>
      <w:r>
        <w:rPr>
          <w:rFonts w:ascii="宋体" w:hAnsi="宋体" w:eastAsia="宋体"/>
          <w:sz w:val="24"/>
        </w:rPr>
        <w:t>“卧槽？美服也能扛？”</w:t>
        <w:br/>
        <w:t>“四十五万伤害还能回血？这不无敌了？”</w:t>
        <w:br/>
        <w:t>“风中追风第一次被挡下来了！”</w:t>
        <w:br/>
        <w:t>“不会真要输了吧……”</w:t>
      </w:r>
    </w:p>
    <w:p>
      <w:pPr>
        <w:spacing w:line="560" w:lineRule="exact"/>
        <w:ind w:firstLine="420"/>
      </w:pPr>
      <w:r>
        <w:rPr>
          <w:rFonts w:ascii="宋体" w:hAnsi="宋体" w:eastAsia="宋体"/>
          <w:sz w:val="24"/>
        </w:rPr>
        <w:t>林风皱眉。</w:t>
      </w:r>
    </w:p>
    <w:p>
      <w:pPr>
        <w:spacing w:line="560" w:lineRule="exact"/>
        <w:ind w:firstLine="420"/>
      </w:pPr>
      <w:r>
        <w:rPr>
          <w:rFonts w:ascii="宋体" w:hAnsi="宋体" w:eastAsia="宋体"/>
          <w:sz w:val="24"/>
        </w:rPr>
        <w:t>四十五万伤害，打不死人。而他的天神下凡只有六十秒。</w:t>
      </w:r>
    </w:p>
    <w:p>
      <w:pPr>
        <w:spacing w:line="560" w:lineRule="exact"/>
        <w:ind w:firstLine="420"/>
      </w:pPr>
      <w:r>
        <w:rPr>
          <w:rFonts w:ascii="宋体" w:hAnsi="宋体" w:eastAsia="宋体"/>
          <w:sz w:val="24"/>
        </w:rPr>
        <w:t>必须换打法。</w:t>
      </w:r>
    </w:p>
    <w:p>
      <w:pPr>
        <w:spacing w:line="560" w:lineRule="exact"/>
        <w:ind w:firstLine="420"/>
      </w:pPr>
      <w:r>
        <w:rPr>
          <w:rFonts w:ascii="宋体" w:hAnsi="宋体" w:eastAsia="宋体"/>
          <w:sz w:val="24"/>
        </w:rPr>
        <w:t>“夜影。”他在频道里说。</w:t>
      </w:r>
    </w:p>
    <w:p>
      <w:pPr>
        <w:spacing w:line="560" w:lineRule="exact"/>
        <w:ind w:firstLine="420"/>
      </w:pPr>
      <w:r>
        <w:rPr>
          <w:rFonts w:ascii="宋体" w:hAnsi="宋体" w:eastAsia="宋体"/>
          <w:sz w:val="24"/>
        </w:rPr>
        <w:t>“在。”</w:t>
      </w:r>
    </w:p>
    <w:p>
      <w:pPr>
        <w:spacing w:line="560" w:lineRule="exact"/>
        <w:ind w:firstLine="420"/>
      </w:pPr>
      <w:r>
        <w:rPr>
          <w:rFonts w:ascii="宋体" w:hAnsi="宋体" w:eastAsia="宋体"/>
          <w:sz w:val="24"/>
        </w:rPr>
        <w:t>“你能绕到他们后排吗？”</w:t>
      </w:r>
    </w:p>
    <w:p>
      <w:pPr>
        <w:spacing w:line="560" w:lineRule="exact"/>
        <w:ind w:firstLine="420"/>
      </w:pPr>
      <w:r>
        <w:rPr>
          <w:rFonts w:ascii="宋体" w:hAnsi="宋体" w:eastAsia="宋体"/>
          <w:sz w:val="24"/>
        </w:rPr>
        <w:t>夜影看了一眼星辰国度的阵型——八名骑士组成的盾墙几乎没有缝隙。</w:t>
      </w:r>
    </w:p>
    <w:p>
      <w:pPr>
        <w:spacing w:line="560" w:lineRule="exact"/>
        <w:ind w:firstLine="420"/>
      </w:pPr>
      <w:r>
        <w:rPr>
          <w:rFonts w:ascii="宋体" w:hAnsi="宋体" w:eastAsia="宋体"/>
          <w:sz w:val="24"/>
        </w:rPr>
        <w:t>“正面绕不过去。他们的盾墙太密了。”</w:t>
      </w:r>
    </w:p>
    <w:p>
      <w:pPr>
        <w:spacing w:line="560" w:lineRule="exact"/>
        <w:ind w:firstLine="420"/>
      </w:pPr>
      <w:r>
        <w:rPr>
          <w:rFonts w:ascii="宋体" w:hAnsi="宋体" w:eastAsia="宋体"/>
          <w:sz w:val="24"/>
        </w:rPr>
        <w:t>“那就从天上。”林风打开系统商城，购买了两个风之翼——一个给自己，一个给夜影。</w:t>
      </w:r>
    </w:p>
    <w:p>
      <w:pPr>
        <w:spacing w:line="560" w:lineRule="exact"/>
        <w:ind w:firstLine="420"/>
      </w:pPr>
      <w:r>
        <w:rPr>
          <w:rFonts w:ascii="宋体" w:hAnsi="宋体" w:eastAsia="宋体"/>
          <w:sz w:val="24"/>
        </w:rPr>
        <w:t>【交易：风中追风 → 夜影：神级道具·风之翼×1】</w:t>
      </w:r>
    </w:p>
    <w:p>
      <w:pPr>
        <w:spacing w:line="560" w:lineRule="exact"/>
        <w:ind w:firstLine="420"/>
      </w:pPr>
      <w:r>
        <w:rPr>
          <w:rFonts w:ascii="宋体" w:hAnsi="宋体" w:eastAsia="宋体"/>
          <w:sz w:val="24"/>
        </w:rPr>
        <w:t>夜影收到道具，愣了一下：“我也可以用？”</w:t>
      </w:r>
    </w:p>
    <w:p>
      <w:pPr>
        <w:spacing w:line="560" w:lineRule="exact"/>
        <w:ind w:firstLine="420"/>
      </w:pPr>
      <w:r>
        <w:rPr>
          <w:rFonts w:ascii="宋体" w:hAnsi="宋体" w:eastAsia="宋体"/>
          <w:sz w:val="24"/>
        </w:rPr>
        <w:t>“我买的，谁都能用。”林风说，“你从右边绕高空进场，我从左边。同时切入后排，先把治疗切光。”</w:t>
      </w:r>
    </w:p>
    <w:p>
      <w:pPr>
        <w:spacing w:line="560" w:lineRule="exact"/>
        <w:ind w:firstLine="420"/>
      </w:pPr>
      <w:r>
        <w:rPr>
          <w:rFonts w:ascii="宋体" w:hAnsi="宋体" w:eastAsia="宋体"/>
          <w:sz w:val="24"/>
        </w:rPr>
        <w:t>“明白。”</w:t>
      </w:r>
    </w:p>
    <w:p>
      <w:pPr>
        <w:spacing w:line="560" w:lineRule="exact"/>
        <w:ind w:firstLine="420"/>
      </w:pPr>
      <w:r>
        <w:rPr>
          <w:rFonts w:ascii="宋体" w:hAnsi="宋体" w:eastAsia="宋体"/>
          <w:sz w:val="24"/>
        </w:rPr>
        <w:t>两道身影同时腾空而起！</w:t>
      </w:r>
    </w:p>
    <w:p>
      <w:pPr>
        <w:spacing w:line="560" w:lineRule="exact"/>
        <w:ind w:firstLine="420"/>
      </w:pPr>
      <w:r>
        <w:rPr>
          <w:rFonts w:ascii="宋体" w:hAnsi="宋体" w:eastAsia="宋体"/>
          <w:sz w:val="24"/>
        </w:rPr>
        <w:t>一道金色，一道黑色——如同两只鹰隼，从左右两侧划过破碎虚空的星空，直扑星辰国度的后排！</w:t>
      </w:r>
    </w:p>
    <w:p>
      <w:pPr>
        <w:spacing w:line="560" w:lineRule="exact"/>
        <w:ind w:firstLine="420"/>
      </w:pPr>
      <w:r>
        <w:rPr>
          <w:rFonts w:ascii="宋体" w:hAnsi="宋体" w:eastAsia="宋体"/>
          <w:sz w:val="24"/>
        </w:rPr>
        <w:t>星辰领主脸色微变：“他们要绕后！骑士——保护后排！”</w:t>
      </w:r>
    </w:p>
    <w:p>
      <w:pPr>
        <w:spacing w:line="560" w:lineRule="exact"/>
        <w:ind w:firstLine="420"/>
      </w:pPr>
      <w:r>
        <w:rPr>
          <w:rFonts w:ascii="宋体" w:hAnsi="宋体" w:eastAsia="宋体"/>
          <w:sz w:val="24"/>
        </w:rPr>
        <w:t>但林风和夜影的速度太快了。</w:t>
      </w:r>
    </w:p>
    <w:p>
      <w:pPr>
        <w:spacing w:line="560" w:lineRule="exact"/>
        <w:ind w:firstLine="420"/>
      </w:pPr>
      <w:r>
        <w:rPr>
          <w:rFonts w:ascii="宋体" w:hAnsi="宋体" w:eastAsia="宋体"/>
          <w:sz w:val="24"/>
        </w:rPr>
        <w:t>金色和黑色的身影同时落入星辰国度的后排阵地！</w:t>
      </w:r>
    </w:p>
    <w:p>
      <w:pPr>
        <w:spacing w:line="560" w:lineRule="exact"/>
        <w:ind w:firstLine="420"/>
      </w:pPr>
      <w:r>
        <w:rPr>
          <w:rFonts w:ascii="宋体" w:hAnsi="宋体" w:eastAsia="宋体"/>
          <w:sz w:val="24"/>
        </w:rPr>
        <w:t>林风的天雷剑横扫而出！</w:t>
      </w:r>
    </w:p>
    <w:p>
      <w:pPr>
        <w:spacing w:line="560" w:lineRule="exact"/>
        <w:ind w:firstLine="420"/>
      </w:pPr>
      <w:r>
        <w:rPr>
          <w:rFonts w:ascii="宋体" w:hAnsi="宋体" w:eastAsia="宋体"/>
          <w:sz w:val="24"/>
        </w:rPr>
        <w:t>“神罚·雷霆万钧！”</w:t>
      </w:r>
    </w:p>
    <w:p>
      <w:pPr>
        <w:spacing w:line="560" w:lineRule="exact"/>
        <w:ind w:firstLine="420"/>
      </w:pPr>
      <w:r>
        <w:rPr>
          <w:rFonts w:ascii="宋体" w:hAnsi="宋体" w:eastAsia="宋体"/>
          <w:sz w:val="24"/>
        </w:rPr>
        <w:t>无数道雷电在治疗和辅助群中炸开！</w:t>
      </w:r>
    </w:p>
    <w:p>
      <w:pPr>
        <w:spacing w:line="560" w:lineRule="exact"/>
        <w:ind w:firstLine="420"/>
      </w:pPr>
      <w:r>
        <w:rPr>
          <w:rFonts w:ascii="宋体" w:hAnsi="宋体" w:eastAsia="宋体"/>
          <w:sz w:val="24"/>
        </w:rPr>
        <w:t>【-68,999】【-75,432】【-82,345】……</w:t>
      </w:r>
    </w:p>
    <w:p>
      <w:pPr>
        <w:spacing w:line="560" w:lineRule="exact"/>
        <w:ind w:firstLine="420"/>
      </w:pPr>
      <w:r>
        <w:rPr>
          <w:rFonts w:ascii="宋体" w:hAnsi="宋体" w:eastAsia="宋体"/>
          <w:sz w:val="24"/>
        </w:rPr>
        <w:t>星辰国度的三个治疗瞬间倒地！</w:t>
      </w:r>
    </w:p>
    <w:p>
      <w:pPr>
        <w:spacing w:line="560" w:lineRule="exact"/>
        <w:ind w:firstLine="420"/>
      </w:pPr>
      <w:r>
        <w:rPr>
          <w:rFonts w:ascii="宋体" w:hAnsi="宋体" w:eastAsia="宋体"/>
          <w:sz w:val="24"/>
        </w:rPr>
        <w:t>同一时间，夜影的匕首划过了两个辅助的喉咙——精准、无声、致命。</w:t>
      </w:r>
    </w:p>
    <w:p>
      <w:pPr>
        <w:spacing w:line="560" w:lineRule="exact"/>
        <w:ind w:firstLine="420"/>
      </w:pPr>
      <w:r>
        <w:rPr>
          <w:rFonts w:ascii="宋体" w:hAnsi="宋体" w:eastAsia="宋体"/>
          <w:sz w:val="24"/>
        </w:rPr>
        <w:t>后排防御崩了。</w:t>
      </w:r>
    </w:p>
    <w:p>
      <w:pPr>
        <w:spacing w:line="560" w:lineRule="exact"/>
        <w:ind w:firstLine="420"/>
      </w:pPr>
      <w:r>
        <w:rPr>
          <w:rFonts w:ascii="宋体" w:hAnsi="宋体" w:eastAsia="宋体"/>
          <w:sz w:val="24"/>
        </w:rPr>
        <w:t>“前排回防！”星辰领主喊道。</w:t>
      </w:r>
    </w:p>
    <w:p>
      <w:pPr>
        <w:spacing w:line="560" w:lineRule="exact"/>
        <w:ind w:firstLine="420"/>
      </w:pPr>
      <w:r>
        <w:rPr>
          <w:rFonts w:ascii="宋体" w:hAnsi="宋体" w:eastAsia="宋体"/>
          <w:sz w:val="24"/>
        </w:rPr>
        <w:t>八名骑士慌忙回撤。</w:t>
      </w:r>
    </w:p>
    <w:p>
      <w:pPr>
        <w:spacing w:line="560" w:lineRule="exact"/>
        <w:ind w:firstLine="420"/>
      </w:pPr>
      <w:r>
        <w:rPr>
          <w:rFonts w:ascii="宋体" w:hAnsi="宋体" w:eastAsia="宋体"/>
          <w:sz w:val="24"/>
        </w:rPr>
        <w:t>但神豪殿的主力——已经压上来了。</w:t>
      </w:r>
    </w:p>
    <w:p>
      <w:pPr>
        <w:spacing w:line="560" w:lineRule="exact"/>
        <w:ind w:firstLine="420"/>
      </w:pPr>
      <w:r>
        <w:rPr>
          <w:rFonts w:ascii="宋体" w:hAnsi="宋体" w:eastAsia="宋体"/>
          <w:sz w:val="24"/>
        </w:rPr>
        <w:t>赵铁柱怒吼着冲锋，巨盾撞翻了一个回撤的骑士！苏小雅的暴风雪覆盖了整个战场中央，减速了所有人！凌天带着输出组从正面突进，火力全开！</w:t>
      </w:r>
    </w:p>
    <w:p>
      <w:pPr>
        <w:spacing w:line="560" w:lineRule="exact"/>
        <w:ind w:firstLine="420"/>
      </w:pPr>
      <w:r>
        <w:rPr>
          <w:rFonts w:ascii="宋体" w:hAnsi="宋体" w:eastAsia="宋体"/>
          <w:sz w:val="24"/>
        </w:rPr>
        <w:t>星辰国度的阵型——乱了。</w:t>
      </w:r>
    </w:p>
    <w:p>
      <w:pPr>
        <w:spacing w:line="560" w:lineRule="exact"/>
        <w:ind w:firstLine="420"/>
      </w:pPr>
      <w:r>
        <w:rPr>
          <w:rFonts w:ascii="宋体" w:hAnsi="宋体" w:eastAsia="宋体"/>
          <w:sz w:val="24"/>
        </w:rPr>
        <w:t>星辰领主试图重新组织阵型，但林风不给他机会。</w:t>
      </w:r>
    </w:p>
    <w:p>
      <w:pPr>
        <w:spacing w:line="560" w:lineRule="exact"/>
        <w:ind w:firstLine="420"/>
      </w:pPr>
      <w:r>
        <w:rPr>
          <w:rFonts w:ascii="宋体" w:hAnsi="宋体" w:eastAsia="宋体"/>
          <w:sz w:val="24"/>
        </w:rPr>
        <w:t>他解决掉最后一个治疗，转身，直扑星辰领主。</w:t>
      </w:r>
    </w:p>
    <w:p>
      <w:pPr>
        <w:spacing w:line="560" w:lineRule="exact"/>
        <w:ind w:firstLine="420"/>
      </w:pPr>
      <w:r>
        <w:rPr>
          <w:rFonts w:ascii="宋体" w:hAnsi="宋体" w:eastAsia="宋体"/>
          <w:sz w:val="24"/>
        </w:rPr>
        <w:t>“来啊！”星辰领主举起法杖，一道银白色的冲击波轰向林风！</w:t>
      </w:r>
    </w:p>
    <w:p>
      <w:pPr>
        <w:spacing w:line="560" w:lineRule="exact"/>
        <w:ind w:firstLine="420"/>
      </w:pPr>
      <w:r>
        <w:rPr>
          <w:rFonts w:ascii="宋体" w:hAnsi="宋体" w:eastAsia="宋体"/>
          <w:sz w:val="24"/>
        </w:rPr>
        <w:t>林风不闪不避，硬吃冲击波——</w:t>
      </w:r>
    </w:p>
    <w:p>
      <w:pPr>
        <w:spacing w:line="560" w:lineRule="exact"/>
        <w:ind w:firstLine="420"/>
      </w:pPr>
      <w:r>
        <w:rPr>
          <w:rFonts w:ascii="宋体" w:hAnsi="宋体" w:eastAsia="宋体"/>
          <w:sz w:val="24"/>
        </w:rPr>
        <w:t>【-8,999】</w:t>
      </w:r>
    </w:p>
    <w:p>
      <w:pPr>
        <w:spacing w:line="560" w:lineRule="exact"/>
        <w:ind w:firstLine="420"/>
      </w:pPr>
      <w:r>
        <w:rPr>
          <w:rFonts w:ascii="宋体" w:hAnsi="宋体" w:eastAsia="宋体"/>
          <w:sz w:val="24"/>
        </w:rPr>
        <w:t>“太低了。”林风说。</w:t>
      </w:r>
    </w:p>
    <w:p>
      <w:pPr>
        <w:spacing w:line="560" w:lineRule="exact"/>
        <w:ind w:firstLine="420"/>
      </w:pPr>
      <w:r>
        <w:rPr>
          <w:rFonts w:ascii="宋体" w:hAnsi="宋体" w:eastAsia="宋体"/>
          <w:sz w:val="24"/>
        </w:rPr>
        <w:t>天雷剑斩下！</w:t>
      </w:r>
    </w:p>
    <w:p>
      <w:pPr>
        <w:spacing w:line="560" w:lineRule="exact"/>
        <w:ind w:firstLine="420"/>
      </w:pPr>
      <w:r>
        <w:rPr>
          <w:rFonts w:ascii="宋体" w:hAnsi="宋体" w:eastAsia="宋体"/>
          <w:sz w:val="24"/>
        </w:rPr>
        <w:t>【-188,999！】</w:t>
      </w:r>
    </w:p>
    <w:p>
      <w:pPr>
        <w:spacing w:line="560" w:lineRule="exact"/>
        <w:ind w:firstLine="420"/>
      </w:pPr>
      <w:r>
        <w:rPr>
          <w:rFonts w:ascii="宋体" w:hAnsi="宋体" w:eastAsia="宋体"/>
          <w:sz w:val="24"/>
        </w:rPr>
        <w:t>星辰领主的血条掉了一大截。他咬牙再放一道法术——但林风的剑已经架在了他的脖子上。</w:t>
      </w:r>
    </w:p>
    <w:p>
      <w:pPr>
        <w:spacing w:line="560" w:lineRule="exact"/>
        <w:ind w:firstLine="420"/>
      </w:pPr>
      <w:r>
        <w:rPr>
          <w:rFonts w:ascii="宋体" w:hAnsi="宋体" w:eastAsia="宋体"/>
          <w:sz w:val="24"/>
        </w:rPr>
        <w:t>“你输了。”林风说。</w:t>
      </w:r>
    </w:p>
    <w:p>
      <w:pPr>
        <w:spacing w:line="560" w:lineRule="exact"/>
        <w:ind w:firstLine="420"/>
      </w:pPr>
      <w:r>
        <w:rPr>
          <w:rFonts w:ascii="宋体" w:hAnsi="宋体" w:eastAsia="宋体"/>
          <w:sz w:val="24"/>
        </w:rPr>
        <w:t>星辰领主沉默了两秒，然后放下了法杖。</w:t>
      </w:r>
    </w:p>
    <w:p>
      <w:pPr>
        <w:spacing w:line="560" w:lineRule="exact"/>
        <w:ind w:firstLine="420"/>
      </w:pPr>
      <w:r>
        <w:rPr>
          <w:rFonts w:ascii="宋体" w:hAnsi="宋体" w:eastAsia="宋体"/>
          <w:sz w:val="24"/>
        </w:rPr>
        <w:t>“我认输。”</w:t>
      </w:r>
    </w:p>
    <w:p>
      <w:pPr>
        <w:spacing w:line="560" w:lineRule="exact"/>
        <w:ind w:firstLine="420"/>
      </w:pPr>
      <w:r>
        <w:rPr>
          <w:rFonts w:ascii="宋体" w:hAnsi="宋体" w:eastAsia="宋体"/>
          <w:sz w:val="24"/>
        </w:rPr>
        <w:t>【系统公告：第一届跨服争霸赛总决赛——华夏服·神豪殿 胜！】</w:t>
      </w:r>
    </w:p>
    <w:p>
      <w:pPr>
        <w:spacing w:line="560" w:lineRule="exact"/>
        <w:ind w:firstLine="420"/>
      </w:pPr>
      <w:r>
        <w:rPr>
          <w:rFonts w:ascii="宋体" w:hAnsi="宋体" w:eastAsia="宋体"/>
          <w:sz w:val="24"/>
        </w:rPr>
        <w:t>全球直播间彻底沸腾了！</w:t>
      </w:r>
    </w:p>
    <w:p>
      <w:pPr>
        <w:spacing w:line="560" w:lineRule="exact"/>
        <w:ind w:firstLine="420"/>
      </w:pPr>
      <w:r>
        <w:rPr>
          <w:rFonts w:ascii="宋体" w:hAnsi="宋体" w:eastAsia="宋体"/>
          <w:sz w:val="24"/>
        </w:rPr>
        <w:t>“冠军！！！！”</w:t>
        <w:br/>
        <w:t>“神豪殿是冠军！！！”</w:t>
        <w:br/>
        <w:t>“华夏服世界第一！！！”</w:t>
        <w:br/>
        <w:t>“风中追风！永远的神！！”</w:t>
        <w:br/>
        <w:t>“四千万人在线见证！”</w:t>
      </w:r>
    </w:p>
    <w:p>
      <w:pPr>
        <w:spacing w:line="560" w:lineRule="exact"/>
        <w:ind w:firstLine="420"/>
      </w:pPr>
      <w:r>
        <w:rPr>
          <w:rFonts w:ascii="宋体" w:hAnsi="宋体" w:eastAsia="宋体"/>
          <w:sz w:val="24"/>
        </w:rPr>
        <w:t>解说员的声音嘶哑了：</w:t>
      </w:r>
    </w:p>
    <w:p>
      <w:pPr>
        <w:spacing w:line="560" w:lineRule="exact"/>
        <w:ind w:firstLine="420"/>
      </w:pPr>
      <w:r>
        <w:rPr>
          <w:rFonts w:ascii="宋体" w:hAnsi="宋体" w:eastAsia="宋体"/>
          <w:sz w:val="24"/>
        </w:rPr>
        <w:t>“冠军诞生了！华夏服·神豪殿——拿下了《天界》第一届跨服争霸赛的总冠军！”</w:t>
      </w:r>
    </w:p>
    <w:p>
      <w:pPr>
        <w:spacing w:line="560" w:lineRule="exact"/>
        <w:ind w:firstLine="420"/>
      </w:pPr>
      <w:r>
        <w:rPr>
          <w:rFonts w:ascii="宋体" w:hAnsi="宋体" w:eastAsia="宋体"/>
          <w:sz w:val="24"/>
        </w:rPr>
        <w:t>“这是一场教科书级别的决赛！风中追风和夜影的双人绕后突袭，彻底打碎了星辰国度的铁壁阵型！”</w:t>
      </w:r>
    </w:p>
    <w:p>
      <w:pPr>
        <w:spacing w:line="560" w:lineRule="exact"/>
        <w:ind w:firstLine="420"/>
      </w:pPr>
      <w:r>
        <w:rPr>
          <w:rFonts w:ascii="宋体" w:hAnsi="宋体" w:eastAsia="宋体"/>
          <w:sz w:val="24"/>
        </w:rPr>
        <w:t>“让我们恭喜神豪殿！恭喜华夏服！”</w:t>
      </w:r>
    </w:p>
    <w:p>
      <w:pPr>
        <w:spacing w:line="560" w:lineRule="exact"/>
        <w:ind w:firstLine="420"/>
      </w:pPr>
      <w:r>
        <w:rPr>
          <w:rFonts w:ascii="宋体" w:hAnsi="宋体" w:eastAsia="宋体"/>
          <w:sz w:val="24"/>
        </w:rPr>
        <w:t>赛后，星辰领主在全服频道里发了一条消息：</w:t>
      </w:r>
    </w:p>
    <w:p>
      <w:pPr>
        <w:spacing w:line="560" w:lineRule="exact"/>
        <w:ind w:firstLine="420"/>
      </w:pPr>
      <w:r>
        <w:rPr>
          <w:rFonts w:ascii="宋体" w:hAnsi="宋体" w:eastAsia="宋体"/>
          <w:sz w:val="24"/>
        </w:rPr>
        <w:t>“风中追风，你那两个风之翼……是五分钟前买的？”</w:t>
      </w:r>
    </w:p>
    <w:p>
      <w:pPr>
        <w:spacing w:line="560" w:lineRule="exact"/>
        <w:ind w:firstLine="420"/>
      </w:pPr>
      <w:r>
        <w:rPr>
          <w:rFonts w:ascii="宋体" w:hAnsi="宋体" w:eastAsia="宋体"/>
          <w:sz w:val="24"/>
        </w:rPr>
        <w:t>林风回了一句：“现买现用，商城包邮。”</w:t>
      </w:r>
    </w:p>
    <w:p>
      <w:pPr>
        <w:spacing w:line="560" w:lineRule="exact"/>
        <w:ind w:firstLine="420"/>
      </w:pPr>
      <w:r>
        <w:rPr>
          <w:rFonts w:ascii="宋体" w:hAnsi="宋体" w:eastAsia="宋体"/>
          <w:sz w:val="24"/>
        </w:rPr>
        <w:t>星辰领主发了一个竖大拇指的表情：“下次我带队来华夏服找你打友谊赛。”</w:t>
      </w:r>
    </w:p>
    <w:p>
      <w:pPr>
        <w:spacing w:line="560" w:lineRule="exact"/>
        <w:ind w:firstLine="420"/>
      </w:pPr>
      <w:r>
        <w:rPr>
          <w:rFonts w:ascii="宋体" w:hAnsi="宋体" w:eastAsia="宋体"/>
          <w:sz w:val="24"/>
        </w:rPr>
        <w:t>“欢迎。”林风说。</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冠军奖杯悬浮在破碎虚空的正中央——一柄金色的巨剑被星光环绕。林风代表神豪殿飞过去，伸手握住剑柄。</w:t>
      </w:r>
    </w:p>
    <w:p>
      <w:pPr>
        <w:spacing w:line="560" w:lineRule="exact"/>
        <w:ind w:firstLine="420"/>
      </w:pPr>
      <w:r>
        <w:rPr>
          <w:rFonts w:ascii="宋体" w:hAnsi="宋体" w:eastAsia="宋体"/>
          <w:sz w:val="24"/>
        </w:rPr>
        <w:t>一道璀璨的金光从奖杯上爆发出来，照亮了整个战场！</w:t>
      </w:r>
    </w:p>
    <w:p>
      <w:pPr>
        <w:spacing w:line="560" w:lineRule="exact"/>
        <w:ind w:firstLine="420"/>
      </w:pPr>
      <w:r>
        <w:rPr>
          <w:rFonts w:ascii="宋体" w:hAnsi="宋体" w:eastAsia="宋体"/>
          <w:sz w:val="24"/>
        </w:rPr>
        <w:t>紧接着，全服公告在所有玩家的屏幕上弹出：</w:t>
      </w:r>
    </w:p>
    <w:p>
      <w:pPr>
        <w:spacing w:line="560" w:lineRule="exact"/>
        <w:ind w:firstLine="420"/>
      </w:pPr>
      <w:r>
        <w:rPr>
          <w:rFonts w:ascii="宋体" w:hAnsi="宋体" w:eastAsia="宋体"/>
          <w:sz w:val="24"/>
        </w:rPr>
        <w:t>【全服公告：恭喜华夏服·神豪殿获得第一届跨服争霸赛总冠军！】</w:t>
        <w:br/>
        <w:t>【冠军奖励发放：】</w:t>
        <w:br/>
        <w:t>【1. 唯一称号「跨服王者」——已发放至神豪殿全体成员】</w:t>
        <w:br/>
        <w:t>【2. 传说级装备宝箱×40——已发放至神豪殿公会仓库】</w:t>
        <w:br/>
        <w:t>【3. 唯一坐骑「圣光天马」——已发放至会长·风中追风】</w:t>
        <w:br/>
        <w:t>【4. 华夏服全体玩家——双倍经验一周！】</w:t>
      </w:r>
    </w:p>
    <w:p>
      <w:pPr>
        <w:spacing w:line="560" w:lineRule="exact"/>
        <w:ind w:firstLine="420"/>
      </w:pPr>
      <w:r>
        <w:rPr>
          <w:rFonts w:ascii="宋体" w:hAnsi="宋体" w:eastAsia="宋体"/>
          <w:sz w:val="24"/>
        </w:rPr>
        <w:t>华夏服的世界频道瞬间被刷爆：</w:t>
      </w:r>
    </w:p>
    <w:p>
      <w:pPr>
        <w:spacing w:line="560" w:lineRule="exact"/>
        <w:ind w:firstLine="420"/>
      </w:pPr>
      <w:r>
        <w:rPr>
          <w:rFonts w:ascii="宋体" w:hAnsi="宋体" w:eastAsia="宋体"/>
          <w:sz w:val="24"/>
        </w:rPr>
        <w:t>“双倍经验一周！！爽死了！！”</w:t>
        <w:br/>
        <w:t>“神豪殿牛逼！华夏服牛逼！！”</w:t>
        <w:br/>
        <w:t>“我爱神豪殿！我爱风中追风！”</w:t>
        <w:br/>
        <w:t>“这就去练级！”</w:t>
      </w:r>
    </w:p>
    <w:p>
      <w:pPr>
        <w:spacing w:line="560" w:lineRule="exact"/>
        <w:ind w:firstLine="420"/>
      </w:pPr>
      <w:r>
        <w:rPr>
          <w:rFonts w:ascii="宋体" w:hAnsi="宋体" w:eastAsia="宋体"/>
          <w:sz w:val="24"/>
        </w:rPr>
        <w:t>林风的坐骑栏里，多了一匹通体雪白、背生金色羽翼的天马。他召唤出圣光天马，翻身骑上——天马发出一声清亮的长嘶，四蹄踏空，载着他掠过破碎虚空的星空。</w:t>
      </w:r>
    </w:p>
    <w:p>
      <w:pPr>
        <w:spacing w:line="560" w:lineRule="exact"/>
        <w:ind w:firstLine="420"/>
      </w:pPr>
      <w:r>
        <w:rPr>
          <w:rFonts w:ascii="宋体" w:hAnsi="宋体" w:eastAsia="宋体"/>
          <w:sz w:val="24"/>
        </w:rPr>
        <w:t>赵铁柱在下面仰头看着：“风哥！帅啊！下来让我骑一下！”</w:t>
      </w:r>
    </w:p>
    <w:p>
      <w:pPr>
        <w:spacing w:line="560" w:lineRule="exact"/>
        <w:ind w:firstLine="420"/>
      </w:pPr>
      <w:r>
        <w:rPr>
          <w:rFonts w:ascii="宋体" w:hAnsi="宋体" w:eastAsia="宋体"/>
          <w:sz w:val="24"/>
        </w:rPr>
        <w:t>“唯一坐骑，绑定的。”林风笑着降下来，“骑不了。”</w:t>
      </w:r>
    </w:p>
    <w:p>
      <w:pPr>
        <w:spacing w:line="560" w:lineRule="exact"/>
        <w:ind w:firstLine="420"/>
      </w:pPr>
      <w:r>
        <w:rPr>
          <w:rFonts w:ascii="宋体" w:hAnsi="宋体" w:eastAsia="宋体"/>
          <w:sz w:val="24"/>
        </w:rPr>
        <w:t>“小气！”赵铁柱骂道，但脸上全是笑。</w:t>
      </w:r>
    </w:p>
    <w:p>
      <w:pPr>
        <w:spacing w:line="560" w:lineRule="exact"/>
        <w:ind w:firstLine="420"/>
      </w:pPr>
      <w:r>
        <w:rPr>
          <w:rFonts w:ascii="宋体" w:hAnsi="宋体" w:eastAsia="宋体"/>
          <w:sz w:val="24"/>
        </w:rPr>
        <w:t>苏小雅的直播间里，弹幕炸成了一片：</w:t>
      </w:r>
    </w:p>
    <w:p>
      <w:pPr>
        <w:spacing w:line="560" w:lineRule="exact"/>
        <w:ind w:firstLine="420"/>
      </w:pPr>
      <w:r>
        <w:rPr>
          <w:rFonts w:ascii="宋体" w:hAnsi="宋体" w:eastAsia="宋体"/>
          <w:sz w:val="24"/>
        </w:rPr>
        <w:t>“圣光天马太帅了！”</w:t>
        <w:br/>
        <w:t>“唯一坐骑！全服就这一匹！”</w:t>
        <w:br/>
        <w:t>“风中追风值得！”</w:t>
        <w:br/>
        <w:t>“这马要是能卖，至少值一千万！”</w:t>
        <w:br/>
        <w:t>“人家差那一千万吗？”</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林风退出游戏，摘下头盔。</w:t>
      </w:r>
    </w:p>
    <w:p>
      <w:pPr>
        <w:spacing w:line="560" w:lineRule="exact"/>
        <w:ind w:firstLine="420"/>
      </w:pPr>
      <w:r>
        <w:rPr>
          <w:rFonts w:ascii="宋体" w:hAnsi="宋体" w:eastAsia="宋体"/>
          <w:sz w:val="24"/>
        </w:rPr>
        <w:t>手机屏幕上，未读消息已经多到数不清了。</w:t>
      </w:r>
    </w:p>
    <w:p>
      <w:pPr>
        <w:spacing w:line="560" w:lineRule="exact"/>
        <w:ind w:firstLine="420"/>
      </w:pPr>
      <w:r>
        <w:rPr>
          <w:rFonts w:ascii="宋体" w:hAnsi="宋体" w:eastAsia="宋体"/>
          <w:sz w:val="24"/>
        </w:rPr>
        <w:t>苏婉清发了一长串：</w:t>
      </w:r>
    </w:p>
    <w:p>
      <w:pPr>
        <w:spacing w:line="560" w:lineRule="exact"/>
        <w:ind w:firstLine="420"/>
      </w:pPr>
      <w:r>
        <w:rPr>
          <w:rFonts w:ascii="宋体" w:hAnsi="宋体" w:eastAsia="宋体"/>
          <w:sz w:val="24"/>
        </w:rPr>
        <w:t>“林总！冠军！！！”</w:t>
        <w:br/>
        <w:t>“星空直播那边发来贺电，说今晚峰值在线四千万！”</w:t>
        <w:br/>
        <w:t>“官方号一夜涨粉一百二十万！”</w:t>
        <w:br/>
        <w:t>“小雨说公会申请人数突破五万了！”</w:t>
        <w:br/>
        <w:t>“刚才有四个品牌方同时联系我们，开价最高的直接报了一千万代言费！”</w:t>
        <w:br/>
        <w:t>“还有——你上央视新闻了。”</w:t>
      </w:r>
    </w:p>
    <w:p>
      <w:pPr>
        <w:spacing w:line="560" w:lineRule="exact"/>
        <w:ind w:firstLine="420"/>
      </w:pPr>
      <w:r>
        <w:rPr>
          <w:rFonts w:ascii="宋体" w:hAnsi="宋体" w:eastAsia="宋体"/>
          <w:sz w:val="24"/>
        </w:rPr>
        <w:t>最后一条消息附了一个链接。</w:t>
      </w:r>
    </w:p>
    <w:p>
      <w:pPr>
        <w:spacing w:line="560" w:lineRule="exact"/>
        <w:ind w:firstLine="420"/>
      </w:pPr>
      <w:r>
        <w:rPr>
          <w:rFonts w:ascii="宋体" w:hAnsi="宋体" w:eastAsia="宋体"/>
          <w:sz w:val="24"/>
        </w:rPr>
        <w:t>林风点进去一看——</w:t>
      </w:r>
    </w:p>
    <w:p>
      <w:pPr>
        <w:spacing w:line="560" w:lineRule="exact"/>
        <w:ind w:firstLine="420"/>
      </w:pPr>
      <w:r>
        <w:rPr>
          <w:rFonts w:ascii="宋体" w:hAnsi="宋体" w:eastAsia="宋体"/>
          <w:sz w:val="24"/>
        </w:rPr>
        <w:t>央视新闻频道，晚间档的一条简讯：</w:t>
      </w:r>
    </w:p>
    <w:p>
      <w:pPr>
        <w:spacing w:line="560" w:lineRule="exact"/>
        <w:ind w:firstLine="420"/>
      </w:pPr>
      <w:r>
        <w:rPr>
          <w:rFonts w:ascii="宋体" w:hAnsi="宋体" w:eastAsia="宋体"/>
          <w:sz w:val="24"/>
        </w:rPr>
        <w:t>“今日，《天界》全球跨服争霸赛总决赛落幕。华夏公会‘神豪殿’击败美服‘星辰国度’，夺得总冠军。据悉，该公会由一名22岁的大学生创建并担任会长……”</w:t>
      </w:r>
    </w:p>
    <w:p>
      <w:pPr>
        <w:spacing w:line="560" w:lineRule="exact"/>
        <w:ind w:firstLine="420"/>
      </w:pPr>
      <w:r>
        <w:rPr>
          <w:rFonts w:ascii="宋体" w:hAnsi="宋体" w:eastAsia="宋体"/>
          <w:sz w:val="24"/>
        </w:rPr>
        <w:t>林风愣住了。</w:t>
      </w:r>
    </w:p>
    <w:p>
      <w:pPr>
        <w:spacing w:line="560" w:lineRule="exact"/>
        <w:ind w:firstLine="420"/>
      </w:pPr>
      <w:r>
        <w:rPr>
          <w:rFonts w:ascii="宋体" w:hAnsi="宋体" w:eastAsia="宋体"/>
          <w:sz w:val="24"/>
        </w:rPr>
        <w:t>央视。</w:t>
      </w:r>
    </w:p>
    <w:p>
      <w:pPr>
        <w:spacing w:line="560" w:lineRule="exact"/>
        <w:ind w:firstLine="420"/>
      </w:pPr>
      <w:r>
        <w:rPr>
          <w:rFonts w:ascii="宋体" w:hAnsi="宋体" w:eastAsia="宋体"/>
          <w:sz w:val="24"/>
        </w:rPr>
        <w:t>他上了央视。</w:t>
      </w:r>
    </w:p>
    <w:p>
      <w:pPr>
        <w:spacing w:line="560" w:lineRule="exact"/>
        <w:ind w:firstLine="420"/>
      </w:pPr>
      <w:r>
        <w:rPr>
          <w:rFonts w:ascii="宋体" w:hAnsi="宋体" w:eastAsia="宋体"/>
          <w:sz w:val="24"/>
        </w:rPr>
        <w:t>二十二岁。大学生。</w:t>
      </w:r>
    </w:p>
    <w:p>
      <w:pPr>
        <w:spacing w:line="560" w:lineRule="exact"/>
        <w:ind w:firstLine="420"/>
      </w:pPr>
      <w:r>
        <w:rPr>
          <w:rFonts w:ascii="宋体" w:hAnsi="宋体" w:eastAsia="宋体"/>
          <w:sz w:val="24"/>
        </w:rPr>
        <w:t>他放下手机，坐在黑暗的房间里，沉默了很久。</w:t>
      </w:r>
    </w:p>
    <w:p>
      <w:pPr>
        <w:spacing w:line="560" w:lineRule="exact"/>
        <w:ind w:firstLine="420"/>
      </w:pPr>
      <w:r>
        <w:rPr>
          <w:rFonts w:ascii="宋体" w:hAnsi="宋体" w:eastAsia="宋体"/>
          <w:sz w:val="24"/>
        </w:rPr>
        <w:t>然后他笑了一下。</w:t>
      </w:r>
    </w:p>
    <w:p>
      <w:pPr>
        <w:spacing w:line="560" w:lineRule="exact"/>
        <w:ind w:firstLine="420"/>
      </w:pPr>
      <w:r>
        <w:rPr>
          <w:rFonts w:ascii="宋体" w:hAnsi="宋体" w:eastAsia="宋体"/>
          <w:sz w:val="24"/>
        </w:rPr>
        <w:t>一个月前，他还是食堂里吃三块钱素菜的穷学生。</w:t>
      </w:r>
    </w:p>
    <w:p>
      <w:pPr>
        <w:spacing w:line="560" w:lineRule="exact"/>
        <w:ind w:firstLine="420"/>
      </w:pPr>
      <w:r>
        <w:rPr>
          <w:rFonts w:ascii="宋体" w:hAnsi="宋体" w:eastAsia="宋体"/>
          <w:sz w:val="24"/>
        </w:rPr>
        <w:t>一个月后，他是《天界》的跨服冠军、神豪殿的会长、风婉集团的创始人——</w:t>
      </w:r>
    </w:p>
    <w:p>
      <w:pPr>
        <w:spacing w:line="560" w:lineRule="exact"/>
        <w:ind w:firstLine="420"/>
      </w:pPr>
      <w:r>
        <w:rPr>
          <w:rFonts w:ascii="宋体" w:hAnsi="宋体" w:eastAsia="宋体"/>
          <w:sz w:val="24"/>
        </w:rPr>
        <w:t>上了央视新闻。</w:t>
      </w:r>
    </w:p>
    <w:p>
      <w:pPr>
        <w:spacing w:line="560" w:lineRule="exact"/>
        <w:ind w:firstLine="420"/>
      </w:pPr>
      <w:r>
        <w:rPr>
          <w:rFonts w:ascii="宋体" w:hAnsi="宋体" w:eastAsia="宋体"/>
          <w:sz w:val="24"/>
        </w:rPr>
        <w:t>林风拿起手机，给苏婉清回了一条消息：</w:t>
      </w:r>
    </w:p>
    <w:p>
      <w:pPr>
        <w:spacing w:line="560" w:lineRule="exact"/>
        <w:ind w:firstLine="420"/>
      </w:pPr>
      <w:r>
        <w:rPr>
          <w:rFonts w:ascii="宋体" w:hAnsi="宋体" w:eastAsia="宋体"/>
          <w:sz w:val="24"/>
        </w:rPr>
        <w:t>“明天开个庆功会。公司所有人，我请客。”</w:t>
      </w:r>
    </w:p>
    <w:p>
      <w:pPr>
        <w:spacing w:line="560" w:lineRule="exact"/>
        <w:ind w:firstLine="420"/>
      </w:pPr>
      <w:r>
        <w:rPr>
          <w:rFonts w:ascii="宋体" w:hAnsi="宋体" w:eastAsia="宋体"/>
          <w:sz w:val="24"/>
        </w:rPr>
        <w:t>苏婉清秒回：“好！我去订地方！”</w:t>
      </w:r>
    </w:p>
    <w:p>
      <w:r>
        <w:br w:type="page"/>
      </w:r>
    </w:p>
    <w:p>
      <w:pPr>
        <w:jc w:val="center"/>
      </w:pPr>
      <w:r>
        <w:rPr>
          <w:b/>
          <w:sz w:val="32"/>
        </w:rPr>
        <w:t>第032章 现实崛起</w:t>
      </w:r>
    </w:p>
    <w:p>
      <w:pPr>
        <w:jc w:val="center"/>
      </w:pPr>
      <w:r>
        <w:rPr>
          <w:color w:val="999999"/>
          <w:sz w:val="18"/>
        </w:rPr>
        <w:t>（2,946字）</w:t>
      </w:r>
    </w:p>
    <w:p/>
    <w:p>
      <w:pPr>
        <w:spacing w:line="560" w:lineRule="exact"/>
        <w:ind w:firstLine="420"/>
      </w:pPr>
      <w:r>
        <w:rPr>
          <w:rFonts w:ascii="宋体" w:hAnsi="宋体" w:eastAsia="宋体"/>
          <w:sz w:val="24"/>
        </w:rPr>
        <w:t>林风刚进校门，就被一群学生堵在了林荫道上。</w:t>
      </w:r>
    </w:p>
    <w:p>
      <w:pPr>
        <w:spacing w:line="560" w:lineRule="exact"/>
        <w:ind w:firstLine="420"/>
      </w:pPr>
      <w:r>
        <w:rPr>
          <w:rFonts w:ascii="宋体" w:hAnsi="宋体" w:eastAsia="宋体"/>
          <w:sz w:val="24"/>
        </w:rPr>
        <w:t>“风中追风！”</w:t>
      </w:r>
    </w:p>
    <w:p>
      <w:pPr>
        <w:spacing w:line="560" w:lineRule="exact"/>
        <w:ind w:firstLine="420"/>
      </w:pPr>
      <w:r>
        <w:rPr>
          <w:rFonts w:ascii="宋体" w:hAnsi="宋体" w:eastAsia="宋体"/>
          <w:sz w:val="24"/>
        </w:rPr>
        <w:t>“真是林风！卧槽，真人比视频里还年轻！”</w:t>
      </w:r>
    </w:p>
    <w:p>
      <w:pPr>
        <w:spacing w:line="560" w:lineRule="exact"/>
        <w:ind w:firstLine="420"/>
      </w:pPr>
      <w:r>
        <w:rPr>
          <w:rFonts w:ascii="宋体" w:hAnsi="宋体" w:eastAsia="宋体"/>
          <w:sz w:val="24"/>
        </w:rPr>
        <w:t>“昨天《天界》总决赛你看见没？神豪殿那个法师，一个人站在城墙上，硬是把对面三十个人轰没了！”</w:t>
      </w:r>
    </w:p>
    <w:p>
      <w:pPr>
        <w:spacing w:line="560" w:lineRule="exact"/>
        <w:ind w:firstLine="420"/>
      </w:pPr>
      <w:r>
        <w:rPr>
          <w:rFonts w:ascii="宋体" w:hAnsi="宋体" w:eastAsia="宋体"/>
          <w:sz w:val="24"/>
        </w:rPr>
        <w:t>“别挤啊，我拍个照！”</w:t>
      </w:r>
    </w:p>
    <w:p>
      <w:pPr>
        <w:spacing w:line="560" w:lineRule="exact"/>
        <w:ind w:firstLine="420"/>
      </w:pPr>
      <w:r>
        <w:rPr>
          <w:rFonts w:ascii="宋体" w:hAnsi="宋体" w:eastAsia="宋体"/>
          <w:sz w:val="24"/>
        </w:rPr>
        <w:t>手机摄像头齐刷刷举起来，闪光灯差点把林风眼睛晃花。</w:t>
      </w:r>
    </w:p>
    <w:p>
      <w:pPr>
        <w:spacing w:line="560" w:lineRule="exact"/>
        <w:ind w:firstLine="420"/>
      </w:pPr>
      <w:r>
        <w:rPr>
          <w:rFonts w:ascii="宋体" w:hAnsi="宋体" w:eastAsia="宋体"/>
          <w:sz w:val="24"/>
        </w:rPr>
        <w:t>昨晚《天界》全球总决赛刚结束，神豪殿拿下华夏区冠军，林风的游戏ID“风中追风”一夜爆火。</w:t>
      </w:r>
    </w:p>
    <w:p>
      <w:pPr>
        <w:spacing w:line="560" w:lineRule="exact"/>
        <w:ind w:firstLine="420"/>
      </w:pPr>
      <w:r>
        <w:rPr>
          <w:rFonts w:ascii="宋体" w:hAnsi="宋体" w:eastAsia="宋体"/>
          <w:sz w:val="24"/>
        </w:rPr>
        <w:t>论坛上全是他的操作集锦。</w:t>
      </w:r>
    </w:p>
    <w:p>
      <w:pPr>
        <w:spacing w:line="560" w:lineRule="exact"/>
        <w:ind w:firstLine="420"/>
      </w:pPr>
      <w:r>
        <w:rPr>
          <w:rFonts w:ascii="宋体" w:hAnsi="宋体" w:eastAsia="宋体"/>
          <w:sz w:val="24"/>
        </w:rPr>
        <w:t>尤其是最后那波守城战，对面三大公会围攻神豪殿主城，林风站在城头，抬手就是【万雷焚城】，紫色雷海从天砸下，一排伤害数字跳得密密麻麻。</w:t>
      </w:r>
    </w:p>
    <w:p>
      <w:pPr>
        <w:spacing w:line="560" w:lineRule="exact"/>
        <w:ind w:firstLine="420"/>
      </w:pPr>
      <w:r>
        <w:rPr>
          <w:rFonts w:ascii="宋体" w:hAnsi="宋体" w:eastAsia="宋体"/>
          <w:sz w:val="24"/>
        </w:rPr>
        <w:t>“-98321！”</w:t>
      </w:r>
    </w:p>
    <w:p>
      <w:pPr>
        <w:spacing w:line="560" w:lineRule="exact"/>
        <w:ind w:firstLine="420"/>
      </w:pPr>
      <w:r>
        <w:rPr>
          <w:rFonts w:ascii="宋体" w:hAnsi="宋体" w:eastAsia="宋体"/>
          <w:sz w:val="24"/>
        </w:rPr>
        <w:t>“-102456！”</w:t>
      </w:r>
    </w:p>
    <w:p>
      <w:pPr>
        <w:spacing w:line="560" w:lineRule="exact"/>
        <w:ind w:firstLine="420"/>
      </w:pPr>
      <w:r>
        <w:rPr>
          <w:rFonts w:ascii="宋体" w:hAnsi="宋体" w:eastAsia="宋体"/>
          <w:sz w:val="24"/>
        </w:rPr>
        <w:t>“-暴击！138902！”</w:t>
      </w:r>
    </w:p>
    <w:p>
      <w:pPr>
        <w:spacing w:line="560" w:lineRule="exact"/>
        <w:ind w:firstLine="420"/>
      </w:pPr>
      <w:r>
        <w:rPr>
          <w:rFonts w:ascii="宋体" w:hAnsi="宋体" w:eastAsia="宋体"/>
          <w:sz w:val="24"/>
        </w:rPr>
        <w:t>对面刺客刚摸到城墙，就被【冰封王座】冻在半空，赵铁柱顶着盾冲出去，技能【不动如山】一开，血条像铁打的一样稳。</w:t>
      </w:r>
    </w:p>
    <w:p>
      <w:pPr>
        <w:spacing w:line="560" w:lineRule="exact"/>
        <w:ind w:firstLine="420"/>
      </w:pPr>
      <w:r>
        <w:rPr>
          <w:rFonts w:ascii="宋体" w:hAnsi="宋体" w:eastAsia="宋体"/>
          <w:sz w:val="24"/>
        </w:rPr>
        <w:t>夜影从阴影里杀出，【影杀·断喉】直接秒掉一个牧师。</w:t>
      </w:r>
    </w:p>
    <w:p>
      <w:pPr>
        <w:spacing w:line="560" w:lineRule="exact"/>
        <w:ind w:firstLine="420"/>
      </w:pPr>
      <w:r>
        <w:rPr>
          <w:rFonts w:ascii="宋体" w:hAnsi="宋体" w:eastAsia="宋体"/>
          <w:sz w:val="24"/>
        </w:rPr>
        <w:t>凌天在语音里冷静指挥：“左边三百米，盾战压上去，法师别省蓝，林风，给他们看个大的。”</w:t>
      </w:r>
    </w:p>
    <w:p>
      <w:pPr>
        <w:spacing w:line="560" w:lineRule="exact"/>
        <w:ind w:firstLine="420"/>
      </w:pPr>
      <w:r>
        <w:rPr>
          <w:rFonts w:ascii="宋体" w:hAnsi="宋体" w:eastAsia="宋体"/>
          <w:sz w:val="24"/>
        </w:rPr>
        <w:t>然后林风真就砸了个大的。</w:t>
      </w:r>
    </w:p>
    <w:p>
      <w:pPr>
        <w:spacing w:line="560" w:lineRule="exact"/>
        <w:ind w:firstLine="420"/>
      </w:pPr>
      <w:r>
        <w:rPr>
          <w:rFonts w:ascii="宋体" w:hAnsi="宋体" w:eastAsia="宋体"/>
          <w:sz w:val="24"/>
        </w:rPr>
        <w:t>【神豪特权·天罚降临】。</w:t>
      </w:r>
    </w:p>
    <w:p>
      <w:pPr>
        <w:spacing w:line="560" w:lineRule="exact"/>
        <w:ind w:firstLine="420"/>
      </w:pPr>
      <w:r>
        <w:rPr>
          <w:rFonts w:ascii="宋体" w:hAnsi="宋体" w:eastAsia="宋体"/>
          <w:sz w:val="24"/>
        </w:rPr>
        <w:t>全屏金光。</w:t>
      </w:r>
    </w:p>
    <w:p>
      <w:pPr>
        <w:spacing w:line="560" w:lineRule="exact"/>
        <w:ind w:firstLine="420"/>
      </w:pPr>
      <w:r>
        <w:rPr>
          <w:rFonts w:ascii="宋体" w:hAnsi="宋体" w:eastAsia="宋体"/>
          <w:sz w:val="24"/>
        </w:rPr>
        <w:t>对面公会的血条像被橡皮擦抹掉一样，瞬间清空。</w:t>
      </w:r>
    </w:p>
    <w:p>
      <w:pPr>
        <w:spacing w:line="560" w:lineRule="exact"/>
        <w:ind w:firstLine="420"/>
      </w:pPr>
      <w:r>
        <w:rPr>
          <w:rFonts w:ascii="宋体" w:hAnsi="宋体" w:eastAsia="宋体"/>
          <w:sz w:val="24"/>
        </w:rPr>
        <w:t>系统公告刷满世界频道。</w:t>
      </w:r>
    </w:p>
    <w:p>
      <w:pPr>
        <w:spacing w:line="560" w:lineRule="exact"/>
        <w:ind w:firstLine="420"/>
      </w:pPr>
      <w:r>
        <w:rPr>
          <w:rFonts w:ascii="宋体" w:hAnsi="宋体" w:eastAsia="宋体"/>
          <w:sz w:val="24"/>
        </w:rPr>
        <w:t>【神豪殿】以绝对优势夺得华夏区总冠军。</w:t>
      </w:r>
    </w:p>
    <w:p>
      <w:pPr>
        <w:spacing w:line="560" w:lineRule="exact"/>
        <w:ind w:firstLine="420"/>
      </w:pPr>
      <w:r>
        <w:rPr>
          <w:rFonts w:ascii="宋体" w:hAnsi="宋体" w:eastAsia="宋体"/>
          <w:sz w:val="24"/>
        </w:rPr>
        <w:t>一夜之间，林风从学校角落里那个沉默寡言的普通学生，变成了全校都在找的人。</w:t>
      </w:r>
    </w:p>
    <w:p>
      <w:pPr>
        <w:spacing w:line="560" w:lineRule="exact"/>
        <w:ind w:firstLine="420"/>
      </w:pPr>
      <w:r>
        <w:rPr>
          <w:rFonts w:ascii="宋体" w:hAnsi="宋体" w:eastAsia="宋体"/>
          <w:sz w:val="24"/>
        </w:rPr>
        <w:t>可他只想回宿舍睡一觉。</w:t>
      </w:r>
    </w:p>
    <w:p>
      <w:pPr>
        <w:spacing w:line="560" w:lineRule="exact"/>
        <w:ind w:firstLine="420"/>
      </w:pPr>
      <w:r>
        <w:rPr>
          <w:rFonts w:ascii="宋体" w:hAnsi="宋体" w:eastAsia="宋体"/>
          <w:sz w:val="24"/>
        </w:rPr>
        <w:t>“让让。”</w:t>
      </w:r>
    </w:p>
    <w:p>
      <w:pPr>
        <w:spacing w:line="560" w:lineRule="exact"/>
        <w:ind w:firstLine="420"/>
      </w:pPr>
      <w:r>
        <w:rPr>
          <w:rFonts w:ascii="宋体" w:hAnsi="宋体" w:eastAsia="宋体"/>
          <w:sz w:val="24"/>
        </w:rPr>
        <w:t>林风拎着书包往前走。</w:t>
      </w:r>
    </w:p>
    <w:p>
      <w:pPr>
        <w:spacing w:line="560" w:lineRule="exact"/>
        <w:ind w:firstLine="420"/>
      </w:pPr>
      <w:r>
        <w:rPr>
          <w:rFonts w:ascii="宋体" w:hAnsi="宋体" w:eastAsia="宋体"/>
          <w:sz w:val="24"/>
        </w:rPr>
        <w:t>刚走到食堂门口，一道声音从旁边响起。</w:t>
      </w:r>
    </w:p>
    <w:p>
      <w:pPr>
        <w:spacing w:line="560" w:lineRule="exact"/>
        <w:ind w:firstLine="420"/>
      </w:pPr>
      <w:r>
        <w:rPr>
          <w:rFonts w:ascii="宋体" w:hAnsi="宋体" w:eastAsia="宋体"/>
          <w:sz w:val="24"/>
        </w:rPr>
        <w:t>“哟，这不是我们学校的冠军吗？”</w:t>
      </w:r>
    </w:p>
    <w:p>
      <w:pPr>
        <w:spacing w:line="560" w:lineRule="exact"/>
        <w:ind w:firstLine="420"/>
      </w:pPr>
      <w:r>
        <w:rPr>
          <w:rFonts w:ascii="宋体" w:hAnsi="宋体" w:eastAsia="宋体"/>
          <w:sz w:val="24"/>
        </w:rPr>
        <w:t>林风停住脚步。</w:t>
      </w:r>
    </w:p>
    <w:p>
      <w:pPr>
        <w:spacing w:line="560" w:lineRule="exact"/>
        <w:ind w:firstLine="420"/>
      </w:pPr>
      <w:r>
        <w:rPr>
          <w:rFonts w:ascii="宋体" w:hAnsi="宋体" w:eastAsia="宋体"/>
          <w:sz w:val="24"/>
        </w:rPr>
        <w:t>王少带着几个人从台阶上下来，身上穿着名牌外套，手腕上戴着表，脸上挂着笑，但眼神很冷。</w:t>
      </w:r>
    </w:p>
    <w:p>
      <w:pPr>
        <w:spacing w:line="560" w:lineRule="exact"/>
        <w:ind w:firstLine="420"/>
      </w:pPr>
      <w:r>
        <w:rPr>
          <w:rFonts w:ascii="宋体" w:hAnsi="宋体" w:eastAsia="宋体"/>
          <w:sz w:val="24"/>
        </w:rPr>
        <w:t>以前王少没少找林风麻烦。</w:t>
      </w:r>
    </w:p>
    <w:p>
      <w:pPr>
        <w:spacing w:line="560" w:lineRule="exact"/>
        <w:ind w:firstLine="420"/>
      </w:pPr>
      <w:r>
        <w:rPr>
          <w:rFonts w:ascii="宋体" w:hAnsi="宋体" w:eastAsia="宋体"/>
          <w:sz w:val="24"/>
        </w:rPr>
        <w:t>林风父母车祸去世后，他没什么背景，平时也不爱说话，王少这种家里有点钱的人，最擅长踩这种人。</w:t>
      </w:r>
    </w:p>
    <w:p>
      <w:pPr>
        <w:spacing w:line="560" w:lineRule="exact"/>
        <w:ind w:firstLine="420"/>
      </w:pPr>
      <w:r>
        <w:rPr>
          <w:rFonts w:ascii="宋体" w:hAnsi="宋体" w:eastAsia="宋体"/>
          <w:sz w:val="24"/>
        </w:rPr>
        <w:t>以前王少总说：“林风，你这种穷鬼，连食堂加个鸡腿都要想半天，还玩什么游戏？”</w:t>
      </w:r>
    </w:p>
    <w:p>
      <w:pPr>
        <w:spacing w:line="560" w:lineRule="exact"/>
        <w:ind w:firstLine="420"/>
      </w:pPr>
      <w:r>
        <w:rPr>
          <w:rFonts w:ascii="宋体" w:hAnsi="宋体" w:eastAsia="宋体"/>
          <w:sz w:val="24"/>
        </w:rPr>
        <w:t>现在王少看着林风，脸色有点挂不住。</w:t>
      </w:r>
    </w:p>
    <w:p>
      <w:pPr>
        <w:spacing w:line="560" w:lineRule="exact"/>
        <w:ind w:firstLine="420"/>
      </w:pPr>
      <w:r>
        <w:rPr>
          <w:rFonts w:ascii="宋体" w:hAnsi="宋体" w:eastAsia="宋体"/>
          <w:sz w:val="24"/>
        </w:rPr>
        <w:t>周围学生也认出了他。</w:t>
      </w:r>
    </w:p>
    <w:p>
      <w:pPr>
        <w:spacing w:line="560" w:lineRule="exact"/>
        <w:ind w:firstLine="420"/>
      </w:pPr>
      <w:r>
        <w:rPr>
          <w:rFonts w:ascii="宋体" w:hAnsi="宋体" w:eastAsia="宋体"/>
          <w:sz w:val="24"/>
        </w:rPr>
        <w:t>“王少来了。”</w:t>
      </w:r>
    </w:p>
    <w:p>
      <w:pPr>
        <w:spacing w:line="560" w:lineRule="exact"/>
        <w:ind w:firstLine="420"/>
      </w:pPr>
      <w:r>
        <w:rPr>
          <w:rFonts w:ascii="宋体" w:hAnsi="宋体" w:eastAsia="宋体"/>
          <w:sz w:val="24"/>
        </w:rPr>
        <w:t>“这下有好戏看了。”</w:t>
      </w:r>
    </w:p>
    <w:p>
      <w:pPr>
        <w:spacing w:line="560" w:lineRule="exact"/>
        <w:ind w:firstLine="420"/>
      </w:pPr>
      <w:r>
        <w:rPr>
          <w:rFonts w:ascii="宋体" w:hAnsi="宋体" w:eastAsia="宋体"/>
          <w:sz w:val="24"/>
        </w:rPr>
        <w:t>“王少不是说过风中追风是代打吗？”</w:t>
      </w:r>
    </w:p>
    <w:p>
      <w:pPr>
        <w:spacing w:line="560" w:lineRule="exact"/>
        <w:ind w:firstLine="420"/>
      </w:pPr>
      <w:r>
        <w:rPr>
          <w:rFonts w:ascii="宋体" w:hAnsi="宋体" w:eastAsia="宋体"/>
          <w:sz w:val="24"/>
        </w:rPr>
        <w:t>王少听见议论，脸一沉。</w:t>
      </w:r>
    </w:p>
    <w:p>
      <w:pPr>
        <w:spacing w:line="560" w:lineRule="exact"/>
        <w:ind w:firstLine="420"/>
      </w:pPr>
      <w:r>
        <w:rPr>
          <w:rFonts w:ascii="宋体" w:hAnsi="宋体" w:eastAsia="宋体"/>
          <w:sz w:val="24"/>
        </w:rPr>
        <w:t>他走上前，挡住林风的路。</w:t>
      </w:r>
    </w:p>
    <w:p>
      <w:pPr>
        <w:spacing w:line="560" w:lineRule="exact"/>
        <w:ind w:firstLine="420"/>
      </w:pPr>
      <w:r>
        <w:rPr>
          <w:rFonts w:ascii="宋体" w:hAnsi="宋体" w:eastAsia="宋体"/>
          <w:sz w:val="24"/>
        </w:rPr>
        <w:t>“林风，可以啊，藏得够深的。”</w:t>
      </w:r>
    </w:p>
    <w:p>
      <w:pPr>
        <w:spacing w:line="560" w:lineRule="exact"/>
        <w:ind w:firstLine="420"/>
      </w:pPr>
      <w:r>
        <w:rPr>
          <w:rFonts w:ascii="宋体" w:hAnsi="宋体" w:eastAsia="宋体"/>
          <w:sz w:val="24"/>
        </w:rPr>
        <w:t>林风看着他：“有事？”</w:t>
      </w:r>
    </w:p>
    <w:p>
      <w:pPr>
        <w:spacing w:line="560" w:lineRule="exact"/>
        <w:ind w:firstLine="420"/>
      </w:pPr>
      <w:r>
        <w:rPr>
          <w:rFonts w:ascii="宋体" w:hAnsi="宋体" w:eastAsia="宋体"/>
          <w:sz w:val="24"/>
        </w:rPr>
        <w:t>“没事就不能找你聊聊？”</w:t>
      </w:r>
    </w:p>
    <w:p>
      <w:pPr>
        <w:spacing w:line="560" w:lineRule="exact"/>
        <w:ind w:firstLine="420"/>
      </w:pPr>
      <w:r>
        <w:rPr>
          <w:rFonts w:ascii="宋体" w:hAnsi="宋体" w:eastAsia="宋体"/>
          <w:sz w:val="24"/>
        </w:rPr>
        <w:t>王少笑了一声，故意提高音量。</w:t>
      </w:r>
    </w:p>
    <w:p>
      <w:pPr>
        <w:spacing w:line="560" w:lineRule="exact"/>
        <w:ind w:firstLine="420"/>
      </w:pPr>
      <w:r>
        <w:rPr>
          <w:rFonts w:ascii="宋体" w:hAnsi="宋体" w:eastAsia="宋体"/>
          <w:sz w:val="24"/>
        </w:rPr>
        <w:t>“我就想知道，你一个父母双亡、平时靠奖学金和兼职活着的人，哪来的钱在《天界》里充那么多？神豪殿那些装备，随便一件都够普通人买辆车了吧？”</w:t>
      </w:r>
    </w:p>
    <w:p>
      <w:pPr>
        <w:spacing w:line="560" w:lineRule="exact"/>
        <w:ind w:firstLine="420"/>
      </w:pPr>
      <w:r>
        <w:rPr>
          <w:rFonts w:ascii="宋体" w:hAnsi="宋体" w:eastAsia="宋体"/>
          <w:sz w:val="24"/>
        </w:rPr>
        <w:t>周围瞬间安静。</w:t>
      </w:r>
    </w:p>
    <w:p>
      <w:pPr>
        <w:spacing w:line="560" w:lineRule="exact"/>
        <w:ind w:firstLine="420"/>
      </w:pPr>
      <w:r>
        <w:rPr>
          <w:rFonts w:ascii="宋体" w:hAnsi="宋体" w:eastAsia="宋体"/>
          <w:sz w:val="24"/>
        </w:rPr>
        <w:t>这句话很毒。</w:t>
      </w:r>
    </w:p>
    <w:p>
      <w:pPr>
        <w:spacing w:line="560" w:lineRule="exact"/>
        <w:ind w:firstLine="420"/>
      </w:pPr>
      <w:r>
        <w:rPr>
          <w:rFonts w:ascii="宋体" w:hAnsi="宋体" w:eastAsia="宋体"/>
          <w:sz w:val="24"/>
        </w:rPr>
        <w:t>林风没说话。</w:t>
      </w:r>
    </w:p>
    <w:p>
      <w:pPr>
        <w:spacing w:line="560" w:lineRule="exact"/>
        <w:ind w:firstLine="420"/>
      </w:pPr>
      <w:r>
        <w:rPr>
          <w:rFonts w:ascii="宋体" w:hAnsi="宋体" w:eastAsia="宋体"/>
          <w:sz w:val="24"/>
        </w:rPr>
        <w:t>王少更来劲了。</w:t>
      </w:r>
    </w:p>
    <w:p>
      <w:pPr>
        <w:spacing w:line="560" w:lineRule="exact"/>
        <w:ind w:firstLine="420"/>
      </w:pPr>
      <w:r>
        <w:rPr>
          <w:rFonts w:ascii="宋体" w:hAnsi="宋体" w:eastAsia="宋体"/>
          <w:sz w:val="24"/>
        </w:rPr>
        <w:t>“大家都听见了啊，我可没造谣。昨天网上就有人爆料，说风中追风背后有团队，有金主，有代打。林风，你要是真凭自己打出来的，就把充值记录拿出来看看？”</w:t>
      </w:r>
    </w:p>
    <w:p>
      <w:pPr>
        <w:spacing w:line="560" w:lineRule="exact"/>
        <w:ind w:firstLine="420"/>
      </w:pPr>
      <w:r>
        <w:rPr>
          <w:rFonts w:ascii="宋体" w:hAnsi="宋体" w:eastAsia="宋体"/>
          <w:sz w:val="24"/>
        </w:rPr>
        <w:t>有人小声嘀咕。</w:t>
      </w:r>
    </w:p>
    <w:p>
      <w:pPr>
        <w:spacing w:line="560" w:lineRule="exact"/>
        <w:ind w:firstLine="420"/>
      </w:pPr>
      <w:r>
        <w:rPr>
          <w:rFonts w:ascii="宋体" w:hAnsi="宋体" w:eastAsia="宋体"/>
          <w:sz w:val="24"/>
        </w:rPr>
        <w:t>“也对啊，哪来那么多钱？”</w:t>
      </w:r>
    </w:p>
    <w:p>
      <w:pPr>
        <w:spacing w:line="560" w:lineRule="exact"/>
        <w:ind w:firstLine="420"/>
      </w:pPr>
      <w:r>
        <w:rPr>
          <w:rFonts w:ascii="宋体" w:hAnsi="宋体" w:eastAsia="宋体"/>
          <w:sz w:val="24"/>
        </w:rPr>
        <w:t>“不会是借高利贷吧？”</w:t>
      </w:r>
    </w:p>
    <w:p>
      <w:pPr>
        <w:spacing w:line="560" w:lineRule="exact"/>
        <w:ind w:firstLine="420"/>
      </w:pPr>
      <w:r>
        <w:rPr>
          <w:rFonts w:ascii="宋体" w:hAnsi="宋体" w:eastAsia="宋体"/>
          <w:sz w:val="24"/>
        </w:rPr>
        <w:t>“神豪玩家现实里是孤儿，这剧情也太离谱了。”</w:t>
      </w:r>
    </w:p>
    <w:p>
      <w:pPr>
        <w:spacing w:line="560" w:lineRule="exact"/>
        <w:ind w:firstLine="420"/>
      </w:pPr>
      <w:r>
        <w:rPr>
          <w:rFonts w:ascii="宋体" w:hAnsi="宋体" w:eastAsia="宋体"/>
          <w:sz w:val="24"/>
        </w:rPr>
        <w:t>林风眼神冷了下来。</w:t>
      </w:r>
    </w:p>
    <w:p>
      <w:pPr>
        <w:spacing w:line="560" w:lineRule="exact"/>
        <w:ind w:firstLine="420"/>
      </w:pPr>
      <w:r>
        <w:rPr>
          <w:rFonts w:ascii="宋体" w:hAnsi="宋体" w:eastAsia="宋体"/>
          <w:sz w:val="24"/>
        </w:rPr>
        <w:t>赵铁柱正好从食堂出来，听见这话，脸一下黑了。</w:t>
      </w:r>
    </w:p>
    <w:p>
      <w:pPr>
        <w:spacing w:line="560" w:lineRule="exact"/>
        <w:ind w:firstLine="420"/>
      </w:pPr>
      <w:r>
        <w:rPr>
          <w:rFonts w:ascii="宋体" w:hAnsi="宋体" w:eastAsia="宋体"/>
          <w:sz w:val="24"/>
        </w:rPr>
        <w:t>“王少，你嘴巴放干净点。”</w:t>
      </w:r>
    </w:p>
    <w:p>
      <w:pPr>
        <w:spacing w:line="560" w:lineRule="exact"/>
        <w:ind w:firstLine="420"/>
      </w:pPr>
      <w:r>
        <w:rPr>
          <w:rFonts w:ascii="宋体" w:hAnsi="宋体" w:eastAsia="宋体"/>
          <w:sz w:val="24"/>
        </w:rPr>
        <w:t>王少瞥了他一眼。</w:t>
      </w:r>
    </w:p>
    <w:p>
      <w:pPr>
        <w:spacing w:line="560" w:lineRule="exact"/>
        <w:ind w:firstLine="420"/>
      </w:pPr>
      <w:r>
        <w:rPr>
          <w:rFonts w:ascii="宋体" w:hAnsi="宋体" w:eastAsia="宋体"/>
          <w:sz w:val="24"/>
        </w:rPr>
        <w:t>“赵铁柱，我跟你说话了吗？你一个室友，急着帮他出头，是不是也拿好处了？”</w:t>
      </w:r>
    </w:p>
    <w:p>
      <w:pPr>
        <w:spacing w:line="560" w:lineRule="exact"/>
        <w:ind w:firstLine="420"/>
      </w:pPr>
      <w:r>
        <w:rPr>
          <w:rFonts w:ascii="宋体" w:hAnsi="宋体" w:eastAsia="宋体"/>
          <w:sz w:val="24"/>
        </w:rPr>
        <w:t>赵铁柱拳头捏得咔咔响。</w:t>
      </w:r>
    </w:p>
    <w:p>
      <w:pPr>
        <w:spacing w:line="560" w:lineRule="exact"/>
        <w:ind w:firstLine="420"/>
      </w:pPr>
      <w:r>
        <w:rPr>
          <w:rFonts w:ascii="宋体" w:hAnsi="宋体" w:eastAsia="宋体"/>
          <w:sz w:val="24"/>
        </w:rPr>
        <w:t>林风伸手按住他。</w:t>
      </w:r>
    </w:p>
    <w:p>
      <w:pPr>
        <w:spacing w:line="560" w:lineRule="exact"/>
        <w:ind w:firstLine="420"/>
      </w:pPr>
      <w:r>
        <w:rPr>
          <w:rFonts w:ascii="宋体" w:hAnsi="宋体" w:eastAsia="宋体"/>
          <w:sz w:val="24"/>
        </w:rPr>
        <w:t>“别动手。”</w:t>
      </w:r>
    </w:p>
    <w:p>
      <w:pPr>
        <w:spacing w:line="560" w:lineRule="exact"/>
        <w:ind w:firstLine="420"/>
      </w:pPr>
      <w:r>
        <w:rPr>
          <w:rFonts w:ascii="宋体" w:hAnsi="宋体" w:eastAsia="宋体"/>
          <w:sz w:val="24"/>
        </w:rPr>
        <w:t>赵铁柱咬牙：“他能忍，我不能忍。”</w:t>
      </w:r>
    </w:p>
    <w:p>
      <w:pPr>
        <w:spacing w:line="560" w:lineRule="exact"/>
        <w:ind w:firstLine="420"/>
      </w:pPr>
      <w:r>
        <w:rPr>
          <w:rFonts w:ascii="宋体" w:hAnsi="宋体" w:eastAsia="宋体"/>
          <w:sz w:val="24"/>
        </w:rPr>
        <w:t>就在这时，苏小雅的视频通话打了过来。</w:t>
      </w:r>
    </w:p>
    <w:p>
      <w:pPr>
        <w:spacing w:line="560" w:lineRule="exact"/>
        <w:ind w:firstLine="420"/>
      </w:pPr>
      <w:r>
        <w:rPr>
          <w:rFonts w:ascii="宋体" w:hAnsi="宋体" w:eastAsia="宋体"/>
          <w:sz w:val="24"/>
        </w:rPr>
        <w:t>林风接通。</w:t>
      </w:r>
    </w:p>
    <w:p>
      <w:pPr>
        <w:spacing w:line="560" w:lineRule="exact"/>
        <w:ind w:firstLine="420"/>
      </w:pPr>
      <w:r>
        <w:rPr>
          <w:rFonts w:ascii="宋体" w:hAnsi="宋体" w:eastAsia="宋体"/>
          <w:sz w:val="24"/>
        </w:rPr>
        <w:t>屏幕里，苏小雅戴着耳机，身后是神豪殿的直播间，弹幕刷得飞起。</w:t>
      </w:r>
    </w:p>
    <w:p>
      <w:pPr>
        <w:spacing w:line="560" w:lineRule="exact"/>
        <w:ind w:firstLine="420"/>
      </w:pPr>
      <w:r>
        <w:rPr>
          <w:rFonts w:ascii="宋体" w:hAnsi="宋体" w:eastAsia="宋体"/>
          <w:sz w:val="24"/>
        </w:rPr>
        <w:t>“林风！外面是不是王少那孙子？我听见了！”</w:t>
      </w:r>
    </w:p>
    <w:p>
      <w:pPr>
        <w:spacing w:line="560" w:lineRule="exact"/>
        <w:ind w:firstLine="420"/>
      </w:pPr>
      <w:r>
        <w:rPr>
          <w:rFonts w:ascii="宋体" w:hAnsi="宋体" w:eastAsia="宋体"/>
          <w:sz w:val="24"/>
        </w:rPr>
        <w:t>苏小雅脾气比赵铁柱还爆。</w:t>
      </w:r>
    </w:p>
    <w:p>
      <w:pPr>
        <w:spacing w:line="560" w:lineRule="exact"/>
        <w:ind w:firstLine="420"/>
      </w:pPr>
      <w:r>
        <w:rPr>
          <w:rFonts w:ascii="宋体" w:hAnsi="宋体" w:eastAsia="宋体"/>
          <w:sz w:val="24"/>
        </w:rPr>
        <w:t>“他敢说你，我直接开直播让他上热搜！”</w:t>
      </w:r>
    </w:p>
    <w:p>
      <w:pPr>
        <w:spacing w:line="560" w:lineRule="exact"/>
        <w:ind w:firstLine="420"/>
      </w:pPr>
      <w:r>
        <w:rPr>
          <w:rFonts w:ascii="宋体" w:hAnsi="宋体" w:eastAsia="宋体"/>
          <w:sz w:val="24"/>
        </w:rPr>
        <w:t>林风还没开口，王少就凑到镜头前。</w:t>
      </w:r>
    </w:p>
    <w:p>
      <w:pPr>
        <w:spacing w:line="560" w:lineRule="exact"/>
        <w:ind w:firstLine="420"/>
      </w:pPr>
      <w:r>
        <w:rPr>
          <w:rFonts w:ascii="宋体" w:hAnsi="宋体" w:eastAsia="宋体"/>
          <w:sz w:val="24"/>
        </w:rPr>
        <w:t>“哟，苏主播啊。你也来给他站台？是不是神豪殿给你们发了钱？让一个穷学生装神豪，挺会炒作的吧？”</w:t>
      </w:r>
    </w:p>
    <w:p>
      <w:pPr>
        <w:spacing w:line="560" w:lineRule="exact"/>
        <w:ind w:firstLine="420"/>
      </w:pPr>
      <w:r>
        <w:rPr>
          <w:rFonts w:ascii="宋体" w:hAnsi="宋体" w:eastAsia="宋体"/>
          <w:sz w:val="24"/>
        </w:rPr>
        <w:t>直播间弹幕瞬间炸了。</w:t>
      </w:r>
    </w:p>
    <w:p>
      <w:pPr>
        <w:spacing w:line="560" w:lineRule="exact"/>
        <w:ind w:firstLine="420"/>
      </w:pPr>
      <w:r>
        <w:rPr>
          <w:rFonts w:ascii="宋体" w:hAnsi="宋体" w:eastAsia="宋体"/>
          <w:sz w:val="24"/>
        </w:rPr>
        <w:t>【这谁啊？嘴这么臭？】</w:t>
      </w:r>
    </w:p>
    <w:p>
      <w:pPr>
        <w:spacing w:line="560" w:lineRule="exact"/>
        <w:ind w:firstLine="420"/>
      </w:pPr>
      <w:r>
        <w:rPr>
          <w:rFonts w:ascii="宋体" w:hAnsi="宋体" w:eastAsia="宋体"/>
          <w:sz w:val="24"/>
        </w:rPr>
        <w:t>【王少？听说是他们学校富二代。】</w:t>
      </w:r>
    </w:p>
    <w:p>
      <w:pPr>
        <w:spacing w:line="560" w:lineRule="exact"/>
        <w:ind w:firstLine="420"/>
      </w:pPr>
      <w:r>
        <w:rPr>
          <w:rFonts w:ascii="宋体" w:hAnsi="宋体" w:eastAsia="宋体"/>
          <w:sz w:val="24"/>
        </w:rPr>
        <w:t>【他不知道林风刚拿了总决赛MVP吗？】</w:t>
      </w:r>
    </w:p>
    <w:p>
      <w:pPr>
        <w:spacing w:line="560" w:lineRule="exact"/>
        <w:ind w:firstLine="420"/>
      </w:pPr>
      <w:r>
        <w:rPr>
          <w:rFonts w:ascii="宋体" w:hAnsi="宋体" w:eastAsia="宋体"/>
          <w:sz w:val="24"/>
        </w:rPr>
        <w:t>【敢质疑风中追风，等会儿别被打脸。】</w:t>
      </w:r>
    </w:p>
    <w:p>
      <w:pPr>
        <w:spacing w:line="560" w:lineRule="exact"/>
        <w:ind w:firstLine="420"/>
      </w:pPr>
      <w:r>
        <w:rPr>
          <w:rFonts w:ascii="宋体" w:hAnsi="宋体" w:eastAsia="宋体"/>
          <w:sz w:val="24"/>
        </w:rPr>
        <w:t>苏小雅冷笑：“王少是吧？行，你等着。我直播间现在三十万人，你一个都跑不掉。”</w:t>
      </w:r>
    </w:p>
    <w:p>
      <w:pPr>
        <w:spacing w:line="560" w:lineRule="exact"/>
        <w:ind w:firstLine="420"/>
      </w:pPr>
      <w:r>
        <w:rPr>
          <w:rFonts w:ascii="宋体" w:hAnsi="宋体" w:eastAsia="宋体"/>
          <w:sz w:val="24"/>
        </w:rPr>
        <w:t>王少脸色一僵，但很快又硬起来。</w:t>
      </w:r>
    </w:p>
    <w:p>
      <w:pPr>
        <w:spacing w:line="560" w:lineRule="exact"/>
        <w:ind w:firstLine="420"/>
      </w:pPr>
      <w:r>
        <w:rPr>
          <w:rFonts w:ascii="宋体" w:hAnsi="宋体" w:eastAsia="宋体"/>
          <w:sz w:val="24"/>
        </w:rPr>
        <w:t>“三十万人又怎么样？真相就是真相。林风，你敢不敢现在打开《天界》后台，证明账号是你的？”</w:t>
      </w:r>
    </w:p>
    <w:p>
      <w:pPr>
        <w:spacing w:line="560" w:lineRule="exact"/>
        <w:ind w:firstLine="420"/>
      </w:pPr>
      <w:r>
        <w:rPr>
          <w:rFonts w:ascii="宋体" w:hAnsi="宋体" w:eastAsia="宋体"/>
          <w:sz w:val="24"/>
        </w:rPr>
        <w:t>林风看着他。</w:t>
      </w:r>
    </w:p>
    <w:p>
      <w:pPr>
        <w:spacing w:line="560" w:lineRule="exact"/>
        <w:ind w:firstLine="420"/>
      </w:pPr>
      <w:r>
        <w:rPr>
          <w:rFonts w:ascii="宋体" w:hAnsi="宋体" w:eastAsia="宋体"/>
          <w:sz w:val="24"/>
        </w:rPr>
        <w:t>“你想看？”</w:t>
      </w:r>
    </w:p>
    <w:p>
      <w:pPr>
        <w:spacing w:line="560" w:lineRule="exact"/>
        <w:ind w:firstLine="420"/>
      </w:pPr>
      <w:r>
        <w:rPr>
          <w:rFonts w:ascii="宋体" w:hAnsi="宋体" w:eastAsia="宋体"/>
          <w:sz w:val="24"/>
        </w:rPr>
        <w:t>王少一愣。</w:t>
      </w:r>
    </w:p>
    <w:p>
      <w:pPr>
        <w:spacing w:line="560" w:lineRule="exact"/>
        <w:ind w:firstLine="420"/>
      </w:pPr>
      <w:r>
        <w:rPr>
          <w:rFonts w:ascii="宋体" w:hAnsi="宋体" w:eastAsia="宋体"/>
          <w:sz w:val="24"/>
        </w:rPr>
        <w:t>他本来只是想在众人面前让林风难堪，没想到林风答应得这么干脆。</w:t>
      </w:r>
    </w:p>
    <w:p>
      <w:pPr>
        <w:spacing w:line="560" w:lineRule="exact"/>
        <w:ind w:firstLine="420"/>
      </w:pPr>
      <w:r>
        <w:rPr>
          <w:rFonts w:ascii="宋体" w:hAnsi="宋体" w:eastAsia="宋体"/>
          <w:sz w:val="24"/>
        </w:rPr>
        <w:t>“看就看，别到时候又找借口。”</w:t>
      </w:r>
    </w:p>
    <w:p>
      <w:pPr>
        <w:spacing w:line="560" w:lineRule="exact"/>
        <w:ind w:firstLine="420"/>
      </w:pPr>
      <w:r>
        <w:rPr>
          <w:rFonts w:ascii="宋体" w:hAnsi="宋体" w:eastAsia="宋体"/>
          <w:sz w:val="24"/>
        </w:rPr>
        <w:t>林风拿出手机，打开《天界》官方APP。</w:t>
      </w:r>
    </w:p>
    <w:p>
      <w:pPr>
        <w:spacing w:line="560" w:lineRule="exact"/>
        <w:ind w:firstLine="420"/>
      </w:pPr>
      <w:r>
        <w:rPr>
          <w:rFonts w:ascii="宋体" w:hAnsi="宋体" w:eastAsia="宋体"/>
          <w:sz w:val="24"/>
        </w:rPr>
        <w:t>登录界面一闪而过。</w:t>
      </w:r>
    </w:p>
    <w:p>
      <w:pPr>
        <w:spacing w:line="560" w:lineRule="exact"/>
        <w:ind w:firstLine="420"/>
      </w:pPr>
      <w:r>
        <w:rPr>
          <w:rFonts w:ascii="宋体" w:hAnsi="宋体" w:eastAsia="宋体"/>
          <w:sz w:val="24"/>
        </w:rPr>
        <w:t>角色名：风中追风。</w:t>
      </w:r>
    </w:p>
    <w:p>
      <w:pPr>
        <w:spacing w:line="560" w:lineRule="exact"/>
        <w:ind w:firstLine="420"/>
      </w:pPr>
      <w:r>
        <w:rPr>
          <w:rFonts w:ascii="宋体" w:hAnsi="宋体" w:eastAsia="宋体"/>
          <w:sz w:val="24"/>
        </w:rPr>
        <w:t>服务器：华夏一区。</w:t>
      </w:r>
    </w:p>
    <w:p>
      <w:pPr>
        <w:spacing w:line="560" w:lineRule="exact"/>
        <w:ind w:firstLine="420"/>
      </w:pPr>
      <w:r>
        <w:rPr>
          <w:rFonts w:ascii="宋体" w:hAnsi="宋体" w:eastAsia="宋体"/>
          <w:sz w:val="24"/>
        </w:rPr>
        <w:t>公会：神豪殿。</w:t>
      </w:r>
    </w:p>
    <w:p>
      <w:pPr>
        <w:spacing w:line="560" w:lineRule="exact"/>
        <w:ind w:firstLine="420"/>
      </w:pPr>
      <w:r>
        <w:rPr>
          <w:rFonts w:ascii="宋体" w:hAnsi="宋体" w:eastAsia="宋体"/>
          <w:sz w:val="24"/>
        </w:rPr>
        <w:t>职业：元素法神。</w:t>
      </w:r>
    </w:p>
    <w:p>
      <w:pPr>
        <w:spacing w:line="560" w:lineRule="exact"/>
        <w:ind w:firstLine="420"/>
      </w:pPr>
      <w:r>
        <w:rPr>
          <w:rFonts w:ascii="宋体" w:hAnsi="宋体" w:eastAsia="宋体"/>
          <w:sz w:val="24"/>
        </w:rPr>
        <w:t>战力榜：第一。</w:t>
      </w:r>
    </w:p>
    <w:p>
      <w:pPr>
        <w:spacing w:line="560" w:lineRule="exact"/>
        <w:ind w:firstLine="420"/>
      </w:pPr>
      <w:r>
        <w:rPr>
          <w:rFonts w:ascii="宋体" w:hAnsi="宋体" w:eastAsia="宋体"/>
          <w:sz w:val="24"/>
        </w:rPr>
        <w:t>充值榜：第一。</w:t>
      </w:r>
    </w:p>
    <w:p>
      <w:pPr>
        <w:spacing w:line="560" w:lineRule="exact"/>
        <w:ind w:firstLine="420"/>
      </w:pPr>
      <w:r>
        <w:rPr>
          <w:rFonts w:ascii="宋体" w:hAnsi="宋体" w:eastAsia="宋体"/>
          <w:sz w:val="24"/>
        </w:rPr>
        <w:t>ID认证：林风。</w:t>
      </w:r>
    </w:p>
    <w:p>
      <w:pPr>
        <w:spacing w:line="560" w:lineRule="exact"/>
        <w:ind w:firstLine="420"/>
      </w:pPr>
      <w:r>
        <w:rPr>
          <w:rFonts w:ascii="宋体" w:hAnsi="宋体" w:eastAsia="宋体"/>
          <w:sz w:val="24"/>
        </w:rPr>
        <w:t>后面那个绿色认证标志，是《天界》官方给实名冠军玩家开的特殊标识，普通玩家根本拿不到。</w:t>
      </w:r>
    </w:p>
    <w:p>
      <w:pPr>
        <w:spacing w:line="560" w:lineRule="exact"/>
        <w:ind w:firstLine="420"/>
      </w:pPr>
      <w:r>
        <w:rPr>
          <w:rFonts w:ascii="宋体" w:hAnsi="宋体" w:eastAsia="宋体"/>
          <w:sz w:val="24"/>
        </w:rPr>
        <w:t>王少的脸一下子白了。</w:t>
      </w:r>
    </w:p>
    <w:p>
      <w:pPr>
        <w:spacing w:line="560" w:lineRule="exact"/>
        <w:ind w:firstLine="420"/>
      </w:pPr>
      <w:r>
        <w:rPr>
          <w:rFonts w:ascii="宋体" w:hAnsi="宋体" w:eastAsia="宋体"/>
          <w:sz w:val="24"/>
        </w:rPr>
        <w:t>周围学生也炸了。</w:t>
      </w:r>
    </w:p>
    <w:p>
      <w:pPr>
        <w:spacing w:line="560" w:lineRule="exact"/>
        <w:ind w:firstLine="420"/>
      </w:pPr>
      <w:r>
        <w:rPr>
          <w:rFonts w:ascii="宋体" w:hAnsi="宋体" w:eastAsia="宋体"/>
          <w:sz w:val="24"/>
        </w:rPr>
        <w:t>“真是本人！”</w:t>
      </w:r>
    </w:p>
    <w:p>
      <w:pPr>
        <w:spacing w:line="560" w:lineRule="exact"/>
        <w:ind w:firstLine="420"/>
      </w:pPr>
      <w:r>
        <w:rPr>
          <w:rFonts w:ascii="宋体" w:hAnsi="宋体" w:eastAsia="宋体"/>
          <w:sz w:val="24"/>
        </w:rPr>
        <w:t>“ID认证林风，没跑了！”</w:t>
      </w:r>
    </w:p>
    <w:p>
      <w:pPr>
        <w:spacing w:line="560" w:lineRule="exact"/>
        <w:ind w:firstLine="420"/>
      </w:pPr>
      <w:r>
        <w:rPr>
          <w:rFonts w:ascii="宋体" w:hAnsi="宋体" w:eastAsia="宋体"/>
          <w:sz w:val="24"/>
        </w:rPr>
        <w:t>“刚才谁说他代打来着？”</w:t>
      </w:r>
    </w:p>
    <w:p>
      <w:pPr>
        <w:spacing w:line="560" w:lineRule="exact"/>
        <w:ind w:firstLine="420"/>
      </w:pPr>
      <w:r>
        <w:rPr>
          <w:rFonts w:ascii="宋体" w:hAnsi="宋体" w:eastAsia="宋体"/>
          <w:sz w:val="24"/>
        </w:rPr>
        <w:t>“王少这下尴尬了。”</w:t>
      </w:r>
    </w:p>
    <w:p>
      <w:pPr>
        <w:spacing w:line="560" w:lineRule="exact"/>
        <w:ind w:firstLine="420"/>
      </w:pPr>
      <w:r>
        <w:rPr>
          <w:rFonts w:ascii="宋体" w:hAnsi="宋体" w:eastAsia="宋体"/>
          <w:sz w:val="24"/>
        </w:rPr>
        <w:t>王少咬牙，还不服气。</w:t>
      </w:r>
    </w:p>
    <w:p>
      <w:pPr>
        <w:spacing w:line="560" w:lineRule="exact"/>
        <w:ind w:firstLine="420"/>
      </w:pPr>
      <w:r>
        <w:rPr>
          <w:rFonts w:ascii="宋体" w:hAnsi="宋体" w:eastAsia="宋体"/>
          <w:sz w:val="24"/>
        </w:rPr>
        <w:t>“一个APP而已，谁不能登录？你拿学校官方证明啊，你拿总决赛后台数据啊！”</w:t>
      </w:r>
    </w:p>
    <w:p>
      <w:pPr>
        <w:spacing w:line="560" w:lineRule="exact"/>
        <w:ind w:firstLine="420"/>
      </w:pPr>
      <w:r>
        <w:rPr>
          <w:rFonts w:ascii="宋体" w:hAnsi="宋体" w:eastAsia="宋体"/>
          <w:sz w:val="24"/>
        </w:rPr>
        <w:t>林风刚要说话，校门口忽然传来一阵骚动。</w:t>
      </w:r>
    </w:p>
    <w:p>
      <w:pPr>
        <w:spacing w:line="560" w:lineRule="exact"/>
        <w:ind w:firstLine="420"/>
      </w:pPr>
      <w:r>
        <w:rPr>
          <w:rFonts w:ascii="宋体" w:hAnsi="宋体" w:eastAsia="宋体"/>
          <w:sz w:val="24"/>
        </w:rPr>
        <w:t>几辆黑色轿车缓缓停下。</w:t>
      </w:r>
    </w:p>
    <w:p>
      <w:pPr>
        <w:spacing w:line="560" w:lineRule="exact"/>
        <w:ind w:firstLine="420"/>
      </w:pPr>
      <w:r>
        <w:rPr>
          <w:rFonts w:ascii="宋体" w:hAnsi="宋体" w:eastAsia="宋体"/>
          <w:sz w:val="24"/>
        </w:rPr>
        <w:t>车门打开，最先下来的是秦雨。</w:t>
      </w:r>
    </w:p>
    <w:p>
      <w:pPr>
        <w:spacing w:line="560" w:lineRule="exact"/>
        <w:ind w:firstLine="420"/>
      </w:pPr>
      <w:r>
        <w:rPr>
          <w:rFonts w:ascii="宋体" w:hAnsi="宋体" w:eastAsia="宋体"/>
          <w:sz w:val="24"/>
        </w:rPr>
        <w:t>她穿着职业套裙，手里拿着文件夹，胸前挂着《天界》运营部的工作牌。</w:t>
      </w:r>
    </w:p>
    <w:p>
      <w:pPr>
        <w:spacing w:line="560" w:lineRule="exact"/>
        <w:ind w:firstLine="420"/>
      </w:pPr>
      <w:r>
        <w:rPr>
          <w:rFonts w:ascii="宋体" w:hAnsi="宋体" w:eastAsia="宋体"/>
          <w:sz w:val="24"/>
        </w:rPr>
        <w:t>在她身后，一个穿着黑色风衣的女人走了下来。</w:t>
      </w:r>
    </w:p>
    <w:p>
      <w:pPr>
        <w:spacing w:line="560" w:lineRule="exact"/>
        <w:ind w:firstLine="420"/>
      </w:pPr>
      <w:r>
        <w:rPr>
          <w:rFonts w:ascii="宋体" w:hAnsi="宋体" w:eastAsia="宋体"/>
          <w:sz w:val="24"/>
        </w:rPr>
        <w:t>长发，冷白皮，气质干净利落。</w:t>
      </w:r>
    </w:p>
    <w:p>
      <w:pPr>
        <w:spacing w:line="560" w:lineRule="exact"/>
        <w:ind w:firstLine="420"/>
      </w:pPr>
      <w:r>
        <w:rPr>
          <w:rFonts w:ascii="宋体" w:hAnsi="宋体" w:eastAsia="宋体"/>
          <w:sz w:val="24"/>
        </w:rPr>
        <w:t>周围学生先是一愣，随即有人惊呼。</w:t>
      </w:r>
    </w:p>
    <w:p>
      <w:pPr>
        <w:spacing w:line="560" w:lineRule="exact"/>
        <w:ind w:firstLine="420"/>
      </w:pPr>
      <w:r>
        <w:rPr>
          <w:rFonts w:ascii="宋体" w:hAnsi="宋体" w:eastAsia="宋体"/>
          <w:sz w:val="24"/>
        </w:rPr>
        <w:t>“苏婉清？”</w:t>
      </w:r>
    </w:p>
    <w:p>
      <w:pPr>
        <w:spacing w:line="560" w:lineRule="exact"/>
        <w:ind w:firstLine="420"/>
      </w:pPr>
      <w:r>
        <w:rPr>
          <w:rFonts w:ascii="宋体" w:hAnsi="宋体" w:eastAsia="宋体"/>
          <w:sz w:val="24"/>
        </w:rPr>
        <w:t>“风婉集团CEO苏婉清？”</w:t>
      </w:r>
    </w:p>
    <w:p>
      <w:pPr>
        <w:spacing w:line="560" w:lineRule="exact"/>
        <w:ind w:firstLine="420"/>
      </w:pPr>
      <w:r>
        <w:rPr>
          <w:rFonts w:ascii="宋体" w:hAnsi="宋体" w:eastAsia="宋体"/>
          <w:sz w:val="24"/>
        </w:rPr>
        <w:t>“她怎么来我们学校了？”</w:t>
      </w:r>
    </w:p>
    <w:p>
      <w:pPr>
        <w:spacing w:line="560" w:lineRule="exact"/>
        <w:ind w:firstLine="420"/>
      </w:pPr>
      <w:r>
        <w:rPr>
          <w:rFonts w:ascii="宋体" w:hAnsi="宋体" w:eastAsia="宋体"/>
          <w:sz w:val="24"/>
        </w:rPr>
        <w:t>王少的表情瞬间变了。</w:t>
      </w:r>
    </w:p>
    <w:p>
      <w:pPr>
        <w:spacing w:line="560" w:lineRule="exact"/>
        <w:ind w:firstLine="420"/>
      </w:pPr>
      <w:r>
        <w:rPr>
          <w:rFonts w:ascii="宋体" w:hAnsi="宋体" w:eastAsia="宋体"/>
          <w:sz w:val="24"/>
        </w:rPr>
        <w:t>他当然认识苏婉清。</w:t>
      </w:r>
    </w:p>
    <w:p>
      <w:pPr>
        <w:spacing w:line="560" w:lineRule="exact"/>
        <w:ind w:firstLine="420"/>
      </w:pPr>
      <w:r>
        <w:rPr>
          <w:rFonts w:ascii="宋体" w:hAnsi="宋体" w:eastAsia="宋体"/>
          <w:sz w:val="24"/>
        </w:rPr>
        <w:t>王家最近一直在求风婉集团的合作，他爸昨晚还叮嘱他，在学校里千万别得罪跟风婉集团有关的人。</w:t>
      </w:r>
    </w:p>
    <w:p>
      <w:pPr>
        <w:spacing w:line="560" w:lineRule="exact"/>
        <w:ind w:firstLine="420"/>
      </w:pPr>
      <w:r>
        <w:rPr>
          <w:rFonts w:ascii="宋体" w:hAnsi="宋体" w:eastAsia="宋体"/>
          <w:sz w:val="24"/>
        </w:rPr>
        <w:t>可王少怎么也想不到，苏婉清会亲自来找林风。</w:t>
      </w:r>
    </w:p>
    <w:p>
      <w:pPr>
        <w:spacing w:line="560" w:lineRule="exact"/>
        <w:ind w:firstLine="420"/>
      </w:pPr>
      <w:r>
        <w:rPr>
          <w:rFonts w:ascii="宋体" w:hAnsi="宋体" w:eastAsia="宋体"/>
          <w:sz w:val="24"/>
        </w:rPr>
        <w:t>秦雨走到林风面前，把一份文件递给他。</w:t>
      </w:r>
    </w:p>
    <w:p>
      <w:pPr>
        <w:spacing w:line="560" w:lineRule="exact"/>
        <w:ind w:firstLine="420"/>
      </w:pPr>
      <w:r>
        <w:rPr>
          <w:rFonts w:ascii="宋体" w:hAnsi="宋体" w:eastAsia="宋体"/>
          <w:sz w:val="24"/>
        </w:rPr>
        <w:t>“林风，恭喜你。《天界》官方冠军认证已经下来了。”</w:t>
      </w:r>
    </w:p>
    <w:p>
      <w:pPr>
        <w:spacing w:line="560" w:lineRule="exact"/>
        <w:ind w:firstLine="420"/>
      </w:pPr>
      <w:r>
        <w:rPr>
          <w:rFonts w:ascii="宋体" w:hAnsi="宋体" w:eastAsia="宋体"/>
          <w:sz w:val="24"/>
        </w:rPr>
        <w:t>林风接过文件。</w:t>
      </w:r>
    </w:p>
    <w:p>
      <w:pPr>
        <w:spacing w:line="560" w:lineRule="exact"/>
        <w:ind w:firstLine="420"/>
      </w:pPr>
      <w:r>
        <w:rPr>
          <w:rFonts w:ascii="宋体" w:hAnsi="宋体" w:eastAsia="宋体"/>
          <w:sz w:val="24"/>
        </w:rPr>
        <w:t>封面上写着：《天界》华夏区总决赛个人MVP认证书。</w:t>
      </w:r>
    </w:p>
    <w:p>
      <w:pPr>
        <w:spacing w:line="560" w:lineRule="exact"/>
        <w:ind w:firstLine="420"/>
      </w:pPr>
      <w:r>
        <w:rPr>
          <w:rFonts w:ascii="宋体" w:hAnsi="宋体" w:eastAsia="宋体"/>
          <w:sz w:val="24"/>
        </w:rPr>
        <w:t>下面还有一行小字：玩家风中追风，实名林风，所属公会神豪殿，赛事数据经官方后台核验无误。</w:t>
      </w:r>
    </w:p>
    <w:p>
      <w:pPr>
        <w:spacing w:line="560" w:lineRule="exact"/>
        <w:ind w:firstLine="420"/>
      </w:pPr>
      <w:r>
        <w:rPr>
          <w:rFonts w:ascii="宋体" w:hAnsi="宋体" w:eastAsia="宋体"/>
          <w:sz w:val="24"/>
        </w:rPr>
        <w:t>秦雨又拿出平板，点开一段后台录像。</w:t>
      </w:r>
    </w:p>
    <w:p>
      <w:pPr>
        <w:spacing w:line="560" w:lineRule="exact"/>
        <w:ind w:firstLine="420"/>
      </w:pPr>
      <w:r>
        <w:rPr>
          <w:rFonts w:ascii="宋体" w:hAnsi="宋体" w:eastAsia="宋体"/>
          <w:sz w:val="24"/>
        </w:rPr>
        <w:t>画面正是昨晚总决赛最后一分钟。</w:t>
      </w:r>
    </w:p>
    <w:p>
      <w:pPr>
        <w:spacing w:line="560" w:lineRule="exact"/>
        <w:ind w:firstLine="420"/>
      </w:pPr>
      <w:r>
        <w:rPr>
          <w:rFonts w:ascii="宋体" w:hAnsi="宋体" w:eastAsia="宋体"/>
          <w:sz w:val="24"/>
        </w:rPr>
        <w:t>林风站在城墙上，头顶血条显示“风中追风”。</w:t>
      </w:r>
    </w:p>
    <w:p>
      <w:pPr>
        <w:spacing w:line="560" w:lineRule="exact"/>
        <w:ind w:firstLine="420"/>
      </w:pPr>
      <w:r>
        <w:rPr>
          <w:rFonts w:ascii="宋体" w:hAnsi="宋体" w:eastAsia="宋体"/>
          <w:sz w:val="24"/>
        </w:rPr>
        <w:t>对面冲上来十二个刺客。</w:t>
      </w:r>
    </w:p>
    <w:p>
      <w:pPr>
        <w:spacing w:line="560" w:lineRule="exact"/>
        <w:ind w:firstLine="420"/>
      </w:pPr>
      <w:r>
        <w:rPr>
          <w:rFonts w:ascii="宋体" w:hAnsi="宋体" w:eastAsia="宋体"/>
          <w:sz w:val="24"/>
        </w:rPr>
        <w:t>林风抬手。</w:t>
      </w:r>
    </w:p>
    <w:p>
      <w:pPr>
        <w:spacing w:line="560" w:lineRule="exact"/>
        <w:ind w:firstLine="420"/>
      </w:pPr>
      <w:r>
        <w:rPr>
          <w:rFonts w:ascii="宋体" w:hAnsi="宋体" w:eastAsia="宋体"/>
          <w:sz w:val="24"/>
        </w:rPr>
        <w:t>【雷狱·千锁】。</w:t>
      </w:r>
    </w:p>
    <w:p>
      <w:pPr>
        <w:spacing w:line="560" w:lineRule="exact"/>
        <w:ind w:firstLine="420"/>
      </w:pPr>
      <w:r>
        <w:rPr>
          <w:rFonts w:ascii="宋体" w:hAnsi="宋体" w:eastAsia="宋体"/>
          <w:sz w:val="24"/>
        </w:rPr>
        <w:t>蓝色雷链从地面钻出，把十二个刺客全部捆住。</w:t>
      </w:r>
    </w:p>
    <w:p>
      <w:pPr>
        <w:spacing w:line="560" w:lineRule="exact"/>
        <w:ind w:firstLine="420"/>
      </w:pPr>
      <w:r>
        <w:rPr>
          <w:rFonts w:ascii="宋体" w:hAnsi="宋体" w:eastAsia="宋体"/>
          <w:sz w:val="24"/>
        </w:rPr>
        <w:t>【烈焰风暴】。</w:t>
      </w:r>
    </w:p>
    <w:p>
      <w:pPr>
        <w:spacing w:line="560" w:lineRule="exact"/>
        <w:ind w:firstLine="420"/>
      </w:pPr>
      <w:r>
        <w:rPr>
          <w:rFonts w:ascii="宋体" w:hAnsi="宋体" w:eastAsia="宋体"/>
          <w:sz w:val="24"/>
        </w:rPr>
        <w:t>火墙旋转，伤害数字疯狂跳。</w:t>
      </w:r>
    </w:p>
    <w:p>
      <w:pPr>
        <w:spacing w:line="560" w:lineRule="exact"/>
        <w:ind w:firstLine="420"/>
      </w:pPr>
      <w:r>
        <w:rPr>
          <w:rFonts w:ascii="宋体" w:hAnsi="宋体" w:eastAsia="宋体"/>
          <w:sz w:val="24"/>
        </w:rPr>
        <w:t>“-76420！”</w:t>
      </w:r>
    </w:p>
    <w:p>
      <w:pPr>
        <w:spacing w:line="560" w:lineRule="exact"/>
        <w:ind w:firstLine="420"/>
      </w:pPr>
      <w:r>
        <w:rPr>
          <w:rFonts w:ascii="宋体" w:hAnsi="宋体" w:eastAsia="宋体"/>
          <w:sz w:val="24"/>
        </w:rPr>
        <w:t>“-81209！”</w:t>
      </w:r>
    </w:p>
    <w:p>
      <w:pPr>
        <w:spacing w:line="560" w:lineRule="exact"/>
        <w:ind w:firstLine="420"/>
      </w:pPr>
      <w:r>
        <w:rPr>
          <w:rFonts w:ascii="宋体" w:hAnsi="宋体" w:eastAsia="宋体"/>
          <w:sz w:val="24"/>
        </w:rPr>
        <w:t>“-69988！”</w:t>
      </w:r>
    </w:p>
    <w:p>
      <w:pPr>
        <w:spacing w:line="560" w:lineRule="exact"/>
        <w:ind w:firstLine="420"/>
      </w:pPr>
      <w:r>
        <w:rPr>
          <w:rFonts w:ascii="宋体" w:hAnsi="宋体" w:eastAsia="宋体"/>
          <w:sz w:val="24"/>
        </w:rPr>
        <w:t>对面法师刚读条，林风一个【沉默星陨】砸下去，读条被打断，头顶冒出灰色状态：沉默。</w:t>
      </w:r>
    </w:p>
    <w:p>
      <w:pPr>
        <w:spacing w:line="560" w:lineRule="exact"/>
        <w:ind w:firstLine="420"/>
      </w:pPr>
      <w:r>
        <w:rPr>
          <w:rFonts w:ascii="宋体" w:hAnsi="宋体" w:eastAsia="宋体"/>
          <w:sz w:val="24"/>
        </w:rPr>
        <w:t>最后，他开启【神豪特权·天罚降临】。</w:t>
      </w:r>
    </w:p>
    <w:p>
      <w:pPr>
        <w:spacing w:line="560" w:lineRule="exact"/>
        <w:ind w:firstLine="420"/>
      </w:pPr>
      <w:r>
        <w:rPr>
          <w:rFonts w:ascii="宋体" w:hAnsi="宋体" w:eastAsia="宋体"/>
          <w:sz w:val="24"/>
        </w:rPr>
        <w:t>画面里，天空裂开，金色光柱落下，对面三十多人同时掉血。</w:t>
      </w:r>
    </w:p>
    <w:p>
      <w:pPr>
        <w:spacing w:line="560" w:lineRule="exact"/>
        <w:ind w:firstLine="420"/>
      </w:pPr>
      <w:r>
        <w:rPr>
          <w:rFonts w:ascii="宋体" w:hAnsi="宋体" w:eastAsia="宋体"/>
          <w:sz w:val="24"/>
        </w:rPr>
        <w:t>“-158888！”</w:t>
      </w:r>
    </w:p>
    <w:p>
      <w:pPr>
        <w:spacing w:line="560" w:lineRule="exact"/>
        <w:ind w:firstLine="420"/>
      </w:pPr>
      <w:r>
        <w:rPr>
          <w:rFonts w:ascii="宋体" w:hAnsi="宋体" w:eastAsia="宋体"/>
          <w:sz w:val="24"/>
        </w:rPr>
        <w:t>“-160204！”</w:t>
      </w:r>
    </w:p>
    <w:p>
      <w:pPr>
        <w:spacing w:line="560" w:lineRule="exact"/>
        <w:ind w:firstLine="420"/>
      </w:pPr>
      <w:r>
        <w:rPr>
          <w:rFonts w:ascii="宋体" w:hAnsi="宋体" w:eastAsia="宋体"/>
          <w:sz w:val="24"/>
        </w:rPr>
        <w:t>“-163117！”</w:t>
      </w:r>
    </w:p>
    <w:p>
      <w:pPr>
        <w:spacing w:line="560" w:lineRule="exact"/>
        <w:ind w:firstLine="420"/>
      </w:pPr>
      <w:r>
        <w:rPr>
          <w:rFonts w:ascii="宋体" w:hAnsi="宋体" w:eastAsia="宋体"/>
          <w:sz w:val="24"/>
        </w:rPr>
        <w:t>系统提示不断弹出。</w:t>
      </w:r>
    </w:p>
    <w:p>
      <w:pPr>
        <w:spacing w:line="560" w:lineRule="exact"/>
        <w:ind w:firstLine="420"/>
      </w:pPr>
      <w:r>
        <w:rPr>
          <w:rFonts w:ascii="宋体" w:hAnsi="宋体" w:eastAsia="宋体"/>
          <w:sz w:val="24"/>
        </w:rPr>
        <w:t>【玩家暗夜君王阵亡。】</w:t>
      </w:r>
    </w:p>
    <w:p>
      <w:pPr>
        <w:spacing w:line="560" w:lineRule="exact"/>
        <w:ind w:firstLine="420"/>
      </w:pPr>
      <w:r>
        <w:rPr>
          <w:rFonts w:ascii="宋体" w:hAnsi="宋体" w:eastAsia="宋体"/>
          <w:sz w:val="24"/>
        </w:rPr>
        <w:t>【玩家血手人屠阵亡。】</w:t>
      </w:r>
    </w:p>
    <w:p>
      <w:pPr>
        <w:spacing w:line="560" w:lineRule="exact"/>
        <w:ind w:firstLine="420"/>
      </w:pPr>
      <w:r>
        <w:rPr>
          <w:rFonts w:ascii="宋体" w:hAnsi="宋体" w:eastAsia="宋体"/>
          <w:sz w:val="24"/>
        </w:rPr>
        <w:t>【玩家月影刺客阵亡。】</w:t>
      </w:r>
    </w:p>
    <w:p>
      <w:pPr>
        <w:spacing w:line="560" w:lineRule="exact"/>
        <w:ind w:firstLine="420"/>
      </w:pPr>
      <w:r>
        <w:rPr>
          <w:rFonts w:ascii="宋体" w:hAnsi="宋体" w:eastAsia="宋体"/>
          <w:sz w:val="24"/>
        </w:rPr>
        <w:t>【神豪殿占领最终据点。】</w:t>
      </w:r>
    </w:p>
    <w:p>
      <w:pPr>
        <w:spacing w:line="560" w:lineRule="exact"/>
        <w:ind w:firstLine="420"/>
      </w:pPr>
      <w:r>
        <w:rPr>
          <w:rFonts w:ascii="宋体" w:hAnsi="宋体" w:eastAsia="宋体"/>
          <w:sz w:val="24"/>
        </w:rPr>
        <w:t>【神豪殿获得华夏区总冠军。】</w:t>
      </w:r>
    </w:p>
    <w:p>
      <w:pPr>
        <w:spacing w:line="560" w:lineRule="exact"/>
        <w:ind w:firstLine="420"/>
      </w:pPr>
      <w:r>
        <w:rPr>
          <w:rFonts w:ascii="宋体" w:hAnsi="宋体" w:eastAsia="宋体"/>
          <w:sz w:val="24"/>
        </w:rPr>
        <w:t>录像结束。</w:t>
      </w:r>
    </w:p>
    <w:p>
      <w:pPr>
        <w:spacing w:line="560" w:lineRule="exact"/>
        <w:ind w:firstLine="420"/>
      </w:pPr>
      <w:r>
        <w:rPr>
          <w:rFonts w:ascii="宋体" w:hAnsi="宋体" w:eastAsia="宋体"/>
          <w:sz w:val="24"/>
        </w:rPr>
        <w:t>秦雨看着王少，语气很平。</w:t>
      </w:r>
    </w:p>
    <w:p>
      <w:pPr>
        <w:spacing w:line="560" w:lineRule="exact"/>
        <w:ind w:firstLine="420"/>
      </w:pPr>
      <w:r>
        <w:rPr>
          <w:rFonts w:ascii="宋体" w:hAnsi="宋体" w:eastAsia="宋体"/>
          <w:sz w:val="24"/>
        </w:rPr>
        <w:t>“这就是你要的后台数据。”</w:t>
      </w:r>
    </w:p>
    <w:p>
      <w:pPr>
        <w:spacing w:line="560" w:lineRule="exact"/>
        <w:ind w:firstLine="420"/>
      </w:pPr>
      <w:r>
        <w:rPr>
          <w:rFonts w:ascii="宋体" w:hAnsi="宋体" w:eastAsia="宋体"/>
          <w:sz w:val="24"/>
        </w:rPr>
        <w:t>王少张了张嘴，没发出声音。</w:t>
      </w:r>
    </w:p>
    <w:p>
      <w:pPr>
        <w:spacing w:line="560" w:lineRule="exact"/>
        <w:ind w:firstLine="420"/>
      </w:pPr>
      <w:r>
        <w:rPr>
          <w:rFonts w:ascii="宋体" w:hAnsi="宋体" w:eastAsia="宋体"/>
          <w:sz w:val="24"/>
        </w:rPr>
        <w:t>苏婉清这时走到林风身边，当着所有人的面说道：“林风，我代表风婉集团，正式邀请你担任《天界》华夏区战略顾问。另外，风婉集团会在你所在学校设立‘天界创新奖学金’，第一期金额一千万。”</w:t>
      </w:r>
    </w:p>
    <w:p>
      <w:pPr>
        <w:spacing w:line="560" w:lineRule="exact"/>
        <w:ind w:firstLine="420"/>
      </w:pPr>
      <w:r>
        <w:rPr>
          <w:rFonts w:ascii="宋体" w:hAnsi="宋体" w:eastAsia="宋体"/>
          <w:sz w:val="24"/>
        </w:rPr>
        <w:t>这句话一出来，整个食堂门口彻底炸了。</w:t>
      </w:r>
    </w:p>
    <w:p>
      <w:pPr>
        <w:spacing w:line="560" w:lineRule="exact"/>
        <w:ind w:firstLine="420"/>
      </w:pPr>
      <w:r>
        <w:rPr>
          <w:rFonts w:ascii="宋体" w:hAnsi="宋体" w:eastAsia="宋体"/>
          <w:sz w:val="24"/>
        </w:rPr>
        <w:t>“一千万？”</w:t>
      </w:r>
    </w:p>
    <w:p>
      <w:pPr>
        <w:spacing w:line="560" w:lineRule="exact"/>
        <w:ind w:firstLine="420"/>
      </w:pPr>
      <w:r>
        <w:rPr>
          <w:rFonts w:ascii="宋体" w:hAnsi="宋体" w:eastAsia="宋体"/>
          <w:sz w:val="24"/>
        </w:rPr>
        <w:t>“我没听错吧？”</w:t>
      </w:r>
    </w:p>
    <w:p>
      <w:pPr>
        <w:spacing w:line="560" w:lineRule="exact"/>
        <w:ind w:firstLine="420"/>
      </w:pPr>
      <w:r>
        <w:rPr>
          <w:rFonts w:ascii="宋体" w:hAnsi="宋体" w:eastAsia="宋体"/>
          <w:sz w:val="24"/>
        </w:rPr>
        <w:t>“风婉集团给林风颁奖？”</w:t>
      </w:r>
    </w:p>
    <w:p>
      <w:pPr>
        <w:spacing w:line="560" w:lineRule="exact"/>
        <w:ind w:firstLine="420"/>
      </w:pPr>
      <w:r>
        <w:rPr>
          <w:rFonts w:ascii="宋体" w:hAnsi="宋体" w:eastAsia="宋体"/>
          <w:sz w:val="24"/>
        </w:rPr>
        <w:t>“这也太夸张了！”</w:t>
      </w:r>
    </w:p>
    <w:p>
      <w:pPr>
        <w:spacing w:line="560" w:lineRule="exact"/>
        <w:ind w:firstLine="420"/>
      </w:pPr>
      <w:r>
        <w:rPr>
          <w:rFonts w:ascii="宋体" w:hAnsi="宋体" w:eastAsia="宋体"/>
          <w:sz w:val="24"/>
        </w:rPr>
        <w:t>辅导员也赶来了，刚才还一脸为难，现在笑得脸都快僵了。</w:t>
      </w:r>
    </w:p>
    <w:p>
      <w:pPr>
        <w:spacing w:line="560" w:lineRule="exact"/>
        <w:ind w:firstLine="420"/>
      </w:pPr>
      <w:r>
        <w:rPr>
          <w:rFonts w:ascii="宋体" w:hAnsi="宋体" w:eastAsia="宋体"/>
          <w:sz w:val="24"/>
        </w:rPr>
        <w:t>“林风啊，学校一直都很重视你这样的优秀学生。”</w:t>
      </w:r>
    </w:p>
    <w:p>
      <w:pPr>
        <w:spacing w:line="560" w:lineRule="exact"/>
        <w:ind w:firstLine="420"/>
      </w:pPr>
      <w:r>
        <w:rPr>
          <w:rFonts w:ascii="宋体" w:hAnsi="宋体" w:eastAsia="宋体"/>
          <w:sz w:val="24"/>
        </w:rPr>
        <w:t>林风看了他一眼。</w:t>
      </w:r>
    </w:p>
    <w:p>
      <w:pPr>
        <w:spacing w:line="560" w:lineRule="exact"/>
        <w:ind w:firstLine="420"/>
      </w:pPr>
      <w:r>
        <w:rPr>
          <w:rFonts w:ascii="宋体" w:hAnsi="宋体" w:eastAsia="宋体"/>
          <w:sz w:val="24"/>
        </w:rPr>
        <w:t>辅导员以前可没这么说过。</w:t>
      </w:r>
    </w:p>
    <w:p>
      <w:pPr>
        <w:spacing w:line="560" w:lineRule="exact"/>
        <w:ind w:firstLine="420"/>
      </w:pPr>
      <w:r>
        <w:rPr>
          <w:rFonts w:ascii="宋体" w:hAnsi="宋体" w:eastAsia="宋体"/>
          <w:sz w:val="24"/>
        </w:rPr>
        <w:t>王少站在原地，脸色一阵青一阵白。</w:t>
      </w:r>
    </w:p>
    <w:p>
      <w:pPr>
        <w:spacing w:line="560" w:lineRule="exact"/>
        <w:ind w:firstLine="420"/>
      </w:pPr>
      <w:r>
        <w:rPr>
          <w:rFonts w:ascii="宋体" w:hAnsi="宋体" w:eastAsia="宋体"/>
          <w:sz w:val="24"/>
        </w:rPr>
        <w:t>他想挤出一个笑，却比哭还难看。</w:t>
      </w:r>
    </w:p>
    <w:p>
      <w:pPr>
        <w:spacing w:line="560" w:lineRule="exact"/>
        <w:ind w:firstLine="420"/>
      </w:pPr>
      <w:r>
        <w:rPr>
          <w:rFonts w:ascii="宋体" w:hAnsi="宋体" w:eastAsia="宋体"/>
          <w:sz w:val="24"/>
        </w:rPr>
        <w:t>“苏总，这里面是不是有什么误会？林风他……他只是运气好，游戏打得好，不代表现实能力……”</w:t>
      </w:r>
    </w:p>
    <w:p>
      <w:pPr>
        <w:spacing w:line="560" w:lineRule="exact"/>
        <w:ind w:firstLine="420"/>
      </w:pPr>
      <w:r>
        <w:rPr>
          <w:rFonts w:ascii="宋体" w:hAnsi="宋体" w:eastAsia="宋体"/>
          <w:sz w:val="24"/>
        </w:rPr>
        <w:t>苏婉清转头看他。</w:t>
      </w:r>
    </w:p>
    <w:p>
      <w:pPr>
        <w:spacing w:line="560" w:lineRule="exact"/>
        <w:ind w:firstLine="420"/>
      </w:pPr>
      <w:r>
        <w:rPr>
          <w:rFonts w:ascii="宋体" w:hAnsi="宋体" w:eastAsia="宋体"/>
          <w:sz w:val="24"/>
        </w:rPr>
        <w:t>“王少，你父亲王建国昨天给风婉集团发过合作邮件，对吧？”</w:t>
      </w:r>
    </w:p>
    <w:p>
      <w:pPr>
        <w:spacing w:line="560" w:lineRule="exact"/>
        <w:ind w:firstLine="420"/>
      </w:pPr>
      <w:r>
        <w:rPr>
          <w:rFonts w:ascii="宋体" w:hAnsi="宋体" w:eastAsia="宋体"/>
          <w:sz w:val="24"/>
        </w:rPr>
        <w:t>王少心头一跳。</w:t>
      </w:r>
    </w:p>
    <w:p>
      <w:pPr>
        <w:spacing w:line="560" w:lineRule="exact"/>
        <w:ind w:firstLine="420"/>
      </w:pPr>
      <w:r>
        <w:rPr>
          <w:rFonts w:ascii="宋体" w:hAnsi="宋体" w:eastAsia="宋体"/>
          <w:sz w:val="24"/>
        </w:rPr>
        <w:t>“是……是有这事，但我爸只是正常商务……”</w:t>
      </w:r>
    </w:p>
    <w:p>
      <w:pPr>
        <w:spacing w:line="560" w:lineRule="exact"/>
        <w:ind w:firstLine="420"/>
      </w:pPr>
      <w:r>
        <w:rPr>
          <w:rFonts w:ascii="宋体" w:hAnsi="宋体" w:eastAsia="宋体"/>
          <w:sz w:val="24"/>
        </w:rPr>
        <w:t>“正常商务里，附带了一句，希望风婉集团照顾一下你在学校的发展。”</w:t>
      </w:r>
    </w:p>
    <w:p>
      <w:pPr>
        <w:spacing w:line="560" w:lineRule="exact"/>
        <w:ind w:firstLine="420"/>
      </w:pPr>
      <w:r>
        <w:rPr>
          <w:rFonts w:ascii="宋体" w:hAnsi="宋体" w:eastAsia="宋体"/>
          <w:sz w:val="24"/>
        </w:rPr>
        <w:t>苏婉清把话说完，王少整个人都僵住了。</w:t>
      </w:r>
    </w:p>
    <w:p>
      <w:pPr>
        <w:spacing w:line="560" w:lineRule="exact"/>
        <w:ind w:firstLine="420"/>
      </w:pPr>
      <w:r>
        <w:rPr>
          <w:rFonts w:ascii="宋体" w:hAnsi="宋体" w:eastAsia="宋体"/>
          <w:sz w:val="24"/>
        </w:rPr>
        <w:t>周围学生瞬间安静，然后不知道谁先笑了一声。</w:t>
      </w:r>
    </w:p>
    <w:p>
      <w:pPr>
        <w:spacing w:line="560" w:lineRule="exact"/>
        <w:ind w:firstLine="420"/>
      </w:pPr>
      <w:r>
        <w:rPr>
          <w:rFonts w:ascii="宋体" w:hAnsi="宋体" w:eastAsia="宋体"/>
          <w:sz w:val="24"/>
        </w:rPr>
        <w:t>接着笑声越来越多。</w:t>
      </w:r>
    </w:p>
    <w:p>
      <w:pPr>
        <w:spacing w:line="560" w:lineRule="exact"/>
        <w:ind w:firstLine="420"/>
      </w:pPr>
      <w:r>
        <w:rPr>
          <w:rFonts w:ascii="宋体" w:hAnsi="宋体" w:eastAsia="宋体"/>
          <w:sz w:val="24"/>
        </w:rPr>
        <w:t>“哈哈哈，王少刚才不是挺能说的吗？”</w:t>
      </w:r>
    </w:p>
    <w:p>
      <w:pPr>
        <w:spacing w:line="560" w:lineRule="exact"/>
        <w:ind w:firstLine="420"/>
      </w:pPr>
      <w:r>
        <w:rPr>
          <w:rFonts w:ascii="宋体" w:hAnsi="宋体" w:eastAsia="宋体"/>
          <w:sz w:val="24"/>
        </w:rPr>
        <w:t>“原来他家里还求着风婉集团呢。”</w:t>
      </w:r>
    </w:p>
    <w:p>
      <w:pPr>
        <w:spacing w:line="560" w:lineRule="exact"/>
        <w:ind w:firstLine="420"/>
      </w:pPr>
      <w:r>
        <w:rPr>
          <w:rFonts w:ascii="宋体" w:hAnsi="宋体" w:eastAsia="宋体"/>
          <w:sz w:val="24"/>
        </w:rPr>
        <w:t>“这下脸丢大了。”</w:t>
      </w:r>
    </w:p>
    <w:p>
      <w:pPr>
        <w:spacing w:line="560" w:lineRule="exact"/>
        <w:ind w:firstLine="420"/>
      </w:pPr>
      <w:r>
        <w:rPr>
          <w:rFonts w:ascii="宋体" w:hAnsi="宋体" w:eastAsia="宋体"/>
          <w:sz w:val="24"/>
        </w:rPr>
        <w:t>王少耳朵通红，死死盯着林风。</w:t>
      </w:r>
    </w:p>
    <w:p>
      <w:pPr>
        <w:spacing w:line="560" w:lineRule="exact"/>
        <w:ind w:firstLine="420"/>
      </w:pPr>
      <w:r>
        <w:rPr>
          <w:rFonts w:ascii="宋体" w:hAnsi="宋体" w:eastAsia="宋体"/>
          <w:sz w:val="24"/>
        </w:rPr>
        <w:t>“林风，你别得意。你现在靠游戏火了，不代表以后都能这样。现实不是游戏，不是你充钱就能赢的。”</w:t>
      </w:r>
    </w:p>
    <w:p>
      <w:pPr>
        <w:spacing w:line="560" w:lineRule="exact"/>
        <w:ind w:firstLine="420"/>
      </w:pPr>
      <w:r>
        <w:rPr>
          <w:rFonts w:ascii="宋体" w:hAnsi="宋体" w:eastAsia="宋体"/>
          <w:sz w:val="24"/>
        </w:rPr>
        <w:t>林风看着他。</w:t>
      </w:r>
    </w:p>
    <w:p>
      <w:pPr>
        <w:spacing w:line="560" w:lineRule="exact"/>
        <w:ind w:firstLine="420"/>
      </w:pPr>
      <w:r>
        <w:rPr>
          <w:rFonts w:ascii="宋体" w:hAnsi="宋体" w:eastAsia="宋体"/>
          <w:sz w:val="24"/>
        </w:rPr>
        <w:t>“你说得对。”</w:t>
      </w:r>
    </w:p>
    <w:p>
      <w:pPr>
        <w:spacing w:line="560" w:lineRule="exact"/>
        <w:ind w:firstLine="420"/>
      </w:pPr>
      <w:r>
        <w:rPr>
          <w:rFonts w:ascii="宋体" w:hAnsi="宋体" w:eastAsia="宋体"/>
          <w:sz w:val="24"/>
        </w:rPr>
        <w:t>王少刚要松口气。</w:t>
      </w:r>
    </w:p>
    <w:p>
      <w:pPr>
        <w:spacing w:line="560" w:lineRule="exact"/>
        <w:ind w:firstLine="420"/>
      </w:pPr>
      <w:r>
        <w:rPr>
          <w:rFonts w:ascii="宋体" w:hAnsi="宋体" w:eastAsia="宋体"/>
          <w:sz w:val="24"/>
        </w:rPr>
        <w:t>林风接着道：“所以我现在不打算在游戏里赢你。”</w:t>
      </w:r>
    </w:p>
    <w:p>
      <w:pPr>
        <w:spacing w:line="560" w:lineRule="exact"/>
        <w:ind w:firstLine="420"/>
      </w:pPr>
      <w:r>
        <w:rPr>
          <w:rFonts w:ascii="宋体" w:hAnsi="宋体" w:eastAsia="宋体"/>
          <w:sz w:val="24"/>
        </w:rPr>
        <w:t>王少一愣。</w:t>
      </w:r>
    </w:p>
    <w:p>
      <w:pPr>
        <w:spacing w:line="560" w:lineRule="exact"/>
        <w:ind w:firstLine="420"/>
      </w:pPr>
      <w:r>
        <w:rPr>
          <w:rFonts w:ascii="宋体" w:hAnsi="宋体" w:eastAsia="宋体"/>
          <w:sz w:val="24"/>
        </w:rPr>
        <w:t>林风把认证书收进包里。</w:t>
      </w:r>
    </w:p>
    <w:p>
      <w:pPr>
        <w:spacing w:line="560" w:lineRule="exact"/>
        <w:ind w:firstLine="420"/>
      </w:pPr>
      <w:r>
        <w:rPr>
          <w:rFonts w:ascii="宋体" w:hAnsi="宋体" w:eastAsia="宋体"/>
          <w:sz w:val="24"/>
        </w:rPr>
        <w:t>“现实里，你连站在我面前质问我的资格都没有。”</w:t>
      </w:r>
    </w:p>
    <w:p>
      <w:pPr>
        <w:spacing w:line="560" w:lineRule="exact"/>
        <w:ind w:firstLine="420"/>
      </w:pPr>
      <w:r>
        <w:rPr>
          <w:rFonts w:ascii="宋体" w:hAnsi="宋体" w:eastAsia="宋体"/>
          <w:sz w:val="24"/>
        </w:rPr>
        <w:t>这句话不重，却像一巴掌扇在王少脸上。</w:t>
      </w:r>
    </w:p>
    <w:p>
      <w:pPr>
        <w:spacing w:line="560" w:lineRule="exact"/>
        <w:ind w:firstLine="420"/>
      </w:pPr>
      <w:r>
        <w:rPr>
          <w:rFonts w:ascii="宋体" w:hAnsi="宋体" w:eastAsia="宋体"/>
          <w:sz w:val="24"/>
        </w:rPr>
        <w:t>王少胸口起伏，手指发抖。</w:t>
      </w:r>
    </w:p>
    <w:p>
      <w:pPr>
        <w:spacing w:line="560" w:lineRule="exact"/>
        <w:ind w:firstLine="420"/>
      </w:pPr>
      <w:r>
        <w:rPr>
          <w:rFonts w:ascii="宋体" w:hAnsi="宋体" w:eastAsia="宋体"/>
          <w:sz w:val="24"/>
        </w:rPr>
        <w:t>他想吼，可苏婉清和秦雨都在，周围全是学生，还有人在直播。</w:t>
      </w:r>
    </w:p>
    <w:p>
      <w:pPr>
        <w:spacing w:line="560" w:lineRule="exact"/>
        <w:ind w:firstLine="420"/>
      </w:pPr>
      <w:r>
        <w:rPr>
          <w:rFonts w:ascii="宋体" w:hAnsi="宋体" w:eastAsia="宋体"/>
          <w:sz w:val="24"/>
        </w:rPr>
        <w:t>他要是真闹起来，王家那点面子今天就得彻底烂在学校里。</w:t>
      </w:r>
    </w:p>
    <w:p>
      <w:pPr>
        <w:spacing w:line="560" w:lineRule="exact"/>
        <w:ind w:firstLine="420"/>
      </w:pPr>
      <w:r>
        <w:rPr>
          <w:rFonts w:ascii="宋体" w:hAnsi="宋体" w:eastAsia="宋体"/>
          <w:sz w:val="24"/>
        </w:rPr>
        <w:t>最后，王少咬着牙，从人群里挤了出去。</w:t>
      </w:r>
    </w:p>
    <w:p>
      <w:pPr>
        <w:spacing w:line="560" w:lineRule="exact"/>
        <w:ind w:firstLine="420"/>
      </w:pPr>
      <w:r>
        <w:rPr>
          <w:rFonts w:ascii="宋体" w:hAnsi="宋体" w:eastAsia="宋体"/>
          <w:sz w:val="24"/>
        </w:rPr>
        <w:t>刚走两步，他手机响了。</w:t>
      </w:r>
    </w:p>
    <w:p>
      <w:pPr>
        <w:spacing w:line="560" w:lineRule="exact"/>
        <w:ind w:firstLine="420"/>
      </w:pPr>
      <w:r>
        <w:rPr>
          <w:rFonts w:ascii="宋体" w:hAnsi="宋体" w:eastAsia="宋体"/>
          <w:sz w:val="24"/>
        </w:rPr>
        <w:t>王少接通电话，脸色越来越白。</w:t>
      </w:r>
    </w:p>
    <w:p>
      <w:pPr>
        <w:spacing w:line="560" w:lineRule="exact"/>
        <w:ind w:firstLine="420"/>
      </w:pPr>
      <w:r>
        <w:rPr>
          <w:rFonts w:ascii="宋体" w:hAnsi="宋体" w:eastAsia="宋体"/>
          <w:sz w:val="24"/>
        </w:rPr>
        <w:t>“爸，你说什么？”</w:t>
      </w:r>
    </w:p>
    <w:p>
      <w:pPr>
        <w:spacing w:line="560" w:lineRule="exact"/>
        <w:ind w:firstLine="420"/>
      </w:pPr>
      <w:r>
        <w:rPr>
          <w:rFonts w:ascii="宋体" w:hAnsi="宋体" w:eastAsia="宋体"/>
          <w:sz w:val="24"/>
        </w:rPr>
        <w:t>“合同暂停？”</w:t>
      </w:r>
    </w:p>
    <w:p>
      <w:pPr>
        <w:spacing w:line="560" w:lineRule="exact"/>
        <w:ind w:firstLine="420"/>
      </w:pPr>
      <w:r>
        <w:rPr>
          <w:rFonts w:ascii="宋体" w:hAnsi="宋体" w:eastAsia="宋体"/>
          <w:sz w:val="24"/>
        </w:rPr>
        <w:t>“为什么？”</w:t>
      </w:r>
    </w:p>
    <w:p>
      <w:pPr>
        <w:spacing w:line="560" w:lineRule="exact"/>
        <w:ind w:firstLine="420"/>
      </w:pPr>
      <w:r>
        <w:rPr>
          <w:rFonts w:ascii="宋体" w:hAnsi="宋体" w:eastAsia="宋体"/>
          <w:sz w:val="24"/>
        </w:rPr>
        <w:t>电话那头不知道说了什么。</w:t>
      </w:r>
    </w:p>
    <w:p>
      <w:pPr>
        <w:spacing w:line="560" w:lineRule="exact"/>
        <w:ind w:firstLine="420"/>
      </w:pPr>
      <w:r>
        <w:rPr>
          <w:rFonts w:ascii="宋体" w:hAnsi="宋体" w:eastAsia="宋体"/>
          <w:sz w:val="24"/>
        </w:rPr>
        <w:t>王少腿一软，差点没站稳。</w:t>
      </w:r>
    </w:p>
    <w:p>
      <w:pPr>
        <w:spacing w:line="560" w:lineRule="exact"/>
        <w:ind w:firstLine="420"/>
      </w:pPr>
      <w:r>
        <w:rPr>
          <w:rFonts w:ascii="宋体" w:hAnsi="宋体" w:eastAsia="宋体"/>
          <w:sz w:val="24"/>
        </w:rPr>
        <w:t>他回头看了一眼林风，眼神里终于有了惧意。</w:t>
      </w:r>
    </w:p>
    <w:p>
      <w:pPr>
        <w:spacing w:line="560" w:lineRule="exact"/>
        <w:ind w:firstLine="420"/>
      </w:pPr>
      <w:r>
        <w:rPr>
          <w:rFonts w:ascii="宋体" w:hAnsi="宋体" w:eastAsia="宋体"/>
          <w:sz w:val="24"/>
        </w:rPr>
        <w:t>然后他头也不回地跑了。</w:t>
      </w:r>
    </w:p>
    <w:p>
      <w:pPr>
        <w:spacing w:line="560" w:lineRule="exact"/>
        <w:ind w:firstLine="420"/>
      </w:pPr>
      <w:r>
        <w:rPr>
          <w:rFonts w:ascii="宋体" w:hAnsi="宋体" w:eastAsia="宋体"/>
          <w:sz w:val="24"/>
        </w:rPr>
        <w:t>围观学生看着他的背影，议论声更大了。</w:t>
      </w:r>
    </w:p>
    <w:p>
      <w:pPr>
        <w:spacing w:line="560" w:lineRule="exact"/>
        <w:ind w:firstLine="420"/>
      </w:pPr>
      <w:r>
        <w:rPr>
          <w:rFonts w:ascii="宋体" w:hAnsi="宋体" w:eastAsia="宋体"/>
          <w:sz w:val="24"/>
        </w:rPr>
        <w:t>“王少心态崩了啊。”</w:t>
      </w:r>
    </w:p>
    <w:p>
      <w:pPr>
        <w:spacing w:line="560" w:lineRule="exact"/>
        <w:ind w:firstLine="420"/>
      </w:pPr>
      <w:r>
        <w:rPr>
          <w:rFonts w:ascii="宋体" w:hAnsi="宋体" w:eastAsia="宋体"/>
          <w:sz w:val="24"/>
        </w:rPr>
        <w:t>“刚才还逼林风拿证据，现在自己家合同没了。”</w:t>
      </w:r>
    </w:p>
    <w:p>
      <w:pPr>
        <w:spacing w:line="560" w:lineRule="exact"/>
        <w:ind w:firstLine="420"/>
      </w:pPr>
      <w:r>
        <w:rPr>
          <w:rFonts w:ascii="宋体" w:hAnsi="宋体" w:eastAsia="宋体"/>
          <w:sz w:val="24"/>
        </w:rPr>
        <w:t>“这就叫现世报。”</w:t>
      </w:r>
    </w:p>
    <w:p>
      <w:pPr>
        <w:spacing w:line="560" w:lineRule="exact"/>
        <w:ind w:firstLine="420"/>
      </w:pPr>
      <w:r>
        <w:rPr>
          <w:rFonts w:ascii="宋体" w:hAnsi="宋体" w:eastAsia="宋体"/>
          <w:sz w:val="24"/>
        </w:rPr>
        <w:t>“以前怎么没发现林风这么猛？”</w:t>
      </w:r>
    </w:p>
    <w:p>
      <w:pPr>
        <w:spacing w:line="560" w:lineRule="exact"/>
        <w:ind w:firstLine="420"/>
      </w:pPr>
      <w:r>
        <w:rPr>
          <w:rFonts w:ascii="宋体" w:hAnsi="宋体" w:eastAsia="宋体"/>
          <w:sz w:val="24"/>
        </w:rPr>
        <w:t>“人家低调，不代表人家弱。”</w:t>
      </w:r>
    </w:p>
    <w:p>
      <w:pPr>
        <w:spacing w:line="560" w:lineRule="exact"/>
        <w:ind w:firstLine="420"/>
      </w:pPr>
      <w:r>
        <w:rPr>
          <w:rFonts w:ascii="宋体" w:hAnsi="宋体" w:eastAsia="宋体"/>
          <w:sz w:val="24"/>
        </w:rPr>
        <w:t>苏小雅的直播间也炸了。</w:t>
      </w:r>
    </w:p>
    <w:p>
      <w:pPr>
        <w:spacing w:line="560" w:lineRule="exact"/>
        <w:ind w:firstLine="420"/>
      </w:pPr>
      <w:r>
        <w:rPr>
          <w:rFonts w:ascii="宋体" w:hAnsi="宋体" w:eastAsia="宋体"/>
          <w:sz w:val="24"/>
        </w:rPr>
        <w:t>弹幕刷得屏幕都看不清。</w:t>
      </w:r>
    </w:p>
    <w:p>
      <w:pPr>
        <w:spacing w:line="560" w:lineRule="exact"/>
        <w:ind w:firstLine="420"/>
      </w:pPr>
      <w:r>
        <w:rPr>
          <w:rFonts w:ascii="宋体" w:hAnsi="宋体" w:eastAsia="宋体"/>
          <w:sz w:val="24"/>
        </w:rPr>
        <w:t>【爽！太爽了！】</w:t>
      </w:r>
    </w:p>
    <w:p>
      <w:pPr>
        <w:spacing w:line="560" w:lineRule="exact"/>
        <w:ind w:firstLine="420"/>
      </w:pPr>
      <w:r>
        <w:rPr>
          <w:rFonts w:ascii="宋体" w:hAnsi="宋体" w:eastAsia="宋体"/>
          <w:sz w:val="24"/>
        </w:rPr>
        <w:t>【王少刚才那表情我能笑一年！】</w:t>
      </w:r>
    </w:p>
    <w:p>
      <w:pPr>
        <w:spacing w:line="560" w:lineRule="exact"/>
        <w:ind w:firstLine="420"/>
      </w:pPr>
      <w:r>
        <w:rPr>
          <w:rFonts w:ascii="宋体" w:hAnsi="宋体" w:eastAsia="宋体"/>
          <w:sz w:val="24"/>
        </w:rPr>
        <w:t>【风中追风现实也这么刚？】</w:t>
      </w:r>
    </w:p>
    <w:p>
      <w:pPr>
        <w:spacing w:line="560" w:lineRule="exact"/>
        <w:ind w:firstLine="420"/>
      </w:pPr>
      <w:r>
        <w:rPr>
          <w:rFonts w:ascii="宋体" w:hAnsi="宋体" w:eastAsia="宋体"/>
          <w:sz w:val="24"/>
        </w:rPr>
        <w:t>【风婉集团CEO亲自来，这排面拉满！】</w:t>
      </w:r>
    </w:p>
    <w:p>
      <w:pPr>
        <w:spacing w:line="560" w:lineRule="exact"/>
        <w:ind w:firstLine="420"/>
      </w:pPr>
      <w:r>
        <w:rPr>
          <w:rFonts w:ascii="宋体" w:hAnsi="宋体" w:eastAsia="宋体"/>
          <w:sz w:val="24"/>
        </w:rPr>
        <w:t>【神豪殿牛逼！】</w:t>
      </w:r>
    </w:p>
    <w:p>
      <w:pPr>
        <w:spacing w:line="560" w:lineRule="exact"/>
        <w:ind w:firstLine="420"/>
      </w:pPr>
      <w:r>
        <w:rPr>
          <w:rFonts w:ascii="宋体" w:hAnsi="宋体" w:eastAsia="宋体"/>
          <w:sz w:val="24"/>
        </w:rPr>
        <w:t>苏小雅对着镜头喊道：“家人们，看见没？这就是我们神豪殿老大！谁再敢说他是代打，我直接把后台数据甩他脸上！”</w:t>
      </w:r>
    </w:p>
    <w:p>
      <w:pPr>
        <w:spacing w:line="560" w:lineRule="exact"/>
        <w:ind w:firstLine="420"/>
      </w:pPr>
      <w:r>
        <w:rPr>
          <w:rFonts w:ascii="宋体" w:hAnsi="宋体" w:eastAsia="宋体"/>
          <w:sz w:val="24"/>
        </w:rPr>
        <w:t>赵铁柱站在林风旁边，笑得肩膀直抖。</w:t>
      </w:r>
    </w:p>
    <w:p>
      <w:pPr>
        <w:spacing w:line="560" w:lineRule="exact"/>
        <w:ind w:firstLine="420"/>
      </w:pPr>
      <w:r>
        <w:rPr>
          <w:rFonts w:ascii="宋体" w:hAnsi="宋体" w:eastAsia="宋体"/>
          <w:sz w:val="24"/>
        </w:rPr>
        <w:t>“爽。”</w:t>
      </w:r>
    </w:p>
    <w:p>
      <w:pPr>
        <w:spacing w:line="560" w:lineRule="exact"/>
        <w:ind w:firstLine="420"/>
      </w:pPr>
      <w:r>
        <w:rPr>
          <w:rFonts w:ascii="宋体" w:hAnsi="宋体" w:eastAsia="宋体"/>
          <w:sz w:val="24"/>
        </w:rPr>
        <w:t>他只说了一个字，但语气特别解气。</w:t>
      </w:r>
    </w:p>
    <w:p>
      <w:pPr>
        <w:spacing w:line="560" w:lineRule="exact"/>
        <w:ind w:firstLine="420"/>
      </w:pPr>
      <w:r>
        <w:rPr>
          <w:rFonts w:ascii="宋体" w:hAnsi="宋体" w:eastAsia="宋体"/>
          <w:sz w:val="24"/>
        </w:rPr>
        <w:t>夜影在语音里难得开口：“王少这种人，欺软怕硬。你越退</w:t>
      </w:r>
    </w:p>
    <w:p>
      <w:r>
        <w:br w:type="page"/>
      </w:r>
    </w:p>
    <w:p>
      <w:pPr>
        <w:jc w:val="center"/>
      </w:pPr>
      <w:r>
        <w:rPr>
          <w:b/>
          <w:sz w:val="32"/>
        </w:rPr>
        <w:t>第033章 领地系统</w:t>
      </w:r>
    </w:p>
    <w:p>
      <w:pPr>
        <w:jc w:val="center"/>
      </w:pPr>
      <w:r>
        <w:rPr>
          <w:color w:val="999999"/>
          <w:sz w:val="18"/>
        </w:rPr>
        <w:t>（2,923字）</w:t>
      </w:r>
    </w:p>
    <w:p/>
    <w:p>
      <w:pPr>
        <w:spacing w:line="560" w:lineRule="exact"/>
        <w:ind w:firstLine="420"/>
      </w:pPr>
      <w:r>
        <w:rPr>
          <w:rFonts w:ascii="宋体" w:hAnsi="宋体" w:eastAsia="宋体"/>
          <w:sz w:val="24"/>
        </w:rPr>
        <w:t>跨服冠军的热度还没完全消退，《天界》官方就放出了新一轮版本更新的消息。</w:t>
      </w:r>
    </w:p>
    <w:p>
      <w:pPr>
        <w:spacing w:line="560" w:lineRule="exact"/>
        <w:ind w:firstLine="420"/>
      </w:pPr>
      <w:r>
        <w:rPr>
          <w:rFonts w:ascii="宋体" w:hAnsi="宋体" w:eastAsia="宋体"/>
          <w:sz w:val="24"/>
        </w:rPr>
        <w:t>【版本更新公告 V2.1】</w:t>
      </w:r>
    </w:p>
    <w:p>
      <w:pPr>
        <w:spacing w:line="560" w:lineRule="exact"/>
        <w:ind w:firstLine="420"/>
      </w:pPr>
      <w:r>
        <w:rPr>
          <w:rFonts w:ascii="宋体" w:hAnsi="宋体" w:eastAsia="宋体"/>
          <w:sz w:val="24"/>
        </w:rPr>
        <w:t>更新内容：</w:t>
        <w:br/>
        <w:t>1. 全新领地系统上线！公会可占领地图上的无主领地，建设专属基地！</w:t>
        <w:br/>
        <w:t>2. 领地类型：矿脉（产出稀有矿石）、魔能塔（产出特殊能量）、要塞（军事堡垒）</w:t>
        <w:br/>
        <w:t>3. 领地争夺战：每周六晚开放，各大公会可互相攻占领地！</w:t>
        <w:br/>
        <w:t>4. 首通奖励：第一个建立三级领地的公会，将获得唯一称号「领地开拓者」</w:t>
      </w:r>
    </w:p>
    <w:p>
      <w:pPr>
        <w:spacing w:line="560" w:lineRule="exact"/>
        <w:ind w:firstLine="420"/>
      </w:pPr>
      <w:r>
        <w:rPr>
          <w:rFonts w:ascii="宋体" w:hAnsi="宋体" w:eastAsia="宋体"/>
          <w:sz w:val="24"/>
        </w:rPr>
        <w:t>公告一出，各大公会立刻沸腾了。</w:t>
      </w:r>
    </w:p>
    <w:p>
      <w:pPr>
        <w:spacing w:line="560" w:lineRule="exact"/>
        <w:ind w:firstLine="420"/>
      </w:pPr>
      <w:r>
        <w:rPr>
          <w:rFonts w:ascii="宋体" w:hAnsi="宋体" w:eastAsia="宋体"/>
          <w:sz w:val="24"/>
        </w:rPr>
        <w:t>世界频道上全是讨论：</w:t>
      </w:r>
    </w:p>
    <w:p>
      <w:pPr>
        <w:spacing w:line="560" w:lineRule="exact"/>
        <w:ind w:firstLine="420"/>
      </w:pPr>
      <w:r>
        <w:rPr>
          <w:rFonts w:ascii="宋体" w:hAnsi="宋体" w:eastAsia="宋体"/>
          <w:sz w:val="24"/>
        </w:rPr>
        <w:t>「领地系统终于来了！我等这个等了好久了！」</w:t>
        <w:br/>
        <w:t>「抢领地啊！这才是真正的公会战！」</w:t>
        <w:br/>
        <w:t>「哪个领地最好？赶紧研究一下！」</w:t>
        <w:br/>
        <w:t>「神豪殿肯定抢龙骨荒原，那个最大。」</w:t>
        <w:br/>
        <w:t>「暗影联盟也盯上了，有好戏看了！」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神豪殿总部，公会大厅。</w:t>
      </w:r>
    </w:p>
    <w:p>
      <w:pPr>
        <w:spacing w:line="560" w:lineRule="exact"/>
        <w:ind w:firstLine="420"/>
      </w:pPr>
      <w:r>
        <w:rPr>
          <w:rFonts w:ascii="宋体" w:hAnsi="宋体" w:eastAsia="宋体"/>
          <w:sz w:val="24"/>
        </w:rPr>
        <w:t>凌天已经把新版本的资料整理成了厚厚一沓文件，投影到魔法屏幕上。</w:t>
      </w:r>
    </w:p>
    <w:p>
      <w:pPr>
        <w:spacing w:line="560" w:lineRule="exact"/>
        <w:ind w:firstLine="420"/>
      </w:pPr>
      <w:r>
        <w:rPr>
          <w:rFonts w:ascii="宋体" w:hAnsi="宋体" w:eastAsia="宋体"/>
          <w:sz w:val="24"/>
        </w:rPr>
        <w:t>“领地系统，简单来说就是——抢地盘。”凌天指着地图上一片灰色的区域，“整个《天界》大陆上，有十二块无主领地可以占领。占领后，公会可以获得持续的资源产出。”</w:t>
      </w:r>
    </w:p>
    <w:p>
      <w:pPr>
        <w:spacing w:line="560" w:lineRule="exact"/>
        <w:ind w:firstLine="420"/>
      </w:pPr>
      <w:r>
        <w:rPr>
          <w:rFonts w:ascii="宋体" w:hAnsi="宋体" w:eastAsia="宋体"/>
          <w:sz w:val="24"/>
        </w:rPr>
        <w:t>“哪块最好？”赵铁柱问。</w:t>
      </w:r>
    </w:p>
    <w:p>
      <w:pPr>
        <w:spacing w:line="560" w:lineRule="exact"/>
        <w:ind w:firstLine="420"/>
      </w:pPr>
      <w:r>
        <w:rPr>
          <w:rFonts w:ascii="宋体" w:hAnsi="宋体" w:eastAsia="宋体"/>
          <w:sz w:val="24"/>
        </w:rPr>
        <w:t>“当然是这块。”凌天放大了地图中央的一片区域，“龙骨荒原——面积最大，资源最丰富，而且地理位置居中，易守难攻。”</w:t>
      </w:r>
    </w:p>
    <w:p>
      <w:pPr>
        <w:spacing w:line="560" w:lineRule="exact"/>
        <w:ind w:firstLine="420"/>
      </w:pPr>
      <w:r>
        <w:rPr>
          <w:rFonts w:ascii="宋体" w:hAnsi="宋体" w:eastAsia="宋体"/>
          <w:sz w:val="24"/>
        </w:rPr>
        <w:t>“那肯定很多人抢。”苏小雅说。</w:t>
      </w:r>
    </w:p>
    <w:p>
      <w:pPr>
        <w:spacing w:line="560" w:lineRule="exact"/>
        <w:ind w:firstLine="420"/>
      </w:pPr>
      <w:r>
        <w:rPr>
          <w:rFonts w:ascii="宋体" w:hAnsi="宋体" w:eastAsia="宋体"/>
          <w:sz w:val="24"/>
        </w:rPr>
        <w:t>“不止很多人。”凌天翻到下一页，“根据情报，至少五个顶级公会已经放出话来，要抢龙骨荒原。其中包括暗影联盟。”</w:t>
      </w:r>
    </w:p>
    <w:p>
      <w:pPr>
        <w:spacing w:line="560" w:lineRule="exact"/>
        <w:ind w:firstLine="420"/>
      </w:pPr>
      <w:r>
        <w:rPr>
          <w:rFonts w:ascii="宋体" w:hAnsi="宋体" w:eastAsia="宋体"/>
          <w:sz w:val="24"/>
        </w:rPr>
        <w:t>听到“暗影联盟”这个名字，大厅里的气氛凝重了几分。</w:t>
      </w:r>
    </w:p>
    <w:p>
      <w:pPr>
        <w:spacing w:line="560" w:lineRule="exact"/>
        <w:ind w:firstLine="420"/>
      </w:pPr>
      <w:r>
        <w:rPr>
          <w:rFonts w:ascii="宋体" w:hAnsi="宋体" w:eastAsia="宋体"/>
          <w:sz w:val="24"/>
        </w:rPr>
        <w:t>暗影联盟是最近崛起的神秘公会。会长“暗夜君王”从不公开露面，但公会的实力增长极快，短短两周就冲到了华夏服前三。</w:t>
      </w:r>
    </w:p>
    <w:p>
      <w:pPr>
        <w:spacing w:line="560" w:lineRule="exact"/>
        <w:ind w:firstLine="420"/>
      </w:pPr>
      <w:r>
        <w:rPr>
          <w:rFonts w:ascii="宋体" w:hAnsi="宋体" w:eastAsia="宋体"/>
          <w:sz w:val="24"/>
        </w:rPr>
        <w:t>林风皱了一下眉：“暗影联盟的情报，有吗？”</w:t>
      </w:r>
    </w:p>
    <w:p>
      <w:pPr>
        <w:spacing w:line="560" w:lineRule="exact"/>
        <w:ind w:firstLine="420"/>
      </w:pPr>
      <w:r>
        <w:rPr>
          <w:rFonts w:ascii="宋体" w:hAnsi="宋体" w:eastAsia="宋体"/>
          <w:sz w:val="24"/>
        </w:rPr>
        <w:t>“很少。”凌天摇头，“他们的成员大部分是红名玩家——杀人如麻的那种。装备全部靠杀人爆出来的，战斗力很强。”</w:t>
      </w:r>
    </w:p>
    <w:p>
      <w:pPr>
        <w:spacing w:line="560" w:lineRule="exact"/>
        <w:ind w:firstLine="420"/>
      </w:pPr>
      <w:r>
        <w:rPr>
          <w:rFonts w:ascii="宋体" w:hAnsi="宋体" w:eastAsia="宋体"/>
          <w:sz w:val="24"/>
        </w:rPr>
        <w:t>“红名公会？”赵铁柱挠头，“那不就是一群亡命之徒？”</w:t>
      </w:r>
    </w:p>
    <w:p>
      <w:pPr>
        <w:spacing w:line="560" w:lineRule="exact"/>
        <w:ind w:firstLine="420"/>
      </w:pPr>
      <w:r>
        <w:rPr>
          <w:rFonts w:ascii="宋体" w:hAnsi="宋体" w:eastAsia="宋体"/>
          <w:sz w:val="24"/>
        </w:rPr>
        <w:t>“差不多。”凌天说，“但他们有纪律。暗影联盟的组织结构非常严密，不像普通的红名散兵游勇。他们有统一的指挥系统、后勤系统，甚至还有情报系统。”</w:t>
      </w:r>
    </w:p>
    <w:p>
      <w:pPr>
        <w:spacing w:line="560" w:lineRule="exact"/>
        <w:ind w:firstLine="420"/>
      </w:pPr>
      <w:r>
        <w:rPr>
          <w:rFonts w:ascii="宋体" w:hAnsi="宋体" w:eastAsia="宋体"/>
          <w:sz w:val="24"/>
        </w:rPr>
        <w:t>林风沉默了几秒。</w:t>
      </w:r>
    </w:p>
    <w:p>
      <w:pPr>
        <w:spacing w:line="560" w:lineRule="exact"/>
        <w:ind w:firstLine="420"/>
      </w:pPr>
      <w:r>
        <w:rPr>
          <w:rFonts w:ascii="宋体" w:hAnsi="宋体" w:eastAsia="宋体"/>
          <w:sz w:val="24"/>
        </w:rPr>
        <w:t>一个神秘的公会，有纪律，有组织，会长从不露面……</w:t>
      </w:r>
    </w:p>
    <w:p>
      <w:pPr>
        <w:spacing w:line="560" w:lineRule="exact"/>
        <w:ind w:firstLine="420"/>
      </w:pPr>
      <w:r>
        <w:rPr>
          <w:rFonts w:ascii="宋体" w:hAnsi="宋体" w:eastAsia="宋体"/>
          <w:sz w:val="24"/>
        </w:rPr>
        <w:t>这让他想起了那块古玉，和父母失踪的真相。</w:t>
      </w:r>
    </w:p>
    <w:p>
      <w:pPr>
        <w:spacing w:line="560" w:lineRule="exact"/>
        <w:ind w:firstLine="420"/>
      </w:pPr>
      <w:r>
        <w:rPr>
          <w:rFonts w:ascii="宋体" w:hAnsi="宋体" w:eastAsia="宋体"/>
          <w:sz w:val="24"/>
        </w:rPr>
        <w:t>“盯紧他们。”林风说，“龙骨荒原——我们一定要拿下。”</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领地系统开放的第一天，整个服务器都疯了。</w:t>
      </w:r>
    </w:p>
    <w:p>
      <w:pPr>
        <w:spacing w:line="560" w:lineRule="exact"/>
        <w:ind w:firstLine="420"/>
      </w:pPr>
      <w:r>
        <w:rPr>
          <w:rFonts w:ascii="宋体" w:hAnsi="宋体" w:eastAsia="宋体"/>
          <w:sz w:val="24"/>
        </w:rPr>
        <w:t>各大公会争相占领无主领地，到处都在打架。世界频道上全是骂战和宣战公告：</w:t>
      </w:r>
    </w:p>
    <w:p>
      <w:pPr>
        <w:spacing w:line="560" w:lineRule="exact"/>
        <w:ind w:firstLine="420"/>
      </w:pPr>
      <w:r>
        <w:rPr>
          <w:rFonts w:ascii="宋体" w:hAnsi="宋体" w:eastAsia="宋体"/>
          <w:sz w:val="24"/>
        </w:rPr>
        <w:t>「铁血盟宣战：花间阁滚出矿脉区！」</w:t>
        <w:br/>
        <w:t>「龙魂殿声明：魔能塔是我们先发现的！」</w:t>
        <w:br/>
        <w:t>「暗影联盟：谁碰龙骨荒原，谁死。」</w:t>
      </w:r>
    </w:p>
    <w:p>
      <w:pPr>
        <w:spacing w:line="560" w:lineRule="exact"/>
        <w:ind w:firstLine="420"/>
      </w:pPr>
      <w:r>
        <w:rPr>
          <w:rFonts w:ascii="宋体" w:hAnsi="宋体" w:eastAsia="宋体"/>
          <w:sz w:val="24"/>
        </w:rPr>
        <w:t>而神豪殿，没有急着动手。</w:t>
      </w:r>
    </w:p>
    <w:p>
      <w:pPr>
        <w:spacing w:line="560" w:lineRule="exact"/>
        <w:ind w:firstLine="420"/>
      </w:pPr>
      <w:r>
        <w:rPr>
          <w:rFonts w:ascii="宋体" w:hAnsi="宋体" w:eastAsia="宋体"/>
          <w:sz w:val="24"/>
        </w:rPr>
        <w:t>凌天带着侦察队，花了整整一天时间，把十二块领地的地形、资源、防御价值全部摸了一遍。</w:t>
      </w:r>
    </w:p>
    <w:p>
      <w:pPr>
        <w:spacing w:line="560" w:lineRule="exact"/>
        <w:ind w:firstLine="420"/>
      </w:pPr>
      <w:r>
        <w:rPr>
          <w:rFonts w:ascii="宋体" w:hAnsi="宋体" w:eastAsia="宋体"/>
          <w:sz w:val="24"/>
        </w:rPr>
        <w:t>“龙骨荒原确实是最好的。”凌天在晚间的战术会议上汇报，“但也是最危险的——四面都是开阔地，没有任何天然屏障。而且暗影联盟已经在那里扎了营。”</w:t>
      </w:r>
    </w:p>
    <w:p>
      <w:pPr>
        <w:spacing w:line="560" w:lineRule="exact"/>
        <w:ind w:firstLine="420"/>
      </w:pPr>
      <w:r>
        <w:rPr>
          <w:rFonts w:ascii="宋体" w:hAnsi="宋体" w:eastAsia="宋体"/>
          <w:sz w:val="24"/>
        </w:rPr>
        <w:t>“那我们选哪块？”赵铁柱问。</w:t>
      </w:r>
    </w:p>
    <w:p>
      <w:pPr>
        <w:spacing w:line="560" w:lineRule="exact"/>
        <w:ind w:firstLine="420"/>
      </w:pPr>
      <w:r>
        <w:rPr>
          <w:rFonts w:ascii="宋体" w:hAnsi="宋体" w:eastAsia="宋体"/>
          <w:sz w:val="24"/>
        </w:rPr>
        <w:t>林风走到地图前，手指划过几块区域，最后停在了龙骨荒原旁边的一块领地上——</w:t>
      </w:r>
    </w:p>
    <w:p>
      <w:pPr>
        <w:spacing w:line="560" w:lineRule="exact"/>
        <w:ind w:firstLine="420"/>
      </w:pPr>
      <w:r>
        <w:rPr>
          <w:rFonts w:ascii="宋体" w:hAnsi="宋体" w:eastAsia="宋体"/>
          <w:sz w:val="24"/>
        </w:rPr>
        <w:t>“黑石高地。”</w:t>
      </w:r>
    </w:p>
    <w:p>
      <w:pPr>
        <w:spacing w:line="560" w:lineRule="exact"/>
        <w:ind w:firstLine="420"/>
      </w:pPr>
      <w:r>
        <w:rPr>
          <w:rFonts w:ascii="宋体" w:hAnsi="宋体" w:eastAsia="宋体"/>
          <w:sz w:val="24"/>
        </w:rPr>
        <w:t>“黑石高地？”凌天愣了一下，“那是二等领地，资源产出只有龙骨荒原的60%。”</w:t>
      </w:r>
    </w:p>
    <w:p>
      <w:pPr>
        <w:spacing w:line="560" w:lineRule="exact"/>
        <w:ind w:firstLine="420"/>
      </w:pPr>
      <w:r>
        <w:rPr>
          <w:rFonts w:ascii="宋体" w:hAnsi="宋体" w:eastAsia="宋体"/>
          <w:sz w:val="24"/>
        </w:rPr>
        <w:t>“但黑石高地和龙骨荒原只隔了一条河。”林风说，“我们先占黑石高地，然后把龙骨荒原的路堵死。暗影联盟如果想发展龙骨荒原，就必须从我们眼皮子底下过河。”</w:t>
      </w:r>
    </w:p>
    <w:p>
      <w:pPr>
        <w:spacing w:line="560" w:lineRule="exact"/>
        <w:ind w:firstLine="420"/>
      </w:pPr>
      <w:r>
        <w:rPr>
          <w:rFonts w:ascii="宋体" w:hAnsi="宋体" w:eastAsia="宋体"/>
          <w:sz w:val="24"/>
        </w:rPr>
        <w:t>凌天的眼睛亮了：“断粮道？”</w:t>
      </w:r>
    </w:p>
    <w:p>
      <w:pPr>
        <w:spacing w:line="560" w:lineRule="exact"/>
        <w:ind w:firstLine="420"/>
      </w:pPr>
      <w:r>
        <w:rPr>
          <w:rFonts w:ascii="宋体" w:hAnsi="宋体" w:eastAsia="宋体"/>
          <w:sz w:val="24"/>
        </w:rPr>
        <w:t>“对。”林风说，“我们不急着啃硬骨头。先卡住位置，等暗影联盟资源耗尽，他们自然要出来打——到时候主动权在我们手上。”</w:t>
      </w:r>
    </w:p>
    <w:p>
      <w:pPr>
        <w:spacing w:line="560" w:lineRule="exact"/>
        <w:ind w:firstLine="420"/>
      </w:pPr>
      <w:r>
        <w:rPr>
          <w:rFonts w:ascii="宋体" w:hAnsi="宋体" w:eastAsia="宋体"/>
          <w:sz w:val="24"/>
        </w:rPr>
        <w:t>“妙啊！”赵铁柱拍了一下大腿，“让他们在里面饿着，我们在外面堵着！”</w:t>
      </w:r>
    </w:p>
    <w:p>
      <w:pPr>
        <w:spacing w:line="560" w:lineRule="exact"/>
        <w:ind w:firstLine="420"/>
      </w:pPr>
      <w:r>
        <w:rPr>
          <w:rFonts w:ascii="宋体" w:hAnsi="宋体" w:eastAsia="宋体"/>
          <w:sz w:val="24"/>
        </w:rPr>
        <w:t>苏小雅也笑了：“这就叫‘围而不攻’？”</w:t>
      </w:r>
    </w:p>
    <w:p>
      <w:pPr>
        <w:spacing w:line="560" w:lineRule="exact"/>
        <w:ind w:firstLine="420"/>
      </w:pPr>
      <w:r>
        <w:rPr>
          <w:rFonts w:ascii="宋体" w:hAnsi="宋体" w:eastAsia="宋体"/>
          <w:sz w:val="24"/>
        </w:rPr>
        <w:t>“差不多。”林风说，“开始行动。”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当晚八点。</w:t>
      </w:r>
    </w:p>
    <w:p>
      <w:pPr>
        <w:spacing w:line="560" w:lineRule="exact"/>
        <w:ind w:firstLine="420"/>
      </w:pPr>
      <w:r>
        <w:rPr>
          <w:rFonts w:ascii="宋体" w:hAnsi="宋体" w:eastAsia="宋体"/>
          <w:sz w:val="24"/>
        </w:rPr>
        <w:t>神豪殿两千名精英玩家同时上线，从城市各个传送点出发，向黑石高地推进。按照预定的行军路线，T1坦克团走在最前面开路，T2输出团紧随其后，后方是治疗团和后勤团。整个队伍在夜色中如同一支训练有素的军队，井然有序。</w:t>
      </w:r>
    </w:p>
    <w:p>
      <w:pPr>
        <w:spacing w:line="560" w:lineRule="exact"/>
        <w:ind w:firstLine="420"/>
      </w:pPr>
      <w:r>
        <w:rPr>
          <w:rFonts w:ascii="宋体" w:hAnsi="宋体" w:eastAsia="宋体"/>
          <w:sz w:val="24"/>
        </w:rPr>
        <w:t>沿途的散人玩家看到这支浩浩荡荡的队伍，纷纷退到路边围观。</w:t>
      </w:r>
    </w:p>
    <w:p>
      <w:pPr>
        <w:spacing w:line="560" w:lineRule="exact"/>
        <w:ind w:firstLine="420"/>
      </w:pPr>
      <w:r>
        <w:rPr>
          <w:rFonts w:ascii="宋体" w:hAnsi="宋体" w:eastAsia="宋体"/>
          <w:sz w:val="24"/>
        </w:rPr>
        <w:t>「卧槽神豪殿这是要干嘛？」</w:t>
        <w:br/>
        <w:t>「打仗去呗，没看领地系统今天更新吗？」</w:t>
        <w:br/>
        <w:t>「两千人……这也太吓人了。」</w:t>
        <w:br/>
        <w:t>「走，跟去看热闹！」</w:t>
      </w:r>
    </w:p>
    <w:p>
      <w:pPr>
        <w:spacing w:line="560" w:lineRule="exact"/>
        <w:ind w:firstLine="420"/>
      </w:pPr>
      <w:r>
        <w:rPr>
          <w:rFonts w:ascii="宋体" w:hAnsi="宋体" w:eastAsia="宋体"/>
          <w:sz w:val="24"/>
        </w:rPr>
        <w:t>不少散人玩家跟在了队伍后面，浩浩荡荡地汇成了一道长长的尾巴。</w:t>
      </w:r>
    </w:p>
    <w:p>
      <w:pPr>
        <w:spacing w:line="560" w:lineRule="exact"/>
        <w:ind w:firstLine="420"/>
      </w:pPr>
      <w:r>
        <w:rPr>
          <w:rFonts w:ascii="宋体" w:hAnsi="宋体" w:eastAsia="宋体"/>
          <w:sz w:val="24"/>
        </w:rPr>
        <w:t>黑石高地位于龙骨荒原东侧，中间隔着一条三十米宽的暗河。高地本身海拔约一百米，顶部地势平坦，视野开阔，易守难攻——唯一的缺点是资源产出比龙骨荒原少40%。</w:t>
      </w:r>
    </w:p>
    <w:p>
      <w:pPr>
        <w:spacing w:line="560" w:lineRule="exact"/>
        <w:ind w:firstLine="420"/>
      </w:pPr>
      <w:r>
        <w:rPr>
          <w:rFonts w:ascii="宋体" w:hAnsi="宋体" w:eastAsia="宋体"/>
          <w:sz w:val="24"/>
        </w:rPr>
        <w:t>黑石高地上有一个小型的怪物营地，驻守着八十级精英怪——黑石巨人。这些巨人身高三米，通体由黑色岩石构成，拳头有磨盘那么大。凌天带着主力队花了整整四十分钟才把所有怪物清掉——巨人的防御力高得离谱，普通玩家的攻击打上去只能磨掉一丝血皮。</w:t>
      </w:r>
    </w:p>
    <w:p>
      <w:pPr>
        <w:spacing w:line="560" w:lineRule="exact"/>
        <w:ind w:firstLine="420"/>
      </w:pPr>
      <w:r>
        <w:rPr>
          <w:rFonts w:ascii="宋体" w:hAnsi="宋体" w:eastAsia="宋体"/>
          <w:sz w:val="24"/>
        </w:rPr>
        <w:t>清理完毕，赵铁柱把神豪殿的战旗插在了高地中央。</w:t>
      </w:r>
    </w:p>
    <w:p>
      <w:pPr>
        <w:spacing w:line="560" w:lineRule="exact"/>
        <w:ind w:firstLine="420"/>
      </w:pPr>
      <w:r>
        <w:rPr>
          <w:rFonts w:ascii="宋体" w:hAnsi="宋体" w:eastAsia="宋体"/>
          <w:sz w:val="24"/>
        </w:rPr>
        <w:t>金色战旗迎风展开，旗帜上的神豪殿徽记在月光下闪耀着璀璨的光芒。</w:t>
      </w:r>
    </w:p>
    <w:p>
      <w:pPr>
        <w:spacing w:line="560" w:lineRule="exact"/>
        <w:ind w:firstLine="420"/>
      </w:pPr>
      <w:r>
        <w:rPr>
          <w:rFonts w:ascii="宋体" w:hAnsi="宋体" w:eastAsia="宋体"/>
          <w:sz w:val="24"/>
        </w:rPr>
        <w:t>【系统公告：恭喜神豪殿成功占领黑石高地！成为首个占领领地的公会！获得奖励：公会经验+5000，公会资金+100万！】</w:t>
      </w:r>
    </w:p>
    <w:p>
      <w:pPr>
        <w:spacing w:line="560" w:lineRule="exact"/>
        <w:ind w:firstLine="420"/>
      </w:pPr>
      <w:r>
        <w:rPr>
          <w:rFonts w:ascii="宋体" w:hAnsi="宋体" w:eastAsia="宋体"/>
          <w:sz w:val="24"/>
        </w:rPr>
        <w:t>世界频道瞬间炸了：</w:t>
      </w:r>
    </w:p>
    <w:p>
      <w:pPr>
        <w:spacing w:line="560" w:lineRule="exact"/>
        <w:ind w:firstLine="420"/>
      </w:pPr>
      <w:r>
        <w:rPr>
          <w:rFonts w:ascii="宋体" w:hAnsi="宋体" w:eastAsia="宋体"/>
          <w:sz w:val="24"/>
        </w:rPr>
        <w:t>「卧槽！神豪殿已经占了？」</w:t>
        <w:br/>
        <w:t>「黑石高地？那不是二等领地吗？」</w:t>
        <w:br/>
        <w:t>「神豪殿居然没抢龙骨荒原？」</w:t>
        <w:br/>
        <w:t>「聪明啊——先占黑石高地，卡住龙骨荒原的入口！」</w:t>
        <w:br/>
        <w:t>「暗影联盟的脸都绿了吧哈哈哈！」</w:t>
        <w:br/>
        <w:t>「楼上你小声点，暗影联盟的人看到要杀你」</w:t>
        <w:br/>
        <w:t>「我怕他？老子有神豪殿罩着！」</w:t>
      </w:r>
    </w:p>
    <w:p>
      <w:pPr>
        <w:spacing w:line="560" w:lineRule="exact"/>
        <w:ind w:firstLine="420"/>
      </w:pPr>
      <w:r>
        <w:rPr>
          <w:rFonts w:ascii="宋体" w:hAnsi="宋体" w:eastAsia="宋体"/>
          <w:sz w:val="24"/>
        </w:rPr>
        <w:t>黑石高地对面，龙骨荒原的边缘。</w:t>
      </w:r>
    </w:p>
    <w:p>
      <w:pPr>
        <w:spacing w:line="560" w:lineRule="exact"/>
        <w:ind w:firstLine="420"/>
      </w:pPr>
      <w:r>
        <w:rPr>
          <w:rFonts w:ascii="宋体" w:hAnsi="宋体" w:eastAsia="宋体"/>
          <w:sz w:val="24"/>
        </w:rPr>
        <w:t>暗夜君王站在营地边缘的阴影中，看着河对岸升起的金色旗帜，沉默了很久。</w:t>
      </w:r>
    </w:p>
    <w:p>
      <w:pPr>
        <w:spacing w:line="560" w:lineRule="exact"/>
        <w:ind w:firstLine="420"/>
      </w:pPr>
      <w:r>
        <w:rPr>
          <w:rFonts w:ascii="宋体" w:hAnsi="宋体" w:eastAsia="宋体"/>
          <w:sz w:val="24"/>
        </w:rPr>
        <w:t>夜风吹动他黑色斗篷的边角，露出腰间那把泛着暗红色光芒的长刀——那把刀上刻着一个模糊的数字，像是某种特殊的标记。</w:t>
      </w:r>
    </w:p>
    <w:p>
      <w:pPr>
        <w:spacing w:line="560" w:lineRule="exact"/>
        <w:ind w:firstLine="420"/>
      </w:pPr>
      <w:r>
        <w:rPr>
          <w:rFonts w:ascii="宋体" w:hAnsi="宋体" w:eastAsia="宋体"/>
          <w:sz w:val="24"/>
        </w:rPr>
        <w:t>“会长，神豪殿占了黑石高地。”副手站在他身后，声音有些紧张，“他们把过河的路线卡死了。龙骨荒原北面和西面都是悬崖，唯一的进出通道就是东面那条河——现在河对岸全是神豪殿的人。”</w:t>
      </w:r>
    </w:p>
    <w:p>
      <w:pPr>
        <w:spacing w:line="560" w:lineRule="exact"/>
        <w:ind w:firstLine="420"/>
      </w:pPr>
      <w:r>
        <w:rPr>
          <w:rFonts w:ascii="宋体" w:hAnsi="宋体" w:eastAsia="宋体"/>
          <w:sz w:val="24"/>
        </w:rPr>
        <w:t>暗夜君王没有说话。他的目光越过暗河的流水，落在那面金色旗帜上。旗帜上绣着一把利剑穿过金币的图案——神豪殿的会徽，简单直接。</w:t>
      </w:r>
    </w:p>
    <w:p>
      <w:pPr>
        <w:spacing w:line="560" w:lineRule="exact"/>
        <w:ind w:firstLine="420"/>
      </w:pPr>
      <w:r>
        <w:rPr>
          <w:rFonts w:ascii="宋体" w:hAnsi="宋体" w:eastAsia="宋体"/>
          <w:sz w:val="24"/>
        </w:rPr>
        <w:t>他缓缓收回了目光，转身走进了营帐。</w:t>
      </w:r>
    </w:p>
    <w:p>
      <w:pPr>
        <w:spacing w:line="560" w:lineRule="exact"/>
        <w:ind w:firstLine="420"/>
      </w:pPr>
      <w:r>
        <w:rPr>
          <w:rFonts w:ascii="宋体" w:hAnsi="宋体" w:eastAsia="宋体"/>
          <w:sz w:val="24"/>
        </w:rPr>
        <w:t>“等着。”他的声音低沉而沙哑，像砂纸摩擦岩石，“让他们先得意几天。领地战才刚开始。”</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三天后。</w:t>
      </w:r>
    </w:p>
    <w:p>
      <w:pPr>
        <w:spacing w:line="560" w:lineRule="exact"/>
        <w:ind w:firstLine="420"/>
      </w:pPr>
      <w:r>
        <w:rPr>
          <w:rFonts w:ascii="宋体" w:hAnsi="宋体" w:eastAsia="宋体"/>
          <w:sz w:val="24"/>
        </w:rPr>
        <w:t>神豪殿在黑石高地上建起了第一座公会要塞——一座半石半木的堡垒，周围竖起了箭塔和围墙。领地的资源产出开始稳定供应：每天产出稀有矿石五百单位，魔能结晶三百单位。</w:t>
      </w:r>
    </w:p>
    <w:p>
      <w:pPr>
        <w:spacing w:line="560" w:lineRule="exact"/>
        <w:ind w:firstLine="420"/>
      </w:pPr>
      <w:r>
        <w:rPr>
          <w:rFonts w:ascii="宋体" w:hAnsi="宋体" w:eastAsia="宋体"/>
          <w:sz w:val="24"/>
        </w:rPr>
        <w:t>凌天算了一笔账：这些资源如果全部出售，每天能给公会带来至少五十万金币的收入。</w:t>
      </w:r>
    </w:p>
    <w:p>
      <w:pPr>
        <w:spacing w:line="560" w:lineRule="exact"/>
        <w:ind w:firstLine="420"/>
      </w:pPr>
      <w:r>
        <w:rPr>
          <w:rFonts w:ascii="宋体" w:hAnsi="宋体" w:eastAsia="宋体"/>
          <w:sz w:val="24"/>
        </w:rPr>
        <w:t>“一个月就是一千五百万。”苏小雅看着报表咂舌，“一个领地的产出，比我们公司一个月营收还高。”</w:t>
      </w:r>
    </w:p>
    <w:p>
      <w:pPr>
        <w:spacing w:line="560" w:lineRule="exact"/>
        <w:ind w:firstLine="420"/>
      </w:pPr>
      <w:r>
        <w:rPr>
          <w:rFonts w:ascii="宋体" w:hAnsi="宋体" w:eastAsia="宋体"/>
          <w:sz w:val="24"/>
        </w:rPr>
        <w:t>“这就是为什么大家都在抢。”林风说。</w:t>
      </w:r>
    </w:p>
    <w:p>
      <w:pPr>
        <w:spacing w:line="560" w:lineRule="exact"/>
        <w:ind w:firstLine="420"/>
      </w:pPr>
      <w:r>
        <w:rPr>
          <w:rFonts w:ascii="宋体" w:hAnsi="宋体" w:eastAsia="宋体"/>
          <w:sz w:val="24"/>
        </w:rPr>
        <w:t>就在这时，一条系统提示弹了出来——</w:t>
      </w:r>
    </w:p>
    <w:p>
      <w:pPr>
        <w:spacing w:line="560" w:lineRule="exact"/>
        <w:ind w:firstLine="420"/>
      </w:pPr>
      <w:r>
        <w:rPr>
          <w:rFonts w:ascii="宋体" w:hAnsi="宋体" w:eastAsia="宋体"/>
          <w:sz w:val="24"/>
        </w:rPr>
        <w:t>【警告：你的领地·黑石高地正在受到攻击！】</w:t>
      </w:r>
    </w:p>
    <w:p>
      <w:pPr>
        <w:spacing w:line="560" w:lineRule="exact"/>
        <w:ind w:firstLine="420"/>
      </w:pPr>
      <w:r>
        <w:rPr>
          <w:rFonts w:ascii="宋体" w:hAnsi="宋体" w:eastAsia="宋体"/>
          <w:sz w:val="24"/>
        </w:rPr>
        <w:t>林风的眼神骤然锐利起来。</w:t>
      </w:r>
    </w:p>
    <w:p>
      <w:pPr>
        <w:spacing w:line="560" w:lineRule="exact"/>
        <w:ind w:firstLine="420"/>
      </w:pPr>
      <w:r>
        <w:rPr>
          <w:rFonts w:ascii="宋体" w:hAnsi="宋体" w:eastAsia="宋体"/>
          <w:sz w:val="24"/>
        </w:rPr>
        <w:t>“谁？”</w:t>
      </w:r>
    </w:p>
    <w:p>
      <w:pPr>
        <w:spacing w:line="560" w:lineRule="exact"/>
        <w:ind w:firstLine="420"/>
      </w:pPr>
      <w:r>
        <w:rPr>
          <w:rFonts w:ascii="宋体" w:hAnsi="宋体" w:eastAsia="宋体"/>
          <w:sz w:val="24"/>
        </w:rPr>
        <w:t>侦察队的消息立刻传回来了：</w:t>
      </w:r>
    </w:p>
    <w:p>
      <w:pPr>
        <w:spacing w:line="560" w:lineRule="exact"/>
        <w:ind w:firstLine="420"/>
      </w:pPr>
      <w:r>
        <w:rPr>
          <w:rFonts w:ascii="宋体" w:hAnsi="宋体" w:eastAsia="宋体"/>
          <w:sz w:val="24"/>
        </w:rPr>
        <w:t>“暗影联盟——他们在渡河！”</w:t>
      </w:r>
    </w:p>
    <w:p>
      <w:pPr>
        <w:spacing w:line="560" w:lineRule="exact"/>
        <w:ind w:firstLine="420"/>
      </w:pPr>
      <w:r>
        <w:rPr>
          <w:rFonts w:ascii="宋体" w:hAnsi="宋体" w:eastAsia="宋体"/>
          <w:sz w:val="24"/>
        </w:rPr>
        <w:t>林风立刻打开地图——黑石高地南侧的河道上，密密麻麻的红点正在缓慢移动。暗影联盟出动了至少一千人，从三个方向同时渡河。这些红名玩家的队伍行动迅速，显然事先已经演练过渡河路线。</w:t>
      </w:r>
    </w:p>
    <w:p>
      <w:pPr>
        <w:spacing w:line="560" w:lineRule="exact"/>
        <w:ind w:firstLine="420"/>
      </w:pPr>
      <w:r>
        <w:rPr>
          <w:rFonts w:ascii="宋体" w:hAnsi="宋体" w:eastAsia="宋体"/>
          <w:sz w:val="24"/>
        </w:rPr>
        <w:t>“他们疯了？”赵铁柱说，“大晚上渡河？这不是送死吗？河里还有暗流，渡到一半被我们阻击，直接全灭！”</w:t>
      </w:r>
    </w:p>
    <w:p>
      <w:pPr>
        <w:spacing w:line="560" w:lineRule="exact"/>
        <w:ind w:firstLine="420"/>
      </w:pPr>
      <w:r>
        <w:rPr>
          <w:rFonts w:ascii="宋体" w:hAnsi="宋体" w:eastAsia="宋体"/>
          <w:sz w:val="24"/>
        </w:rPr>
        <w:t>“不。”凌天盯着地图，手指在投影上快速划过，计算着对方的行军路线和速度，“他们是佯攻。你看他们的阵型——这一千人分成三个梯队，一个梯队渡河，另外两个梯队原地待命。这不像全力进攻的样子。”</w:t>
      </w:r>
    </w:p>
    <w:p>
      <w:pPr>
        <w:spacing w:line="560" w:lineRule="exact"/>
        <w:ind w:firstLine="420"/>
      </w:pPr>
      <w:r>
        <w:rPr>
          <w:rFonts w:ascii="宋体" w:hAnsi="宋体" w:eastAsia="宋体"/>
          <w:sz w:val="24"/>
        </w:rPr>
        <w:t>“主攻在哪？”</w:t>
      </w:r>
    </w:p>
    <w:p>
      <w:pPr>
        <w:spacing w:line="560" w:lineRule="exact"/>
        <w:ind w:firstLine="420"/>
      </w:pPr>
      <w:r>
        <w:rPr>
          <w:rFonts w:ascii="宋体" w:hAnsi="宋体" w:eastAsia="宋体"/>
          <w:sz w:val="24"/>
        </w:rPr>
        <w:t>凌天的目光转向地图的另一侧——神豪殿占领的另一块领地，月光林地。那是两天前顺手拿下的一块小型领地，只有五个地块，产出以木材为主，经济价值不高，但位置偏僻，防御薄弱。</w:t>
      </w:r>
    </w:p>
    <w:p>
      <w:pPr>
        <w:spacing w:line="560" w:lineRule="exact"/>
        <w:ind w:firstLine="420"/>
      </w:pPr>
      <w:r>
        <w:rPr>
          <w:rFonts w:ascii="宋体" w:hAnsi="宋体" w:eastAsia="宋体"/>
          <w:sz w:val="24"/>
        </w:rPr>
        <w:t>“他们想偷家。”</w:t>
      </w:r>
    </w:p>
    <w:p>
      <w:pPr>
        <w:spacing w:line="560" w:lineRule="exact"/>
        <w:ind w:firstLine="420"/>
      </w:pPr>
      <w:r>
        <w:rPr>
          <w:rFonts w:ascii="宋体" w:hAnsi="宋体" w:eastAsia="宋体"/>
          <w:sz w:val="24"/>
        </w:rPr>
        <w:t>林风冷笑了一声：“声东击西，玩得挺溜。”</w:t>
      </w:r>
    </w:p>
    <w:p>
      <w:pPr>
        <w:spacing w:line="560" w:lineRule="exact"/>
        <w:ind w:firstLine="420"/>
      </w:pPr>
      <w:r>
        <w:rPr>
          <w:rFonts w:ascii="宋体" w:hAnsi="宋体" w:eastAsia="宋体"/>
          <w:sz w:val="24"/>
        </w:rPr>
        <w:t>他打开公会频道，声音冷静而果断：</w:t>
      </w:r>
    </w:p>
    <w:p>
      <w:pPr>
        <w:spacing w:line="560" w:lineRule="exact"/>
        <w:ind w:firstLine="420"/>
      </w:pPr>
      <w:r>
        <w:rPr>
          <w:rFonts w:ascii="宋体" w:hAnsi="宋体" w:eastAsia="宋体"/>
          <w:sz w:val="24"/>
        </w:rPr>
        <w:t>“全体注意——暗影联盟正在渡河。赵铁柱，你带五百人守高地正面，给我看住河岸线，一个都不许放过来。”</w:t>
      </w:r>
    </w:p>
    <w:p>
      <w:pPr>
        <w:spacing w:line="560" w:lineRule="exact"/>
        <w:ind w:firstLine="420"/>
      </w:pPr>
      <w:r>
        <w:rPr>
          <w:rFonts w:ascii="宋体" w:hAnsi="宋体" w:eastAsia="宋体"/>
          <w:sz w:val="24"/>
        </w:rPr>
        <w:t>“收到！”赵铁柱的声音从语音里传来，伴随着他已就位的盔甲碰撞声。</w:t>
      </w:r>
    </w:p>
    <w:p>
      <w:pPr>
        <w:spacing w:line="560" w:lineRule="exact"/>
        <w:ind w:firstLine="420"/>
      </w:pPr>
      <w:r>
        <w:rPr>
          <w:rFonts w:ascii="宋体" w:hAnsi="宋体" w:eastAsia="宋体"/>
          <w:sz w:val="24"/>
        </w:rPr>
        <w:t>“凌天，你带八百人传送到月光林地。”林风继续下令，“如果他们真敢偷家，给我留下他们所有的装备。”</w:t>
      </w:r>
    </w:p>
    <w:p>
      <w:pPr>
        <w:spacing w:line="560" w:lineRule="exact"/>
        <w:ind w:firstLine="420"/>
      </w:pPr>
      <w:r>
        <w:rPr>
          <w:rFonts w:ascii="宋体" w:hAnsi="宋体" w:eastAsia="宋体"/>
          <w:sz w:val="24"/>
        </w:rPr>
        <w:t>“明白。”凌天已经开始调集人员。</w:t>
      </w:r>
    </w:p>
    <w:p>
      <w:pPr>
        <w:spacing w:line="560" w:lineRule="exact"/>
        <w:ind w:firstLine="420"/>
      </w:pPr>
      <w:r>
        <w:rPr>
          <w:rFonts w:ascii="宋体" w:hAnsi="宋体" w:eastAsia="宋体"/>
          <w:sz w:val="24"/>
        </w:rPr>
        <w:t>“夜影，你带刺客队绕到龙骨荒原后方。不管正面的战斗结果如何，我要暗影联盟的营地变成空城。”</w:t>
      </w:r>
    </w:p>
    <w:p>
      <w:pPr>
        <w:spacing w:line="560" w:lineRule="exact"/>
        <w:ind w:firstLine="420"/>
      </w:pPr>
      <w:r>
        <w:rPr>
          <w:rFonts w:ascii="宋体" w:hAnsi="宋体" w:eastAsia="宋体"/>
          <w:sz w:val="24"/>
        </w:rPr>
        <w:t>“已经在路上了。”夜影淡淡地回了一句——她的刺客队早就在龙骨荒原外围潜伏了。</w:t>
      </w:r>
    </w:p>
    <w:p>
      <w:pPr>
        <w:spacing w:line="560" w:lineRule="exact"/>
        <w:ind w:firstLine="420"/>
      </w:pPr>
      <w:r>
        <w:rPr>
          <w:rFonts w:ascii="宋体" w:hAnsi="宋体" w:eastAsia="宋体"/>
          <w:sz w:val="24"/>
        </w:rPr>
        <w:t>“我干什么？”苏小雅问。</w:t>
      </w:r>
    </w:p>
    <w:p>
      <w:pPr>
        <w:spacing w:line="560" w:lineRule="exact"/>
        <w:ind w:firstLine="420"/>
      </w:pPr>
      <w:r>
        <w:rPr>
          <w:rFonts w:ascii="宋体" w:hAnsi="宋体" w:eastAsia="宋体"/>
          <w:sz w:val="24"/>
        </w:rPr>
        <w:t>“你跟我。”林风拔出天雷剑，剑刃上电光流转，映亮了他冷峻的侧脸，“正面会一会暗夜君王。”</w:t>
      </w:r>
    </w:p>
    <w:p>
      <w:pPr>
        <w:spacing w:line="560" w:lineRule="exact"/>
        <w:ind w:firstLine="420"/>
      </w:pPr>
      <w:r>
        <w:rPr>
          <w:rFonts w:ascii="宋体" w:hAnsi="宋体" w:eastAsia="宋体"/>
          <w:sz w:val="24"/>
        </w:rPr>
        <w:t>苏小雅愣了一下：“你一个人去渡河点？”</w:t>
      </w:r>
    </w:p>
    <w:p>
      <w:pPr>
        <w:spacing w:line="560" w:lineRule="exact"/>
        <w:ind w:firstLine="420"/>
      </w:pPr>
      <w:r>
        <w:rPr>
          <w:rFonts w:ascii="宋体" w:hAnsi="宋体" w:eastAsia="宋体"/>
          <w:sz w:val="24"/>
        </w:rPr>
        <w:t>“神豪殿的会长，总不能躲在后面看戏。”</w:t>
      </w:r>
    </w:p>
    <w:p>
      <w:pPr>
        <w:spacing w:line="560" w:lineRule="exact"/>
        <w:ind w:firstLine="420"/>
      </w:pPr>
      <w:r>
        <w:rPr>
          <w:rFonts w:ascii="宋体" w:hAnsi="宋体" w:eastAsia="宋体"/>
          <w:sz w:val="24"/>
        </w:rPr>
        <w:t>林风的身影化作一道白光，直接朝河岸方向飞去。</w:t>
      </w:r>
    </w:p>
    <w:p>
      <w:pPr>
        <w:spacing w:line="560" w:lineRule="exact"/>
        <w:ind w:firstLine="420"/>
      </w:pPr>
      <w:r>
        <w:rPr>
          <w:rFonts w:ascii="宋体" w:hAnsi="宋体" w:eastAsia="宋体"/>
          <w:sz w:val="24"/>
        </w:rPr>
        <w:t>暗河的河面上，暗影联盟的第一梯队已经渡过了三分之二。黑暗中隐约可见数百个穿着黑色装备的玩家，正在河水中缓缓移动。</w:t>
      </w:r>
    </w:p>
    <w:p>
      <w:pPr>
        <w:spacing w:line="560" w:lineRule="exact"/>
        <w:ind w:firstLine="420"/>
      </w:pPr>
      <w:r>
        <w:rPr>
          <w:rFonts w:ascii="宋体" w:hAnsi="宋体" w:eastAsia="宋体"/>
          <w:sz w:val="24"/>
        </w:rPr>
        <w:t>林风落在一块凸出的岩石上，居高临下地看着河面。</w:t>
      </w:r>
    </w:p>
    <w:p>
      <w:pPr>
        <w:spacing w:line="560" w:lineRule="exact"/>
        <w:ind w:firstLine="420"/>
      </w:pPr>
      <w:r>
        <w:rPr>
          <w:rFonts w:ascii="宋体" w:hAnsi="宋体" w:eastAsia="宋体"/>
          <w:sz w:val="24"/>
        </w:rPr>
        <w:t>他在公会频道里发了两个字：</w:t>
      </w:r>
    </w:p>
    <w:p>
      <w:pPr>
        <w:spacing w:line="560" w:lineRule="exact"/>
        <w:ind w:firstLine="420"/>
      </w:pPr>
      <w:r>
        <w:rPr>
          <w:rFonts w:ascii="宋体" w:hAnsi="宋体" w:eastAsia="宋体"/>
          <w:sz w:val="24"/>
        </w:rPr>
        <w:t>“开火。”</w:t>
      </w:r>
    </w:p>
    <w:p>
      <w:pPr>
        <w:spacing w:line="560" w:lineRule="exact"/>
        <w:ind w:firstLine="420"/>
      </w:pPr>
      <w:r>
        <w:rPr>
          <w:rFonts w:ascii="宋体" w:hAnsi="宋体" w:eastAsia="宋体"/>
          <w:sz w:val="24"/>
        </w:rPr>
        <w:t>下一秒，黑石高地的边缘瞬间亮起数百道技能光芒！火球、冰箭、雷电、箭矢——密集如暴雨般砸向河面上的暗影联盟玩家！</w:t>
      </w:r>
    </w:p>
    <w:p>
      <w:pPr>
        <w:spacing w:line="560" w:lineRule="exact"/>
        <w:ind w:firstLine="420"/>
      </w:pPr>
      <w:r>
        <w:rPr>
          <w:rFonts w:ascii="宋体" w:hAnsi="宋体" w:eastAsia="宋体"/>
          <w:sz w:val="24"/>
        </w:rPr>
        <w:t>河面炸开了花。</w:t>
      </w:r>
    </w:p>
    <w:p>
      <w:r>
        <w:br w:type="page"/>
      </w:r>
    </w:p>
    <w:p>
      <w:pPr>
        <w:jc w:val="center"/>
      </w:pPr>
      <w:r>
        <w:rPr>
          <w:b/>
          <w:sz w:val="32"/>
        </w:rPr>
        <w:t>第034章 神豪殿时代</w:t>
      </w:r>
    </w:p>
    <w:p>
      <w:pPr>
        <w:jc w:val="center"/>
      </w:pPr>
      <w:r>
        <w:rPr>
          <w:color w:val="999999"/>
          <w:sz w:val="18"/>
        </w:rPr>
        <w:t>（2,509字）</w:t>
      </w:r>
    </w:p>
    <w:p/>
    <w:p>
      <w:pPr>
        <w:spacing w:line="560" w:lineRule="exact"/>
        <w:ind w:firstLine="420"/>
      </w:pPr>
      <w:r>
        <w:rPr>
          <w:rFonts w:ascii="宋体" w:hAnsi="宋体" w:eastAsia="宋体"/>
          <w:sz w:val="24"/>
        </w:rPr>
        <w:t>领地争夺战结束后第三天。</w:t>
      </w:r>
    </w:p>
    <w:p>
      <w:pPr>
        <w:spacing w:line="560" w:lineRule="exact"/>
        <w:ind w:firstLine="420"/>
      </w:pPr>
      <w:r>
        <w:rPr>
          <w:rFonts w:ascii="宋体" w:hAnsi="宋体" w:eastAsia="宋体"/>
          <w:sz w:val="24"/>
        </w:rPr>
        <w:t>龙骨荒原上的建筑已经初具规模。</w:t>
      </w:r>
    </w:p>
    <w:p>
      <w:pPr>
        <w:spacing w:line="560" w:lineRule="exact"/>
        <w:ind w:firstLine="420"/>
      </w:pPr>
      <w:r>
        <w:rPr>
          <w:rFonts w:ascii="宋体" w:hAnsi="宋体" w:eastAsia="宋体"/>
          <w:sz w:val="24"/>
        </w:rPr>
        <w:t>凌天的规划效率很高——传送阵第一个建好，链接了天风城和龙骨荒原。防御塔建了四座，分布在要塞的四个角上。公会大厅正在施工，已经搭好了主体框架。</w:t>
      </w:r>
    </w:p>
    <w:p>
      <w:pPr>
        <w:spacing w:line="560" w:lineRule="exact"/>
        <w:ind w:firstLine="420"/>
      </w:pPr>
      <w:r>
        <w:rPr>
          <w:rFonts w:ascii="宋体" w:hAnsi="宋体" w:eastAsia="宋体"/>
          <w:sz w:val="24"/>
        </w:rPr>
        <w:t>苏小雅每天在直播间直播建设进度，标题叫《废墟上建王国》。这系列视频的播放量在三天内突破了五千万，甚至上了短视频平台的热搜。</w:t>
      </w:r>
    </w:p>
    <w:p>
      <w:pPr>
        <w:spacing w:line="560" w:lineRule="exact"/>
        <w:ind w:firstLine="420"/>
      </w:pPr>
      <w:r>
        <w:rPr>
          <w:rFonts w:ascii="宋体" w:hAnsi="宋体" w:eastAsia="宋体"/>
          <w:sz w:val="24"/>
        </w:rPr>
        <w:t>评论区清一色的惊叹：</w:t>
      </w:r>
    </w:p>
    <w:p>
      <w:pPr>
        <w:spacing w:line="560" w:lineRule="exact"/>
        <w:ind w:firstLine="420"/>
      </w:pPr>
      <w:r>
        <w:rPr>
          <w:rFonts w:ascii="宋体" w:hAnsi="宋体" w:eastAsia="宋体"/>
          <w:sz w:val="24"/>
        </w:rPr>
        <w:t>“这才是真正的城建模拟器！”</w:t>
        <w:br/>
        <w:t>“神豪殿太狠了，三天建出一个镇子？”</w:t>
        <w:br/>
        <w:t>“跪求神豪殿开通观光传送！”</w:t>
        <w:br/>
        <w:t>“我想去龙骨荒原打工！”</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领地建设的第二天，龙骨要塞迎来了一批特殊的游客。</w:t>
      </w:r>
    </w:p>
    <w:p>
      <w:pPr>
        <w:spacing w:line="560" w:lineRule="exact"/>
        <w:ind w:firstLine="420"/>
      </w:pPr>
      <w:r>
        <w:rPr>
          <w:rFonts w:ascii="宋体" w:hAnsi="宋体" w:eastAsia="宋体"/>
          <w:sz w:val="24"/>
        </w:rPr>
        <w:t>十几个小型公会的会长组团来参观。他们在传送阵旁边排队，等着进入龙骨荒原。一个穿新手装的刺客站在传送阵前探头探脑：</w:t>
      </w:r>
    </w:p>
    <w:p>
      <w:pPr>
        <w:spacing w:line="560" w:lineRule="exact"/>
        <w:ind w:firstLine="420"/>
      </w:pPr>
      <w:r>
        <w:rPr>
          <w:rFonts w:ascii="宋体" w:hAnsi="宋体" w:eastAsia="宋体"/>
          <w:sz w:val="24"/>
        </w:rPr>
        <w:t>“这就是神豪殿的领地？卧槽……传送阵都建好了？这才两天吧？”</w:t>
      </w:r>
    </w:p>
    <w:p>
      <w:pPr>
        <w:spacing w:line="560" w:lineRule="exact"/>
        <w:ind w:firstLine="420"/>
      </w:pPr>
      <w:r>
        <w:rPr>
          <w:rFonts w:ascii="宋体" w:hAnsi="宋体" w:eastAsia="宋体"/>
          <w:sz w:val="24"/>
        </w:rPr>
        <w:t>“两天零十四个小时。”另一个会长纠正他，“比系统预计工期快了百分之六十。”</w:t>
      </w:r>
    </w:p>
    <w:p>
      <w:pPr>
        <w:spacing w:line="560" w:lineRule="exact"/>
        <w:ind w:firstLine="420"/>
      </w:pPr>
      <w:r>
        <w:rPr>
          <w:rFonts w:ascii="宋体" w:hAnsi="宋体" w:eastAsia="宋体"/>
          <w:sz w:val="24"/>
        </w:rPr>
        <w:t>“他们怎么建的？有什么黑科技？”</w:t>
      </w:r>
    </w:p>
    <w:p>
      <w:pPr>
        <w:spacing w:line="560" w:lineRule="exact"/>
        <w:ind w:firstLine="420"/>
      </w:pPr>
      <w:r>
        <w:rPr>
          <w:rFonts w:ascii="宋体" w:hAnsi="宋体" w:eastAsia="宋体"/>
          <w:sz w:val="24"/>
        </w:rPr>
        <w:t>“有个叫凌天的副会长，好像专门管建设的。据说他在现实里是搞工程管理的，效率拉满了。”</w:t>
      </w:r>
    </w:p>
    <w:p>
      <w:pPr>
        <w:spacing w:line="560" w:lineRule="exact"/>
        <w:ind w:firstLine="420"/>
      </w:pPr>
      <w:r>
        <w:rPr>
          <w:rFonts w:ascii="宋体" w:hAnsi="宋体" w:eastAsia="宋体"/>
          <w:sz w:val="24"/>
        </w:rPr>
        <w:t>会长们走进领地，看到的景象让他们更加震惊——</w:t>
      </w:r>
    </w:p>
    <w:p>
      <w:pPr>
        <w:spacing w:line="560" w:lineRule="exact"/>
        <w:ind w:firstLine="420"/>
      </w:pPr>
      <w:r>
        <w:rPr>
          <w:rFonts w:ascii="宋体" w:hAnsi="宋体" w:eastAsia="宋体"/>
          <w:sz w:val="24"/>
        </w:rPr>
        <w:t>四座防御塔耸立在要塞四角，塔顶的光球散发着蓝色光芒，自动扫描着领地内的每一个玩家。要塞的城墙已经修复完成，厚重的金属门上刻着神豪殿的徽章。公会大厅虽然还在施工，但主体已经完工——是一座三层楼高的石质建筑，正门上方悬挂着一块巨大的牌匾：</w:t>
      </w:r>
    </w:p>
    <w:p>
      <w:pPr>
        <w:spacing w:line="560" w:lineRule="exact"/>
        <w:ind w:firstLine="420"/>
      </w:pPr>
      <w:r>
        <w:rPr>
          <w:rFonts w:ascii="宋体" w:hAnsi="宋体" w:eastAsia="宋体"/>
          <w:sz w:val="24"/>
        </w:rPr>
        <w:t>【神豪殿·龙骨要塞】</w:t>
      </w:r>
    </w:p>
    <w:p>
      <w:pPr>
        <w:spacing w:line="560" w:lineRule="exact"/>
        <w:ind w:firstLine="420"/>
      </w:pPr>
      <w:r>
        <w:rPr>
          <w:rFonts w:ascii="宋体" w:hAnsi="宋体" w:eastAsia="宋体"/>
          <w:sz w:val="24"/>
        </w:rPr>
        <w:t>“我靠……这比天风城的城主府还气派。”</w:t>
      </w:r>
    </w:p>
    <w:p>
      <w:pPr>
        <w:spacing w:line="560" w:lineRule="exact"/>
        <w:ind w:firstLine="420"/>
      </w:pPr>
      <w:r>
        <w:rPr>
          <w:rFonts w:ascii="宋体" w:hAnsi="宋体" w:eastAsia="宋体"/>
          <w:sz w:val="24"/>
        </w:rPr>
        <w:t>“这就是神豪殿的实力。第一块公会领地，四天建出一座要塞。”</w:t>
      </w:r>
    </w:p>
    <w:p>
      <w:pPr>
        <w:spacing w:line="560" w:lineRule="exact"/>
        <w:ind w:firstLine="420"/>
      </w:pPr>
      <w:r>
        <w:rPr>
          <w:rFonts w:ascii="宋体" w:hAnsi="宋体" w:eastAsia="宋体"/>
          <w:sz w:val="24"/>
        </w:rPr>
        <w:t>一个会长走到林风面前，恭敬地说：</w:t>
      </w:r>
    </w:p>
    <w:p>
      <w:pPr>
        <w:spacing w:line="560" w:lineRule="exact"/>
        <w:ind w:firstLine="420"/>
      </w:pPr>
      <w:r>
        <w:rPr>
          <w:rFonts w:ascii="宋体" w:hAnsi="宋体" w:eastAsia="宋体"/>
          <w:sz w:val="24"/>
        </w:rPr>
        <w:t>“风中追风会长，我是苍龙之翼公会的会长，我们公会只有两百人，想来问问——有没有什么项目可以合作？”</w:t>
      </w:r>
    </w:p>
    <w:p>
      <w:pPr>
        <w:spacing w:line="560" w:lineRule="exact"/>
        <w:ind w:firstLine="420"/>
      </w:pPr>
      <w:r>
        <w:rPr>
          <w:rFonts w:ascii="宋体" w:hAnsi="宋体" w:eastAsia="宋体"/>
          <w:sz w:val="24"/>
        </w:rPr>
        <w:t>他的话一出口，其他会长纷纷围了上来：</w:t>
      </w:r>
    </w:p>
    <w:p>
      <w:pPr>
        <w:spacing w:line="560" w:lineRule="exact"/>
        <w:ind w:firstLine="420"/>
      </w:pPr>
      <w:r>
        <w:rPr>
          <w:rFonts w:ascii="宋体" w:hAnsi="宋体" w:eastAsia="宋体"/>
          <w:sz w:val="24"/>
        </w:rPr>
        <w:t>“我们也是！我们战歌公会三百人，愿意做神豪殿的同盟公会！”</w:t>
        <w:br/>
        <w:t>“我们铁血盟有两百五十人！想挂靠神豪殿名下！”</w:t>
        <w:br/>
        <w:t>“还有我们……”</w:t>
      </w:r>
    </w:p>
    <w:p>
      <w:pPr>
        <w:spacing w:line="560" w:lineRule="exact"/>
        <w:ind w:firstLine="420"/>
      </w:pPr>
      <w:r>
        <w:rPr>
          <w:rFonts w:ascii="宋体" w:hAnsi="宋体" w:eastAsia="宋体"/>
          <w:sz w:val="24"/>
        </w:rPr>
        <w:t>林风被一群人围在中间，他抬手示意安静：</w:t>
      </w:r>
    </w:p>
    <w:p>
      <w:pPr>
        <w:spacing w:line="560" w:lineRule="exact"/>
        <w:ind w:firstLine="420"/>
      </w:pPr>
      <w:r>
        <w:rPr>
          <w:rFonts w:ascii="宋体" w:hAnsi="宋体" w:eastAsia="宋体"/>
          <w:sz w:val="24"/>
        </w:rPr>
        <w:t>“神豪殿不搞挂靠，不收附属。”</w:t>
      </w:r>
    </w:p>
    <w:p>
      <w:pPr>
        <w:spacing w:line="560" w:lineRule="exact"/>
        <w:ind w:firstLine="420"/>
      </w:pPr>
      <w:r>
        <w:rPr>
          <w:rFonts w:ascii="宋体" w:hAnsi="宋体" w:eastAsia="宋体"/>
          <w:sz w:val="24"/>
        </w:rPr>
        <w:t>会长们的表情瞬间垮了。</w:t>
      </w:r>
    </w:p>
    <w:p>
      <w:pPr>
        <w:spacing w:line="560" w:lineRule="exact"/>
        <w:ind w:firstLine="420"/>
      </w:pPr>
      <w:r>
        <w:rPr>
          <w:rFonts w:ascii="宋体" w:hAnsi="宋体" w:eastAsia="宋体"/>
          <w:sz w:val="24"/>
        </w:rPr>
        <w:t>“但是——”林风接着说，“神豪殿欢迎真诚的战略合作。有意向的，可以去找我们副会长凌天谈。条件是：合作公会必须通过审核，确认实力和人品之后，可以享受神豪殿的资源扶持。”</w:t>
      </w:r>
    </w:p>
    <w:p>
      <w:pPr>
        <w:spacing w:line="560" w:lineRule="exact"/>
        <w:ind w:firstLine="420"/>
      </w:pPr>
      <w:r>
        <w:rPr>
          <w:rFonts w:ascii="宋体" w:hAnsi="宋体" w:eastAsia="宋体"/>
          <w:sz w:val="24"/>
        </w:rPr>
        <w:t>会长们眼睛又亮了。</w:t>
      </w:r>
    </w:p>
    <w:p>
      <w:pPr>
        <w:spacing w:line="560" w:lineRule="exact"/>
        <w:ind w:firstLine="420"/>
      </w:pPr>
      <w:r>
        <w:rPr>
          <w:rFonts w:ascii="宋体" w:hAnsi="宋体" w:eastAsia="宋体"/>
          <w:sz w:val="24"/>
        </w:rPr>
        <w:t>“资源扶持包括哪些？”有人问。</w:t>
      </w:r>
    </w:p>
    <w:p>
      <w:pPr>
        <w:spacing w:line="560" w:lineRule="exact"/>
        <w:ind w:firstLine="420"/>
      </w:pPr>
      <w:r>
        <w:rPr>
          <w:rFonts w:ascii="宋体" w:hAnsi="宋体" w:eastAsia="宋体"/>
          <w:sz w:val="24"/>
        </w:rPr>
        <w:t>“领地商店的折扣价、专属副本的组队名额、装备交易渠道的共享。”林风说，“甚至——如果需要，神豪殿可以支援你们打公会战。”</w:t>
      </w:r>
    </w:p>
    <w:p>
      <w:pPr>
        <w:spacing w:line="560" w:lineRule="exact"/>
        <w:ind w:firstLine="420"/>
      </w:pPr>
      <w:r>
        <w:rPr>
          <w:rFonts w:ascii="宋体" w:hAnsi="宋体" w:eastAsia="宋体"/>
          <w:sz w:val="24"/>
        </w:rPr>
        <w:t>全场安静了。</w:t>
      </w:r>
    </w:p>
    <w:p>
      <w:pPr>
        <w:spacing w:line="560" w:lineRule="exact"/>
        <w:ind w:firstLine="420"/>
      </w:pPr>
      <w:r>
        <w:rPr>
          <w:rFonts w:ascii="宋体" w:hAnsi="宋体" w:eastAsia="宋体"/>
          <w:sz w:val="24"/>
        </w:rPr>
        <w:t>片刻之后，会长们激动的议论声几乎掀翻了施工现场：</w:t>
      </w:r>
    </w:p>
    <w:p>
      <w:pPr>
        <w:spacing w:line="560" w:lineRule="exact"/>
        <w:ind w:firstLine="420"/>
      </w:pPr>
      <w:r>
        <w:rPr>
          <w:rFonts w:ascii="宋体" w:hAnsi="宋体" w:eastAsia="宋体"/>
          <w:sz w:val="24"/>
        </w:rPr>
        <w:t>“神豪殿帮打公会战？！那谁还敢惹我们？”</w:t>
        <w:br/>
        <w:t>“有这个条件，我立马发展主力！”</w:t>
        <w:br/>
        <w:t>“我这就回去招人！”</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当天晚上，林风正在龙骨要塞的城墙上巡视。月光照在红色的荒原上，整片大地像是被染了血色。远处有野兽的嘶吼声传来。</w:t>
      </w:r>
    </w:p>
    <w:p>
      <w:pPr>
        <w:spacing w:line="560" w:lineRule="exact"/>
        <w:ind w:firstLine="420"/>
      </w:pPr>
      <w:r>
        <w:rPr>
          <w:rFonts w:ascii="宋体" w:hAnsi="宋体" w:eastAsia="宋体"/>
          <w:sz w:val="24"/>
        </w:rPr>
        <w:t>凌天的消息发过来了：</w:t>
      </w:r>
    </w:p>
    <w:p>
      <w:pPr>
        <w:spacing w:line="560" w:lineRule="exact"/>
        <w:ind w:firstLine="420"/>
      </w:pPr>
      <w:r>
        <w:rPr>
          <w:rFonts w:ascii="宋体" w:hAnsi="宋体" w:eastAsia="宋体"/>
          <w:sz w:val="24"/>
        </w:rPr>
        <w:t>“风哥，有情况。”</w:t>
      </w:r>
    </w:p>
    <w:p>
      <w:pPr>
        <w:spacing w:line="560" w:lineRule="exact"/>
        <w:ind w:firstLine="420"/>
      </w:pPr>
      <w:r>
        <w:rPr>
          <w:rFonts w:ascii="宋体" w:hAnsi="宋体" w:eastAsia="宋体"/>
          <w:sz w:val="24"/>
        </w:rPr>
        <w:t>“什么情况？”</w:t>
      </w:r>
    </w:p>
    <w:p>
      <w:pPr>
        <w:spacing w:line="560" w:lineRule="exact"/>
        <w:ind w:firstLine="420"/>
      </w:pPr>
      <w:r>
        <w:rPr>
          <w:rFonts w:ascii="宋体" w:hAnsi="宋体" w:eastAsia="宋体"/>
          <w:sz w:val="24"/>
        </w:rPr>
        <w:t>“冥王又来找我了。”凌天说，“他说想跟咱们谈合作。”</w:t>
      </w:r>
    </w:p>
    <w:p>
      <w:pPr>
        <w:spacing w:line="560" w:lineRule="exact"/>
        <w:ind w:firstLine="420"/>
      </w:pPr>
      <w:r>
        <w:rPr>
          <w:rFonts w:ascii="宋体" w:hAnsi="宋体" w:eastAsia="宋体"/>
          <w:sz w:val="24"/>
        </w:rPr>
        <w:t>“合作？”林风有些意外，“三天前才打过。”</w:t>
      </w:r>
    </w:p>
    <w:p>
      <w:pPr>
        <w:spacing w:line="560" w:lineRule="exact"/>
        <w:ind w:firstLine="420"/>
      </w:pPr>
      <w:r>
        <w:rPr>
          <w:rFonts w:ascii="宋体" w:hAnsi="宋体" w:eastAsia="宋体"/>
          <w:sz w:val="24"/>
        </w:rPr>
        <w:t>“他说不打不相识。”凌天说，“他承认上次输得心服口服，想问问神豪殿有没有意向搞跨公会联盟。”</w:t>
      </w:r>
    </w:p>
    <w:p>
      <w:pPr>
        <w:spacing w:line="560" w:lineRule="exact"/>
        <w:ind w:firstLine="420"/>
      </w:pPr>
      <w:r>
        <w:rPr>
          <w:rFonts w:ascii="宋体" w:hAnsi="宋体" w:eastAsia="宋体"/>
          <w:sz w:val="24"/>
        </w:rPr>
        <w:t>“他怎么说的？”</w:t>
      </w:r>
    </w:p>
    <w:p>
      <w:pPr>
        <w:spacing w:line="560" w:lineRule="exact"/>
        <w:ind w:firstLine="420"/>
      </w:pPr>
      <w:r>
        <w:rPr>
          <w:rFonts w:ascii="宋体" w:hAnsi="宋体" w:eastAsia="宋体"/>
          <w:sz w:val="24"/>
        </w:rPr>
        <w:t>凌天转发了一条消息：</w:t>
      </w:r>
    </w:p>
    <w:p>
      <w:pPr>
        <w:spacing w:line="560" w:lineRule="exact"/>
        <w:ind w:firstLine="420"/>
      </w:pPr>
      <w:r>
        <w:rPr>
          <w:rFonts w:ascii="宋体" w:hAnsi="宋体" w:eastAsia="宋体"/>
          <w:sz w:val="24"/>
        </w:rPr>
        <w:t>冥王：“凌天兄，上次一战，我输得心服口服。风中追风的战术素养和临场应变能力，是我见过最强的。我想跟神豪殿建立长期合作关系——不是附属，不是吞并，是平等的战略同盟。我的冥府有四千人，都是精英。我们可以互补。”</w:t>
      </w:r>
    </w:p>
    <w:p>
      <w:pPr>
        <w:spacing w:line="560" w:lineRule="exact"/>
        <w:ind w:firstLine="420"/>
      </w:pPr>
      <w:r>
        <w:rPr>
          <w:rFonts w:ascii="宋体" w:hAnsi="宋体" w:eastAsia="宋体"/>
          <w:sz w:val="24"/>
        </w:rPr>
        <w:t>林风看完，沉默了几秒。</w:t>
      </w:r>
    </w:p>
    <w:p>
      <w:pPr>
        <w:spacing w:line="560" w:lineRule="exact"/>
        <w:ind w:firstLine="420"/>
      </w:pPr>
      <w:r>
        <w:rPr>
          <w:rFonts w:ascii="宋体" w:hAnsi="宋体" w:eastAsia="宋体"/>
          <w:sz w:val="24"/>
        </w:rPr>
        <w:t>“风哥，你怎么看？”凌天问。</w:t>
      </w:r>
    </w:p>
    <w:p>
      <w:pPr>
        <w:spacing w:line="560" w:lineRule="exact"/>
        <w:ind w:firstLine="420"/>
      </w:pPr>
      <w:r>
        <w:rPr>
          <w:rFonts w:ascii="宋体" w:hAnsi="宋体" w:eastAsia="宋体"/>
          <w:sz w:val="24"/>
        </w:rPr>
        <w:t>“他这个人怎么样？”林风反问。</w:t>
      </w:r>
    </w:p>
    <w:p>
      <w:pPr>
        <w:spacing w:line="560" w:lineRule="exact"/>
        <w:ind w:firstLine="420"/>
      </w:pPr>
      <w:r>
        <w:rPr>
          <w:rFonts w:ascii="宋体" w:hAnsi="宋体" w:eastAsia="宋体"/>
          <w:sz w:val="24"/>
        </w:rPr>
        <w:t>“据我这几天的观察——他挺靠谱的。”凌天说，“做事干脆，说话算话。他手下那批人跟他从美服回来，没有一个退会的，说明他做人没问题。”</w:t>
      </w:r>
    </w:p>
    <w:p>
      <w:pPr>
        <w:spacing w:line="560" w:lineRule="exact"/>
        <w:ind w:firstLine="420"/>
      </w:pPr>
      <w:r>
        <w:rPr>
          <w:rFonts w:ascii="宋体" w:hAnsi="宋体" w:eastAsia="宋体"/>
          <w:sz w:val="24"/>
        </w:rPr>
        <w:t>“那就谈。”林风说，“战略同盟，可以。但条件是——领地资源共享，战时互相支援，平时互不干涉内政。”</w:t>
      </w:r>
    </w:p>
    <w:p>
      <w:pPr>
        <w:spacing w:line="560" w:lineRule="exact"/>
        <w:ind w:firstLine="420"/>
      </w:pPr>
      <w:r>
        <w:rPr>
          <w:rFonts w:ascii="宋体" w:hAnsi="宋体" w:eastAsia="宋体"/>
          <w:sz w:val="24"/>
        </w:rPr>
        <w:t>凌天笑了：“你这条件……跟国家签条约似的。”</w:t>
      </w:r>
    </w:p>
    <w:p>
      <w:pPr>
        <w:spacing w:line="560" w:lineRule="exact"/>
        <w:ind w:firstLine="420"/>
      </w:pPr>
      <w:r>
        <w:rPr>
          <w:rFonts w:ascii="宋体" w:hAnsi="宋体" w:eastAsia="宋体"/>
          <w:sz w:val="24"/>
        </w:rPr>
        <w:t>“公会大了，就是一个小国家。”林风说。</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当晚。</w:t>
      </w:r>
    </w:p>
    <w:p>
      <w:pPr>
        <w:spacing w:line="560" w:lineRule="exact"/>
        <w:ind w:firstLine="420"/>
      </w:pPr>
      <w:r>
        <w:rPr>
          <w:rFonts w:ascii="宋体" w:hAnsi="宋体" w:eastAsia="宋体"/>
          <w:sz w:val="24"/>
        </w:rPr>
        <w:t>冥王亲自来到了龙骨要塞。</w:t>
      </w:r>
    </w:p>
    <w:p>
      <w:pPr>
        <w:spacing w:line="560" w:lineRule="exact"/>
        <w:ind w:firstLine="420"/>
      </w:pPr>
      <w:r>
        <w:rPr>
          <w:rFonts w:ascii="宋体" w:hAnsi="宋体" w:eastAsia="宋体"/>
          <w:sz w:val="24"/>
        </w:rPr>
        <w:t>他穿着一身暗黑色的铠甲，面罩掀开，露出一张约莫三十岁的脸——棱角分明，剃着板寸，眼神锐利。</w:t>
      </w:r>
    </w:p>
    <w:p>
      <w:pPr>
        <w:spacing w:line="560" w:lineRule="exact"/>
        <w:ind w:firstLine="420"/>
      </w:pPr>
      <w:r>
        <w:rPr>
          <w:rFonts w:ascii="宋体" w:hAnsi="宋体" w:eastAsia="宋体"/>
          <w:sz w:val="24"/>
        </w:rPr>
        <w:t>他站在龙骨要塞的大门前，仰头看了一眼城墙上飘扬的神豪徽章旗，然后走进了公会大厅。</w:t>
      </w:r>
    </w:p>
    <w:p>
      <w:pPr>
        <w:spacing w:line="560" w:lineRule="exact"/>
        <w:ind w:firstLine="420"/>
      </w:pPr>
      <w:r>
        <w:rPr>
          <w:rFonts w:ascii="宋体" w:hAnsi="宋体" w:eastAsia="宋体"/>
          <w:sz w:val="24"/>
        </w:rPr>
        <w:t>林风在大厅里等他。</w:t>
      </w:r>
    </w:p>
    <w:p>
      <w:pPr>
        <w:spacing w:line="560" w:lineRule="exact"/>
        <w:ind w:firstLine="420"/>
      </w:pPr>
      <w:r>
        <w:rPr>
          <w:rFonts w:ascii="宋体" w:hAnsi="宋体" w:eastAsia="宋体"/>
          <w:sz w:val="24"/>
        </w:rPr>
        <w:t>两人面对面坐下。</w:t>
      </w:r>
    </w:p>
    <w:p>
      <w:pPr>
        <w:spacing w:line="560" w:lineRule="exact"/>
        <w:ind w:firstLine="420"/>
      </w:pPr>
      <w:r>
        <w:rPr>
          <w:rFonts w:ascii="宋体" w:hAnsi="宋体" w:eastAsia="宋体"/>
          <w:sz w:val="24"/>
        </w:rPr>
        <w:t>“冥王。”林风说。</w:t>
      </w:r>
    </w:p>
    <w:p>
      <w:pPr>
        <w:spacing w:line="560" w:lineRule="exact"/>
        <w:ind w:firstLine="420"/>
      </w:pPr>
      <w:r>
        <w:rPr>
          <w:rFonts w:ascii="宋体" w:hAnsi="宋体" w:eastAsia="宋体"/>
          <w:sz w:val="24"/>
        </w:rPr>
        <w:t>“风中追风。”冥王说。</w:t>
      </w:r>
    </w:p>
    <w:p>
      <w:pPr>
        <w:spacing w:line="560" w:lineRule="exact"/>
        <w:ind w:firstLine="420"/>
      </w:pPr>
      <w:r>
        <w:rPr>
          <w:rFonts w:ascii="宋体" w:hAnsi="宋体" w:eastAsia="宋体"/>
          <w:sz w:val="24"/>
        </w:rPr>
        <w:t>两个人对视了几秒。</w:t>
      </w:r>
    </w:p>
    <w:p>
      <w:pPr>
        <w:spacing w:line="560" w:lineRule="exact"/>
        <w:ind w:firstLine="420"/>
      </w:pPr>
      <w:r>
        <w:rPr>
          <w:rFonts w:ascii="宋体" w:hAnsi="宋体" w:eastAsia="宋体"/>
          <w:sz w:val="24"/>
        </w:rPr>
        <w:t>然后冥王先笑了：</w:t>
      </w:r>
    </w:p>
    <w:p>
      <w:pPr>
        <w:spacing w:line="560" w:lineRule="exact"/>
        <w:ind w:firstLine="420"/>
      </w:pPr>
      <w:r>
        <w:rPr>
          <w:rFonts w:ascii="宋体" w:hAnsi="宋体" w:eastAsia="宋体"/>
          <w:sz w:val="24"/>
        </w:rPr>
        <w:t>“跟我想象的不太一样。”</w:t>
      </w:r>
    </w:p>
    <w:p>
      <w:pPr>
        <w:spacing w:line="560" w:lineRule="exact"/>
        <w:ind w:firstLine="420"/>
      </w:pPr>
      <w:r>
        <w:rPr>
          <w:rFonts w:ascii="宋体" w:hAnsi="宋体" w:eastAsia="宋体"/>
          <w:sz w:val="24"/>
        </w:rPr>
        <w:t>“怎么不一样？”</w:t>
      </w:r>
    </w:p>
    <w:p>
      <w:pPr>
        <w:spacing w:line="560" w:lineRule="exact"/>
        <w:ind w:firstLine="420"/>
      </w:pPr>
      <w:r>
        <w:rPr>
          <w:rFonts w:ascii="宋体" w:hAnsi="宋体" w:eastAsia="宋体"/>
          <w:sz w:val="24"/>
        </w:rPr>
        <w:t>“我以为你是三十多岁的中年大叔。”冥王说，“没想到这么年轻。”</w:t>
      </w:r>
    </w:p>
    <w:p>
      <w:pPr>
        <w:spacing w:line="560" w:lineRule="exact"/>
        <w:ind w:firstLine="420"/>
      </w:pPr>
      <w:r>
        <w:rPr>
          <w:rFonts w:ascii="宋体" w:hAnsi="宋体" w:eastAsia="宋体"/>
          <w:sz w:val="24"/>
        </w:rPr>
        <w:t>“你也不老。”林风说。</w:t>
      </w:r>
    </w:p>
    <w:p>
      <w:pPr>
        <w:spacing w:line="560" w:lineRule="exact"/>
        <w:ind w:firstLine="420"/>
      </w:pPr>
      <w:r>
        <w:rPr>
          <w:rFonts w:ascii="宋体" w:hAnsi="宋体" w:eastAsia="宋体"/>
          <w:sz w:val="24"/>
        </w:rPr>
        <w:t>“我三十一。”冥王说，“打了十年职业电竞，退役后转行做游戏投资。星辰国度那帮人——我帮他们建立战术体系，但理念不合，就带人回来了。”</w:t>
      </w:r>
    </w:p>
    <w:p>
      <w:pPr>
        <w:spacing w:line="560" w:lineRule="exact"/>
        <w:ind w:firstLine="420"/>
      </w:pPr>
      <w:r>
        <w:rPr>
          <w:rFonts w:ascii="宋体" w:hAnsi="宋体" w:eastAsia="宋体"/>
          <w:sz w:val="24"/>
        </w:rPr>
        <w:t>“什么理念不合？”</w:t>
      </w:r>
    </w:p>
    <w:p>
      <w:pPr>
        <w:spacing w:line="560" w:lineRule="exact"/>
        <w:ind w:firstLine="420"/>
      </w:pPr>
      <w:r>
        <w:rPr>
          <w:rFonts w:ascii="宋体" w:hAnsi="宋体" w:eastAsia="宋体"/>
          <w:sz w:val="24"/>
        </w:rPr>
        <w:t>“他们想把公会做成一门纯粹的生意。”冥王说，“我觉得公会应该是家。”</w:t>
      </w:r>
    </w:p>
    <w:p>
      <w:pPr>
        <w:spacing w:line="560" w:lineRule="exact"/>
        <w:ind w:firstLine="420"/>
      </w:pPr>
      <w:r>
        <w:rPr>
          <w:rFonts w:ascii="宋体" w:hAnsi="宋体" w:eastAsia="宋体"/>
          <w:sz w:val="24"/>
        </w:rPr>
        <w:t>林风看了他一眼。</w:t>
      </w:r>
    </w:p>
    <w:p>
      <w:pPr>
        <w:spacing w:line="560" w:lineRule="exact"/>
        <w:ind w:firstLine="420"/>
      </w:pPr>
      <w:r>
        <w:rPr>
          <w:rFonts w:ascii="宋体" w:hAnsi="宋体" w:eastAsia="宋体"/>
          <w:sz w:val="24"/>
        </w:rPr>
        <w:t>这个人——有意思。</w:t>
      </w:r>
    </w:p>
    <w:p>
      <w:pPr>
        <w:spacing w:line="560" w:lineRule="exact"/>
        <w:ind w:firstLine="420"/>
      </w:pPr>
      <w:r>
        <w:rPr>
          <w:rFonts w:ascii="宋体" w:hAnsi="宋体" w:eastAsia="宋体"/>
          <w:sz w:val="24"/>
        </w:rPr>
        <w:t>“同盟协议我拟好了。”林风把一份虚拟文件推到他面前，“你看看。”</w:t>
      </w:r>
    </w:p>
    <w:p>
      <w:pPr>
        <w:spacing w:line="560" w:lineRule="exact"/>
        <w:ind w:firstLine="420"/>
      </w:pPr>
      <w:r>
        <w:rPr>
          <w:rFonts w:ascii="宋体" w:hAnsi="宋体" w:eastAsia="宋体"/>
          <w:sz w:val="24"/>
        </w:rPr>
        <w:t>冥王快速扫了一遍，点头：</w:t>
      </w:r>
    </w:p>
    <w:p>
      <w:pPr>
        <w:spacing w:line="560" w:lineRule="exact"/>
        <w:ind w:firstLine="420"/>
      </w:pPr>
      <w:r>
        <w:rPr>
          <w:rFonts w:ascii="宋体" w:hAnsi="宋体" w:eastAsia="宋体"/>
          <w:sz w:val="24"/>
        </w:rPr>
        <w:t>“条款很公平。资源共享，战时支援，互不干涉——没问题。”</w:t>
      </w:r>
    </w:p>
    <w:p>
      <w:pPr>
        <w:spacing w:line="560" w:lineRule="exact"/>
        <w:ind w:firstLine="420"/>
      </w:pPr>
      <w:r>
        <w:rPr>
          <w:rFonts w:ascii="宋体" w:hAnsi="宋体" w:eastAsia="宋体"/>
          <w:sz w:val="24"/>
        </w:rPr>
        <w:t>他伸出手。</w:t>
      </w:r>
    </w:p>
    <w:p>
      <w:pPr>
        <w:spacing w:line="560" w:lineRule="exact"/>
        <w:ind w:firstLine="420"/>
      </w:pPr>
      <w:r>
        <w:rPr>
          <w:rFonts w:ascii="宋体" w:hAnsi="宋体" w:eastAsia="宋体"/>
          <w:sz w:val="24"/>
        </w:rPr>
        <w:t>林风握了上去。</w:t>
      </w:r>
    </w:p>
    <w:p>
      <w:pPr>
        <w:spacing w:line="560" w:lineRule="exact"/>
        <w:ind w:firstLine="420"/>
      </w:pPr>
      <w:r>
        <w:rPr>
          <w:rFonts w:ascii="宋体" w:hAnsi="宋体" w:eastAsia="宋体"/>
          <w:sz w:val="24"/>
        </w:rPr>
        <w:t>“合作愉快。”</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同盟建立的消息在游戏里传开之后，神豪殿的影响力又上了一个台阶。</w:t>
      </w:r>
    </w:p>
    <w:p>
      <w:pPr>
        <w:spacing w:line="560" w:lineRule="exact"/>
        <w:ind w:firstLine="420"/>
      </w:pPr>
      <w:r>
        <w:rPr>
          <w:rFonts w:ascii="宋体" w:hAnsi="宋体" w:eastAsia="宋体"/>
          <w:sz w:val="24"/>
        </w:rPr>
        <w:t>世界频道里有人感叹：</w:t>
      </w:r>
    </w:p>
    <w:p>
      <w:pPr>
        <w:spacing w:line="560" w:lineRule="exact"/>
        <w:ind w:firstLine="420"/>
      </w:pPr>
      <w:r>
        <w:rPr>
          <w:rFonts w:ascii="宋体" w:hAnsi="宋体" w:eastAsia="宋体"/>
          <w:sz w:val="24"/>
        </w:rPr>
        <w:t>“神豪殿+冥府，这俩公会绑一块儿，华夏服还有谁能打？”</w:t>
      </w:r>
    </w:p>
    <w:p>
      <w:pPr>
        <w:spacing w:line="560" w:lineRule="exact"/>
        <w:ind w:firstLine="420"/>
      </w:pPr>
      <w:r>
        <w:rPr>
          <w:rFonts w:ascii="宋体" w:hAnsi="宋体" w:eastAsia="宋体"/>
          <w:sz w:val="24"/>
        </w:rPr>
        <w:t>“没了。已经是华夏服第一势力了。”</w:t>
      </w:r>
    </w:p>
    <w:p>
      <w:pPr>
        <w:spacing w:line="560" w:lineRule="exact"/>
        <w:ind w:firstLine="420"/>
      </w:pPr>
      <w:r>
        <w:rPr>
          <w:rFonts w:ascii="宋体" w:hAnsi="宋体" w:eastAsia="宋体"/>
          <w:sz w:val="24"/>
        </w:rPr>
        <w:t>“这才一个月啊……一个月就从零做到华夏第一。”</w:t>
      </w:r>
    </w:p>
    <w:p>
      <w:pPr>
        <w:spacing w:line="560" w:lineRule="exact"/>
        <w:ind w:firstLine="420"/>
      </w:pPr>
      <w:r>
        <w:rPr>
          <w:rFonts w:ascii="宋体" w:hAnsi="宋体" w:eastAsia="宋体"/>
          <w:sz w:val="24"/>
        </w:rPr>
        <w:t>“有风中追风在，还有什么不可能的？”</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当天晚上。</w:t>
      </w:r>
    </w:p>
    <w:p>
      <w:pPr>
        <w:spacing w:line="560" w:lineRule="exact"/>
        <w:ind w:firstLine="420"/>
      </w:pPr>
      <w:r>
        <w:rPr>
          <w:rFonts w:ascii="宋体" w:hAnsi="宋体" w:eastAsia="宋体"/>
          <w:sz w:val="24"/>
        </w:rPr>
        <w:t>林风退出游戏，坐在办公室的落地窗前。</w:t>
      </w:r>
    </w:p>
    <w:p>
      <w:pPr>
        <w:spacing w:line="560" w:lineRule="exact"/>
        <w:ind w:firstLine="420"/>
      </w:pPr>
      <w:r>
        <w:rPr>
          <w:rFonts w:ascii="宋体" w:hAnsi="宋体" w:eastAsia="宋体"/>
          <w:sz w:val="24"/>
        </w:rPr>
        <w:t>手机震动。</w:t>
      </w:r>
    </w:p>
    <w:p>
      <w:pPr>
        <w:spacing w:line="560" w:lineRule="exact"/>
        <w:ind w:firstLine="420"/>
      </w:pPr>
      <w:r>
        <w:rPr>
          <w:rFonts w:ascii="宋体" w:hAnsi="宋体" w:eastAsia="宋体"/>
          <w:sz w:val="24"/>
        </w:rPr>
        <w:t>是苏婉清发来的月底财务汇总：</w:t>
      </w:r>
    </w:p>
    <w:p>
      <w:pPr>
        <w:spacing w:line="560" w:lineRule="exact"/>
        <w:ind w:firstLine="420"/>
      </w:pPr>
      <w:r>
        <w:rPr>
          <w:rFonts w:ascii="宋体" w:hAnsi="宋体" w:eastAsia="宋体"/>
          <w:sz w:val="24"/>
        </w:rPr>
        <w:t>“林总，本月财务数据出来了：</w:t>
      </w:r>
    </w:p>
    <w:p>
      <w:pPr>
        <w:spacing w:line="560" w:lineRule="exact"/>
        <w:ind w:firstLine="420"/>
      </w:pPr>
      <w:r>
        <w:rPr>
          <w:rFonts w:ascii="宋体" w:hAnsi="宋体" w:eastAsia="宋体"/>
          <w:sz w:val="24"/>
        </w:rPr>
        <w:t>风婉集团运营第一个完整月——</w:t>
      </w:r>
    </w:p>
    <w:p>
      <w:pPr>
        <w:spacing w:line="560" w:lineRule="exact"/>
        <w:ind w:firstLine="420"/>
      </w:pPr>
      <w:r>
        <w:rPr>
          <w:rFonts w:ascii="宋体" w:hAnsi="宋体" w:eastAsia="宋体"/>
          <w:sz w:val="24"/>
        </w:rPr>
        <w:t>总收入：两千七百八十万</w:t>
        <w:br/>
        <w:t>净利润：两千五百三十万</w:t>
        <w:br/>
        <w:t>利润率：91%</w:t>
      </w:r>
    </w:p>
    <w:p>
      <w:pPr>
        <w:spacing w:line="560" w:lineRule="exact"/>
        <w:ind w:firstLine="420"/>
      </w:pPr>
      <w:r>
        <w:rPr>
          <w:rFonts w:ascii="宋体" w:hAnsi="宋体" w:eastAsia="宋体"/>
          <w:sz w:val="24"/>
        </w:rPr>
        <w:t>当前公司估值：约八千万。”</w:t>
      </w:r>
    </w:p>
    <w:p>
      <w:pPr>
        <w:spacing w:line="560" w:lineRule="exact"/>
        <w:ind w:firstLine="420"/>
      </w:pPr>
      <w:r>
        <w:rPr>
          <w:rFonts w:ascii="宋体" w:hAnsi="宋体" w:eastAsia="宋体"/>
          <w:sz w:val="24"/>
        </w:rPr>
        <w:t>林风看完，放下手机。</w:t>
      </w:r>
    </w:p>
    <w:p>
      <w:pPr>
        <w:spacing w:line="560" w:lineRule="exact"/>
        <w:ind w:firstLine="420"/>
      </w:pPr>
      <w:r>
        <w:rPr>
          <w:rFonts w:ascii="宋体" w:hAnsi="宋体" w:eastAsia="宋体"/>
          <w:sz w:val="24"/>
        </w:rPr>
        <w:t>他看了一眼窗外城市的夜景。CBD的灯光连成一片星河。</w:t>
      </w:r>
    </w:p>
    <w:p>
      <w:pPr>
        <w:spacing w:line="560" w:lineRule="exact"/>
        <w:ind w:firstLine="420"/>
      </w:pPr>
      <w:r>
        <w:rPr>
          <w:rFonts w:ascii="宋体" w:hAnsi="宋体" w:eastAsia="宋体"/>
          <w:sz w:val="24"/>
        </w:rPr>
        <w:t>然后他打开系统面板——</w:t>
      </w:r>
    </w:p>
    <w:p>
      <w:pPr>
        <w:spacing w:line="560" w:lineRule="exact"/>
        <w:ind w:firstLine="420"/>
      </w:pPr>
      <w:r>
        <w:rPr>
          <w:rFonts w:ascii="宋体" w:hAnsi="宋体" w:eastAsia="宋体"/>
          <w:sz w:val="24"/>
        </w:rPr>
        <w:t>神豪系统的界面里，除了游戏内的充值功能，现实资产的数字也在同步跳动。</w:t>
      </w:r>
    </w:p>
    <w:p>
      <w:pPr>
        <w:spacing w:line="560" w:lineRule="exact"/>
        <w:ind w:firstLine="420"/>
      </w:pPr>
      <w:r>
        <w:rPr>
          <w:rFonts w:ascii="宋体" w:hAnsi="宋体" w:eastAsia="宋体"/>
          <w:sz w:val="24"/>
        </w:rPr>
        <w:t>风婉集团——估值八千万。</w:t>
      </w:r>
    </w:p>
    <w:p>
      <w:pPr>
        <w:spacing w:line="560" w:lineRule="exact"/>
        <w:ind w:firstLine="420"/>
      </w:pPr>
      <w:r>
        <w:rPr>
          <w:rFonts w:ascii="宋体" w:hAnsi="宋体" w:eastAsia="宋体"/>
          <w:sz w:val="24"/>
        </w:rPr>
        <w:t>神豪殿——华夏服第一公会。</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他想起了一个月前的那个下午。</w:t>
      </w:r>
    </w:p>
    <w:p>
      <w:pPr>
        <w:spacing w:line="560" w:lineRule="exact"/>
        <w:ind w:firstLine="420"/>
      </w:pPr>
      <w:r>
        <w:rPr>
          <w:rFonts w:ascii="宋体" w:hAnsi="宋体" w:eastAsia="宋体"/>
          <w:sz w:val="24"/>
        </w:rPr>
        <w:t>食堂里，王浩当着几百人的面嘲笑他：</w:t>
      </w:r>
    </w:p>
    <w:p>
      <w:pPr>
        <w:spacing w:line="560" w:lineRule="exact"/>
        <w:ind w:firstLine="420"/>
      </w:pPr>
      <w:r>
        <w:rPr>
          <w:rFonts w:ascii="宋体" w:hAnsi="宋体" w:eastAsia="宋体"/>
          <w:sz w:val="24"/>
        </w:rPr>
        <w:t>“林风，你爸妈留下的那点破铜烂铁能值几个钱？别拿出来丢人了。”</w:t>
      </w:r>
    </w:p>
    <w:p>
      <w:pPr>
        <w:spacing w:line="560" w:lineRule="exact"/>
        <w:ind w:firstLine="420"/>
      </w:pPr>
      <w:r>
        <w:rPr>
          <w:rFonts w:ascii="宋体" w:hAnsi="宋体" w:eastAsia="宋体"/>
          <w:sz w:val="24"/>
        </w:rPr>
        <w:t>他没有反驳。</w:t>
      </w:r>
    </w:p>
    <w:p>
      <w:pPr>
        <w:spacing w:line="560" w:lineRule="exact"/>
        <w:ind w:firstLine="420"/>
      </w:pPr>
      <w:r>
        <w:rPr>
          <w:rFonts w:ascii="宋体" w:hAnsi="宋体" w:eastAsia="宋体"/>
          <w:sz w:val="24"/>
        </w:rPr>
        <w:t>全校的目光落在他身上，像针一样扎人。</w:t>
      </w:r>
    </w:p>
    <w:p>
      <w:pPr>
        <w:spacing w:line="560" w:lineRule="exact"/>
        <w:ind w:firstLine="420"/>
      </w:pPr>
      <w:r>
        <w:rPr>
          <w:rFonts w:ascii="宋体" w:hAnsi="宋体" w:eastAsia="宋体"/>
          <w:sz w:val="24"/>
        </w:rPr>
        <w:t>他只是在心里说了一句话：</w:t>
      </w:r>
    </w:p>
    <w:p>
      <w:pPr>
        <w:spacing w:line="560" w:lineRule="exact"/>
        <w:ind w:firstLine="420"/>
      </w:pPr>
      <w:r>
        <w:rPr>
          <w:rFonts w:ascii="宋体" w:hAnsi="宋体" w:eastAsia="宋体"/>
          <w:sz w:val="24"/>
        </w:rPr>
        <w:t>“等着。”</w:t>
      </w:r>
    </w:p>
    <w:p>
      <w:pPr>
        <w:spacing w:line="560" w:lineRule="exact"/>
        <w:ind w:firstLine="420"/>
      </w:pPr>
      <w:r>
        <w:rPr>
          <w:rFonts w:ascii="宋体" w:hAnsi="宋体" w:eastAsia="宋体"/>
          <w:sz w:val="24"/>
        </w:rPr>
        <w:t>现在——他等到了。</w:t>
      </w:r>
    </w:p>
    <w:p>
      <w:pPr>
        <w:spacing w:line="560" w:lineRule="exact"/>
        <w:ind w:firstLine="420"/>
      </w:pPr>
      <w:r>
        <w:rPr>
          <w:rFonts w:ascii="宋体" w:hAnsi="宋体" w:eastAsia="宋体"/>
          <w:sz w:val="24"/>
        </w:rPr>
        <w:t>王浩的父亲——那个搞房地产的暴发户，全部身家加起来也不到五千万。前段时间还听说资金链出了问题，正在到处借钱周转。</w:t>
      </w:r>
    </w:p>
    <w:p>
      <w:pPr>
        <w:spacing w:line="560" w:lineRule="exact"/>
        <w:ind w:firstLine="420"/>
      </w:pPr>
      <w:r>
        <w:rPr>
          <w:rFonts w:ascii="宋体" w:hAnsi="宋体" w:eastAsia="宋体"/>
          <w:sz w:val="24"/>
        </w:rPr>
        <w:t>而他林风——二十岁出头的大学生——一个月，赚了两千五百万。</w:t>
      </w:r>
    </w:p>
    <w:p>
      <w:pPr>
        <w:spacing w:line="560" w:lineRule="exact"/>
        <w:ind w:firstLine="420"/>
      </w:pPr>
      <w:r>
        <w:rPr>
          <w:rFonts w:ascii="宋体" w:hAnsi="宋体" w:eastAsia="宋体"/>
          <w:sz w:val="24"/>
        </w:rPr>
        <w:t>而且这只是开始。</w:t>
      </w:r>
    </w:p>
    <w:p>
      <w:pPr>
        <w:spacing w:line="560" w:lineRule="exact"/>
        <w:ind w:firstLine="420"/>
      </w:pPr>
      <w:r>
        <w:rPr>
          <w:rFonts w:ascii="宋体" w:hAnsi="宋体" w:eastAsia="宋体"/>
          <w:sz w:val="24"/>
        </w:rPr>
        <w:t>他的手机震动了一下。</w:t>
      </w:r>
    </w:p>
    <w:p>
      <w:pPr>
        <w:spacing w:line="560" w:lineRule="exact"/>
        <w:ind w:firstLine="420"/>
      </w:pPr>
      <w:r>
        <w:rPr>
          <w:rFonts w:ascii="宋体" w:hAnsi="宋体" w:eastAsia="宋体"/>
          <w:sz w:val="24"/>
        </w:rPr>
        <w:t>是赵铁柱发来的消息：</w:t>
      </w:r>
    </w:p>
    <w:p>
      <w:pPr>
        <w:spacing w:line="560" w:lineRule="exact"/>
        <w:ind w:firstLine="420"/>
      </w:pPr>
      <w:r>
        <w:rPr>
          <w:rFonts w:ascii="宋体" w:hAnsi="宋体" w:eastAsia="宋体"/>
          <w:sz w:val="24"/>
        </w:rPr>
        <w:t>“风哥！告诉你个好消息！我刚从学校出来——王浩这几天到处跟人说你坏话，说你是靠运气。我直接把他怼了回去——我说‘运气？你运气一个给我们看看？一个月赚两千五百万的运气？你爸给你留了五千万家产你咋还没赚到钱呢？’”</w:t>
      </w:r>
    </w:p>
    <w:p>
      <w:pPr>
        <w:spacing w:line="560" w:lineRule="exact"/>
        <w:ind w:firstLine="420"/>
      </w:pPr>
      <w:r>
        <w:rPr>
          <w:rFonts w:ascii="宋体" w:hAnsi="宋体" w:eastAsia="宋体"/>
          <w:sz w:val="24"/>
        </w:rPr>
        <w:t>林风笑了。</w:t>
      </w:r>
    </w:p>
    <w:p>
      <w:pPr>
        <w:spacing w:line="560" w:lineRule="exact"/>
        <w:ind w:firstLine="420"/>
      </w:pPr>
      <w:r>
        <w:rPr>
          <w:rFonts w:ascii="宋体" w:hAnsi="宋体" w:eastAsia="宋体"/>
          <w:sz w:val="24"/>
        </w:rPr>
        <w:t>他没有回消息，直接把赵铁柱拉进了游戏里。</w:t>
      </w:r>
    </w:p>
    <w:p>
      <w:pPr>
        <w:spacing w:line="560" w:lineRule="exact"/>
        <w:ind w:firstLine="420"/>
      </w:pPr>
      <w:r>
        <w:rPr>
          <w:rFonts w:ascii="宋体" w:hAnsi="宋体" w:eastAsia="宋体"/>
          <w:sz w:val="24"/>
        </w:rPr>
        <w:t>“上线了？”赵铁柱进来就问。</w:t>
      </w:r>
    </w:p>
    <w:p>
      <w:pPr>
        <w:spacing w:line="560" w:lineRule="exact"/>
        <w:ind w:firstLine="420"/>
      </w:pPr>
      <w:r>
        <w:rPr>
          <w:rFonts w:ascii="宋体" w:hAnsi="宋体" w:eastAsia="宋体"/>
          <w:sz w:val="24"/>
        </w:rPr>
        <w:t>“上线了。”林风说。</w:t>
      </w:r>
    </w:p>
    <w:p>
      <w:pPr>
        <w:spacing w:line="560" w:lineRule="exact"/>
        <w:ind w:firstLine="420"/>
      </w:pPr>
      <w:r>
        <w:rPr>
          <w:rFonts w:ascii="宋体" w:hAnsi="宋体" w:eastAsia="宋体"/>
          <w:sz w:val="24"/>
        </w:rPr>
        <w:t>“刚才还有事儿没说——你猜怎么着？王浩那个小子，想加神豪殿。”</w:t>
      </w:r>
    </w:p>
    <w:p>
      <w:pPr>
        <w:spacing w:line="560" w:lineRule="exact"/>
        <w:ind w:firstLine="420"/>
      </w:pPr>
      <w:r>
        <w:rPr>
          <w:rFonts w:ascii="宋体" w:hAnsi="宋体" w:eastAsia="宋体"/>
          <w:sz w:val="24"/>
        </w:rPr>
        <w:t>“加神豪殿？”林风愣住了。</w:t>
      </w:r>
    </w:p>
    <w:p>
      <w:pPr>
        <w:spacing w:line="560" w:lineRule="exact"/>
        <w:ind w:firstLine="420"/>
      </w:pPr>
      <w:r>
        <w:rPr>
          <w:rFonts w:ascii="宋体" w:hAnsi="宋体" w:eastAsia="宋体"/>
          <w:sz w:val="24"/>
        </w:rPr>
        <w:t>“对！你说搞不搞笑？他在现实里骂你，在游戏里想加你的公会！”</w:t>
      </w:r>
    </w:p>
    <w:p>
      <w:pPr>
        <w:spacing w:line="560" w:lineRule="exact"/>
        <w:ind w:firstLine="420"/>
      </w:pPr>
      <w:r>
        <w:rPr>
          <w:rFonts w:ascii="宋体" w:hAnsi="宋体" w:eastAsia="宋体"/>
          <w:sz w:val="24"/>
        </w:rPr>
        <w:t>林风沉默了两秒，然后说：</w:t>
      </w:r>
    </w:p>
    <w:p>
      <w:pPr>
        <w:spacing w:line="560" w:lineRule="exact"/>
        <w:ind w:firstLine="420"/>
      </w:pPr>
      <w:r>
        <w:rPr>
          <w:rFonts w:ascii="宋体" w:hAnsi="宋体" w:eastAsia="宋体"/>
          <w:sz w:val="24"/>
        </w:rPr>
        <w:t>“不加。”</w:t>
      </w:r>
    </w:p>
    <w:p>
      <w:pPr>
        <w:spacing w:line="560" w:lineRule="exact"/>
        <w:ind w:firstLine="420"/>
      </w:pPr>
      <w:r>
        <w:rPr>
          <w:rFonts w:ascii="宋体" w:hAnsi="宋体" w:eastAsia="宋体"/>
          <w:sz w:val="24"/>
        </w:rPr>
        <w:t>“那我直接拒绝他！”赵铁柱乐了。</w:t>
      </w:r>
    </w:p>
    <w:p>
      <w:pPr>
        <w:spacing w:line="560" w:lineRule="exact"/>
        <w:ind w:firstLine="420"/>
      </w:pPr>
      <w:r>
        <w:rPr>
          <w:rFonts w:ascii="宋体" w:hAnsi="宋体" w:eastAsia="宋体"/>
          <w:sz w:val="24"/>
        </w:rPr>
        <w:t>“不。”林风说，“让他继续申请。申请一次，拒绝一次。让他知道——这个世界，不是他想进就能进的。”</w:t>
      </w:r>
    </w:p>
    <w:p>
      <w:pPr>
        <w:spacing w:line="560" w:lineRule="exact"/>
        <w:ind w:firstLine="420"/>
      </w:pPr>
      <w:r>
        <w:rPr>
          <w:rFonts w:ascii="宋体" w:hAnsi="宋体" w:eastAsia="宋体"/>
          <w:sz w:val="24"/>
        </w:rPr>
        <w:t>赵铁柱愣了一下，然后哈哈大笑：</w:t>
      </w:r>
    </w:p>
    <w:p>
      <w:pPr>
        <w:spacing w:line="560" w:lineRule="exact"/>
        <w:ind w:firstLine="420"/>
      </w:pPr>
      <w:r>
        <w:rPr>
          <w:rFonts w:ascii="宋体" w:hAnsi="宋体" w:eastAsia="宋体"/>
          <w:sz w:val="24"/>
        </w:rPr>
        <w:t>“风哥！你这招太狠了！我这就去设置拒收他的申请！”</w:t>
      </w:r>
    </w:p>
    <w:p>
      <w:pPr>
        <w:spacing w:line="560" w:lineRule="exact"/>
        <w:ind w:firstLine="420"/>
      </w:pPr>
      <w:r>
        <w:rPr>
          <w:rFonts w:ascii="宋体" w:hAnsi="宋体" w:eastAsia="宋体"/>
          <w:sz w:val="24"/>
        </w:rPr>
        <w:t>林风靠在椅背上，嘴角挂着淡淡的笑。</w:t>
      </w:r>
    </w:p>
    <w:p>
      <w:pPr>
        <w:spacing w:line="560" w:lineRule="exact"/>
        <w:ind w:firstLine="420"/>
      </w:pPr>
      <w:r>
        <w:rPr>
          <w:rFonts w:ascii="宋体" w:hAnsi="宋体" w:eastAsia="宋体"/>
          <w:sz w:val="24"/>
        </w:rPr>
        <w:t>然后他重新戴上游戏头盔。</w:t>
      </w:r>
    </w:p>
    <w:p>
      <w:pPr>
        <w:spacing w:line="560" w:lineRule="exact"/>
        <w:ind w:firstLine="420"/>
      </w:pPr>
      <w:r>
        <w:rPr>
          <w:rFonts w:ascii="宋体" w:hAnsi="宋体" w:eastAsia="宋体"/>
          <w:sz w:val="24"/>
        </w:rPr>
        <w:t>游戏里还有事情没做完。</w:t>
      </w:r>
    </w:p>
    <w:p>
      <w:pPr>
        <w:spacing w:line="560" w:lineRule="exact"/>
        <w:ind w:firstLine="420"/>
      </w:pPr>
      <w:r>
        <w:rPr>
          <w:rFonts w:ascii="宋体" w:hAnsi="宋体" w:eastAsia="宋体"/>
          <w:sz w:val="24"/>
        </w:rPr>
        <w:t>龙骨荒原的防御塔还需要升级。领地商店的货架需要补充。冥王的同盟协议还需要细化。</w:t>
      </w:r>
    </w:p>
    <w:p>
      <w:pPr>
        <w:spacing w:line="560" w:lineRule="exact"/>
        <w:ind w:firstLine="420"/>
      </w:pPr>
      <w:r>
        <w:rPr>
          <w:rFonts w:ascii="宋体" w:hAnsi="宋体" w:eastAsia="宋体"/>
          <w:sz w:val="24"/>
        </w:rPr>
        <w:t>而且——下一波领地争夺战，马上就要来了。</w:t>
      </w:r>
    </w:p>
    <w:p>
      <w:pPr>
        <w:spacing w:line="560" w:lineRule="exact"/>
        <w:ind w:firstLine="420"/>
      </w:pPr>
      <w:r>
        <w:rPr>
          <w:rFonts w:ascii="宋体" w:hAnsi="宋体" w:eastAsia="宋体"/>
          <w:sz w:val="24"/>
        </w:rPr>
        <w:t>风越来越大。</w:t>
      </w:r>
    </w:p>
    <w:p>
      <w:pPr>
        <w:spacing w:line="560" w:lineRule="exact"/>
        <w:ind w:firstLine="420"/>
      </w:pPr>
      <w:r>
        <w:rPr>
          <w:rFonts w:ascii="宋体" w:hAnsi="宋体" w:eastAsia="宋体"/>
          <w:sz w:val="24"/>
        </w:rPr>
        <w:t>他得跑得再快一点。</w:t>
      </w:r>
    </w:p>
    <w:p>
      <w:pPr>
        <w:spacing w:line="560" w:lineRule="exact"/>
        <w:ind w:firstLine="420"/>
      </w:pPr>
      <w:r>
        <w:rPr>
          <w:rFonts w:ascii="宋体" w:hAnsi="宋体" w:eastAsia="宋体"/>
          <w:sz w:val="24"/>
        </w:rPr>
        <w:t>再远一点。</w:t>
      </w:r>
    </w:p>
    <w:p>
      <w:pPr>
        <w:spacing w:line="560" w:lineRule="exact"/>
        <w:ind w:firstLine="420"/>
      </w:pPr>
      <w:r>
        <w:rPr>
          <w:rFonts w:ascii="宋体" w:hAnsi="宋体" w:eastAsia="宋体"/>
          <w:sz w:val="24"/>
        </w:rPr>
        <w:t>直到这个世界——再也没有人能看不起他。</w:t>
      </w:r>
    </w:p>
    <w:p>
      <w:r>
        <w:br w:type="page"/>
      </w:r>
    </w:p>
    <w:p>
      <w:pPr>
        <w:jc w:val="center"/>
      </w:pPr>
      <w:r>
        <w:rPr>
          <w:b/>
          <w:sz w:val="32"/>
        </w:rPr>
        <w:t>第035章 新的征途</w:t>
      </w:r>
    </w:p>
    <w:p>
      <w:pPr>
        <w:jc w:val="center"/>
      </w:pPr>
      <w:r>
        <w:rPr>
          <w:color w:val="999999"/>
          <w:sz w:val="18"/>
        </w:rPr>
        <w:t>（2,768字）</w:t>
      </w:r>
    </w:p>
    <w:p/>
    <w:p>
      <w:pPr>
        <w:spacing w:line="560" w:lineRule="exact"/>
        <w:ind w:firstLine="420"/>
      </w:pPr>
      <w:r>
        <w:rPr>
          <w:rFonts w:ascii="宋体" w:hAnsi="宋体" w:eastAsia="宋体"/>
          <w:sz w:val="24"/>
        </w:rPr>
        <w:t>领地争夺战后的第一周。</w:t>
      </w:r>
    </w:p>
    <w:p>
      <w:pPr>
        <w:spacing w:line="560" w:lineRule="exact"/>
        <w:ind w:firstLine="420"/>
      </w:pPr>
      <w:r>
        <w:rPr>
          <w:rFonts w:ascii="宋体" w:hAnsi="宋体" w:eastAsia="宋体"/>
          <w:sz w:val="24"/>
        </w:rPr>
        <w:t>神豪殿和冥府的同盟协议正式生效。</w:t>
      </w:r>
    </w:p>
    <w:p>
      <w:pPr>
        <w:spacing w:line="560" w:lineRule="exact"/>
        <w:ind w:firstLine="420"/>
      </w:pPr>
      <w:r>
        <w:rPr>
          <w:rFonts w:ascii="宋体" w:hAnsi="宋体" w:eastAsia="宋体"/>
          <w:sz w:val="24"/>
        </w:rPr>
        <w:t>协议签订当晚，两个公会的频道合并成了一个联盟频道——名叫【神盟】。名字是冥王提的，他说：“神豪殿在前，冥府在后。既然联盟了，就得有个响亮的名字。”</w:t>
      </w:r>
    </w:p>
    <w:p>
      <w:pPr>
        <w:spacing w:line="560" w:lineRule="exact"/>
        <w:ind w:firstLine="420"/>
      </w:pPr>
      <w:r>
        <w:rPr>
          <w:rFonts w:ascii="宋体" w:hAnsi="宋体" w:eastAsia="宋体"/>
          <w:sz w:val="24"/>
        </w:rPr>
        <w:t>联盟频道开通的瞬间，在线人数直接飙升——</w:t>
      </w:r>
    </w:p>
    <w:p>
      <w:pPr>
        <w:spacing w:line="560" w:lineRule="exact"/>
        <w:ind w:firstLine="420"/>
      </w:pPr>
      <w:r>
        <w:rPr>
          <w:rFonts w:ascii="宋体" w:hAnsi="宋体" w:eastAsia="宋体"/>
          <w:sz w:val="24"/>
        </w:rPr>
        <w:t>三千、五千、八千、九千……</w:t>
      </w:r>
    </w:p>
    <w:p>
      <w:pPr>
        <w:spacing w:line="560" w:lineRule="exact"/>
        <w:ind w:firstLine="420"/>
      </w:pPr>
      <w:r>
        <w:rPr>
          <w:rFonts w:ascii="宋体" w:hAnsi="宋体" w:eastAsia="宋体"/>
          <w:sz w:val="24"/>
        </w:rPr>
        <w:t>突破九千三百人的时候，系统播报响了：</w:t>
      </w:r>
    </w:p>
    <w:p>
      <w:pPr>
        <w:spacing w:line="560" w:lineRule="exact"/>
        <w:ind w:firstLine="420"/>
      </w:pPr>
      <w:r>
        <w:rPr>
          <w:rFonts w:ascii="宋体" w:hAnsi="宋体" w:eastAsia="宋体"/>
          <w:sz w:val="24"/>
        </w:rPr>
        <w:t>【系统提示：联盟频道《神盟》上线人数9,327人，刷新《天界》全服联盟频道人数记录。】</w:t>
      </w:r>
    </w:p>
    <w:p>
      <w:pPr>
        <w:spacing w:line="560" w:lineRule="exact"/>
        <w:ind w:firstLine="420"/>
      </w:pPr>
      <w:r>
        <w:rPr>
          <w:rFonts w:ascii="宋体" w:hAnsi="宋体" w:eastAsia="宋体"/>
          <w:sz w:val="24"/>
        </w:rPr>
        <w:t>世界频道直接炸了：</w:t>
      </w:r>
    </w:p>
    <w:p>
      <w:pPr>
        <w:spacing w:line="560" w:lineRule="exact"/>
        <w:ind w:firstLine="420"/>
      </w:pPr>
      <w:r>
        <w:rPr>
          <w:rFonts w:ascii="宋体" w:hAnsi="宋体" w:eastAsia="宋体"/>
          <w:sz w:val="24"/>
        </w:rPr>
        <w:t>“九千三百人同时在线？！这比一些小城市的常住人口还多！”</w:t>
      </w:r>
    </w:p>
    <w:p>
      <w:pPr>
        <w:spacing w:line="560" w:lineRule="exact"/>
        <w:ind w:firstLine="420"/>
      </w:pPr>
      <w:r>
        <w:rPr>
          <w:rFonts w:ascii="宋体" w:hAnsi="宋体" w:eastAsia="宋体"/>
          <w:sz w:val="24"/>
        </w:rPr>
        <w:t>“神豪殿加冥府，华夏服还有谁能打？”</w:t>
      </w:r>
    </w:p>
    <w:p>
      <w:pPr>
        <w:spacing w:line="560" w:lineRule="exact"/>
        <w:ind w:firstLine="420"/>
      </w:pPr>
      <w:r>
        <w:rPr>
          <w:rFonts w:ascii="宋体" w:hAnsi="宋体" w:eastAsia="宋体"/>
          <w:sz w:val="24"/>
        </w:rPr>
        <w:t>“不光是华夏服——我觉得放整个《天界》，也没有哪个公会联盟比神盟更强。”</w:t>
      </w:r>
    </w:p>
    <w:p>
      <w:pPr>
        <w:spacing w:line="560" w:lineRule="exact"/>
        <w:ind w:firstLine="420"/>
      </w:pPr>
      <w:r>
        <w:rPr>
          <w:rFonts w:ascii="宋体" w:hAnsi="宋体" w:eastAsia="宋体"/>
          <w:sz w:val="24"/>
        </w:rPr>
        <w:t>“星辰国度呢？”</w:t>
      </w:r>
    </w:p>
    <w:p>
      <w:pPr>
        <w:spacing w:line="560" w:lineRule="exact"/>
        <w:ind w:firstLine="420"/>
      </w:pPr>
      <w:r>
        <w:rPr>
          <w:rFonts w:ascii="宋体" w:hAnsi="宋体" w:eastAsia="宋体"/>
          <w:sz w:val="24"/>
        </w:rPr>
        <w:t>“星辰国度？跨服赛被神豪殿打了3:0那个？”</w:t>
      </w:r>
    </w:p>
    <w:p>
      <w:pPr>
        <w:spacing w:line="560" w:lineRule="exact"/>
        <w:ind w:firstLine="420"/>
      </w:pPr>
      <w:r>
        <w:rPr>
          <w:rFonts w:ascii="宋体" w:hAnsi="宋体" w:eastAsia="宋体"/>
          <w:sz w:val="24"/>
        </w:rPr>
        <w:t>世界频道安静了一瞬，然后刷满了表情和爆笑声——</w:t>
      </w:r>
    </w:p>
    <w:p>
      <w:pPr>
        <w:spacing w:line="560" w:lineRule="exact"/>
        <w:ind w:firstLine="420"/>
      </w:pPr>
      <w:r>
        <w:rPr>
          <w:rFonts w:ascii="宋体" w:hAnsi="宋体" w:eastAsia="宋体"/>
          <w:sz w:val="24"/>
        </w:rPr>
        <w:t>“哈哈哈哈哈哈！”</w:t>
        <w:br/>
        <w:t>“扎心了老铁！”</w:t>
        <w:br/>
        <w:t>“星辰领主估计还在自闭期，别戳人家痛处。”</w:t>
        <w:br/>
        <w:t>“星辰领主：‘不要再提3:0了！’”——</w:t>
      </w:r>
    </w:p>
    <w:p>
      <w:pPr>
        <w:spacing w:line="560" w:lineRule="exact"/>
        <w:ind w:firstLine="420"/>
      </w:pPr>
      <w:r>
        <w:rPr>
          <w:rFonts w:ascii="宋体" w:hAnsi="宋体" w:eastAsia="宋体"/>
          <w:sz w:val="24"/>
        </w:rPr>
        <w:t>当天晚上，林风和冥王在龙骨要塞的公会大厅里碰了一次头。</w:t>
      </w:r>
    </w:p>
    <w:p>
      <w:pPr>
        <w:spacing w:line="560" w:lineRule="exact"/>
        <w:ind w:firstLine="420"/>
      </w:pPr>
      <w:r>
        <w:rPr>
          <w:rFonts w:ascii="宋体" w:hAnsi="宋体" w:eastAsia="宋体"/>
          <w:sz w:val="24"/>
        </w:rPr>
        <w:t>“你那个办比赛的想法，我听凌天说了。”冥王坐在木椅上，手里端着一杯虚拟红酒，“我支持。”</w:t>
      </w:r>
    </w:p>
    <w:p>
      <w:pPr>
        <w:spacing w:line="560" w:lineRule="exact"/>
        <w:ind w:firstLine="420"/>
      </w:pPr>
      <w:r>
        <w:rPr>
          <w:rFonts w:ascii="宋体" w:hAnsi="宋体" w:eastAsia="宋体"/>
          <w:sz w:val="24"/>
        </w:rPr>
        <w:t>“你打过职业，你觉得这事儿能做成吗？”林风问。</w:t>
      </w:r>
    </w:p>
    <w:p>
      <w:pPr>
        <w:spacing w:line="560" w:lineRule="exact"/>
        <w:ind w:firstLine="420"/>
      </w:pPr>
      <w:r>
        <w:rPr>
          <w:rFonts w:ascii="宋体" w:hAnsi="宋体" w:eastAsia="宋体"/>
          <w:sz w:val="24"/>
        </w:rPr>
        <w:t>“能。”冥王毫不犹豫，“《天界》这个游戏的热度正在起飞。我查了一个数据——本周新增注册玩家比上周增长了百分之三十一，在线峰值人数已经突破了八百万。你现在抢占赛事品牌，就是抢占未来的市场。”</w:t>
      </w:r>
    </w:p>
    <w:p>
      <w:pPr>
        <w:spacing w:line="560" w:lineRule="exact"/>
        <w:ind w:firstLine="420"/>
      </w:pPr>
      <w:r>
        <w:rPr>
          <w:rFonts w:ascii="宋体" w:hAnsi="宋体" w:eastAsia="宋体"/>
          <w:sz w:val="24"/>
        </w:rPr>
        <w:t>“跟我想的一样。”林风说。</w:t>
      </w:r>
    </w:p>
    <w:p>
      <w:pPr>
        <w:spacing w:line="560" w:lineRule="exact"/>
        <w:ind w:firstLine="420"/>
      </w:pPr>
      <w:r>
        <w:rPr>
          <w:rFonts w:ascii="宋体" w:hAnsi="宋体" w:eastAsia="宋体"/>
          <w:sz w:val="24"/>
        </w:rPr>
        <w:t>“我可以帮你做一件事情。”冥王说，“我退役之前在电竞圈里有些关系。如果你需要，我可以帮你联系前队友——有几个现在在做赛事直播和解说。”</w:t>
      </w:r>
    </w:p>
    <w:p>
      <w:pPr>
        <w:spacing w:line="560" w:lineRule="exact"/>
        <w:ind w:firstLine="420"/>
      </w:pPr>
      <w:r>
        <w:rPr>
          <w:rFonts w:ascii="宋体" w:hAnsi="宋体" w:eastAsia="宋体"/>
          <w:sz w:val="24"/>
        </w:rPr>
        <w:t>“很需要。”林风说，“你有多少人？”</w:t>
      </w:r>
    </w:p>
    <w:p>
      <w:pPr>
        <w:spacing w:line="560" w:lineRule="exact"/>
        <w:ind w:firstLine="420"/>
      </w:pPr>
      <w:r>
        <w:rPr>
          <w:rFonts w:ascii="宋体" w:hAnsi="宋体" w:eastAsia="宋体"/>
          <w:sz w:val="24"/>
        </w:rPr>
        <w:t>“两个专业的解说，一个前职业选手做嘉宾。”冥王说，“都签过正规合同，价格不算贵。”</w:t>
      </w:r>
    </w:p>
    <w:p>
      <w:pPr>
        <w:spacing w:line="560" w:lineRule="exact"/>
        <w:ind w:firstLine="420"/>
      </w:pPr>
      <w:r>
        <w:rPr>
          <w:rFonts w:ascii="宋体" w:hAnsi="宋体" w:eastAsia="宋体"/>
          <w:sz w:val="24"/>
        </w:rPr>
        <w:t>“签了。”林风直接拍板。</w:t>
      </w:r>
    </w:p>
    <w:p>
      <w:pPr>
        <w:spacing w:line="560" w:lineRule="exact"/>
        <w:ind w:firstLine="420"/>
      </w:pPr>
      <w:r>
        <w:rPr>
          <w:rFonts w:ascii="宋体" w:hAnsi="宋体" w:eastAsia="宋体"/>
          <w:sz w:val="24"/>
        </w:rPr>
        <w:t>冥王笑了：“你这效率……我跟你合作真是太对了。”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与此同时，风婉集团也在快速扩张。</w:t>
      </w:r>
    </w:p>
    <w:p>
      <w:pPr>
        <w:spacing w:line="560" w:lineRule="exact"/>
        <w:ind w:firstLine="420"/>
      </w:pPr>
      <w:r>
        <w:rPr>
          <w:rFonts w:ascii="宋体" w:hAnsi="宋体" w:eastAsia="宋体"/>
          <w:sz w:val="24"/>
        </w:rPr>
        <w:t>新招聘的十名员工在周一入职——包括两名商务、两名运营、一名财务副总监、一名法务、一名人事、三名内容策划。办公区从之前的空旷变成了热闹的格子间。</w:t>
      </w:r>
    </w:p>
    <w:p>
      <w:pPr>
        <w:spacing w:line="560" w:lineRule="exact"/>
        <w:ind w:firstLine="420"/>
      </w:pPr>
      <w:r>
        <w:rPr>
          <w:rFonts w:ascii="宋体" w:hAnsi="宋体" w:eastAsia="宋体"/>
          <w:sz w:val="24"/>
        </w:rPr>
        <w:t>新同事们第一天上班，就被满墙的奖杯和证书震住了：</w:t>
      </w:r>
    </w:p>
    <w:p>
      <w:pPr>
        <w:spacing w:line="560" w:lineRule="exact"/>
        <w:ind w:firstLine="420"/>
      </w:pPr>
      <w:r>
        <w:rPr>
          <w:rFonts w:ascii="宋体" w:hAnsi="宋体" w:eastAsia="宋体"/>
          <w:sz w:val="24"/>
        </w:rPr>
        <w:t>“风婉集团……成立一个月？”</w:t>
      </w:r>
    </w:p>
    <w:p>
      <w:pPr>
        <w:spacing w:line="560" w:lineRule="exact"/>
        <w:ind w:firstLine="420"/>
      </w:pPr>
      <w:r>
        <w:rPr>
          <w:rFonts w:ascii="宋体" w:hAnsi="宋体" w:eastAsia="宋体"/>
          <w:sz w:val="24"/>
        </w:rPr>
        <w:t>“对。”</w:t>
      </w:r>
    </w:p>
    <w:p>
      <w:pPr>
        <w:spacing w:line="560" w:lineRule="exact"/>
        <w:ind w:firstLine="420"/>
      </w:pPr>
      <w:r>
        <w:rPr>
          <w:rFonts w:ascii="宋体" w:hAnsi="宋体" w:eastAsia="宋体"/>
          <w:sz w:val="24"/>
        </w:rPr>
        <w:t>“净利润两千五百万？”</w:t>
      </w:r>
    </w:p>
    <w:p>
      <w:pPr>
        <w:spacing w:line="560" w:lineRule="exact"/>
        <w:ind w:firstLine="420"/>
      </w:pPr>
      <w:r>
        <w:rPr>
          <w:rFonts w:ascii="宋体" w:hAnsi="宋体" w:eastAsia="宋体"/>
          <w:sz w:val="24"/>
        </w:rPr>
        <w:t>“对。”</w:t>
      </w:r>
    </w:p>
    <w:p>
      <w:pPr>
        <w:spacing w:line="560" w:lineRule="exact"/>
        <w:ind w:firstLine="420"/>
      </w:pPr>
      <w:r>
        <w:rPr>
          <w:rFonts w:ascii="宋体" w:hAnsi="宋体" w:eastAsia="宋体"/>
          <w:sz w:val="24"/>
        </w:rPr>
        <w:t>“老板是个大学生？”</w:t>
      </w:r>
    </w:p>
    <w:p>
      <w:pPr>
        <w:spacing w:line="560" w:lineRule="exact"/>
        <w:ind w:firstLine="420"/>
      </w:pPr>
      <w:r>
        <w:rPr>
          <w:rFonts w:ascii="宋体" w:hAnsi="宋体" w:eastAsia="宋体"/>
          <w:sz w:val="24"/>
        </w:rPr>
        <w:t>“对。”</w:t>
      </w:r>
    </w:p>
    <w:p>
      <w:pPr>
        <w:spacing w:line="560" w:lineRule="exact"/>
        <w:ind w:firstLine="420"/>
      </w:pPr>
      <w:r>
        <w:rPr>
          <w:rFonts w:ascii="宋体" w:hAnsi="宋体" w:eastAsia="宋体"/>
          <w:sz w:val="24"/>
        </w:rPr>
        <w:t>“……我是不是该怀疑我的人生了？”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周三下午。</w:t>
      </w:r>
    </w:p>
    <w:p>
      <w:pPr>
        <w:spacing w:line="560" w:lineRule="exact"/>
        <w:ind w:firstLine="420"/>
      </w:pPr>
      <w:r>
        <w:rPr>
          <w:rFonts w:ascii="宋体" w:hAnsi="宋体" w:eastAsia="宋体"/>
          <w:sz w:val="24"/>
        </w:rPr>
        <w:t>林风和苏婉清去了一趟星空直播的总部。</w:t>
      </w:r>
    </w:p>
    <w:p>
      <w:pPr>
        <w:spacing w:line="560" w:lineRule="exact"/>
        <w:ind w:firstLine="420"/>
      </w:pPr>
      <w:r>
        <w:rPr>
          <w:rFonts w:ascii="宋体" w:hAnsi="宋体" w:eastAsia="宋体"/>
          <w:sz w:val="24"/>
        </w:rPr>
        <w:t>星空直播的副总姓陈，四十多岁，戴着金丝眼镜，西装革履。他在顶楼会议室接待了林风二人。</w:t>
      </w:r>
    </w:p>
    <w:p>
      <w:pPr>
        <w:spacing w:line="560" w:lineRule="exact"/>
        <w:ind w:firstLine="420"/>
      </w:pPr>
      <w:r>
        <w:rPr>
          <w:rFonts w:ascii="宋体" w:hAnsi="宋体" w:eastAsia="宋体"/>
          <w:sz w:val="24"/>
        </w:rPr>
        <w:t>“林总，久仰大名。”陈副总伸出手。</w:t>
      </w:r>
    </w:p>
    <w:p>
      <w:pPr>
        <w:spacing w:line="560" w:lineRule="exact"/>
        <w:ind w:firstLine="420"/>
      </w:pPr>
      <w:r>
        <w:rPr>
          <w:rFonts w:ascii="宋体" w:hAnsi="宋体" w:eastAsia="宋体"/>
          <w:sz w:val="24"/>
        </w:rPr>
        <w:t>林风跟他握了握手。</w:t>
      </w:r>
    </w:p>
    <w:p>
      <w:pPr>
        <w:spacing w:line="560" w:lineRule="exact"/>
        <w:ind w:firstLine="420"/>
      </w:pPr>
      <w:r>
        <w:rPr>
          <w:rFonts w:ascii="宋体" w:hAnsi="宋体" w:eastAsia="宋体"/>
          <w:sz w:val="24"/>
        </w:rPr>
        <w:t>“说实话，上个月你们找我们谈合作的时候，我没想到会有今天的成绩。”陈副总坦言，“你们一个月的打赏分成，已经超过我们平台排名第二的主播了。”</w:t>
      </w:r>
    </w:p>
    <w:p>
      <w:pPr>
        <w:spacing w:line="560" w:lineRule="exact"/>
        <w:ind w:firstLine="420"/>
      </w:pPr>
      <w:r>
        <w:rPr>
          <w:rFonts w:ascii="宋体" w:hAnsi="宋体" w:eastAsia="宋体"/>
          <w:sz w:val="24"/>
        </w:rPr>
        <w:t>“那不是终点。”林风说。</w:t>
      </w:r>
    </w:p>
    <w:p>
      <w:pPr>
        <w:spacing w:line="560" w:lineRule="exact"/>
        <w:ind w:firstLine="420"/>
      </w:pPr>
      <w:r>
        <w:rPr>
          <w:rFonts w:ascii="宋体" w:hAnsi="宋体" w:eastAsia="宋体"/>
          <w:sz w:val="24"/>
        </w:rPr>
        <w:t>“哦？”陈副总来了兴趣。</w:t>
      </w:r>
    </w:p>
    <w:p>
      <w:pPr>
        <w:spacing w:line="560" w:lineRule="exact"/>
        <w:ind w:firstLine="420"/>
      </w:pPr>
      <w:r>
        <w:rPr>
          <w:rFonts w:ascii="宋体" w:hAnsi="宋体" w:eastAsia="宋体"/>
          <w:sz w:val="24"/>
        </w:rPr>
        <w:t>“我这次来，是想谈一个更大的合作。”林风说，“我想办一场《天界》邀请赛——”</w:t>
      </w:r>
    </w:p>
    <w:p>
      <w:pPr>
        <w:spacing w:line="560" w:lineRule="exact"/>
        <w:ind w:firstLine="420"/>
      </w:pPr>
      <w:r>
        <w:rPr>
          <w:rFonts w:ascii="宋体" w:hAnsi="宋体" w:eastAsia="宋体"/>
          <w:sz w:val="24"/>
        </w:rPr>
        <w:t>他把自己在周会上提过的方案详细讲了一遍：自办赛事、邀请跨服赛的各路强队、奖金自己出、直播权独家卖给星空。</w:t>
      </w:r>
    </w:p>
    <w:p>
      <w:pPr>
        <w:spacing w:line="560" w:lineRule="exact"/>
        <w:ind w:firstLine="420"/>
      </w:pPr>
      <w:r>
        <w:rPr>
          <w:rFonts w:ascii="宋体" w:hAnsi="宋体" w:eastAsia="宋体"/>
          <w:sz w:val="24"/>
        </w:rPr>
        <w:t>陈副总听完，沉默了半分钟。</w:t>
      </w:r>
    </w:p>
    <w:p>
      <w:pPr>
        <w:spacing w:line="560" w:lineRule="exact"/>
        <w:ind w:firstLine="420"/>
      </w:pPr>
      <w:r>
        <w:rPr>
          <w:rFonts w:ascii="宋体" w:hAnsi="宋体" w:eastAsia="宋体"/>
          <w:sz w:val="24"/>
        </w:rPr>
        <w:t>然后他问：</w:t>
      </w:r>
    </w:p>
    <w:p>
      <w:pPr>
        <w:spacing w:line="560" w:lineRule="exact"/>
        <w:ind w:firstLine="420"/>
      </w:pPr>
      <w:r>
        <w:rPr>
          <w:rFonts w:ascii="宋体" w:hAnsi="宋体" w:eastAsia="宋体"/>
          <w:sz w:val="24"/>
        </w:rPr>
        <w:t>“林总，你打算投多少钱？”</w:t>
      </w:r>
    </w:p>
    <w:p>
      <w:pPr>
        <w:spacing w:line="560" w:lineRule="exact"/>
        <w:ind w:firstLine="420"/>
      </w:pPr>
      <w:r>
        <w:rPr>
          <w:rFonts w:ascii="宋体" w:hAnsi="宋体" w:eastAsia="宋体"/>
          <w:sz w:val="24"/>
        </w:rPr>
        <w:t>“奖金五百万。”林风说，“场地、转播、宣发——加起来一千万。全部由风婉集团出。”</w:t>
      </w:r>
    </w:p>
    <w:p>
      <w:pPr>
        <w:spacing w:line="560" w:lineRule="exact"/>
        <w:ind w:firstLine="420"/>
      </w:pPr>
      <w:r>
        <w:rPr>
          <w:rFonts w:ascii="宋体" w:hAnsi="宋体" w:eastAsia="宋体"/>
          <w:sz w:val="24"/>
        </w:rPr>
        <w:t>陈副总倒吸一口凉气：</w:t>
      </w:r>
    </w:p>
    <w:p>
      <w:pPr>
        <w:spacing w:line="560" w:lineRule="exact"/>
        <w:ind w:firstLine="420"/>
      </w:pPr>
      <w:r>
        <w:rPr>
          <w:rFonts w:ascii="宋体" w:hAnsi="宋体" w:eastAsia="宋体"/>
          <w:sz w:val="24"/>
        </w:rPr>
        <w:t>“一千万……你确定？”</w:t>
      </w:r>
    </w:p>
    <w:p>
      <w:pPr>
        <w:spacing w:line="560" w:lineRule="exact"/>
        <w:ind w:firstLine="420"/>
      </w:pPr>
      <w:r>
        <w:rPr>
          <w:rFonts w:ascii="宋体" w:hAnsi="宋体" w:eastAsia="宋体"/>
          <w:sz w:val="24"/>
        </w:rPr>
        <w:t>“我确定。”林风说，“这笔钱投下去，回报至少三倍。星空直播拿独家转播权，我们拿赛事品牌和赛事收益。双赢。”</w:t>
      </w:r>
    </w:p>
    <w:p>
      <w:pPr>
        <w:spacing w:line="560" w:lineRule="exact"/>
        <w:ind w:firstLine="420"/>
      </w:pPr>
      <w:r>
        <w:rPr>
          <w:rFonts w:ascii="宋体" w:hAnsi="宋体" w:eastAsia="宋体"/>
          <w:sz w:val="24"/>
        </w:rPr>
        <w:t>陈副总又沉默了片刻。</w:t>
      </w:r>
    </w:p>
    <w:p>
      <w:pPr>
        <w:spacing w:line="560" w:lineRule="exact"/>
        <w:ind w:firstLine="420"/>
      </w:pPr>
      <w:r>
        <w:rPr>
          <w:rFonts w:ascii="宋体" w:hAnsi="宋体" w:eastAsia="宋体"/>
          <w:sz w:val="24"/>
        </w:rPr>
        <w:t>然后他拿出手机：</w:t>
      </w:r>
    </w:p>
    <w:p>
      <w:pPr>
        <w:spacing w:line="560" w:lineRule="exact"/>
        <w:ind w:firstLine="420"/>
      </w:pPr>
      <w:r>
        <w:rPr>
          <w:rFonts w:ascii="宋体" w:hAnsi="宋体" w:eastAsia="宋体"/>
          <w:sz w:val="24"/>
        </w:rPr>
        <w:t>“我要打个电话给我们董事长。”</w:t>
      </w:r>
    </w:p>
    <w:p>
      <w:pPr>
        <w:spacing w:line="560" w:lineRule="exact"/>
        <w:ind w:firstLine="420"/>
      </w:pPr>
      <w:r>
        <w:rPr>
          <w:rFonts w:ascii="宋体" w:hAnsi="宋体" w:eastAsia="宋体"/>
          <w:sz w:val="24"/>
        </w:rPr>
        <w:t>“请便。”林风说。</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等陈副总打电话的间隙，苏婉清小声跟林风说：</w:t>
      </w:r>
    </w:p>
    <w:p>
      <w:pPr>
        <w:spacing w:line="560" w:lineRule="exact"/>
        <w:ind w:firstLine="420"/>
      </w:pPr>
      <w:r>
        <w:rPr>
          <w:rFonts w:ascii="宋体" w:hAnsi="宋体" w:eastAsia="宋体"/>
          <w:sz w:val="24"/>
        </w:rPr>
        <w:t>“一千万……会不会太冒险了？”</w:t>
      </w:r>
    </w:p>
    <w:p>
      <w:pPr>
        <w:spacing w:line="560" w:lineRule="exact"/>
        <w:ind w:firstLine="420"/>
      </w:pPr>
      <w:r>
        <w:rPr>
          <w:rFonts w:ascii="宋体" w:hAnsi="宋体" w:eastAsia="宋体"/>
          <w:sz w:val="24"/>
        </w:rPr>
        <w:t>“不冒险。”林风说。</w:t>
      </w:r>
    </w:p>
    <w:p>
      <w:pPr>
        <w:spacing w:line="560" w:lineRule="exact"/>
        <w:ind w:firstLine="420"/>
      </w:pPr>
      <w:r>
        <w:rPr>
          <w:rFonts w:ascii="宋体" w:hAnsi="宋体" w:eastAsia="宋体"/>
          <w:sz w:val="24"/>
        </w:rPr>
        <w:t>“为什么这么肯定？”</w:t>
      </w:r>
    </w:p>
    <w:p>
      <w:pPr>
        <w:spacing w:line="560" w:lineRule="exact"/>
        <w:ind w:firstLine="420"/>
      </w:pPr>
      <w:r>
        <w:rPr>
          <w:rFonts w:ascii="宋体" w:hAnsi="宋体" w:eastAsia="宋体"/>
          <w:sz w:val="24"/>
        </w:rPr>
        <w:t>“因为《天界》的热度正在往上走。”林风说，“每周新增注册玩家——凌天从数据上看到的——以百分之三十的增速在增长。越早抢占赛事IP，以后赚得越多。”</w:t>
      </w:r>
    </w:p>
    <w:p>
      <w:pPr>
        <w:spacing w:line="560" w:lineRule="exact"/>
        <w:ind w:firstLine="420"/>
      </w:pPr>
      <w:r>
        <w:rPr>
          <w:rFonts w:ascii="宋体" w:hAnsi="宋体" w:eastAsia="宋体"/>
          <w:sz w:val="24"/>
        </w:rPr>
        <w:t>苏婉清看着他，忽然笑了：</w:t>
      </w:r>
    </w:p>
    <w:p>
      <w:pPr>
        <w:spacing w:line="560" w:lineRule="exact"/>
        <w:ind w:firstLine="420"/>
      </w:pPr>
      <w:r>
        <w:rPr>
          <w:rFonts w:ascii="宋体" w:hAnsi="宋体" w:eastAsia="宋体"/>
          <w:sz w:val="24"/>
        </w:rPr>
        <w:t>“林总——你真的只是个大学生吗？”</w:t>
      </w:r>
    </w:p>
    <w:p>
      <w:pPr>
        <w:spacing w:line="560" w:lineRule="exact"/>
        <w:ind w:firstLine="420"/>
      </w:pPr>
      <w:r>
        <w:rPr>
          <w:rFonts w:ascii="宋体" w:hAnsi="宋体" w:eastAsia="宋体"/>
          <w:sz w:val="24"/>
        </w:rPr>
        <w:t>“休学了。”林风纠正她。</w:t>
      </w:r>
    </w:p>
    <w:p>
      <w:pPr>
        <w:spacing w:line="560" w:lineRule="exact"/>
        <w:ind w:firstLine="420"/>
      </w:pPr>
      <w:r>
        <w:rPr>
          <w:rFonts w:ascii="宋体" w:hAnsi="宋体" w:eastAsia="宋体"/>
          <w:sz w:val="24"/>
        </w:rPr>
        <w:t>“一样。”苏婉清说，“你这脑子，不该上课——该去给人上课。”</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陈副总回来了。</w:t>
      </w:r>
    </w:p>
    <w:p>
      <w:pPr>
        <w:spacing w:line="560" w:lineRule="exact"/>
        <w:ind w:firstLine="420"/>
      </w:pPr>
      <w:r>
        <w:rPr>
          <w:rFonts w:ascii="宋体" w:hAnsi="宋体" w:eastAsia="宋体"/>
          <w:sz w:val="24"/>
        </w:rPr>
        <w:t>“林总，董事长同意了。”他说，“独家转播权归我们。宣发费用——我们出一半。”</w:t>
      </w:r>
    </w:p>
    <w:p>
      <w:pPr>
        <w:spacing w:line="560" w:lineRule="exact"/>
        <w:ind w:firstLine="420"/>
      </w:pPr>
      <w:r>
        <w:rPr>
          <w:rFonts w:ascii="宋体" w:hAnsi="宋体" w:eastAsia="宋体"/>
          <w:sz w:val="24"/>
        </w:rPr>
        <w:t>林风微微一怔。</w:t>
      </w:r>
    </w:p>
    <w:p>
      <w:pPr>
        <w:spacing w:line="560" w:lineRule="exact"/>
        <w:ind w:firstLine="420"/>
      </w:pPr>
      <w:r>
        <w:rPr>
          <w:rFonts w:ascii="宋体" w:hAnsi="宋体" w:eastAsia="宋体"/>
          <w:sz w:val="24"/>
        </w:rPr>
        <w:t>“董事长的原话是——”陈副总笑着复述，“‘这个年轻人有魄力。星空愿意陪他赌一把。’”</w:t>
      </w:r>
    </w:p>
    <w:p>
      <w:pPr>
        <w:spacing w:line="560" w:lineRule="exact"/>
        <w:ind w:firstLine="420"/>
      </w:pPr>
      <w:r>
        <w:rPr>
          <w:rFonts w:ascii="宋体" w:hAnsi="宋体" w:eastAsia="宋体"/>
          <w:sz w:val="24"/>
        </w:rPr>
        <w:t>两边当场签了合作协议。</w:t>
      </w:r>
    </w:p>
    <w:p>
      <w:pPr>
        <w:spacing w:line="560" w:lineRule="exact"/>
        <w:ind w:firstLine="420"/>
      </w:pPr>
      <w:r>
        <w:rPr>
          <w:rFonts w:ascii="宋体" w:hAnsi="宋体" w:eastAsia="宋体"/>
          <w:sz w:val="24"/>
        </w:rPr>
        <w:t>走出星空总部的时候，已经是黄昏。夕阳把整座城市染成了金色。</w:t>
      </w:r>
    </w:p>
    <w:p>
      <w:pPr>
        <w:spacing w:line="560" w:lineRule="exact"/>
        <w:ind w:firstLine="420"/>
      </w:pPr>
      <w:r>
        <w:rPr>
          <w:rFonts w:ascii="宋体" w:hAnsi="宋体" w:eastAsia="宋体"/>
          <w:sz w:val="24"/>
        </w:rPr>
        <w:t>苏婉清站在门口，仰头看着高楼上的星空logo：</w:t>
      </w:r>
    </w:p>
    <w:p>
      <w:pPr>
        <w:spacing w:line="560" w:lineRule="exact"/>
        <w:ind w:firstLine="420"/>
      </w:pPr>
      <w:r>
        <w:rPr>
          <w:rFonts w:ascii="宋体" w:hAnsi="宋体" w:eastAsia="宋体"/>
          <w:sz w:val="24"/>
        </w:rPr>
        <w:t>“林总，你刚才签了一个一千万的协议。”</w:t>
      </w:r>
    </w:p>
    <w:p>
      <w:pPr>
        <w:spacing w:line="560" w:lineRule="exact"/>
        <w:ind w:firstLine="420"/>
      </w:pPr>
      <w:r>
        <w:rPr>
          <w:rFonts w:ascii="宋体" w:hAnsi="宋体" w:eastAsia="宋体"/>
          <w:sz w:val="24"/>
        </w:rPr>
        <w:t>“我知道。”</w:t>
      </w:r>
    </w:p>
    <w:p>
      <w:pPr>
        <w:spacing w:line="560" w:lineRule="exact"/>
        <w:ind w:firstLine="420"/>
      </w:pPr>
      <w:r>
        <w:rPr>
          <w:rFonts w:ascii="宋体" w:hAnsi="宋体" w:eastAsia="宋体"/>
          <w:sz w:val="24"/>
        </w:rPr>
        <w:t>“你心跳加速了吗？”</w:t>
      </w:r>
    </w:p>
    <w:p>
      <w:pPr>
        <w:spacing w:line="560" w:lineRule="exact"/>
        <w:ind w:firstLine="420"/>
      </w:pPr>
      <w:r>
        <w:rPr>
          <w:rFonts w:ascii="宋体" w:hAnsi="宋体" w:eastAsia="宋体"/>
          <w:sz w:val="24"/>
        </w:rPr>
        <w:t>“没有。”林风说，“你呢？”</w:t>
      </w:r>
    </w:p>
    <w:p>
      <w:pPr>
        <w:spacing w:line="560" w:lineRule="exact"/>
        <w:ind w:firstLine="420"/>
      </w:pPr>
      <w:r>
        <w:rPr>
          <w:rFonts w:ascii="宋体" w:hAnsi="宋体" w:eastAsia="宋体"/>
          <w:sz w:val="24"/>
        </w:rPr>
        <w:t>苏婉清笑了：“有一点。”</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当晚。</w:t>
      </w:r>
    </w:p>
    <w:p>
      <w:pPr>
        <w:spacing w:line="560" w:lineRule="exact"/>
        <w:ind w:firstLine="420"/>
      </w:pPr>
      <w:r>
        <w:rPr>
          <w:rFonts w:ascii="宋体" w:hAnsi="宋体" w:eastAsia="宋体"/>
          <w:sz w:val="24"/>
        </w:rPr>
        <w:t>林风回到办公室，没有立刻上线。</w:t>
      </w:r>
    </w:p>
    <w:p>
      <w:pPr>
        <w:spacing w:line="560" w:lineRule="exact"/>
        <w:ind w:firstLine="420"/>
      </w:pPr>
      <w:r>
        <w:rPr>
          <w:rFonts w:ascii="宋体" w:hAnsi="宋体" w:eastAsia="宋体"/>
          <w:sz w:val="24"/>
        </w:rPr>
        <w:t>他坐在办公桌前，打开电脑——调出了风婉集团的财务报表和《天界》的行业数据。</w:t>
      </w:r>
    </w:p>
    <w:p>
      <w:pPr>
        <w:spacing w:line="560" w:lineRule="exact"/>
        <w:ind w:firstLine="420"/>
      </w:pPr>
      <w:r>
        <w:rPr>
          <w:rFonts w:ascii="宋体" w:hAnsi="宋体" w:eastAsia="宋体"/>
          <w:sz w:val="24"/>
        </w:rPr>
        <w:t>星空直播那边已经发了合作协议的电子版过来。苏婉清做了一份详细的赛事预算表：</w:t>
      </w:r>
    </w:p>
    <w:p>
      <w:pPr>
        <w:spacing w:line="560" w:lineRule="exact"/>
        <w:ind w:firstLine="420"/>
      </w:pPr>
      <w:r>
        <w:rPr>
          <w:rFonts w:ascii="宋体" w:hAnsi="宋体" w:eastAsia="宋体"/>
          <w:sz w:val="24"/>
        </w:rPr>
        <w:t>【神豪殿《天界》邀请赛·预算方案】</w:t>
      </w:r>
    </w:p>
    <w:p>
      <w:pPr>
        <w:spacing w:line="560" w:lineRule="exact"/>
        <w:ind w:firstLine="420"/>
      </w:pPr>
      <w:r>
        <w:rPr>
          <w:rFonts w:ascii="宋体" w:hAnsi="宋体" w:eastAsia="宋体"/>
          <w:sz w:val="24"/>
        </w:rPr>
        <w:t>总预算：一千万</w:t>
        <w:br/>
        <w:t>奖金池：五百万（冠军两百万、亚军一百万、季军五十万、其余参赛队伍各二十五万）</w:t>
        <w:br/>
        <w:t>场地及设备：一百五十万</w:t>
        <w:br/>
        <w:t>转播制作：两百万</w:t>
        <w:br/>
        <w:t>宣发推广：一百五十万</w:t>
      </w:r>
    </w:p>
    <w:p>
      <w:pPr>
        <w:spacing w:line="560" w:lineRule="exact"/>
        <w:ind w:firstLine="420"/>
      </w:pPr>
      <w:r>
        <w:rPr>
          <w:rFonts w:ascii="宋体" w:hAnsi="宋体" w:eastAsia="宋体"/>
          <w:sz w:val="24"/>
        </w:rPr>
        <w:t>预计收入：</w:t>
        <w:br/>
        <w:t>直播版权（星空）：三百万保底+分成</w:t>
        <w:br/>
        <w:t>赞助招商：目标五百万</w:t>
        <w:br/>
        <w:t>赛事周边及门票：预估一百万</w:t>
      </w:r>
    </w:p>
    <w:p>
      <w:pPr>
        <w:spacing w:line="560" w:lineRule="exact"/>
        <w:ind w:firstLine="420"/>
      </w:pPr>
      <w:r>
        <w:rPr>
          <w:rFonts w:ascii="宋体" w:hAnsi="宋体" w:eastAsia="宋体"/>
          <w:sz w:val="24"/>
        </w:rPr>
        <w:t>预计总回报：九百万~一千两百万</w:t>
      </w:r>
    </w:p>
    <w:p>
      <w:pPr>
        <w:spacing w:line="560" w:lineRule="exact"/>
        <w:ind w:firstLine="420"/>
      </w:pPr>
      <w:r>
        <w:rPr>
          <w:rFonts w:ascii="宋体" w:hAnsi="宋体" w:eastAsia="宋体"/>
          <w:sz w:val="24"/>
        </w:rPr>
        <w:t>苏婉清在方案末尾写了一句话：</w:t>
      </w:r>
    </w:p>
    <w:p>
      <w:pPr>
        <w:spacing w:line="560" w:lineRule="exact"/>
        <w:ind w:firstLine="420"/>
      </w:pPr>
      <w:r>
        <w:rPr>
          <w:rFonts w:ascii="宋体" w:hAnsi="宋体" w:eastAsia="宋体"/>
          <w:sz w:val="24"/>
        </w:rPr>
        <w:t>“林总，这可能是风婉集团成立以来最大的一步。但我相信你能做到。”</w:t>
      </w:r>
    </w:p>
    <w:p>
      <w:pPr>
        <w:spacing w:line="560" w:lineRule="exact"/>
        <w:ind w:firstLine="420"/>
      </w:pPr>
      <w:r>
        <w:rPr>
          <w:rFonts w:ascii="宋体" w:hAnsi="宋体" w:eastAsia="宋体"/>
          <w:sz w:val="24"/>
        </w:rPr>
        <w:t>林风关掉电脑，靠在椅背上，闭了一会儿眼。</w:t>
      </w:r>
    </w:p>
    <w:p>
      <w:pPr>
        <w:spacing w:line="560" w:lineRule="exact"/>
        <w:ind w:firstLine="420"/>
      </w:pPr>
      <w:r>
        <w:rPr>
          <w:rFonts w:ascii="宋体" w:hAnsi="宋体" w:eastAsia="宋体"/>
          <w:sz w:val="24"/>
        </w:rPr>
        <w:t>从穷学生到签下一千万的赛事合同——只用了三十五天。</w:t>
      </w:r>
    </w:p>
    <w:p>
      <w:pPr>
        <w:spacing w:line="560" w:lineRule="exact"/>
        <w:ind w:firstLine="420"/>
      </w:pPr>
      <w:r>
        <w:rPr>
          <w:rFonts w:ascii="宋体" w:hAnsi="宋体" w:eastAsia="宋体"/>
          <w:sz w:val="24"/>
        </w:rPr>
        <w:t>然后他戴上游戏头盔。</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游戏里的龙骨荒原，领地已经完全建好了。</w:t>
      </w:r>
    </w:p>
    <w:p>
      <w:pPr>
        <w:spacing w:line="560" w:lineRule="exact"/>
        <w:ind w:firstLine="420"/>
      </w:pPr>
      <w:r>
        <w:rPr>
          <w:rFonts w:ascii="宋体" w:hAnsi="宋体" w:eastAsia="宋体"/>
          <w:sz w:val="24"/>
        </w:rPr>
        <w:t>公会大厅灯火通明，金碧辉煌的大厅里，几十个公会成员正在喝酒聊天。领地商店门口排着长队——神豪殿的领地商店只对同盟公会开放，商品价格比外面的市价便宜百分之十五。</w:t>
      </w:r>
    </w:p>
    <w:p>
      <w:pPr>
        <w:spacing w:line="560" w:lineRule="exact"/>
        <w:ind w:firstLine="420"/>
      </w:pPr>
      <w:r>
        <w:rPr>
          <w:rFonts w:ascii="宋体" w:hAnsi="宋体" w:eastAsia="宋体"/>
          <w:sz w:val="24"/>
        </w:rPr>
        <w:t>赵铁柱在大厅里招待新来的同盟公会成员，嗓门大得整条街都能听到：</w:t>
      </w:r>
    </w:p>
    <w:p>
      <w:pPr>
        <w:spacing w:line="560" w:lineRule="exact"/>
        <w:ind w:firstLine="420"/>
      </w:pPr>
      <w:r>
        <w:rPr>
          <w:rFonts w:ascii="宋体" w:hAnsi="宋体" w:eastAsia="宋体"/>
          <w:sz w:val="24"/>
        </w:rPr>
        <w:t>“来来来！兄弟们！这是我们神豪殿的领地，你们随便逛！想留多久留多久！”</w:t>
      </w:r>
    </w:p>
    <w:p>
      <w:pPr>
        <w:spacing w:line="560" w:lineRule="exact"/>
        <w:ind w:firstLine="420"/>
      </w:pPr>
      <w:r>
        <w:rPr>
          <w:rFonts w:ascii="宋体" w:hAnsi="宋体" w:eastAsia="宋体"/>
          <w:sz w:val="24"/>
        </w:rPr>
        <w:t>苏小雅在领地商店门口直播带货，对着镜头展示一件传说级装备：</w:t>
      </w:r>
    </w:p>
    <w:p>
      <w:pPr>
        <w:spacing w:line="560" w:lineRule="exact"/>
        <w:ind w:firstLine="420"/>
      </w:pPr>
      <w:r>
        <w:rPr>
          <w:rFonts w:ascii="宋体" w:hAnsi="宋体" w:eastAsia="宋体"/>
          <w:sz w:val="24"/>
        </w:rPr>
        <w:t>“家人们看好了！这件【龙骨战甲】！防御力1500！附带特效‘龙骨护体’——30秒内减伤百分之四十！市价八十万金币，我们的领地商店只卖六十万！只有神豪殿的同盟公会才能买！”</w:t>
      </w:r>
    </w:p>
    <w:p>
      <w:pPr>
        <w:spacing w:line="560" w:lineRule="exact"/>
        <w:ind w:firstLine="420"/>
      </w:pPr>
      <w:r>
        <w:rPr>
          <w:rFonts w:ascii="宋体" w:hAnsi="宋体" w:eastAsia="宋体"/>
          <w:sz w:val="24"/>
        </w:rPr>
        <w:t>弹幕狂刷：</w:t>
      </w:r>
    </w:p>
    <w:p>
      <w:pPr>
        <w:spacing w:line="560" w:lineRule="exact"/>
        <w:ind w:firstLine="420"/>
      </w:pPr>
      <w:r>
        <w:rPr>
          <w:rFonts w:ascii="宋体" w:hAnsi="宋体" w:eastAsia="宋体"/>
          <w:sz w:val="24"/>
        </w:rPr>
        <w:t>“太划算了！”</w:t>
        <w:br/>
        <w:t>“怎么加入同盟？”</w:t>
        <w:br/>
        <w:t>“小雅姐求带我进神豪殿！”</w:t>
      </w:r>
    </w:p>
    <w:p>
      <w:pPr>
        <w:spacing w:line="560" w:lineRule="exact"/>
        <w:ind w:firstLine="420"/>
      </w:pPr>
      <w:r>
        <w:rPr>
          <w:rFonts w:ascii="宋体" w:hAnsi="宋体" w:eastAsia="宋体"/>
          <w:sz w:val="24"/>
        </w:rPr>
        <w:t>夜影在要塞的阴影中巡逻，她的身影如同一个幽灵，无声无息地掠过每一条街道。偶尔有不长眼的小偷想偷领地的材料——被夜影一刀秒了，连通知都没来得及发。</w:t>
      </w:r>
    </w:p>
    <w:p>
      <w:pPr>
        <w:spacing w:line="560" w:lineRule="exact"/>
        <w:ind w:firstLine="420"/>
      </w:pPr>
      <w:r>
        <w:rPr>
          <w:rFonts w:ascii="宋体" w:hAnsi="宋体" w:eastAsia="宋体"/>
          <w:sz w:val="24"/>
        </w:rPr>
        <w:t>凌天在办公室里画着下一阶段的建设图纸。他面前摆着三张蓝图——一张是防御塔升级方案，一张是领地商场的扩建计划，还有一张是龙骨荒原通往天风城的高速传送阵设计图。</w:t>
      </w:r>
    </w:p>
    <w:p>
      <w:pPr>
        <w:spacing w:line="560" w:lineRule="exact"/>
        <w:ind w:firstLine="420"/>
      </w:pPr>
      <w:r>
        <w:rPr>
          <w:rFonts w:ascii="宋体" w:hAnsi="宋体" w:eastAsia="宋体"/>
          <w:sz w:val="24"/>
        </w:rPr>
        <w:t>一切都井井有条。</w:t>
      </w:r>
    </w:p>
    <w:p>
      <w:pPr>
        <w:spacing w:line="560" w:lineRule="exact"/>
        <w:ind w:firstLine="420"/>
      </w:pPr>
      <w:r>
        <w:rPr>
          <w:rFonts w:ascii="宋体" w:hAnsi="宋体" w:eastAsia="宋体"/>
          <w:sz w:val="24"/>
        </w:rPr>
        <w:t>神豪殿——正在从一个小公会，变成一个庞然大物。</w:t>
      </w:r>
    </w:p>
    <w:p>
      <w:pPr>
        <w:spacing w:line="560" w:lineRule="exact"/>
        <w:ind w:firstLine="420"/>
      </w:pPr>
      <w:r>
        <w:rPr>
          <w:rFonts w:ascii="宋体" w:hAnsi="宋体" w:eastAsia="宋体"/>
          <w:sz w:val="24"/>
        </w:rPr>
        <w:t>林风站在要塞城墙上，俯视整个领地。</w:t>
      </w:r>
    </w:p>
    <w:p>
      <w:pPr>
        <w:spacing w:line="560" w:lineRule="exact"/>
        <w:ind w:firstLine="420"/>
      </w:pPr>
      <w:r>
        <w:rPr>
          <w:rFonts w:ascii="宋体" w:hAnsi="宋体" w:eastAsia="宋体"/>
          <w:sz w:val="24"/>
        </w:rPr>
        <w:t>系统提示音再次响起——</w:t>
      </w:r>
    </w:p>
    <w:p>
      <w:pPr>
        <w:spacing w:line="560" w:lineRule="exact"/>
        <w:ind w:firstLine="420"/>
      </w:pPr>
      <w:r>
        <w:rPr>
          <w:rFonts w:ascii="宋体" w:hAnsi="宋体" w:eastAsia="宋体"/>
          <w:sz w:val="24"/>
        </w:rPr>
        <w:t>【古玉共鸣检测到……】</w:t>
      </w:r>
    </w:p>
    <w:p>
      <w:pPr>
        <w:spacing w:line="560" w:lineRule="exact"/>
        <w:ind w:firstLine="420"/>
      </w:pPr>
      <w:r>
        <w:rPr>
          <w:rFonts w:ascii="宋体" w:hAnsi="宋体" w:eastAsia="宋体"/>
          <w:sz w:val="24"/>
        </w:rPr>
        <w:t>【第二阶段权限解锁中……】</w:t>
      </w:r>
    </w:p>
    <w:p>
      <w:pPr>
        <w:spacing w:line="560" w:lineRule="exact"/>
        <w:ind w:firstLine="420"/>
      </w:pPr>
      <w:r>
        <w:rPr>
          <w:rFonts w:ascii="宋体" w:hAnsi="宋体" w:eastAsia="宋体"/>
          <w:sz w:val="24"/>
        </w:rPr>
        <w:t>【进度：45%】</w:t>
      </w:r>
    </w:p>
    <w:p>
      <w:pPr>
        <w:spacing w:line="560" w:lineRule="exact"/>
        <w:ind w:firstLine="420"/>
      </w:pPr>
      <w:r>
        <w:rPr>
          <w:rFonts w:ascii="宋体" w:hAnsi="宋体" w:eastAsia="宋体"/>
          <w:sz w:val="24"/>
        </w:rPr>
        <w:t>林风微微一怔。</w:t>
      </w:r>
    </w:p>
    <w:p>
      <w:pPr>
        <w:spacing w:line="560" w:lineRule="exact"/>
        <w:ind w:firstLine="420"/>
      </w:pPr>
      <w:r>
        <w:rPr>
          <w:rFonts w:ascii="宋体" w:hAnsi="宋体" w:eastAsia="宋体"/>
          <w:sz w:val="24"/>
        </w:rPr>
        <w:t>古玉。</w:t>
      </w:r>
    </w:p>
    <w:p>
      <w:pPr>
        <w:spacing w:line="560" w:lineRule="exact"/>
        <w:ind w:firstLine="420"/>
      </w:pPr>
      <w:r>
        <w:rPr>
          <w:rFonts w:ascii="宋体" w:hAnsi="宋体" w:eastAsia="宋体"/>
          <w:sz w:val="24"/>
        </w:rPr>
        <w:t>父母留下的那块玉。</w:t>
      </w:r>
    </w:p>
    <w:p>
      <w:pPr>
        <w:spacing w:line="560" w:lineRule="exact"/>
        <w:ind w:firstLine="420"/>
      </w:pPr>
      <w:r>
        <w:rPr>
          <w:rFonts w:ascii="宋体" w:hAnsi="宋体" w:eastAsia="宋体"/>
          <w:sz w:val="24"/>
        </w:rPr>
        <w:t>它和《天界》有关。这是他早就知道的事情。但第二阶段权限——这会是解锁什么？</w:t>
      </w:r>
    </w:p>
    <w:p>
      <w:pPr>
        <w:spacing w:line="560" w:lineRule="exact"/>
        <w:ind w:firstLine="420"/>
      </w:pPr>
      <w:r>
        <w:rPr>
          <w:rFonts w:ascii="宋体" w:hAnsi="宋体" w:eastAsia="宋体"/>
          <w:sz w:val="24"/>
        </w:rPr>
        <w:t>他低头看着胸口。</w:t>
      </w:r>
    </w:p>
    <w:p>
      <w:pPr>
        <w:spacing w:line="560" w:lineRule="exact"/>
        <w:ind w:firstLine="420"/>
      </w:pPr>
      <w:r>
        <w:rPr>
          <w:rFonts w:ascii="宋体" w:hAnsi="宋体" w:eastAsia="宋体"/>
          <w:sz w:val="24"/>
        </w:rPr>
        <w:t>古玉从他在现实中的脖子上垂下来——游戏中的投影也同步显现在他的胸前。那块玉微微发光，像是在回应什么。</w:t>
      </w:r>
    </w:p>
    <w:p>
      <w:pPr>
        <w:spacing w:line="560" w:lineRule="exact"/>
        <w:ind w:firstLine="420"/>
      </w:pPr>
      <w:r>
        <w:rPr>
          <w:rFonts w:ascii="宋体" w:hAnsi="宋体" w:eastAsia="宋体"/>
          <w:sz w:val="24"/>
        </w:rPr>
        <w:t>谜题——正在慢慢解开。</w:t>
      </w:r>
    </w:p>
    <w:p>
      <w:pPr>
        <w:spacing w:line="560" w:lineRule="exact"/>
        <w:ind w:firstLine="420"/>
      </w:pPr>
      <w:r>
        <w:rPr>
          <w:rFonts w:ascii="宋体" w:hAnsi="宋体" w:eastAsia="宋体"/>
          <w:sz w:val="24"/>
        </w:rPr>
        <w:t>但这还不是时候。</w:t>
      </w:r>
    </w:p>
    <w:p>
      <w:pPr>
        <w:spacing w:line="560" w:lineRule="exact"/>
        <w:ind w:firstLine="420"/>
      </w:pPr>
      <w:r>
        <w:rPr>
          <w:rFonts w:ascii="宋体" w:hAnsi="宋体" w:eastAsia="宋体"/>
          <w:sz w:val="24"/>
        </w:rPr>
        <w:t>眼前的战场，才是他需要专注的地方。</w:t>
      </w:r>
    </w:p>
    <w:p>
      <w:pPr>
        <w:spacing w:line="560" w:lineRule="exact"/>
        <w:ind w:firstLine="420"/>
      </w:pPr>
      <w:r>
        <w:rPr>
          <w:rFonts w:ascii="宋体" w:hAnsi="宋体" w:eastAsia="宋体"/>
          <w:sz w:val="24"/>
        </w:rPr>
        <w:t>他转身走下城墙，走向灯火通明的公会大厅。</w:t>
      </w:r>
    </w:p>
    <w:p>
      <w:pPr>
        <w:spacing w:line="560" w:lineRule="exact"/>
        <w:ind w:firstLine="420"/>
      </w:pPr>
      <w:r>
        <w:rPr>
          <w:rFonts w:ascii="宋体" w:hAnsi="宋体" w:eastAsia="宋体"/>
          <w:sz w:val="24"/>
        </w:rPr>
        <w:t>大厅里人声鼎沸——赵铁柱正和几个新来的同盟公会成员拼酒，苏小雅蹲在领地商店门口拍着宣传视频，夜影靠在角落的柱子上闭目养神，凌天和冥王对着地图讨论着下一阶段的扩张计划。</w:t>
      </w:r>
    </w:p>
    <w:p>
      <w:pPr>
        <w:spacing w:line="560" w:lineRule="exact"/>
        <w:ind w:firstLine="420"/>
      </w:pPr>
      <w:r>
        <w:rPr>
          <w:rFonts w:ascii="宋体" w:hAnsi="宋体" w:eastAsia="宋体"/>
          <w:sz w:val="24"/>
        </w:rPr>
        <w:t>一切都在运转。</w:t>
      </w:r>
    </w:p>
    <w:p>
      <w:pPr>
        <w:spacing w:line="560" w:lineRule="exact"/>
        <w:ind w:firstLine="420"/>
      </w:pPr>
      <w:r>
        <w:rPr>
          <w:rFonts w:ascii="宋体" w:hAnsi="宋体" w:eastAsia="宋体"/>
          <w:sz w:val="24"/>
        </w:rPr>
        <w:t>林风走进大厅的时候，所有人都抬头看了过来。</w:t>
      </w:r>
    </w:p>
    <w:p>
      <w:pPr>
        <w:spacing w:line="560" w:lineRule="exact"/>
        <w:ind w:firstLine="420"/>
      </w:pPr>
      <w:r>
        <w:rPr>
          <w:rFonts w:ascii="宋体" w:hAnsi="宋体" w:eastAsia="宋体"/>
          <w:sz w:val="24"/>
        </w:rPr>
        <w:t>赵铁柱第一个开口：“风哥！来来来！刚认识几个兄弟，过来喝一杯！”</w:t>
      </w:r>
    </w:p>
    <w:p>
      <w:pPr>
        <w:spacing w:line="560" w:lineRule="exact"/>
        <w:ind w:firstLine="420"/>
      </w:pPr>
      <w:r>
        <w:rPr>
          <w:rFonts w:ascii="宋体" w:hAnsi="宋体" w:eastAsia="宋体"/>
          <w:sz w:val="24"/>
        </w:rPr>
        <w:t>林风接过虚拟酒杯，举了起来：</w:t>
      </w:r>
    </w:p>
    <w:p>
      <w:pPr>
        <w:spacing w:line="560" w:lineRule="exact"/>
        <w:ind w:firstLine="420"/>
      </w:pPr>
      <w:r>
        <w:rPr>
          <w:rFonts w:ascii="宋体" w:hAnsi="宋体" w:eastAsia="宋体"/>
          <w:sz w:val="24"/>
        </w:rPr>
        <w:t>“这杯酒——敬神豪殿。”</w:t>
      </w:r>
    </w:p>
    <w:p>
      <w:pPr>
        <w:spacing w:line="560" w:lineRule="exact"/>
        <w:ind w:firstLine="420"/>
      </w:pPr>
      <w:r>
        <w:rPr>
          <w:rFonts w:ascii="宋体" w:hAnsi="宋体" w:eastAsia="宋体"/>
          <w:sz w:val="24"/>
        </w:rPr>
        <w:t>“敬神豪殿！”</w:t>
      </w:r>
    </w:p>
    <w:p>
      <w:pPr>
        <w:spacing w:line="560" w:lineRule="exact"/>
        <w:ind w:firstLine="420"/>
      </w:pPr>
      <w:r>
        <w:rPr>
          <w:rFonts w:ascii="宋体" w:hAnsi="宋体" w:eastAsia="宋体"/>
          <w:sz w:val="24"/>
        </w:rPr>
        <w:t>“敬冥府。”</w:t>
      </w:r>
    </w:p>
    <w:p>
      <w:pPr>
        <w:spacing w:line="560" w:lineRule="exact"/>
        <w:ind w:firstLine="420"/>
      </w:pPr>
      <w:r>
        <w:rPr>
          <w:rFonts w:ascii="宋体" w:hAnsi="宋体" w:eastAsia="宋体"/>
          <w:sz w:val="24"/>
        </w:rPr>
        <w:t>“敬冥府！”</w:t>
      </w:r>
    </w:p>
    <w:p>
      <w:pPr>
        <w:spacing w:line="560" w:lineRule="exact"/>
        <w:ind w:firstLine="420"/>
      </w:pPr>
      <w:r>
        <w:rPr>
          <w:rFonts w:ascii="宋体" w:hAnsi="宋体" w:eastAsia="宋体"/>
          <w:sz w:val="24"/>
        </w:rPr>
        <w:t>“敬神盟——”</w:t>
      </w:r>
    </w:p>
    <w:p>
      <w:pPr>
        <w:spacing w:line="560" w:lineRule="exact"/>
        <w:ind w:firstLine="420"/>
      </w:pPr>
      <w:r>
        <w:rPr>
          <w:rFonts w:ascii="宋体" w:hAnsi="宋体" w:eastAsia="宋体"/>
          <w:sz w:val="24"/>
        </w:rPr>
        <w:t>林风仰头一饮而尽：</w:t>
      </w:r>
    </w:p>
    <w:p>
      <w:pPr>
        <w:spacing w:line="560" w:lineRule="exact"/>
        <w:ind w:firstLine="420"/>
      </w:pPr>
      <w:r>
        <w:rPr>
          <w:rFonts w:ascii="宋体" w:hAnsi="宋体" w:eastAsia="宋体"/>
          <w:sz w:val="24"/>
        </w:rPr>
        <w:t>“敬我们的未来。”</w:t>
      </w:r>
    </w:p>
    <w:p>
      <w:pPr>
        <w:spacing w:line="560" w:lineRule="exact"/>
        <w:ind w:firstLine="420"/>
      </w:pPr>
      <w:r>
        <w:rPr>
          <w:rFonts w:ascii="宋体" w:hAnsi="宋体" w:eastAsia="宋体"/>
          <w:sz w:val="24"/>
        </w:rPr>
        <w:t>欢呼声回荡在整个龙骨荒原的上空。</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半个月后。</w:t>
      </w:r>
    </w:p>
    <w:p>
      <w:pPr>
        <w:spacing w:line="560" w:lineRule="exact"/>
        <w:ind w:firstLine="420"/>
      </w:pPr>
      <w:r>
        <w:rPr>
          <w:rFonts w:ascii="宋体" w:hAnsi="宋体" w:eastAsia="宋体"/>
          <w:sz w:val="24"/>
        </w:rPr>
        <w:t>第一届神豪殿《天界》邀请赛在天风城竞技场正式开幕。</w:t>
      </w:r>
    </w:p>
    <w:p>
      <w:pPr>
        <w:spacing w:line="560" w:lineRule="exact"/>
        <w:ind w:firstLine="420"/>
      </w:pPr>
      <w:r>
        <w:rPr>
          <w:rFonts w:ascii="宋体" w:hAnsi="宋体" w:eastAsia="宋体"/>
          <w:sz w:val="24"/>
        </w:rPr>
        <w:t>十六支顶级公会从全球各服赶来。星空直播全程转播，首日在线观众突破四千万。赞助商从三家变成了十二家。</w:t>
      </w:r>
    </w:p>
    <w:p>
      <w:pPr>
        <w:spacing w:line="560" w:lineRule="exact"/>
        <w:ind w:firstLine="420"/>
      </w:pPr>
      <w:r>
        <w:rPr>
          <w:rFonts w:ascii="宋体" w:hAnsi="宋体" w:eastAsia="宋体"/>
          <w:sz w:val="24"/>
        </w:rPr>
        <w:t>风婉集团的名字第一次登上了游戏行业的新闻头条。</w:t>
      </w:r>
    </w:p>
    <w:p>
      <w:pPr>
        <w:spacing w:line="560" w:lineRule="exact"/>
        <w:ind w:firstLine="420"/>
      </w:pPr>
      <w:r>
        <w:rPr>
          <w:rFonts w:ascii="宋体" w:hAnsi="宋体" w:eastAsia="宋体"/>
          <w:sz w:val="24"/>
        </w:rPr>
        <w:t>而林风站在竞技场的最高处，看着台下沸腾的观众席。灯光如海，声浪如雷。</w:t>
      </w:r>
    </w:p>
    <w:p>
      <w:pPr>
        <w:spacing w:line="560" w:lineRule="exact"/>
        <w:ind w:firstLine="420"/>
      </w:pPr>
      <w:r>
        <w:rPr>
          <w:rFonts w:ascii="宋体" w:hAnsi="宋体" w:eastAsia="宋体"/>
          <w:sz w:val="24"/>
        </w:rPr>
        <w:t>他的手机在现实中震动了一下——</w:t>
      </w:r>
    </w:p>
    <w:p>
      <w:pPr>
        <w:spacing w:line="560" w:lineRule="exact"/>
        <w:ind w:firstLine="420"/>
      </w:pPr>
      <w:r>
        <w:rPr>
          <w:rFonts w:ascii="宋体" w:hAnsi="宋体" w:eastAsia="宋体"/>
          <w:sz w:val="24"/>
        </w:rPr>
        <w:t>银行短信：</w:t>
      </w:r>
    </w:p>
    <w:p>
      <w:pPr>
        <w:spacing w:line="560" w:lineRule="exact"/>
        <w:ind w:firstLine="420"/>
      </w:pPr>
      <w:r>
        <w:rPr>
          <w:rFonts w:ascii="宋体" w:hAnsi="宋体" w:eastAsia="宋体"/>
          <w:sz w:val="24"/>
        </w:rPr>
        <w:t>【您的借记账户×3921转入人民币8,000,000.00元，余额20,384,567.89元。】</w:t>
      </w:r>
    </w:p>
    <w:p>
      <w:pPr>
        <w:spacing w:line="560" w:lineRule="exact"/>
        <w:ind w:firstLine="420"/>
      </w:pPr>
      <w:r>
        <w:rPr>
          <w:rFonts w:ascii="宋体" w:hAnsi="宋体" w:eastAsia="宋体"/>
          <w:sz w:val="24"/>
        </w:rPr>
        <w:t>赛事的首日赞助款到账了。</w:t>
      </w:r>
    </w:p>
    <w:p>
      <w:pPr>
        <w:spacing w:line="560" w:lineRule="exact"/>
        <w:ind w:firstLine="420"/>
      </w:pPr>
      <w:r>
        <w:rPr>
          <w:rFonts w:ascii="宋体" w:hAnsi="宋体" w:eastAsia="宋体"/>
          <w:sz w:val="24"/>
        </w:rPr>
        <w:t>林风关掉手机，重新戴上游戏头盔。</w:t>
      </w:r>
    </w:p>
    <w:p>
      <w:pPr>
        <w:spacing w:line="560" w:lineRule="exact"/>
        <w:ind w:firstLine="420"/>
      </w:pPr>
      <w:r>
        <w:rPr>
          <w:rFonts w:ascii="宋体" w:hAnsi="宋体" w:eastAsia="宋体"/>
          <w:sz w:val="24"/>
        </w:rPr>
        <w:t>他看向竞技场中坐满的观众——四千万人在屏幕前看着这一刻。</w:t>
      </w:r>
    </w:p>
    <w:p>
      <w:pPr>
        <w:spacing w:line="560" w:lineRule="exact"/>
        <w:ind w:firstLine="420"/>
      </w:pPr>
      <w:r>
        <w:rPr>
          <w:rFonts w:ascii="宋体" w:hAnsi="宋体" w:eastAsia="宋体"/>
          <w:sz w:val="24"/>
        </w:rPr>
        <w:t>他笑了。</w:t>
      </w:r>
    </w:p>
    <w:p>
      <w:pPr>
        <w:spacing w:line="560" w:lineRule="exact"/>
        <w:ind w:firstLine="420"/>
      </w:pPr>
      <w:r>
        <w:rPr>
          <w:rFonts w:ascii="宋体" w:hAnsi="宋体" w:eastAsia="宋体"/>
          <w:sz w:val="24"/>
        </w:rPr>
        <w:t>从穷学生到千万身价。</w:t>
      </w:r>
    </w:p>
    <w:p>
      <w:pPr>
        <w:spacing w:line="560" w:lineRule="exact"/>
        <w:ind w:firstLine="420"/>
      </w:pPr>
      <w:r>
        <w:rPr>
          <w:rFonts w:ascii="宋体" w:hAnsi="宋体" w:eastAsia="宋体"/>
          <w:sz w:val="24"/>
        </w:rPr>
        <w:t>从一个人到统领上万人。</w:t>
      </w:r>
    </w:p>
    <w:p>
      <w:pPr>
        <w:spacing w:line="560" w:lineRule="exact"/>
        <w:ind w:firstLine="420"/>
      </w:pPr>
      <w:r>
        <w:rPr>
          <w:rFonts w:ascii="宋体" w:hAnsi="宋体" w:eastAsia="宋体"/>
          <w:sz w:val="24"/>
        </w:rPr>
        <w:t>从一无所有到创造出属于自己的时代。</w:t>
      </w:r>
    </w:p>
    <w:p>
      <w:pPr>
        <w:spacing w:line="560" w:lineRule="exact"/>
        <w:ind w:firstLine="420"/>
      </w:pPr>
      <w:r>
        <w:rPr>
          <w:rFonts w:ascii="宋体" w:hAnsi="宋体" w:eastAsia="宋体"/>
          <w:sz w:val="24"/>
        </w:rPr>
        <w:t>神豪殿的时代——</w:t>
      </w:r>
    </w:p>
    <w:p>
      <w:pPr>
        <w:spacing w:line="560" w:lineRule="exact"/>
        <w:ind w:firstLine="420"/>
      </w:pPr>
      <w:r>
        <w:rPr>
          <w:rFonts w:ascii="宋体" w:hAnsi="宋体" w:eastAsia="宋体"/>
          <w:sz w:val="24"/>
        </w:rPr>
        <w:t>来了。</w:t>
      </w:r>
    </w:p>
    <w:p>
      <w:r>
        <w:br w:type="page"/>
      </w:r>
    </w:p>
    <w:p>
      <w:pPr>
        <w:jc w:val="center"/>
      </w:pPr>
      <w:r>
        <w:rPr>
          <w:b/>
          <w:sz w:val="32"/>
        </w:rPr>
        <w:t>第036章 暗流初现</w:t>
      </w:r>
    </w:p>
    <w:p>
      <w:pPr>
        <w:jc w:val="center"/>
      </w:pPr>
      <w:r>
        <w:rPr>
          <w:color w:val="999999"/>
          <w:sz w:val="18"/>
        </w:rPr>
        <w:t>（2,651字）</w:t>
      </w:r>
    </w:p>
    <w:p/>
    <w:p>
      <w:pPr>
        <w:spacing w:line="560" w:lineRule="exact"/>
        <w:ind w:firstLine="420"/>
      </w:pPr>
      <w:r>
        <w:rPr>
          <w:rFonts w:ascii="宋体" w:hAnsi="宋体" w:eastAsia="宋体"/>
          <w:sz w:val="24"/>
        </w:rPr>
        <w:t>“风中追风，交出古玉。你还有十二小时。”</w:t>
      </w:r>
    </w:p>
    <w:p>
      <w:pPr>
        <w:spacing w:line="560" w:lineRule="exact"/>
        <w:ind w:firstLine="420"/>
      </w:pPr>
      <w:r>
        <w:rPr>
          <w:rFonts w:ascii="宋体" w:hAnsi="宋体" w:eastAsia="宋体"/>
          <w:sz w:val="24"/>
        </w:rPr>
        <w:t>一行血红文字凭空砸在林风眼前，像系统公告，却没有任何频道标识。</w:t>
      </w:r>
    </w:p>
    <w:p>
      <w:pPr>
        <w:spacing w:line="560" w:lineRule="exact"/>
        <w:ind w:firstLine="420"/>
      </w:pPr>
      <w:r>
        <w:rPr>
          <w:rFonts w:ascii="宋体" w:hAnsi="宋体" w:eastAsia="宋体"/>
          <w:sz w:val="24"/>
        </w:rPr>
        <w:t>下一秒，赤焰峡谷上空的黑云骤然压低，火雨般的陨石一颗接一颗砸落，把神豪殿刚打了一半的精英怪群炸得七零八落。</w:t>
      </w:r>
    </w:p>
    <w:p>
      <w:pPr>
        <w:spacing w:line="560" w:lineRule="exact"/>
        <w:ind w:firstLine="420"/>
      </w:pPr>
      <w:r>
        <w:rPr>
          <w:rFonts w:ascii="宋体" w:hAnsi="宋体" w:eastAsia="宋体"/>
          <w:sz w:val="24"/>
        </w:rPr>
        <w:t>“靠，谁在搞偷袭？”赵铁柱扛着黑盾往前一顶，头顶血条瞬间掉了两截。</w:t>
      </w:r>
    </w:p>
    <w:p>
      <w:pPr>
        <w:spacing w:line="560" w:lineRule="exact"/>
        <w:ind w:firstLine="420"/>
      </w:pPr>
      <w:r>
        <w:rPr>
          <w:rFonts w:ascii="宋体" w:hAnsi="宋体" w:eastAsia="宋体"/>
          <w:sz w:val="24"/>
        </w:rPr>
        <w:t>【烈焰陨星】-18420！</w:t>
      </w:r>
    </w:p>
    <w:p>
      <w:pPr>
        <w:spacing w:line="560" w:lineRule="exact"/>
        <w:ind w:firstLine="420"/>
      </w:pPr>
      <w:r>
        <w:rPr>
          <w:rFonts w:ascii="宋体" w:hAnsi="宋体" w:eastAsia="宋体"/>
          <w:sz w:val="24"/>
        </w:rPr>
        <w:t>“全体后撤！”林风声音一冷，手中长枪一抖，金色龙影绕枪盘旋，“别慌，先看人。”</w:t>
      </w:r>
    </w:p>
    <w:p>
      <w:pPr>
        <w:spacing w:line="560" w:lineRule="exact"/>
        <w:ind w:firstLine="420"/>
      </w:pPr>
      <w:r>
        <w:rPr>
          <w:rFonts w:ascii="宋体" w:hAnsi="宋体" w:eastAsia="宋体"/>
          <w:sz w:val="24"/>
        </w:rPr>
        <w:t>峡谷尽头，一个全身黑甲的玩家缓缓走出。</w:t>
      </w:r>
    </w:p>
    <w:p>
      <w:pPr>
        <w:spacing w:line="560" w:lineRule="exact"/>
        <w:ind w:firstLine="420"/>
      </w:pPr>
      <w:r>
        <w:rPr>
          <w:rFonts w:ascii="宋体" w:hAnsi="宋体" w:eastAsia="宋体"/>
          <w:sz w:val="24"/>
        </w:rPr>
        <w:t>他没有公会徽记，没有称号光效，连装备外观都普通得像新手村刚出来的小号。可奇怪的是，所有砸向他的火焰陨石都像长了眼睛一样绕开。</w:t>
      </w:r>
    </w:p>
    <w:p>
      <w:pPr>
        <w:spacing w:line="560" w:lineRule="exact"/>
        <w:ind w:firstLine="420"/>
      </w:pPr>
      <w:r>
        <w:rPr>
          <w:rFonts w:ascii="宋体" w:hAnsi="宋体" w:eastAsia="宋体"/>
          <w:sz w:val="24"/>
        </w:rPr>
        <w:t>他的头顶只有两个字。</w:t>
      </w:r>
    </w:p>
    <w:p>
      <w:pPr>
        <w:spacing w:line="560" w:lineRule="exact"/>
        <w:ind w:firstLine="420"/>
      </w:pPr>
      <w:r>
        <w:rPr>
          <w:rFonts w:ascii="宋体" w:hAnsi="宋体" w:eastAsia="宋体"/>
          <w:sz w:val="24"/>
        </w:rPr>
        <w:t>暗影。</w:t>
      </w:r>
    </w:p>
    <w:p>
      <w:pPr>
        <w:spacing w:line="560" w:lineRule="exact"/>
        <w:ind w:firstLine="420"/>
      </w:pPr>
      <w:r>
        <w:rPr>
          <w:rFonts w:ascii="宋体" w:hAnsi="宋体" w:eastAsia="宋体"/>
          <w:sz w:val="24"/>
        </w:rPr>
        <w:t>苏小雅正在直播，弹幕瞬间炸了。</w:t>
      </w:r>
    </w:p>
    <w:p>
      <w:pPr>
        <w:spacing w:line="560" w:lineRule="exact"/>
        <w:ind w:firstLine="420"/>
      </w:pPr>
      <w:r>
        <w:rPr>
          <w:rFonts w:ascii="宋体" w:hAnsi="宋体" w:eastAsia="宋体"/>
          <w:sz w:val="24"/>
        </w:rPr>
        <w:t>“这人谁啊？敢在神豪殿面前装神秘？”</w:t>
      </w:r>
    </w:p>
    <w:p>
      <w:pPr>
        <w:spacing w:line="560" w:lineRule="exact"/>
        <w:ind w:firstLine="420"/>
      </w:pPr>
      <w:r>
        <w:rPr>
          <w:rFonts w:ascii="宋体" w:hAnsi="宋体" w:eastAsia="宋体"/>
          <w:sz w:val="24"/>
        </w:rPr>
        <w:t>“风中追风大佬，干他！”</w:t>
      </w:r>
    </w:p>
    <w:p>
      <w:pPr>
        <w:spacing w:line="560" w:lineRule="exact"/>
        <w:ind w:firstLine="420"/>
      </w:pPr>
      <w:r>
        <w:rPr>
          <w:rFonts w:ascii="宋体" w:hAnsi="宋体" w:eastAsia="宋体"/>
          <w:sz w:val="24"/>
        </w:rPr>
        <w:t>“暗影？这ID怎么听着像反派？”</w:t>
      </w:r>
    </w:p>
    <w:p>
      <w:pPr>
        <w:spacing w:line="560" w:lineRule="exact"/>
        <w:ind w:firstLine="420"/>
      </w:pPr>
      <w:r>
        <w:rPr>
          <w:rFonts w:ascii="宋体" w:hAnsi="宋体" w:eastAsia="宋体"/>
          <w:sz w:val="24"/>
        </w:rPr>
        <w:t>林风眯起眼：“暗影，报上名。”</w:t>
      </w:r>
    </w:p>
    <w:p>
      <w:pPr>
        <w:spacing w:line="560" w:lineRule="exact"/>
        <w:ind w:firstLine="420"/>
      </w:pPr>
      <w:r>
        <w:rPr>
          <w:rFonts w:ascii="宋体" w:hAnsi="宋体" w:eastAsia="宋体"/>
          <w:sz w:val="24"/>
        </w:rPr>
        <w:t>黑甲玩家停在百米外，声音像隔着金属传来：“你不需要知道我是谁。你只需要知道，古玉会害死你，也会害死你身边所有人。”</w:t>
      </w:r>
    </w:p>
    <w:p>
      <w:pPr>
        <w:spacing w:line="560" w:lineRule="exact"/>
        <w:ind w:firstLine="420"/>
      </w:pPr>
      <w:r>
        <w:rPr>
          <w:rFonts w:ascii="宋体" w:hAnsi="宋体" w:eastAsia="宋体"/>
          <w:sz w:val="24"/>
        </w:rPr>
        <w:t>赵铁柱一听就炸了：“我风哥的东西，轮得到你废话？铁壁冲锋！”</w:t>
      </w:r>
    </w:p>
    <w:p>
      <w:pPr>
        <w:spacing w:line="560" w:lineRule="exact"/>
        <w:ind w:firstLine="420"/>
      </w:pPr>
      <w:r>
        <w:rPr>
          <w:rFonts w:ascii="宋体" w:hAnsi="宋体" w:eastAsia="宋体"/>
          <w:sz w:val="24"/>
        </w:rPr>
        <w:t>他整个人像炮弹一样撞出去，盾牌边缘燃起厚重土黄色光芒。</w:t>
      </w:r>
    </w:p>
    <w:p>
      <w:pPr>
        <w:spacing w:line="560" w:lineRule="exact"/>
        <w:ind w:firstLine="420"/>
      </w:pPr>
      <w:r>
        <w:rPr>
          <w:rFonts w:ascii="宋体" w:hAnsi="宋体" w:eastAsia="宋体"/>
          <w:sz w:val="24"/>
        </w:rPr>
        <w:t>【铁壁冲锋】命中！</w:t>
      </w:r>
    </w:p>
    <w:p>
      <w:pPr>
        <w:spacing w:line="560" w:lineRule="exact"/>
        <w:ind w:firstLine="420"/>
      </w:pPr>
      <w:r>
        <w:rPr>
          <w:rFonts w:ascii="宋体" w:hAnsi="宋体" w:eastAsia="宋体"/>
          <w:sz w:val="24"/>
        </w:rPr>
        <w:t>暗影脚下却没有半点退意，只是抬手一点。</w:t>
      </w:r>
    </w:p>
    <w:p>
      <w:pPr>
        <w:spacing w:line="560" w:lineRule="exact"/>
        <w:ind w:firstLine="420"/>
      </w:pPr>
      <w:r>
        <w:rPr>
          <w:rFonts w:ascii="宋体" w:hAnsi="宋体" w:eastAsia="宋体"/>
          <w:sz w:val="24"/>
        </w:rPr>
        <w:t>【影缚】</w:t>
      </w:r>
    </w:p>
    <w:p>
      <w:pPr>
        <w:spacing w:line="560" w:lineRule="exact"/>
        <w:ind w:firstLine="420"/>
      </w:pPr>
      <w:r>
        <w:rPr>
          <w:rFonts w:ascii="宋体" w:hAnsi="宋体" w:eastAsia="宋体"/>
          <w:sz w:val="24"/>
        </w:rPr>
        <w:t>两道黑线从地面钻出，瞬间缠住赵铁柱脚踝。</w:t>
      </w:r>
    </w:p>
    <w:p>
      <w:pPr>
        <w:spacing w:line="560" w:lineRule="exact"/>
        <w:ind w:firstLine="420"/>
      </w:pPr>
      <w:r>
        <w:rPr>
          <w:rFonts w:ascii="宋体" w:hAnsi="宋体" w:eastAsia="宋体"/>
          <w:sz w:val="24"/>
        </w:rPr>
        <w:t>【影缚】生效，目标移动速度降低80%，持续5秒。</w:t>
      </w:r>
    </w:p>
    <w:p>
      <w:pPr>
        <w:spacing w:line="560" w:lineRule="exact"/>
        <w:ind w:firstLine="420"/>
      </w:pPr>
      <w:r>
        <w:rPr>
          <w:rFonts w:ascii="宋体" w:hAnsi="宋体" w:eastAsia="宋体"/>
          <w:sz w:val="24"/>
        </w:rPr>
        <w:t>赵铁柱刚冲一半，速度猛地慢了下来。</w:t>
      </w:r>
    </w:p>
    <w:p>
      <w:pPr>
        <w:spacing w:line="560" w:lineRule="exact"/>
        <w:ind w:firstLine="420"/>
      </w:pPr>
      <w:r>
        <w:rPr>
          <w:rFonts w:ascii="宋体" w:hAnsi="宋体" w:eastAsia="宋体"/>
          <w:sz w:val="24"/>
        </w:rPr>
        <w:t>暗影侧身避开，黑甲下寒光一闪，短刃划过赵铁柱肩甲。</w:t>
      </w:r>
    </w:p>
    <w:p>
      <w:pPr>
        <w:spacing w:line="560" w:lineRule="exact"/>
        <w:ind w:firstLine="420"/>
      </w:pPr>
      <w:r>
        <w:rPr>
          <w:rFonts w:ascii="宋体" w:hAnsi="宋体" w:eastAsia="宋体"/>
          <w:sz w:val="24"/>
        </w:rPr>
        <w:t>【影裂斩】-23680！</w:t>
      </w:r>
    </w:p>
    <w:p>
      <w:pPr>
        <w:spacing w:line="560" w:lineRule="exact"/>
        <w:ind w:firstLine="420"/>
      </w:pPr>
      <w:r>
        <w:rPr>
          <w:rFonts w:ascii="宋体" w:hAnsi="宋体" w:eastAsia="宋体"/>
          <w:sz w:val="24"/>
        </w:rPr>
        <w:t>“我靠，这伤害？”赵铁柱疼得倒吸凉气，“老子可是神豪殿第一坦！”</w:t>
      </w:r>
    </w:p>
    <w:p>
      <w:pPr>
        <w:spacing w:line="560" w:lineRule="exact"/>
        <w:ind w:firstLine="420"/>
      </w:pPr>
      <w:r>
        <w:rPr>
          <w:rFonts w:ascii="宋体" w:hAnsi="宋体" w:eastAsia="宋体"/>
          <w:sz w:val="24"/>
        </w:rPr>
        <w:t>“回来！”夜影的声音从侧翼传来。</w:t>
      </w:r>
    </w:p>
    <w:p>
      <w:pPr>
        <w:spacing w:line="560" w:lineRule="exact"/>
        <w:ind w:firstLine="420"/>
      </w:pPr>
      <w:r>
        <w:rPr>
          <w:rFonts w:ascii="宋体" w:hAnsi="宋体" w:eastAsia="宋体"/>
          <w:sz w:val="24"/>
        </w:rPr>
        <w:t>她身影一晃，整个人化作淡紫残影，刺客步法踩得极刁钻。</w:t>
      </w:r>
    </w:p>
    <w:p>
      <w:pPr>
        <w:spacing w:line="560" w:lineRule="exact"/>
        <w:ind w:firstLine="420"/>
      </w:pPr>
      <w:r>
        <w:rPr>
          <w:rFonts w:ascii="宋体" w:hAnsi="宋体" w:eastAsia="宋体"/>
          <w:sz w:val="24"/>
        </w:rPr>
        <w:t>【疾风步】</w:t>
      </w:r>
    </w:p>
    <w:p>
      <w:pPr>
        <w:spacing w:line="560" w:lineRule="exact"/>
        <w:ind w:firstLine="420"/>
      </w:pPr>
      <w:r>
        <w:rPr>
          <w:rFonts w:ascii="宋体" w:hAnsi="宋体" w:eastAsia="宋体"/>
          <w:sz w:val="24"/>
        </w:rPr>
        <w:t>【背刺】-12600！</w:t>
      </w:r>
    </w:p>
    <w:p>
      <w:pPr>
        <w:spacing w:line="560" w:lineRule="exact"/>
        <w:ind w:firstLine="420"/>
      </w:pPr>
      <w:r>
        <w:rPr>
          <w:rFonts w:ascii="宋体" w:hAnsi="宋体" w:eastAsia="宋体"/>
          <w:sz w:val="24"/>
        </w:rPr>
        <w:t>暗影肩头飙出血花，但他连头都没回，反手甩出一枚黑色飞镖。</w:t>
      </w:r>
    </w:p>
    <w:p>
      <w:pPr>
        <w:spacing w:line="560" w:lineRule="exact"/>
        <w:ind w:firstLine="420"/>
      </w:pPr>
      <w:r>
        <w:rPr>
          <w:rFonts w:ascii="宋体" w:hAnsi="宋体" w:eastAsia="宋体"/>
          <w:sz w:val="24"/>
        </w:rPr>
        <w:t>【影毒镖】-9800，中毒持续伤害-3200/秒！</w:t>
      </w:r>
    </w:p>
    <w:p>
      <w:pPr>
        <w:spacing w:line="560" w:lineRule="exact"/>
        <w:ind w:firstLine="420"/>
      </w:pPr>
      <w:r>
        <w:rPr>
          <w:rFonts w:ascii="宋体" w:hAnsi="宋体" w:eastAsia="宋体"/>
          <w:sz w:val="24"/>
        </w:rPr>
        <w:t>夜影脸色微变，立刻翻滚后撤。</w:t>
      </w:r>
    </w:p>
    <w:p>
      <w:pPr>
        <w:spacing w:line="560" w:lineRule="exact"/>
        <w:ind w:firstLine="420"/>
      </w:pPr>
      <w:r>
        <w:rPr>
          <w:rFonts w:ascii="宋体" w:hAnsi="宋体" w:eastAsia="宋体"/>
          <w:sz w:val="24"/>
        </w:rPr>
        <w:t>“别近身，他有反制技能。”林风沉声道。</w:t>
      </w:r>
    </w:p>
    <w:p>
      <w:pPr>
        <w:spacing w:line="560" w:lineRule="exact"/>
        <w:ind w:firstLine="420"/>
      </w:pPr>
      <w:r>
        <w:rPr>
          <w:rFonts w:ascii="宋体" w:hAnsi="宋体" w:eastAsia="宋体"/>
          <w:sz w:val="24"/>
        </w:rPr>
        <w:t>凌天在队伍频道里飞快打字：“这人不是普通玩家。装备数据被隐藏，技能不属于当前职业树，疑似特殊剧情触发者。”</w:t>
      </w:r>
    </w:p>
    <w:p>
      <w:pPr>
        <w:spacing w:line="560" w:lineRule="exact"/>
        <w:ind w:firstLine="420"/>
      </w:pPr>
      <w:r>
        <w:rPr>
          <w:rFonts w:ascii="宋体" w:hAnsi="宋体" w:eastAsia="宋体"/>
          <w:sz w:val="24"/>
        </w:rPr>
        <w:t>苏小雅急道：“风哥，要不要叫公会支援？神豪殿在线三百多人，分分钟把他围了。”</w:t>
      </w:r>
    </w:p>
    <w:p>
      <w:pPr>
        <w:spacing w:line="560" w:lineRule="exact"/>
        <w:ind w:firstLine="420"/>
      </w:pPr>
      <w:r>
        <w:rPr>
          <w:rFonts w:ascii="宋体" w:hAnsi="宋体" w:eastAsia="宋体"/>
          <w:sz w:val="24"/>
        </w:rPr>
        <w:t>“不用。”林风盯着暗影，“他敢一个人来，就不怕人海。”</w:t>
      </w:r>
    </w:p>
    <w:p>
      <w:pPr>
        <w:spacing w:line="560" w:lineRule="exact"/>
        <w:ind w:firstLine="420"/>
      </w:pPr>
      <w:r>
        <w:rPr>
          <w:rFonts w:ascii="宋体" w:hAnsi="宋体" w:eastAsia="宋体"/>
          <w:sz w:val="24"/>
        </w:rPr>
        <w:t>暗影看向林风，黑甲头盔下似乎有一双冰冷的眼睛。</w:t>
      </w:r>
    </w:p>
    <w:p>
      <w:pPr>
        <w:spacing w:line="560" w:lineRule="exact"/>
        <w:ind w:firstLine="420"/>
      </w:pPr>
      <w:r>
        <w:rPr>
          <w:rFonts w:ascii="宋体" w:hAnsi="宋体" w:eastAsia="宋体"/>
          <w:sz w:val="24"/>
        </w:rPr>
        <w:t>“风中追风，你充再多的钱，也买不到真相。”</w:t>
      </w:r>
    </w:p>
    <w:p>
      <w:pPr>
        <w:spacing w:line="560" w:lineRule="exact"/>
        <w:ind w:firstLine="420"/>
      </w:pPr>
      <w:r>
        <w:rPr>
          <w:rFonts w:ascii="宋体" w:hAnsi="宋体" w:eastAsia="宋体"/>
          <w:sz w:val="24"/>
        </w:rPr>
        <w:t>林风握着长枪，掌心发紧。</w:t>
      </w:r>
    </w:p>
    <w:p>
      <w:pPr>
        <w:spacing w:line="560" w:lineRule="exact"/>
        <w:ind w:firstLine="420"/>
      </w:pPr>
      <w:r>
        <w:rPr>
          <w:rFonts w:ascii="宋体" w:hAnsi="宋体" w:eastAsia="宋体"/>
          <w:sz w:val="24"/>
        </w:rPr>
        <w:t>他最讨厌别人拿父母遗物说事。</w:t>
      </w:r>
    </w:p>
    <w:p>
      <w:pPr>
        <w:spacing w:line="560" w:lineRule="exact"/>
        <w:ind w:firstLine="420"/>
      </w:pPr>
      <w:r>
        <w:rPr>
          <w:rFonts w:ascii="宋体" w:hAnsi="宋体" w:eastAsia="宋体"/>
          <w:sz w:val="24"/>
        </w:rPr>
        <w:t>“你想说什么，就直说。”</w:t>
      </w:r>
    </w:p>
    <w:p>
      <w:pPr>
        <w:spacing w:line="560" w:lineRule="exact"/>
        <w:ind w:firstLine="420"/>
      </w:pPr>
      <w:r>
        <w:rPr>
          <w:rFonts w:ascii="宋体" w:hAnsi="宋体" w:eastAsia="宋体"/>
          <w:sz w:val="24"/>
        </w:rPr>
        <w:t>暗影抬起手，一枚黑色令牌出现在掌心。令牌上刻着一道裂纹状的纹路，和林风随身携带的古玉纹路几乎一模一样。</w:t>
      </w:r>
    </w:p>
    <w:p>
      <w:pPr>
        <w:spacing w:line="560" w:lineRule="exact"/>
        <w:ind w:firstLine="420"/>
      </w:pPr>
      <w:r>
        <w:rPr>
          <w:rFonts w:ascii="宋体" w:hAnsi="宋体" w:eastAsia="宋体"/>
          <w:sz w:val="24"/>
        </w:rPr>
        <w:t>林风眼神猛地一凝。</w:t>
      </w:r>
    </w:p>
    <w:p>
      <w:pPr>
        <w:spacing w:line="560" w:lineRule="exact"/>
        <w:ind w:firstLine="420"/>
      </w:pPr>
      <w:r>
        <w:rPr>
          <w:rFonts w:ascii="宋体" w:hAnsi="宋体" w:eastAsia="宋体"/>
          <w:sz w:val="24"/>
        </w:rPr>
        <w:t>“你从哪来的？”</w:t>
      </w:r>
    </w:p>
    <w:p>
      <w:pPr>
        <w:spacing w:line="560" w:lineRule="exact"/>
        <w:ind w:firstLine="420"/>
      </w:pPr>
      <w:r>
        <w:rPr>
          <w:rFonts w:ascii="宋体" w:hAnsi="宋体" w:eastAsia="宋体"/>
          <w:sz w:val="24"/>
        </w:rPr>
        <w:t>暗影没有回答，只说：“今晚零点，古玉会发热。别睡，别下线，别相信任何人。”</w:t>
      </w:r>
    </w:p>
    <w:p>
      <w:pPr>
        <w:spacing w:line="560" w:lineRule="exact"/>
        <w:ind w:firstLine="420"/>
      </w:pPr>
      <w:r>
        <w:rPr>
          <w:rFonts w:ascii="宋体" w:hAnsi="宋体" w:eastAsia="宋体"/>
          <w:sz w:val="24"/>
        </w:rPr>
        <w:t>“包括秦雨？”林风忽然问。</w:t>
      </w:r>
    </w:p>
    <w:p>
      <w:pPr>
        <w:spacing w:line="560" w:lineRule="exact"/>
        <w:ind w:firstLine="420"/>
      </w:pPr>
      <w:r>
        <w:rPr>
          <w:rFonts w:ascii="宋体" w:hAnsi="宋体" w:eastAsia="宋体"/>
          <w:sz w:val="24"/>
        </w:rPr>
        <w:t>暗影沉默半秒。</w:t>
      </w:r>
    </w:p>
    <w:p>
      <w:pPr>
        <w:spacing w:line="560" w:lineRule="exact"/>
        <w:ind w:firstLine="420"/>
      </w:pPr>
      <w:r>
        <w:rPr>
          <w:rFonts w:ascii="宋体" w:hAnsi="宋体" w:eastAsia="宋体"/>
          <w:sz w:val="24"/>
        </w:rPr>
        <w:t>“尤其是她。”</w:t>
      </w:r>
    </w:p>
    <w:p>
      <w:pPr>
        <w:spacing w:line="560" w:lineRule="exact"/>
        <w:ind w:firstLine="420"/>
      </w:pPr>
      <w:r>
        <w:rPr>
          <w:rFonts w:ascii="宋体" w:hAnsi="宋体" w:eastAsia="宋体"/>
          <w:sz w:val="24"/>
        </w:rPr>
        <w:t>这句话一出，队伍频道瞬间安静。</w:t>
      </w:r>
    </w:p>
    <w:p>
      <w:pPr>
        <w:spacing w:line="560" w:lineRule="exact"/>
        <w:ind w:firstLine="420"/>
      </w:pPr>
      <w:r>
        <w:rPr>
          <w:rFonts w:ascii="宋体" w:hAnsi="宋体" w:eastAsia="宋体"/>
          <w:sz w:val="24"/>
        </w:rPr>
        <w:t>苏小雅在现实里盯着屏幕，脸色有点白：“风哥，秦雨不是天穹科技运营吗？她之前还帮过你……”</w:t>
      </w:r>
    </w:p>
    <w:p>
      <w:pPr>
        <w:spacing w:line="560" w:lineRule="exact"/>
        <w:ind w:firstLine="420"/>
      </w:pPr>
      <w:r>
        <w:rPr>
          <w:rFonts w:ascii="宋体" w:hAnsi="宋体" w:eastAsia="宋体"/>
          <w:sz w:val="24"/>
        </w:rPr>
        <w:t>赵铁柱也急了：“风哥，别听这小子胡说八道！老子先把他打趴下再说！”</w:t>
      </w:r>
    </w:p>
    <w:p>
      <w:pPr>
        <w:spacing w:line="560" w:lineRule="exact"/>
        <w:ind w:firstLine="420"/>
      </w:pPr>
      <w:r>
        <w:rPr>
          <w:rFonts w:ascii="宋体" w:hAnsi="宋体" w:eastAsia="宋体"/>
          <w:sz w:val="24"/>
        </w:rPr>
        <w:t>林风没有立刻回话。</w:t>
      </w:r>
    </w:p>
    <w:p>
      <w:pPr>
        <w:spacing w:line="560" w:lineRule="exact"/>
        <w:ind w:firstLine="420"/>
      </w:pPr>
      <w:r>
        <w:rPr>
          <w:rFonts w:ascii="宋体" w:hAnsi="宋体" w:eastAsia="宋体"/>
          <w:sz w:val="24"/>
        </w:rPr>
        <w:t>他看着暗影手里的令牌，心里那股不对劲越来越重。</w:t>
      </w:r>
    </w:p>
    <w:p>
      <w:pPr>
        <w:spacing w:line="560" w:lineRule="exact"/>
        <w:ind w:firstLine="420"/>
      </w:pPr>
      <w:r>
        <w:rPr>
          <w:rFonts w:ascii="宋体" w:hAnsi="宋体" w:eastAsia="宋体"/>
          <w:sz w:val="24"/>
        </w:rPr>
        <w:t>古玉这几天确实怪。</w:t>
      </w:r>
    </w:p>
    <w:p>
      <w:pPr>
        <w:spacing w:line="560" w:lineRule="exact"/>
        <w:ind w:firstLine="420"/>
      </w:pPr>
      <w:r>
        <w:rPr>
          <w:rFonts w:ascii="宋体" w:hAnsi="宋体" w:eastAsia="宋体"/>
          <w:sz w:val="24"/>
        </w:rPr>
        <w:t>昨天洗澡时，他摸到古玉边缘有细微震动，像心跳。</w:t>
      </w:r>
    </w:p>
    <w:p>
      <w:pPr>
        <w:spacing w:line="560" w:lineRule="exact"/>
        <w:ind w:firstLine="420"/>
      </w:pPr>
      <w:r>
        <w:rPr>
          <w:rFonts w:ascii="宋体" w:hAnsi="宋体" w:eastAsia="宋体"/>
          <w:sz w:val="24"/>
        </w:rPr>
        <w:t>今天进游戏前，古玉表面甚至出现了一道淡金色纹路，和《天界》登录界面的天穹标志很像。</w:t>
      </w:r>
    </w:p>
    <w:p>
      <w:pPr>
        <w:spacing w:line="560" w:lineRule="exact"/>
        <w:ind w:firstLine="420"/>
      </w:pPr>
      <w:r>
        <w:rPr>
          <w:rFonts w:ascii="宋体" w:hAnsi="宋体" w:eastAsia="宋体"/>
          <w:sz w:val="24"/>
        </w:rPr>
        <w:t>暗影往前一步。</w:t>
      </w:r>
    </w:p>
    <w:p>
      <w:pPr>
        <w:spacing w:line="560" w:lineRule="exact"/>
        <w:ind w:firstLine="420"/>
      </w:pPr>
      <w:r>
        <w:rPr>
          <w:rFonts w:ascii="宋体" w:hAnsi="宋体" w:eastAsia="宋体"/>
          <w:sz w:val="24"/>
        </w:rPr>
        <w:t>“最后一次警告。暗流已经醒了，神豪殿只是第一块靶子。”</w:t>
      </w:r>
    </w:p>
    <w:p>
      <w:pPr>
        <w:spacing w:line="560" w:lineRule="exact"/>
        <w:ind w:firstLine="420"/>
      </w:pPr>
      <w:r>
        <w:rPr>
          <w:rFonts w:ascii="宋体" w:hAnsi="宋体" w:eastAsia="宋体"/>
          <w:sz w:val="24"/>
        </w:rPr>
        <w:t>林风冷笑：“那就先从你开始拆。”</w:t>
      </w:r>
    </w:p>
    <w:p>
      <w:pPr>
        <w:spacing w:line="560" w:lineRule="exact"/>
        <w:ind w:firstLine="420"/>
      </w:pPr>
      <w:r>
        <w:rPr>
          <w:rFonts w:ascii="宋体" w:hAnsi="宋体" w:eastAsia="宋体"/>
          <w:sz w:val="24"/>
        </w:rPr>
        <w:t>他长枪一抬，金色神辉从脚下炸开。</w:t>
      </w:r>
    </w:p>
    <w:p>
      <w:pPr>
        <w:spacing w:line="560" w:lineRule="exact"/>
        <w:ind w:firstLine="420"/>
      </w:pPr>
      <w:r>
        <w:rPr>
          <w:rFonts w:ascii="宋体" w:hAnsi="宋体" w:eastAsia="宋体"/>
          <w:sz w:val="24"/>
        </w:rPr>
        <w:t>【神豪充能】开启！</w:t>
      </w:r>
    </w:p>
    <w:p>
      <w:pPr>
        <w:spacing w:line="560" w:lineRule="exact"/>
        <w:ind w:firstLine="420"/>
      </w:pPr>
      <w:r>
        <w:rPr>
          <w:rFonts w:ascii="宋体" w:hAnsi="宋体" w:eastAsia="宋体"/>
          <w:sz w:val="24"/>
        </w:rPr>
        <w:t>系统提示：检测到宿主消费意愿，已自动充值100000000游戏币。</w:t>
      </w:r>
    </w:p>
    <w:p>
      <w:pPr>
        <w:spacing w:line="560" w:lineRule="exact"/>
        <w:ind w:firstLine="420"/>
      </w:pPr>
      <w:r>
        <w:rPr>
          <w:rFonts w:ascii="宋体" w:hAnsi="宋体" w:eastAsia="宋体"/>
          <w:sz w:val="24"/>
        </w:rPr>
        <w:t>【神豪之怒】激活！</w:t>
      </w:r>
    </w:p>
    <w:p>
      <w:pPr>
        <w:spacing w:line="560" w:lineRule="exact"/>
        <w:ind w:firstLine="420"/>
      </w:pPr>
      <w:r>
        <w:rPr>
          <w:rFonts w:ascii="宋体" w:hAnsi="宋体" w:eastAsia="宋体"/>
          <w:sz w:val="24"/>
        </w:rPr>
        <w:t>【龙魂破】-48600！</w:t>
      </w:r>
    </w:p>
    <w:p>
      <w:pPr>
        <w:spacing w:line="560" w:lineRule="exact"/>
        <w:ind w:firstLine="420"/>
      </w:pPr>
      <w:r>
        <w:rPr>
          <w:rFonts w:ascii="宋体" w:hAnsi="宋体" w:eastAsia="宋体"/>
          <w:sz w:val="24"/>
        </w:rPr>
        <w:t>长枪化作金色巨龙，带着爆裂音浪冲向暗影。</w:t>
      </w:r>
    </w:p>
    <w:p>
      <w:pPr>
        <w:spacing w:line="560" w:lineRule="exact"/>
        <w:ind w:firstLine="420"/>
      </w:pPr>
      <w:r>
        <w:rPr>
          <w:rFonts w:ascii="宋体" w:hAnsi="宋体" w:eastAsia="宋体"/>
          <w:sz w:val="24"/>
        </w:rPr>
        <w:t>峡谷地面被龙魂撕开一道深沟，火光冲天。</w:t>
      </w:r>
    </w:p>
    <w:p>
      <w:pPr>
        <w:spacing w:line="560" w:lineRule="exact"/>
        <w:ind w:firstLine="420"/>
      </w:pPr>
      <w:r>
        <w:rPr>
          <w:rFonts w:ascii="宋体" w:hAnsi="宋体" w:eastAsia="宋体"/>
          <w:sz w:val="24"/>
        </w:rPr>
        <w:t>暗影终于动了。</w:t>
      </w:r>
    </w:p>
    <w:p>
      <w:pPr>
        <w:spacing w:line="560" w:lineRule="exact"/>
        <w:ind w:firstLine="420"/>
      </w:pPr>
      <w:r>
        <w:rPr>
          <w:rFonts w:ascii="宋体" w:hAnsi="宋体" w:eastAsia="宋体"/>
          <w:sz w:val="24"/>
        </w:rPr>
        <w:t>他脚下黑雾炸开，整个人像被影子吞掉，龙魂从黑雾边缘擦过，只打碎一片残影。</w:t>
      </w:r>
    </w:p>
    <w:p>
      <w:pPr>
        <w:spacing w:line="560" w:lineRule="exact"/>
        <w:ind w:firstLine="420"/>
      </w:pPr>
      <w:r>
        <w:rPr>
          <w:rFonts w:ascii="宋体" w:hAnsi="宋体" w:eastAsia="宋体"/>
          <w:sz w:val="24"/>
        </w:rPr>
        <w:t>【影遁】闪避成功！</w:t>
      </w:r>
    </w:p>
    <w:p>
      <w:pPr>
        <w:spacing w:line="560" w:lineRule="exact"/>
        <w:ind w:firstLine="420"/>
      </w:pPr>
      <w:r>
        <w:rPr>
          <w:rFonts w:ascii="宋体" w:hAnsi="宋体" w:eastAsia="宋体"/>
          <w:sz w:val="24"/>
        </w:rPr>
        <w:t>下一刻，暗影出现在林风身后。</w:t>
      </w:r>
    </w:p>
    <w:p>
      <w:pPr>
        <w:spacing w:line="560" w:lineRule="exact"/>
        <w:ind w:firstLine="420"/>
      </w:pPr>
      <w:r>
        <w:rPr>
          <w:rFonts w:ascii="宋体" w:hAnsi="宋体" w:eastAsia="宋体"/>
          <w:sz w:val="24"/>
        </w:rPr>
        <w:t>【影杀】-31200！</w:t>
      </w:r>
    </w:p>
    <w:p>
      <w:pPr>
        <w:spacing w:line="560" w:lineRule="exact"/>
        <w:ind w:firstLine="420"/>
      </w:pPr>
      <w:r>
        <w:rPr>
          <w:rFonts w:ascii="宋体" w:hAnsi="宋体" w:eastAsia="宋体"/>
          <w:sz w:val="24"/>
        </w:rPr>
        <w:t>林风血条猛地掉了一截。</w:t>
      </w:r>
    </w:p>
    <w:p>
      <w:pPr>
        <w:spacing w:line="560" w:lineRule="exact"/>
        <w:ind w:firstLine="420"/>
      </w:pPr>
      <w:r>
        <w:rPr>
          <w:rFonts w:ascii="宋体" w:hAnsi="宋体" w:eastAsia="宋体"/>
          <w:sz w:val="24"/>
        </w:rPr>
        <w:t>苏小雅尖叫：“风哥！”</w:t>
      </w:r>
    </w:p>
    <w:p>
      <w:pPr>
        <w:spacing w:line="560" w:lineRule="exact"/>
        <w:ind w:firstLine="420"/>
      </w:pPr>
      <w:r>
        <w:rPr>
          <w:rFonts w:ascii="宋体" w:hAnsi="宋体" w:eastAsia="宋体"/>
          <w:sz w:val="24"/>
        </w:rPr>
        <w:t>赵铁柱怒吼：“盾反！”</w:t>
      </w:r>
    </w:p>
    <w:p>
      <w:pPr>
        <w:spacing w:line="560" w:lineRule="exact"/>
        <w:ind w:firstLine="420"/>
      </w:pPr>
      <w:r>
        <w:rPr>
          <w:rFonts w:ascii="宋体" w:hAnsi="宋体" w:eastAsia="宋体"/>
          <w:sz w:val="24"/>
        </w:rPr>
        <w:t>他硬顶着中毒冲回来，盾牌狠狠砸在地面。</w:t>
      </w:r>
    </w:p>
    <w:p>
      <w:pPr>
        <w:spacing w:line="560" w:lineRule="exact"/>
        <w:ind w:firstLine="420"/>
      </w:pPr>
      <w:r>
        <w:rPr>
          <w:rFonts w:ascii="宋体" w:hAnsi="宋体" w:eastAsia="宋体"/>
          <w:sz w:val="24"/>
        </w:rPr>
        <w:t>【战吼嘲讽】</w:t>
      </w:r>
    </w:p>
    <w:p>
      <w:pPr>
        <w:spacing w:line="560" w:lineRule="exact"/>
        <w:ind w:firstLine="420"/>
      </w:pPr>
      <w:r>
        <w:rPr>
          <w:rFonts w:ascii="宋体" w:hAnsi="宋体" w:eastAsia="宋体"/>
          <w:sz w:val="24"/>
        </w:rPr>
        <w:t>【不动如山】</w:t>
      </w:r>
    </w:p>
    <w:p>
      <w:pPr>
        <w:spacing w:line="560" w:lineRule="exact"/>
        <w:ind w:firstLine="420"/>
      </w:pPr>
      <w:r>
        <w:rPr>
          <w:rFonts w:ascii="宋体" w:hAnsi="宋体" w:eastAsia="宋体"/>
          <w:sz w:val="24"/>
        </w:rPr>
        <w:t>暗影身形一滞。</w:t>
      </w:r>
    </w:p>
    <w:p>
      <w:pPr>
        <w:spacing w:line="560" w:lineRule="exact"/>
        <w:ind w:firstLine="420"/>
      </w:pPr>
      <w:r>
        <w:rPr>
          <w:rFonts w:ascii="宋体" w:hAnsi="宋体" w:eastAsia="宋体"/>
          <w:sz w:val="24"/>
        </w:rPr>
        <w:t>夜影抓住机会，双匕交叉，紫色刀芒从暗影胸口划过。</w:t>
      </w:r>
    </w:p>
    <w:p>
      <w:pPr>
        <w:spacing w:line="560" w:lineRule="exact"/>
        <w:ind w:firstLine="420"/>
      </w:pPr>
      <w:r>
        <w:rPr>
          <w:rFonts w:ascii="宋体" w:hAnsi="宋体" w:eastAsia="宋体"/>
          <w:sz w:val="24"/>
        </w:rPr>
        <w:t>【影袭】-15400！</w:t>
      </w:r>
    </w:p>
    <w:p>
      <w:pPr>
        <w:spacing w:line="560" w:lineRule="exact"/>
        <w:ind w:firstLine="420"/>
      </w:pPr>
      <w:r>
        <w:rPr>
          <w:rFonts w:ascii="宋体" w:hAnsi="宋体" w:eastAsia="宋体"/>
          <w:sz w:val="24"/>
        </w:rPr>
        <w:t>【割裂】-6200！</w:t>
      </w:r>
    </w:p>
    <w:p>
      <w:pPr>
        <w:spacing w:line="560" w:lineRule="exact"/>
        <w:ind w:firstLine="420"/>
      </w:pPr>
      <w:r>
        <w:rPr>
          <w:rFonts w:ascii="宋体" w:hAnsi="宋体" w:eastAsia="宋体"/>
          <w:sz w:val="24"/>
        </w:rPr>
        <w:t>暗影闷哼一声，终于退了一步。</w:t>
      </w:r>
    </w:p>
    <w:p>
      <w:pPr>
        <w:spacing w:line="560" w:lineRule="exact"/>
        <w:ind w:firstLine="420"/>
      </w:pPr>
      <w:r>
        <w:rPr>
          <w:rFonts w:ascii="宋体" w:hAnsi="宋体" w:eastAsia="宋体"/>
          <w:sz w:val="24"/>
        </w:rPr>
        <w:t>林风反手一枪刺出。</w:t>
      </w:r>
    </w:p>
    <w:p>
      <w:pPr>
        <w:spacing w:line="560" w:lineRule="exact"/>
        <w:ind w:firstLine="420"/>
      </w:pPr>
      <w:r>
        <w:rPr>
          <w:rFonts w:ascii="宋体" w:hAnsi="宋体" w:eastAsia="宋体"/>
          <w:sz w:val="24"/>
        </w:rPr>
        <w:t>【破军突刺】-27800！</w:t>
      </w:r>
    </w:p>
    <w:p>
      <w:pPr>
        <w:spacing w:line="560" w:lineRule="exact"/>
        <w:ind w:firstLine="420"/>
      </w:pPr>
      <w:r>
        <w:rPr>
          <w:rFonts w:ascii="宋体" w:hAnsi="宋体" w:eastAsia="宋体"/>
          <w:sz w:val="24"/>
        </w:rPr>
        <w:t>暗影血条终于露出来一截，只有三分之一。</w:t>
      </w:r>
    </w:p>
    <w:p>
      <w:pPr>
        <w:spacing w:line="560" w:lineRule="exact"/>
        <w:ind w:firstLine="420"/>
      </w:pPr>
      <w:r>
        <w:rPr>
          <w:rFonts w:ascii="宋体" w:hAnsi="宋体" w:eastAsia="宋体"/>
          <w:sz w:val="24"/>
        </w:rPr>
        <w:t>可他的名字下面，依旧没有公会，没有职业，没有等级。</w:t>
      </w:r>
    </w:p>
    <w:p>
      <w:pPr>
        <w:spacing w:line="560" w:lineRule="exact"/>
        <w:ind w:firstLine="420"/>
      </w:pPr>
      <w:r>
        <w:rPr>
          <w:rFonts w:ascii="宋体" w:hAnsi="宋体" w:eastAsia="宋体"/>
          <w:sz w:val="24"/>
        </w:rPr>
        <w:t>只有一行极小的红字。</w:t>
      </w:r>
    </w:p>
    <w:p>
      <w:pPr>
        <w:spacing w:line="560" w:lineRule="exact"/>
        <w:ind w:firstLine="420"/>
      </w:pPr>
      <w:r>
        <w:rPr>
          <w:rFonts w:ascii="宋体" w:hAnsi="宋体" w:eastAsia="宋体"/>
          <w:sz w:val="24"/>
        </w:rPr>
        <w:t>暗流编号：A-07。</w:t>
      </w:r>
    </w:p>
    <w:p>
      <w:pPr>
        <w:spacing w:line="560" w:lineRule="exact"/>
        <w:ind w:firstLine="420"/>
      </w:pPr>
      <w:r>
        <w:rPr>
          <w:rFonts w:ascii="宋体" w:hAnsi="宋体" w:eastAsia="宋体"/>
          <w:sz w:val="24"/>
        </w:rPr>
        <w:t>林风瞳孔一缩。</w:t>
      </w:r>
    </w:p>
    <w:p>
      <w:pPr>
        <w:spacing w:line="560" w:lineRule="exact"/>
        <w:ind w:firstLine="420"/>
      </w:pPr>
      <w:r>
        <w:rPr>
          <w:rFonts w:ascii="宋体" w:hAnsi="宋体" w:eastAsia="宋体"/>
          <w:sz w:val="24"/>
        </w:rPr>
        <w:t>“暗流？”</w:t>
      </w:r>
    </w:p>
    <w:p>
      <w:pPr>
        <w:spacing w:line="560" w:lineRule="exact"/>
        <w:ind w:firstLine="420"/>
      </w:pPr>
      <w:r>
        <w:rPr>
          <w:rFonts w:ascii="宋体" w:hAnsi="宋体" w:eastAsia="宋体"/>
          <w:sz w:val="24"/>
        </w:rPr>
        <w:t>暗影像是察觉到了什么，立刻转身。</w:t>
      </w:r>
    </w:p>
    <w:p>
      <w:pPr>
        <w:spacing w:line="560" w:lineRule="exact"/>
        <w:ind w:firstLine="420"/>
      </w:pPr>
      <w:r>
        <w:rPr>
          <w:rFonts w:ascii="宋体" w:hAnsi="宋体" w:eastAsia="宋体"/>
          <w:sz w:val="24"/>
        </w:rPr>
        <w:t>“记住，十二小时。”</w:t>
      </w:r>
    </w:p>
    <w:p>
      <w:pPr>
        <w:spacing w:line="560" w:lineRule="exact"/>
        <w:ind w:firstLine="420"/>
      </w:pPr>
      <w:r>
        <w:rPr>
          <w:rFonts w:ascii="宋体" w:hAnsi="宋体" w:eastAsia="宋体"/>
          <w:sz w:val="24"/>
        </w:rPr>
        <w:t>他抬手捏碎黑色令牌。</w:t>
      </w:r>
    </w:p>
    <w:p>
      <w:pPr>
        <w:spacing w:line="560" w:lineRule="exact"/>
        <w:ind w:firstLine="420"/>
      </w:pPr>
      <w:r>
        <w:rPr>
          <w:rFonts w:ascii="宋体" w:hAnsi="宋体" w:eastAsia="宋体"/>
          <w:sz w:val="24"/>
        </w:rPr>
        <w:t>黑雾瞬间扩散，笼罩整片峡谷。</w:t>
      </w:r>
    </w:p>
    <w:p>
      <w:pPr>
        <w:spacing w:line="560" w:lineRule="exact"/>
        <w:ind w:firstLine="420"/>
      </w:pPr>
      <w:r>
        <w:rPr>
          <w:rFonts w:ascii="宋体" w:hAnsi="宋体" w:eastAsia="宋体"/>
          <w:sz w:val="24"/>
        </w:rPr>
        <w:t>【暗影领域】展开！</w:t>
      </w:r>
    </w:p>
    <w:p>
      <w:pPr>
        <w:spacing w:line="560" w:lineRule="exact"/>
        <w:ind w:firstLine="420"/>
      </w:pPr>
      <w:r>
        <w:rPr>
          <w:rFonts w:ascii="宋体" w:hAnsi="宋体" w:eastAsia="宋体"/>
          <w:sz w:val="24"/>
        </w:rPr>
        <w:t>系统提示：区域能见度降低90%，所有玩家感知降低50%。</w:t>
      </w:r>
    </w:p>
    <w:p>
      <w:pPr>
        <w:spacing w:line="560" w:lineRule="exact"/>
        <w:ind w:firstLine="420"/>
      </w:pPr>
      <w:r>
        <w:rPr>
          <w:rFonts w:ascii="宋体" w:hAnsi="宋体" w:eastAsia="宋体"/>
          <w:sz w:val="24"/>
        </w:rPr>
        <w:t>赵铁柱骂道：“别让他跑了！老子还没打爽！”</w:t>
      </w:r>
    </w:p>
    <w:p>
      <w:pPr>
        <w:spacing w:line="560" w:lineRule="exact"/>
        <w:ind w:firstLine="420"/>
      </w:pPr>
      <w:r>
        <w:rPr>
          <w:rFonts w:ascii="宋体" w:hAnsi="宋体" w:eastAsia="宋体"/>
          <w:sz w:val="24"/>
        </w:rPr>
        <w:t>夜影已经追进黑雾，但下一秒又退了回来。</w:t>
      </w:r>
    </w:p>
    <w:p>
      <w:pPr>
        <w:spacing w:line="560" w:lineRule="exact"/>
        <w:ind w:firstLine="420"/>
      </w:pPr>
      <w:r>
        <w:rPr>
          <w:rFonts w:ascii="宋体" w:hAnsi="宋体" w:eastAsia="宋体"/>
          <w:sz w:val="24"/>
        </w:rPr>
        <w:t>“别追，有陷阱。”</w:t>
      </w:r>
    </w:p>
    <w:p>
      <w:pPr>
        <w:spacing w:line="560" w:lineRule="exact"/>
        <w:ind w:firstLine="420"/>
      </w:pPr>
      <w:r>
        <w:rPr>
          <w:rFonts w:ascii="宋体" w:hAnsi="宋体" w:eastAsia="宋体"/>
          <w:sz w:val="24"/>
        </w:rPr>
        <w:t>林风站在原地，长枪横在身前。</w:t>
      </w:r>
    </w:p>
    <w:p>
      <w:pPr>
        <w:spacing w:line="560" w:lineRule="exact"/>
        <w:ind w:firstLine="420"/>
      </w:pPr>
      <w:r>
        <w:rPr>
          <w:rFonts w:ascii="宋体" w:hAnsi="宋体" w:eastAsia="宋体"/>
          <w:sz w:val="24"/>
        </w:rPr>
        <w:t>他能感觉到，暗影就在附近。</w:t>
      </w:r>
    </w:p>
    <w:p>
      <w:pPr>
        <w:spacing w:line="560" w:lineRule="exact"/>
        <w:ind w:firstLine="420"/>
      </w:pPr>
      <w:r>
        <w:rPr>
          <w:rFonts w:ascii="宋体" w:hAnsi="宋体" w:eastAsia="宋体"/>
          <w:sz w:val="24"/>
        </w:rPr>
        <w:t>不是靠近，而是像影子贴在他背后。</w:t>
      </w:r>
    </w:p>
    <w:p>
      <w:pPr>
        <w:spacing w:line="560" w:lineRule="exact"/>
        <w:ind w:firstLine="420"/>
      </w:pPr>
      <w:r>
        <w:rPr>
          <w:rFonts w:ascii="宋体" w:hAnsi="宋体" w:eastAsia="宋体"/>
          <w:sz w:val="24"/>
        </w:rPr>
        <w:t>一股寒意顺着脊椎往上爬。</w:t>
      </w:r>
    </w:p>
    <w:p>
      <w:pPr>
        <w:spacing w:line="560" w:lineRule="exact"/>
        <w:ind w:firstLine="420"/>
      </w:pPr>
      <w:r>
        <w:rPr>
          <w:rFonts w:ascii="宋体" w:hAnsi="宋体" w:eastAsia="宋体"/>
          <w:sz w:val="24"/>
        </w:rPr>
        <w:t>【影袭】再次触发！</w:t>
      </w:r>
    </w:p>
    <w:p>
      <w:pPr>
        <w:spacing w:line="560" w:lineRule="exact"/>
        <w:ind w:firstLine="420"/>
      </w:pPr>
      <w:r>
        <w:rPr>
          <w:rFonts w:ascii="宋体" w:hAnsi="宋体" w:eastAsia="宋体"/>
          <w:sz w:val="24"/>
        </w:rPr>
        <w:t>林风猛地侧身，枪尾横扫。</w:t>
      </w:r>
    </w:p>
    <w:p>
      <w:pPr>
        <w:spacing w:line="560" w:lineRule="exact"/>
        <w:ind w:firstLine="420"/>
      </w:pPr>
      <w:r>
        <w:rPr>
          <w:rFonts w:ascii="宋体" w:hAnsi="宋体" w:eastAsia="宋体"/>
          <w:sz w:val="24"/>
        </w:rPr>
        <w:t>【龙吟震】-19600！</w:t>
      </w:r>
    </w:p>
    <w:p>
      <w:pPr>
        <w:spacing w:line="560" w:lineRule="exact"/>
        <w:ind w:firstLine="420"/>
      </w:pPr>
      <w:r>
        <w:rPr>
          <w:rFonts w:ascii="宋体" w:hAnsi="宋体" w:eastAsia="宋体"/>
          <w:sz w:val="24"/>
        </w:rPr>
        <w:t>暗影的身影被逼出来半秒。</w:t>
      </w:r>
    </w:p>
    <w:p>
      <w:pPr>
        <w:spacing w:line="560" w:lineRule="exact"/>
        <w:ind w:firstLine="420"/>
      </w:pPr>
      <w:r>
        <w:rPr>
          <w:rFonts w:ascii="宋体" w:hAnsi="宋体" w:eastAsia="宋体"/>
          <w:sz w:val="24"/>
        </w:rPr>
        <w:t>他胸口还流着血，却笑了一声。</w:t>
      </w:r>
    </w:p>
    <w:p>
      <w:pPr>
        <w:spacing w:line="560" w:lineRule="exact"/>
        <w:ind w:firstLine="420"/>
      </w:pPr>
      <w:r>
        <w:rPr>
          <w:rFonts w:ascii="宋体" w:hAnsi="宋体" w:eastAsia="宋体"/>
          <w:sz w:val="24"/>
        </w:rPr>
        <w:t>那笑声很轻，却让林风心里一沉。</w:t>
      </w:r>
    </w:p>
    <w:p>
      <w:pPr>
        <w:spacing w:line="560" w:lineRule="exact"/>
        <w:ind w:firstLine="420"/>
      </w:pPr>
      <w:r>
        <w:rPr>
          <w:rFonts w:ascii="宋体" w:hAnsi="宋体" w:eastAsia="宋体"/>
          <w:sz w:val="24"/>
        </w:rPr>
        <w:t>“你以为我在逃？”</w:t>
      </w:r>
    </w:p>
    <w:p>
      <w:pPr>
        <w:spacing w:line="560" w:lineRule="exact"/>
        <w:ind w:firstLine="420"/>
      </w:pPr>
      <w:r>
        <w:rPr>
          <w:rFonts w:ascii="宋体" w:hAnsi="宋体" w:eastAsia="宋体"/>
          <w:sz w:val="24"/>
        </w:rPr>
        <w:t>黑雾深处，忽然亮起七道红点。</w:t>
      </w:r>
    </w:p>
    <w:p>
      <w:pPr>
        <w:spacing w:line="560" w:lineRule="exact"/>
        <w:ind w:firstLine="420"/>
      </w:pPr>
      <w:r>
        <w:rPr>
          <w:rFonts w:ascii="宋体" w:hAnsi="宋体" w:eastAsia="宋体"/>
          <w:sz w:val="24"/>
        </w:rPr>
        <w:t>苏小雅在直播间看得头皮发麻：“风哥，后面！”</w:t>
      </w:r>
    </w:p>
    <w:p>
      <w:pPr>
        <w:spacing w:line="560" w:lineRule="exact"/>
        <w:ind w:firstLine="420"/>
      </w:pPr>
      <w:r>
        <w:rPr>
          <w:rFonts w:ascii="宋体" w:hAnsi="宋体" w:eastAsia="宋体"/>
          <w:sz w:val="24"/>
        </w:rPr>
        <w:t>七名黑甲玩家从峡谷四周出现，动作整齐得像复制出来的一样。</w:t>
      </w:r>
    </w:p>
    <w:p>
      <w:pPr>
        <w:spacing w:line="560" w:lineRule="exact"/>
        <w:ind w:firstLine="420"/>
      </w:pPr>
      <w:r>
        <w:rPr>
          <w:rFonts w:ascii="宋体" w:hAnsi="宋体" w:eastAsia="宋体"/>
          <w:sz w:val="24"/>
        </w:rPr>
        <w:t>他们头顶没有ID。</w:t>
      </w:r>
    </w:p>
    <w:p>
      <w:pPr>
        <w:spacing w:line="560" w:lineRule="exact"/>
        <w:ind w:firstLine="420"/>
      </w:pPr>
      <w:r>
        <w:rPr>
          <w:rFonts w:ascii="宋体" w:hAnsi="宋体" w:eastAsia="宋体"/>
          <w:sz w:val="24"/>
        </w:rPr>
        <w:t>只有编号。</w:t>
      </w:r>
    </w:p>
    <w:p>
      <w:pPr>
        <w:spacing w:line="560" w:lineRule="exact"/>
        <w:ind w:firstLine="420"/>
      </w:pPr>
      <w:r>
        <w:rPr>
          <w:rFonts w:ascii="宋体" w:hAnsi="宋体" w:eastAsia="宋体"/>
          <w:sz w:val="24"/>
        </w:rPr>
        <w:t>A-01。</w:t>
      </w:r>
    </w:p>
    <w:p>
      <w:pPr>
        <w:spacing w:line="560" w:lineRule="exact"/>
        <w:ind w:firstLine="420"/>
      </w:pPr>
      <w:r>
        <w:rPr>
          <w:rFonts w:ascii="宋体" w:hAnsi="宋体" w:eastAsia="宋体"/>
          <w:sz w:val="24"/>
        </w:rPr>
        <w:t>A-02。</w:t>
      </w:r>
    </w:p>
    <w:p>
      <w:pPr>
        <w:spacing w:line="560" w:lineRule="exact"/>
        <w:ind w:firstLine="420"/>
      </w:pPr>
      <w:r>
        <w:rPr>
          <w:rFonts w:ascii="宋体" w:hAnsi="宋体" w:eastAsia="宋体"/>
          <w:sz w:val="24"/>
        </w:rPr>
        <w:t>A-03。</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赵铁柱咽了口唾沫：“风哥，这副本难度是不是开错了？”</w:t>
      </w:r>
    </w:p>
    <w:p>
      <w:pPr>
        <w:spacing w:line="560" w:lineRule="exact"/>
        <w:ind w:firstLine="420"/>
      </w:pPr>
      <w:r>
        <w:rPr>
          <w:rFonts w:ascii="宋体" w:hAnsi="宋体" w:eastAsia="宋体"/>
          <w:sz w:val="24"/>
        </w:rPr>
        <w:t>凌天声音冷了下来：“不是副本。有人在现实层面操控账号。”</w:t>
      </w:r>
    </w:p>
    <w:p>
      <w:pPr>
        <w:spacing w:line="560" w:lineRule="exact"/>
        <w:ind w:firstLine="420"/>
      </w:pPr>
      <w:r>
        <w:rPr>
          <w:rFonts w:ascii="宋体" w:hAnsi="宋体" w:eastAsia="宋体"/>
          <w:sz w:val="24"/>
        </w:rPr>
        <w:t>林风握紧长枪。</w:t>
      </w:r>
    </w:p>
    <w:p>
      <w:pPr>
        <w:spacing w:line="560" w:lineRule="exact"/>
        <w:ind w:firstLine="420"/>
      </w:pPr>
      <w:r>
        <w:rPr>
          <w:rFonts w:ascii="宋体" w:hAnsi="宋体" w:eastAsia="宋体"/>
          <w:sz w:val="24"/>
        </w:rPr>
        <w:t>“神豪殿在线的，全部撤出赤焰峡谷。小雅，关直播。夜影，带铁柱走。”</w:t>
      </w:r>
    </w:p>
    <w:p>
      <w:pPr>
        <w:spacing w:line="560" w:lineRule="exact"/>
        <w:ind w:firstLine="420"/>
      </w:pPr>
      <w:r>
        <w:rPr>
          <w:rFonts w:ascii="宋体" w:hAnsi="宋体" w:eastAsia="宋体"/>
          <w:sz w:val="24"/>
        </w:rPr>
        <w:t>苏小雅急道：“那你呢？”</w:t>
      </w:r>
    </w:p>
    <w:p>
      <w:pPr>
        <w:spacing w:line="560" w:lineRule="exact"/>
        <w:ind w:firstLine="420"/>
      </w:pPr>
      <w:r>
        <w:rPr>
          <w:rFonts w:ascii="宋体" w:hAnsi="宋体" w:eastAsia="宋体"/>
          <w:sz w:val="24"/>
        </w:rPr>
        <w:t>“我留下。”</w:t>
      </w:r>
    </w:p>
    <w:p>
      <w:pPr>
        <w:spacing w:line="560" w:lineRule="exact"/>
        <w:ind w:firstLine="420"/>
      </w:pPr>
      <w:r>
        <w:rPr>
          <w:rFonts w:ascii="宋体" w:hAnsi="宋体" w:eastAsia="宋体"/>
          <w:sz w:val="24"/>
        </w:rPr>
        <w:t>暗影站在黑雾中央，声音没有情绪：“交出古玉，他们可以活。”</w:t>
      </w:r>
    </w:p>
    <w:p>
      <w:pPr>
        <w:spacing w:line="560" w:lineRule="exact"/>
        <w:ind w:firstLine="420"/>
      </w:pPr>
      <w:r>
        <w:rPr>
          <w:rFonts w:ascii="宋体" w:hAnsi="宋体" w:eastAsia="宋体"/>
          <w:sz w:val="24"/>
        </w:rPr>
        <w:t>林风笑了。</w:t>
      </w:r>
    </w:p>
    <w:p>
      <w:pPr>
        <w:spacing w:line="560" w:lineRule="exact"/>
        <w:ind w:firstLine="420"/>
      </w:pPr>
      <w:r>
        <w:rPr>
          <w:rFonts w:ascii="宋体" w:hAnsi="宋体" w:eastAsia="宋体"/>
          <w:sz w:val="24"/>
        </w:rPr>
        <w:t>这次不是冷笑，是真笑了。</w:t>
      </w:r>
    </w:p>
    <w:p>
      <w:pPr>
        <w:spacing w:line="560" w:lineRule="exact"/>
        <w:ind w:firstLine="420"/>
      </w:pPr>
      <w:r>
        <w:rPr>
          <w:rFonts w:ascii="宋体" w:hAnsi="宋体" w:eastAsia="宋体"/>
          <w:sz w:val="24"/>
        </w:rPr>
        <w:t>“你搞错了一件事。”</w:t>
      </w:r>
    </w:p>
    <w:p>
      <w:pPr>
        <w:spacing w:line="560" w:lineRule="exact"/>
        <w:ind w:firstLine="420"/>
      </w:pPr>
      <w:r>
        <w:rPr>
          <w:rFonts w:ascii="宋体" w:hAnsi="宋体" w:eastAsia="宋体"/>
          <w:sz w:val="24"/>
        </w:rPr>
        <w:t>他长枪往地上一插，金色光柱冲天而起，把赤焰峡谷照得如同白昼。</w:t>
      </w:r>
    </w:p>
    <w:p>
      <w:pPr>
        <w:spacing w:line="560" w:lineRule="exact"/>
        <w:ind w:firstLine="420"/>
      </w:pPr>
      <w:r>
        <w:rPr>
          <w:rFonts w:ascii="宋体" w:hAnsi="宋体" w:eastAsia="宋体"/>
          <w:sz w:val="24"/>
        </w:rPr>
        <w:t>“神豪殿的人，不是拿来换命的筹码。”</w:t>
      </w:r>
    </w:p>
    <w:p>
      <w:pPr>
        <w:spacing w:line="560" w:lineRule="exact"/>
        <w:ind w:firstLine="420"/>
      </w:pPr>
      <w:r>
        <w:rPr>
          <w:rFonts w:ascii="宋体" w:hAnsi="宋体" w:eastAsia="宋体"/>
          <w:sz w:val="24"/>
        </w:rPr>
        <w:t>【神豪领域】展开！</w:t>
      </w:r>
    </w:p>
    <w:p>
      <w:pPr>
        <w:spacing w:line="560" w:lineRule="exact"/>
        <w:ind w:firstLine="420"/>
      </w:pPr>
      <w:r>
        <w:rPr>
          <w:rFonts w:ascii="宋体" w:hAnsi="宋体" w:eastAsia="宋体"/>
          <w:sz w:val="24"/>
        </w:rPr>
        <w:t>【天穹金雨】降临！</w:t>
      </w:r>
    </w:p>
    <w:p>
      <w:pPr>
        <w:spacing w:line="560" w:lineRule="exact"/>
        <w:ind w:firstLine="420"/>
      </w:pPr>
      <w:r>
        <w:rPr>
          <w:rFonts w:ascii="宋体" w:hAnsi="宋体" w:eastAsia="宋体"/>
          <w:sz w:val="24"/>
        </w:rPr>
        <w:t>无数金币虚影从天而降，每一枚都带着灼热神辉。</w:t>
      </w:r>
    </w:p>
    <w:p>
      <w:pPr>
        <w:spacing w:line="560" w:lineRule="exact"/>
        <w:ind w:firstLine="420"/>
      </w:pPr>
      <w:r>
        <w:rPr>
          <w:rFonts w:ascii="宋体" w:hAnsi="宋体" w:eastAsia="宋体"/>
          <w:sz w:val="24"/>
        </w:rPr>
        <w:t>【天穹金雨】-8000/秒！</w:t>
      </w:r>
    </w:p>
    <w:p>
      <w:pPr>
        <w:spacing w:line="560" w:lineRule="exact"/>
        <w:ind w:firstLine="420"/>
      </w:pPr>
      <w:r>
        <w:rPr>
          <w:rFonts w:ascii="宋体" w:hAnsi="宋体" w:eastAsia="宋体"/>
          <w:sz w:val="24"/>
        </w:rPr>
        <w:t>【神豪领域】全队攻击提升30%，防御提升30%！</w:t>
      </w:r>
    </w:p>
    <w:p>
      <w:pPr>
        <w:spacing w:line="560" w:lineRule="exact"/>
        <w:ind w:firstLine="420"/>
      </w:pPr>
      <w:r>
        <w:rPr>
          <w:rFonts w:ascii="宋体" w:hAnsi="宋体" w:eastAsia="宋体"/>
          <w:sz w:val="24"/>
        </w:rPr>
        <w:t>赵铁柱一愣，随即哈哈大笑：“风哥，我就知道你会这么说！来，老子还能扛！”</w:t>
      </w:r>
    </w:p>
    <w:p>
      <w:pPr>
        <w:spacing w:line="560" w:lineRule="exact"/>
        <w:ind w:firstLine="420"/>
      </w:pPr>
      <w:r>
        <w:rPr>
          <w:rFonts w:ascii="宋体" w:hAnsi="宋体" w:eastAsia="宋体"/>
          <w:sz w:val="24"/>
        </w:rPr>
        <w:t>夜影也重新压低身体：“我跟你一起。”</w:t>
      </w:r>
    </w:p>
    <w:p>
      <w:pPr>
        <w:spacing w:line="560" w:lineRule="exact"/>
        <w:ind w:firstLine="420"/>
      </w:pPr>
      <w:r>
        <w:rPr>
          <w:rFonts w:ascii="宋体" w:hAnsi="宋体" w:eastAsia="宋体"/>
          <w:sz w:val="24"/>
        </w:rPr>
        <w:t>凌天在频道里道：“我调神豪殿精英队过来，三分钟内抵达。”</w:t>
      </w:r>
    </w:p>
    <w:p>
      <w:pPr>
        <w:spacing w:line="560" w:lineRule="exact"/>
        <w:ind w:firstLine="420"/>
      </w:pPr>
      <w:r>
        <w:rPr>
          <w:rFonts w:ascii="宋体" w:hAnsi="宋体" w:eastAsia="宋体"/>
          <w:sz w:val="24"/>
        </w:rPr>
        <w:t>暗影看着林风，第一次没有立刻动手。</w:t>
      </w:r>
    </w:p>
    <w:p>
      <w:pPr>
        <w:spacing w:line="560" w:lineRule="exact"/>
        <w:ind w:firstLine="420"/>
      </w:pPr>
      <w:r>
        <w:rPr>
          <w:rFonts w:ascii="宋体" w:hAnsi="宋体" w:eastAsia="宋体"/>
          <w:sz w:val="24"/>
        </w:rPr>
        <w:t>“你很有钱。”</w:t>
      </w:r>
    </w:p>
    <w:p>
      <w:pPr>
        <w:spacing w:line="560" w:lineRule="exact"/>
        <w:ind w:firstLine="420"/>
      </w:pPr>
      <w:r>
        <w:rPr>
          <w:rFonts w:ascii="宋体" w:hAnsi="宋体" w:eastAsia="宋体"/>
          <w:sz w:val="24"/>
        </w:rPr>
        <w:t>林风抬起长枪，指向他。</w:t>
      </w:r>
    </w:p>
    <w:p>
      <w:pPr>
        <w:spacing w:line="560" w:lineRule="exact"/>
        <w:ind w:firstLine="420"/>
      </w:pPr>
      <w:r>
        <w:rPr>
          <w:rFonts w:ascii="宋体" w:hAnsi="宋体" w:eastAsia="宋体"/>
          <w:sz w:val="24"/>
        </w:rPr>
        <w:t>“我不止有钱。”</w:t>
      </w:r>
    </w:p>
    <w:p>
      <w:pPr>
        <w:spacing w:line="560" w:lineRule="exact"/>
        <w:ind w:firstLine="420"/>
      </w:pPr>
      <w:r>
        <w:rPr>
          <w:rFonts w:ascii="宋体" w:hAnsi="宋体" w:eastAsia="宋体"/>
          <w:sz w:val="24"/>
        </w:rPr>
        <w:t>金色龙影再次缠上枪身，林风眼神锋利。</w:t>
      </w:r>
    </w:p>
    <w:p>
      <w:pPr>
        <w:spacing w:line="560" w:lineRule="exact"/>
        <w:ind w:firstLine="420"/>
      </w:pPr>
      <w:r>
        <w:rPr>
          <w:rFonts w:ascii="宋体" w:hAnsi="宋体" w:eastAsia="宋体"/>
          <w:sz w:val="24"/>
        </w:rPr>
        <w:t>“我还有兄弟。”</w:t>
      </w:r>
    </w:p>
    <w:p>
      <w:pPr>
        <w:spacing w:line="560" w:lineRule="exact"/>
        <w:ind w:firstLine="420"/>
      </w:pPr>
      <w:r>
        <w:rPr>
          <w:rFonts w:ascii="宋体" w:hAnsi="宋体" w:eastAsia="宋体"/>
          <w:sz w:val="24"/>
        </w:rPr>
        <w:t>暗影沉默片刻，忽然抬手。</w:t>
      </w:r>
    </w:p>
    <w:p>
      <w:pPr>
        <w:spacing w:line="560" w:lineRule="exact"/>
        <w:ind w:firstLine="420"/>
      </w:pPr>
      <w:r>
        <w:rPr>
          <w:rFonts w:ascii="宋体" w:hAnsi="宋体" w:eastAsia="宋体"/>
          <w:sz w:val="24"/>
        </w:rPr>
        <w:t>七名黑甲玩家同时散开，形成包围。</w:t>
      </w:r>
    </w:p>
    <w:p>
      <w:pPr>
        <w:spacing w:line="560" w:lineRule="exact"/>
        <w:ind w:firstLine="420"/>
      </w:pPr>
      <w:r>
        <w:rPr>
          <w:rFonts w:ascii="宋体" w:hAnsi="宋体" w:eastAsia="宋体"/>
          <w:sz w:val="24"/>
        </w:rPr>
        <w:t>“那就试试，你的钱够不够烧完。”</w:t>
      </w:r>
    </w:p>
    <w:p>
      <w:pPr>
        <w:spacing w:line="560" w:lineRule="exact"/>
        <w:ind w:firstLine="420"/>
      </w:pPr>
      <w:r>
        <w:rPr>
          <w:rFonts w:ascii="宋体" w:hAnsi="宋体" w:eastAsia="宋体"/>
          <w:sz w:val="24"/>
        </w:rPr>
        <w:t>战斗瞬间爆发。</w:t>
      </w:r>
    </w:p>
    <w:p>
      <w:pPr>
        <w:spacing w:line="560" w:lineRule="exact"/>
        <w:ind w:firstLine="420"/>
      </w:pPr>
      <w:r>
        <w:rPr>
          <w:rFonts w:ascii="宋体" w:hAnsi="宋体" w:eastAsia="宋体"/>
          <w:sz w:val="24"/>
        </w:rPr>
        <w:t>赵铁柱正面硬顶A-01，盾牌被撞得火星四溅。</w:t>
      </w:r>
    </w:p>
    <w:p>
      <w:pPr>
        <w:spacing w:line="560" w:lineRule="exact"/>
        <w:ind w:firstLine="420"/>
      </w:pPr>
      <w:r>
        <w:rPr>
          <w:rFonts w:ascii="宋体" w:hAnsi="宋体" w:eastAsia="宋体"/>
          <w:sz w:val="24"/>
        </w:rPr>
        <w:t>【重盾格挡】减免60%伤害！</w:t>
      </w:r>
    </w:p>
    <w:p>
      <w:pPr>
        <w:spacing w:line="560" w:lineRule="exact"/>
        <w:ind w:firstLine="420"/>
      </w:pPr>
      <w:r>
        <w:rPr>
          <w:rFonts w:ascii="宋体" w:hAnsi="宋体" w:eastAsia="宋体"/>
          <w:sz w:val="24"/>
        </w:rPr>
        <w:t>【反击盾击】-16200！</w:t>
      </w:r>
    </w:p>
    <w:p>
      <w:pPr>
        <w:spacing w:line="560" w:lineRule="exact"/>
        <w:ind w:firstLine="420"/>
      </w:pPr>
      <w:r>
        <w:rPr>
          <w:rFonts w:ascii="宋体" w:hAnsi="宋体" w:eastAsia="宋体"/>
          <w:sz w:val="24"/>
        </w:rPr>
        <w:t>夜影绕到侧翼，匕首划过A-03脖颈。</w:t>
      </w:r>
    </w:p>
    <w:p>
      <w:pPr>
        <w:spacing w:line="560" w:lineRule="exact"/>
        <w:ind w:firstLine="420"/>
      </w:pPr>
      <w:r>
        <w:rPr>
          <w:rFonts w:ascii="宋体" w:hAnsi="宋体" w:eastAsia="宋体"/>
          <w:sz w:val="24"/>
        </w:rPr>
        <w:t>【影舞连击】-9200！-9200！-14800！</w:t>
      </w:r>
    </w:p>
    <w:p>
      <w:pPr>
        <w:spacing w:line="560" w:lineRule="exact"/>
        <w:ind w:firstLine="420"/>
      </w:pPr>
      <w:r>
        <w:rPr>
          <w:rFonts w:ascii="宋体" w:hAnsi="宋体" w:eastAsia="宋体"/>
          <w:sz w:val="24"/>
        </w:rPr>
        <w:t>林风正面冲向暗影，长枪如龙。</w:t>
      </w:r>
    </w:p>
    <w:p>
      <w:pPr>
        <w:spacing w:line="560" w:lineRule="exact"/>
        <w:ind w:firstLine="420"/>
      </w:pPr>
      <w:r>
        <w:rPr>
          <w:rFonts w:ascii="宋体" w:hAnsi="宋体" w:eastAsia="宋体"/>
          <w:sz w:val="24"/>
        </w:rPr>
        <w:t>【龙魂连刺】-12400！-12400！-26800！</w:t>
      </w:r>
    </w:p>
    <w:p>
      <w:pPr>
        <w:spacing w:line="560" w:lineRule="exact"/>
        <w:ind w:firstLine="420"/>
      </w:pPr>
      <w:r>
        <w:rPr>
          <w:rFonts w:ascii="宋体" w:hAnsi="宋体" w:eastAsia="宋体"/>
          <w:sz w:val="24"/>
        </w:rPr>
        <w:t>暗影举刃格挡，黑色短刃被震得发颤。</w:t>
      </w:r>
    </w:p>
    <w:p>
      <w:pPr>
        <w:spacing w:line="560" w:lineRule="exact"/>
        <w:ind w:firstLine="420"/>
      </w:pPr>
      <w:r>
        <w:rPr>
          <w:rFonts w:ascii="宋体" w:hAnsi="宋体" w:eastAsia="宋体"/>
          <w:sz w:val="24"/>
        </w:rPr>
        <w:t>【影盾】触发，减免40%伤害。</w:t>
      </w:r>
    </w:p>
    <w:p>
      <w:pPr>
        <w:spacing w:line="560" w:lineRule="exact"/>
        <w:ind w:firstLine="420"/>
      </w:pPr>
      <w:r>
        <w:rPr>
          <w:rFonts w:ascii="宋体" w:hAnsi="宋体" w:eastAsia="宋体"/>
          <w:sz w:val="24"/>
        </w:rPr>
        <w:t>林风趁势贴近，一膝盖顶在他腹部。</w:t>
      </w:r>
    </w:p>
    <w:p>
      <w:pPr>
        <w:spacing w:line="560" w:lineRule="exact"/>
        <w:ind w:firstLine="420"/>
      </w:pPr>
      <w:r>
        <w:rPr>
          <w:rFonts w:ascii="宋体" w:hAnsi="宋体" w:eastAsia="宋体"/>
          <w:sz w:val="24"/>
        </w:rPr>
        <w:t>【破甲膝撞】-8300！</w:t>
      </w:r>
    </w:p>
    <w:p>
      <w:pPr>
        <w:spacing w:line="560" w:lineRule="exact"/>
        <w:ind w:firstLine="420"/>
      </w:pPr>
      <w:r>
        <w:rPr>
          <w:rFonts w:ascii="宋体" w:hAnsi="宋体" w:eastAsia="宋体"/>
          <w:sz w:val="24"/>
        </w:rPr>
        <w:t>暗影后退两步，胸口血条又掉一截。</w:t>
      </w:r>
    </w:p>
    <w:p>
      <w:pPr>
        <w:spacing w:line="560" w:lineRule="exact"/>
        <w:ind w:firstLine="420"/>
      </w:pPr>
      <w:r>
        <w:rPr>
          <w:rFonts w:ascii="宋体" w:hAnsi="宋体" w:eastAsia="宋体"/>
          <w:sz w:val="24"/>
        </w:rPr>
        <w:t>可就在这时，林风胸口忽然一烫。</w:t>
      </w:r>
    </w:p>
    <w:p>
      <w:pPr>
        <w:spacing w:line="560" w:lineRule="exact"/>
        <w:ind w:firstLine="420"/>
      </w:pPr>
      <w:r>
        <w:rPr>
          <w:rFonts w:ascii="宋体" w:hAnsi="宋体" w:eastAsia="宋体"/>
          <w:sz w:val="24"/>
        </w:rPr>
        <w:t>不是游戏里的技能灼烧。</w:t>
      </w:r>
    </w:p>
    <w:p>
      <w:pPr>
        <w:spacing w:line="560" w:lineRule="exact"/>
        <w:ind w:firstLine="420"/>
      </w:pPr>
      <w:r>
        <w:rPr>
          <w:rFonts w:ascii="宋体" w:hAnsi="宋体" w:eastAsia="宋体"/>
          <w:sz w:val="24"/>
        </w:rPr>
        <w:t>是现实里的古玉。</w:t>
      </w:r>
    </w:p>
    <w:p>
      <w:pPr>
        <w:spacing w:line="560" w:lineRule="exact"/>
        <w:ind w:firstLine="420"/>
      </w:pPr>
      <w:r>
        <w:rPr>
          <w:rFonts w:ascii="宋体" w:hAnsi="宋体" w:eastAsia="宋体"/>
          <w:sz w:val="24"/>
        </w:rPr>
        <w:t>那种热度透过VR神经连接，硬生生传了回来。</w:t>
      </w:r>
    </w:p>
    <w:p>
      <w:pPr>
        <w:spacing w:line="560" w:lineRule="exact"/>
        <w:ind w:firstLine="420"/>
      </w:pPr>
      <w:r>
        <w:rPr>
          <w:rFonts w:ascii="宋体" w:hAnsi="宋体" w:eastAsia="宋体"/>
          <w:sz w:val="24"/>
        </w:rPr>
        <w:t>林风动作一滞。</w:t>
      </w:r>
    </w:p>
    <w:p>
      <w:pPr>
        <w:spacing w:line="560" w:lineRule="exact"/>
        <w:ind w:firstLine="420"/>
      </w:pPr>
      <w:r>
        <w:rPr>
          <w:rFonts w:ascii="宋体" w:hAnsi="宋体" w:eastAsia="宋体"/>
          <w:sz w:val="24"/>
        </w:rPr>
        <w:t>暗影眼神微变：“开始了。”</w:t>
      </w:r>
    </w:p>
    <w:p>
      <w:pPr>
        <w:spacing w:line="560" w:lineRule="exact"/>
        <w:ind w:firstLine="420"/>
      </w:pPr>
      <w:r>
        <w:rPr>
          <w:rFonts w:ascii="宋体" w:hAnsi="宋体" w:eastAsia="宋体"/>
          <w:sz w:val="24"/>
        </w:rPr>
        <w:t>“什么开始了？”</w:t>
      </w:r>
    </w:p>
    <w:p>
      <w:pPr>
        <w:spacing w:line="560" w:lineRule="exact"/>
        <w:ind w:firstLine="420"/>
      </w:pPr>
      <w:r>
        <w:rPr>
          <w:rFonts w:ascii="宋体" w:hAnsi="宋体" w:eastAsia="宋体"/>
          <w:sz w:val="24"/>
        </w:rPr>
        <w:t>林风刚问完，系统提示突然弹出。</w:t>
      </w:r>
    </w:p>
    <w:p>
      <w:pPr>
        <w:spacing w:line="560" w:lineRule="exact"/>
        <w:ind w:firstLine="420"/>
      </w:pPr>
      <w:r>
        <w:rPr>
          <w:rFonts w:ascii="宋体" w:hAnsi="宋体" w:eastAsia="宋体"/>
          <w:sz w:val="24"/>
        </w:rPr>
        <w:t>【警告：检测到未知现实映射信号。】</w:t>
      </w:r>
    </w:p>
    <w:p>
      <w:pPr>
        <w:spacing w:line="560" w:lineRule="exact"/>
        <w:ind w:firstLine="420"/>
      </w:pPr>
      <w:r>
        <w:rPr>
          <w:rFonts w:ascii="宋体" w:hAnsi="宋体" w:eastAsia="宋体"/>
          <w:sz w:val="24"/>
        </w:rPr>
        <w:t>【警告：玩家“风中追风”生命体征异常。】</w:t>
      </w:r>
    </w:p>
    <w:p>
      <w:pPr>
        <w:spacing w:line="560" w:lineRule="exact"/>
        <w:ind w:firstLine="420"/>
      </w:pPr>
      <w:r>
        <w:rPr>
          <w:rFonts w:ascii="宋体" w:hAnsi="宋体" w:eastAsia="宋体"/>
          <w:sz w:val="24"/>
        </w:rPr>
        <w:t>【警告：古玉共鸣进度1%……3%……8%……】</w:t>
      </w:r>
    </w:p>
    <w:p>
      <w:pPr>
        <w:spacing w:line="560" w:lineRule="exact"/>
        <w:ind w:firstLine="420"/>
      </w:pPr>
      <w:r>
        <w:rPr>
          <w:rFonts w:ascii="宋体" w:hAnsi="宋体" w:eastAsia="宋体"/>
          <w:sz w:val="24"/>
        </w:rPr>
        <w:t>苏小雅的声音从现实频道传来，带着哭腔：“风哥，你现实里的古玉在发烫！我刚碰了一下，差点被烫到！”</w:t>
      </w:r>
    </w:p>
    <w:p>
      <w:pPr>
        <w:spacing w:line="560" w:lineRule="exact"/>
        <w:ind w:firstLine="420"/>
      </w:pPr>
      <w:r>
        <w:rPr>
          <w:rFonts w:ascii="宋体" w:hAnsi="宋体" w:eastAsia="宋体"/>
          <w:sz w:val="24"/>
        </w:rPr>
        <w:t>赵铁柱也急了：“风哥，快下线！”</w:t>
      </w:r>
    </w:p>
    <w:p>
      <w:pPr>
        <w:spacing w:line="560" w:lineRule="exact"/>
        <w:ind w:firstLine="420"/>
      </w:pPr>
      <w:r>
        <w:rPr>
          <w:rFonts w:ascii="宋体" w:hAnsi="宋体" w:eastAsia="宋体"/>
          <w:sz w:val="24"/>
        </w:rPr>
        <w:t>林风咬牙：“别慌。”</w:t>
      </w:r>
    </w:p>
    <w:p>
      <w:pPr>
        <w:spacing w:line="560" w:lineRule="exact"/>
        <w:ind w:firstLine="420"/>
      </w:pPr>
      <w:r>
        <w:rPr>
          <w:rFonts w:ascii="宋体" w:hAnsi="宋体" w:eastAsia="宋体"/>
          <w:sz w:val="24"/>
        </w:rPr>
        <w:t>暗影忽然收刀。</w:t>
      </w:r>
    </w:p>
    <w:p>
      <w:pPr>
        <w:spacing w:line="560" w:lineRule="exact"/>
        <w:ind w:firstLine="420"/>
      </w:pPr>
      <w:r>
        <w:rPr>
          <w:rFonts w:ascii="宋体" w:hAnsi="宋体" w:eastAsia="宋体"/>
          <w:sz w:val="24"/>
        </w:rPr>
        <w:t>“你下线也没用。映射已经开始，古玉会找到你。”</w:t>
      </w:r>
    </w:p>
    <w:p>
      <w:pPr>
        <w:spacing w:line="560" w:lineRule="exact"/>
        <w:ind w:firstLine="420"/>
      </w:pPr>
      <w:r>
        <w:rPr>
          <w:rFonts w:ascii="宋体" w:hAnsi="宋体" w:eastAsia="宋体"/>
          <w:sz w:val="24"/>
        </w:rPr>
        <w:t>林风盯着他：“你们到底是谁？”</w:t>
      </w:r>
    </w:p>
    <w:p>
      <w:pPr>
        <w:spacing w:line="560" w:lineRule="exact"/>
        <w:ind w:firstLine="420"/>
      </w:pPr>
      <w:r>
        <w:rPr>
          <w:rFonts w:ascii="宋体" w:hAnsi="宋体" w:eastAsia="宋体"/>
          <w:sz w:val="24"/>
        </w:rPr>
        <w:t>暗影没有回答，只是抬头看向赤焰峡谷上空。</w:t>
      </w:r>
    </w:p>
    <w:p>
      <w:pPr>
        <w:spacing w:line="560" w:lineRule="exact"/>
        <w:ind w:firstLine="420"/>
      </w:pPr>
      <w:r>
        <w:rPr>
          <w:rFonts w:ascii="宋体" w:hAnsi="宋体" w:eastAsia="宋体"/>
          <w:sz w:val="24"/>
        </w:rPr>
        <w:t>原本被神豪领域照亮的天空，不知何时裂开了一道黑色缝隙。</w:t>
      </w:r>
    </w:p>
    <w:p>
      <w:pPr>
        <w:spacing w:line="560" w:lineRule="exact"/>
        <w:ind w:firstLine="420"/>
      </w:pPr>
      <w:r>
        <w:rPr>
          <w:rFonts w:ascii="宋体" w:hAnsi="宋体" w:eastAsia="宋体"/>
          <w:sz w:val="24"/>
        </w:rPr>
        <w:t>缝隙里，不是游戏场景。</w:t>
      </w:r>
    </w:p>
    <w:p>
      <w:pPr>
        <w:spacing w:line="560" w:lineRule="exact"/>
        <w:ind w:firstLine="420"/>
      </w:pPr>
      <w:r>
        <w:rPr>
          <w:rFonts w:ascii="宋体" w:hAnsi="宋体" w:eastAsia="宋体"/>
          <w:sz w:val="24"/>
        </w:rPr>
        <w:t>而是一条真实街道的倒影。</w:t>
      </w:r>
    </w:p>
    <w:p>
      <w:pPr>
        <w:spacing w:line="560" w:lineRule="exact"/>
        <w:ind w:firstLine="420"/>
      </w:pPr>
      <w:r>
        <w:rPr>
          <w:rFonts w:ascii="宋体" w:hAnsi="宋体" w:eastAsia="宋体"/>
          <w:sz w:val="24"/>
        </w:rPr>
        <w:t>青石路。</w:t>
      </w:r>
    </w:p>
    <w:p>
      <w:pPr>
        <w:spacing w:line="560" w:lineRule="exact"/>
        <w:ind w:firstLine="420"/>
      </w:pPr>
      <w:r>
        <w:rPr>
          <w:rFonts w:ascii="宋体" w:hAnsi="宋体" w:eastAsia="宋体"/>
          <w:sz w:val="24"/>
        </w:rPr>
        <w:t>十七号。</w:t>
      </w:r>
    </w:p>
    <w:p>
      <w:pPr>
        <w:spacing w:line="560" w:lineRule="exact"/>
        <w:ind w:firstLine="420"/>
      </w:pPr>
      <w:r>
        <w:rPr>
          <w:rFonts w:ascii="宋体" w:hAnsi="宋体" w:eastAsia="宋体"/>
          <w:sz w:val="24"/>
        </w:rPr>
        <w:t>林风的出租屋。</w:t>
      </w:r>
    </w:p>
    <w:p>
      <w:pPr>
        <w:spacing w:line="560" w:lineRule="exact"/>
        <w:ind w:firstLine="420"/>
      </w:pPr>
      <w:r>
        <w:rPr>
          <w:rFonts w:ascii="宋体" w:hAnsi="宋体" w:eastAsia="宋体"/>
          <w:sz w:val="24"/>
        </w:rPr>
        <w:t>直播间画面同时卡住，弹幕疯狂滚动。</w:t>
      </w:r>
    </w:p>
    <w:p>
      <w:pPr>
        <w:spacing w:line="560" w:lineRule="exact"/>
        <w:ind w:firstLine="420"/>
      </w:pPr>
      <w:r>
        <w:rPr>
          <w:rFonts w:ascii="宋体" w:hAnsi="宋体" w:eastAsia="宋体"/>
          <w:sz w:val="24"/>
        </w:rPr>
        <w:t>“我靠，那不是风中追风现实住的地方吗？”</w:t>
      </w:r>
    </w:p>
    <w:p>
      <w:pPr>
        <w:spacing w:line="560" w:lineRule="exact"/>
        <w:ind w:firstLine="420"/>
      </w:pPr>
      <w:r>
        <w:rPr>
          <w:rFonts w:ascii="宋体" w:hAnsi="宋体" w:eastAsia="宋体"/>
          <w:sz w:val="24"/>
        </w:rPr>
        <w:t>“天穹科技出bug了？”</w:t>
      </w:r>
    </w:p>
    <w:p>
      <w:pPr>
        <w:spacing w:line="560" w:lineRule="exact"/>
        <w:ind w:firstLine="420"/>
      </w:pPr>
      <w:r>
        <w:rPr>
          <w:rFonts w:ascii="宋体" w:hAnsi="宋体" w:eastAsia="宋体"/>
          <w:sz w:val="24"/>
        </w:rPr>
        <w:t>“神豪殿被定位了？”</w:t>
      </w:r>
    </w:p>
    <w:p>
      <w:pPr>
        <w:spacing w:line="560" w:lineRule="exact"/>
        <w:ind w:firstLine="420"/>
      </w:pPr>
      <w:r>
        <w:rPr>
          <w:rFonts w:ascii="宋体" w:hAnsi="宋体" w:eastAsia="宋体"/>
          <w:sz w:val="24"/>
        </w:rPr>
        <w:t>林风浑身一冷。</w:t>
      </w:r>
    </w:p>
    <w:p>
      <w:pPr>
        <w:spacing w:line="560" w:lineRule="exact"/>
        <w:ind w:firstLine="420"/>
      </w:pPr>
      <w:r>
        <w:rPr>
          <w:rFonts w:ascii="宋体" w:hAnsi="宋体" w:eastAsia="宋体"/>
          <w:sz w:val="24"/>
        </w:rPr>
        <w:t>神豪领域猛地一震，金币雨停在空中。</w:t>
      </w:r>
    </w:p>
    <w:p>
      <w:pPr>
        <w:spacing w:line="560" w:lineRule="exact"/>
        <w:ind w:firstLine="420"/>
      </w:pPr>
      <w:r>
        <w:rPr>
          <w:rFonts w:ascii="宋体" w:hAnsi="宋体" w:eastAsia="宋体"/>
          <w:sz w:val="24"/>
        </w:rPr>
        <w:t>暗影的声音从黑雾里传来。</w:t>
      </w:r>
    </w:p>
    <w:p>
      <w:pPr>
        <w:spacing w:line="560" w:lineRule="exact"/>
        <w:ind w:firstLine="420"/>
      </w:pPr>
      <w:r>
        <w:rPr>
          <w:rFonts w:ascii="宋体" w:hAnsi="宋体" w:eastAsia="宋体"/>
          <w:sz w:val="24"/>
        </w:rPr>
        <w:t>“十二小时，不是倒计时。”</w:t>
      </w:r>
    </w:p>
    <w:p>
      <w:pPr>
        <w:spacing w:line="560" w:lineRule="exact"/>
        <w:ind w:firstLine="420"/>
      </w:pPr>
      <w:r>
        <w:rPr>
          <w:rFonts w:ascii="宋体" w:hAnsi="宋体" w:eastAsia="宋体"/>
          <w:sz w:val="24"/>
        </w:rPr>
        <w:t>“是暗流进入现实的开门时间。”</w:t>
      </w:r>
    </w:p>
    <w:p>
      <w:pPr>
        <w:spacing w:line="560" w:lineRule="exact"/>
        <w:ind w:firstLine="420"/>
      </w:pPr>
      <w:r>
        <w:rPr>
          <w:rFonts w:ascii="宋体" w:hAnsi="宋体" w:eastAsia="宋体"/>
          <w:sz w:val="24"/>
        </w:rPr>
        <w:t>就在这时，林风耳边响起一个陌生机械音。</w:t>
      </w:r>
    </w:p>
    <w:p>
      <w:pPr>
        <w:spacing w:line="560" w:lineRule="exact"/>
        <w:ind w:firstLine="420"/>
      </w:pPr>
      <w:r>
        <w:rPr>
          <w:rFonts w:ascii="宋体" w:hAnsi="宋体" w:eastAsia="宋体"/>
          <w:sz w:val="24"/>
        </w:rPr>
        <w:t>【古玉守护者系统残留程序启动。】</w:t>
      </w:r>
    </w:p>
    <w:p>
      <w:pPr>
        <w:spacing w:line="560" w:lineRule="exact"/>
        <w:ind w:firstLine="420"/>
      </w:pPr>
      <w:r>
        <w:rPr>
          <w:rFonts w:ascii="宋体" w:hAnsi="宋体" w:eastAsia="宋体"/>
          <w:sz w:val="24"/>
        </w:rPr>
        <w:t>【检测到暗流组织入侵。】</w:t>
      </w:r>
    </w:p>
    <w:p>
      <w:pPr>
        <w:spacing w:line="560" w:lineRule="exact"/>
        <w:ind w:firstLine="420"/>
      </w:pPr>
      <w:r>
        <w:rPr>
          <w:rFonts w:ascii="宋体" w:hAnsi="宋体" w:eastAsia="宋体"/>
          <w:sz w:val="24"/>
        </w:rPr>
        <w:t>【现实映射权限强制开启。】</w:t>
      </w:r>
    </w:p>
    <w:p>
      <w:pPr>
        <w:spacing w:line="560" w:lineRule="exact"/>
        <w:ind w:firstLine="420"/>
      </w:pPr>
      <w:r>
        <w:rPr>
          <w:rFonts w:ascii="宋体" w:hAnsi="宋体" w:eastAsia="宋体"/>
          <w:sz w:val="24"/>
        </w:rPr>
        <w:t>【第一目标确认：苏婉清。】</w:t>
      </w:r>
    </w:p>
    <w:p>
      <w:pPr>
        <w:spacing w:line="560" w:lineRule="exact"/>
        <w:ind w:firstLine="420"/>
      </w:pPr>
      <w:r>
        <w:rPr>
          <w:rFonts w:ascii="宋体" w:hAnsi="宋体" w:eastAsia="宋体"/>
          <w:sz w:val="24"/>
        </w:rPr>
        <w:t>林风猛地抬头。</w:t>
      </w:r>
    </w:p>
    <w:p>
      <w:pPr>
        <w:spacing w:line="560" w:lineRule="exact"/>
        <w:ind w:firstLine="420"/>
      </w:pPr>
      <w:r>
        <w:rPr>
          <w:rFonts w:ascii="宋体" w:hAnsi="宋体" w:eastAsia="宋体"/>
          <w:sz w:val="24"/>
        </w:rPr>
        <w:t>“苏婉清？”</w:t>
      </w:r>
    </w:p>
    <w:p>
      <w:pPr>
        <w:spacing w:line="560" w:lineRule="exact"/>
        <w:ind w:firstLine="420"/>
      </w:pPr>
      <w:r>
        <w:rPr>
          <w:rFonts w:ascii="宋体" w:hAnsi="宋体" w:eastAsia="宋体"/>
          <w:sz w:val="24"/>
        </w:rPr>
        <w:t>下一秒，游戏天空中的黑色裂缝里，传来一声刺耳的刹车声。</w:t>
      </w:r>
    </w:p>
    <w:p>
      <w:r>
        <w:br w:type="page"/>
      </w:r>
    </w:p>
    <w:p>
      <w:pPr>
        <w:jc w:val="center"/>
      </w:pPr>
      <w:r>
        <w:rPr>
          <w:b/>
          <w:sz w:val="32"/>
        </w:rPr>
        <w:t>第037章 夜影的身份</w:t>
      </w:r>
    </w:p>
    <w:p>
      <w:pPr>
        <w:jc w:val="center"/>
      </w:pPr>
      <w:r>
        <w:rPr>
          <w:color w:val="999999"/>
          <w:sz w:val="18"/>
        </w:rPr>
        <w:t>（2,882字）</w:t>
      </w:r>
    </w:p>
    <w:p/>
    <w:p>
      <w:pPr>
        <w:spacing w:line="560" w:lineRule="exact"/>
        <w:ind w:firstLine="420"/>
      </w:pPr>
      <w:r>
        <w:rPr>
          <w:rFonts w:ascii="宋体" w:hAnsi="宋体" w:eastAsia="宋体"/>
          <w:sz w:val="24"/>
        </w:rPr>
        <w:t>凌晨三点，神豪殿公会仓库突然弹出红色警报。</w:t>
      </w:r>
    </w:p>
    <w:p>
      <w:pPr>
        <w:spacing w:line="560" w:lineRule="exact"/>
        <w:ind w:firstLine="420"/>
      </w:pPr>
      <w:r>
        <w:rPr>
          <w:rFonts w:ascii="宋体" w:hAnsi="宋体" w:eastAsia="宋体"/>
          <w:sz w:val="24"/>
        </w:rPr>
        <w:t>【警告：检测到暗影组织专属追踪印记！】</w:t>
      </w:r>
    </w:p>
    <w:p>
      <w:pPr>
        <w:spacing w:line="560" w:lineRule="exact"/>
        <w:ind w:firstLine="420"/>
      </w:pPr>
      <w:r>
        <w:rPr>
          <w:rFonts w:ascii="宋体" w:hAnsi="宋体" w:eastAsia="宋体"/>
          <w:sz w:val="24"/>
        </w:rPr>
        <w:t>林风刚把一背包天界币塞进仓库，还没来得及看余额，议事厅门口就传来一声轻响。</w:t>
      </w:r>
    </w:p>
    <w:p>
      <w:pPr>
        <w:spacing w:line="560" w:lineRule="exact"/>
        <w:ind w:firstLine="420"/>
      </w:pPr>
      <w:r>
        <w:rPr>
          <w:rFonts w:ascii="宋体" w:hAnsi="宋体" w:eastAsia="宋体"/>
          <w:sz w:val="24"/>
        </w:rPr>
        <w:t>夜影站在阴影里，匕首已经抵在林风喉咙前半寸。</w:t>
      </w:r>
    </w:p>
    <w:p>
      <w:pPr>
        <w:spacing w:line="560" w:lineRule="exact"/>
        <w:ind w:firstLine="420"/>
      </w:pPr>
      <w:r>
        <w:rPr>
          <w:rFonts w:ascii="宋体" w:hAnsi="宋体" w:eastAsia="宋体"/>
          <w:sz w:val="24"/>
        </w:rPr>
        <w:t>赵铁柱猛地冲上来，盾牌砸在地上，震得石板裂开：“夜影！你疯了？”</w:t>
      </w:r>
    </w:p>
    <w:p>
      <w:pPr>
        <w:spacing w:line="560" w:lineRule="exact"/>
        <w:ind w:firstLine="420"/>
      </w:pPr>
      <w:r>
        <w:rPr>
          <w:rFonts w:ascii="宋体" w:hAnsi="宋体" w:eastAsia="宋体"/>
          <w:sz w:val="24"/>
        </w:rPr>
        <w:t>夜影没看他，只盯着林风：“别动。我动手，不是为了杀你，是为了让外面那些耳朵闭嘴。”</w:t>
      </w:r>
    </w:p>
    <w:p>
      <w:pPr>
        <w:spacing w:line="560" w:lineRule="exact"/>
        <w:ind w:firstLine="420"/>
      </w:pPr>
      <w:r>
        <w:rPr>
          <w:rFonts w:ascii="宋体" w:hAnsi="宋体" w:eastAsia="宋体"/>
          <w:sz w:val="24"/>
        </w:rPr>
        <w:t>话音落下，她手腕一翻，黑刃直接刺入梁柱后方。</w:t>
      </w:r>
    </w:p>
    <w:p>
      <w:pPr>
        <w:spacing w:line="560" w:lineRule="exact"/>
        <w:ind w:firstLine="420"/>
      </w:pPr>
      <w:r>
        <w:rPr>
          <w:rFonts w:ascii="宋体" w:hAnsi="宋体" w:eastAsia="宋体"/>
          <w:sz w:val="24"/>
        </w:rPr>
        <w:t>“影袭！”</w:t>
      </w:r>
    </w:p>
    <w:p>
      <w:pPr>
        <w:spacing w:line="560" w:lineRule="exact"/>
        <w:ind w:firstLine="420"/>
      </w:pPr>
      <w:r>
        <w:rPr>
          <w:rFonts w:ascii="宋体" w:hAnsi="宋体" w:eastAsia="宋体"/>
          <w:sz w:val="24"/>
        </w:rPr>
        <w:t>“-12876！”</w:t>
      </w:r>
    </w:p>
    <w:p>
      <w:pPr>
        <w:spacing w:line="560" w:lineRule="exact"/>
        <w:ind w:firstLine="420"/>
      </w:pPr>
      <w:r>
        <w:rPr>
          <w:rFonts w:ascii="宋体" w:hAnsi="宋体" w:eastAsia="宋体"/>
          <w:sz w:val="24"/>
        </w:rPr>
        <w:t>一个隐身的刺客玩家被硬生生钉在墙上，头顶血条瞬间清空。</w:t>
      </w:r>
    </w:p>
    <w:p>
      <w:pPr>
        <w:spacing w:line="560" w:lineRule="exact"/>
        <w:ind w:firstLine="420"/>
      </w:pPr>
      <w:r>
        <w:rPr>
          <w:rFonts w:ascii="宋体" w:hAnsi="宋体" w:eastAsia="宋体"/>
          <w:sz w:val="24"/>
        </w:rPr>
        <w:t>赵铁柱瞪大了眼：“卧槽，还有老六？”</w:t>
      </w:r>
    </w:p>
    <w:p>
      <w:pPr>
        <w:spacing w:line="560" w:lineRule="exact"/>
        <w:ind w:firstLine="420"/>
      </w:pPr>
      <w:r>
        <w:rPr>
          <w:rFonts w:ascii="宋体" w:hAnsi="宋体" w:eastAsia="宋体"/>
          <w:sz w:val="24"/>
        </w:rPr>
        <w:t>夜影拔出匕首，反手甩出一枚黑色令牌，令牌落在林风脚边，上面刻着一个扭曲的“影”字。</w:t>
      </w:r>
    </w:p>
    <w:p>
      <w:pPr>
        <w:spacing w:line="560" w:lineRule="exact"/>
        <w:ind w:firstLine="420"/>
      </w:pPr>
      <w:r>
        <w:rPr>
          <w:rFonts w:ascii="宋体" w:hAnsi="宋体" w:eastAsia="宋体"/>
          <w:sz w:val="24"/>
        </w:rPr>
        <w:t>她摘下面罩，露出清冷的脸。</w:t>
      </w:r>
    </w:p>
    <w:p>
      <w:pPr>
        <w:spacing w:line="560" w:lineRule="exact"/>
        <w:ind w:firstLine="420"/>
      </w:pPr>
      <w:r>
        <w:rPr>
          <w:rFonts w:ascii="宋体" w:hAnsi="宋体" w:eastAsia="宋体"/>
          <w:sz w:val="24"/>
        </w:rPr>
        <w:t>“我是暗影组织的人。”</w:t>
      </w:r>
    </w:p>
    <w:p>
      <w:pPr>
        <w:spacing w:line="560" w:lineRule="exact"/>
        <w:ind w:firstLine="420"/>
      </w:pPr>
      <w:r>
        <w:rPr>
          <w:rFonts w:ascii="宋体" w:hAnsi="宋体" w:eastAsia="宋体"/>
          <w:sz w:val="24"/>
        </w:rPr>
        <w:t>议事厅里瞬间安静。</w:t>
      </w:r>
    </w:p>
    <w:p>
      <w:pPr>
        <w:spacing w:line="560" w:lineRule="exact"/>
        <w:ind w:firstLine="420"/>
      </w:pPr>
      <w:r>
        <w:rPr>
          <w:rFonts w:ascii="宋体" w:hAnsi="宋体" w:eastAsia="宋体"/>
          <w:sz w:val="24"/>
        </w:rPr>
        <w:t>苏小雅的直播画面都卡了一下，弹幕差点炸了。</w:t>
      </w:r>
    </w:p>
    <w:p>
      <w:pPr>
        <w:spacing w:line="560" w:lineRule="exact"/>
        <w:ind w:firstLine="420"/>
      </w:pPr>
      <w:r>
        <w:rPr>
          <w:rFonts w:ascii="宋体" w:hAnsi="宋体" w:eastAsia="宋体"/>
          <w:sz w:val="24"/>
        </w:rPr>
        <w:t>赵铁柱第一个忍不住：“你说啥？再说一遍？”</w:t>
      </w:r>
    </w:p>
    <w:p>
      <w:pPr>
        <w:spacing w:line="560" w:lineRule="exact"/>
        <w:ind w:firstLine="420"/>
      </w:pPr>
      <w:r>
        <w:rPr>
          <w:rFonts w:ascii="宋体" w:hAnsi="宋体" w:eastAsia="宋体"/>
          <w:sz w:val="24"/>
        </w:rPr>
        <w:t>夜影看向林风：“我接近神豪殿，一开始确实是任务。暗影组织让我查你，查你父母留下的遗产，也查你手里那块古玉。”</w:t>
      </w:r>
    </w:p>
    <w:p>
      <w:pPr>
        <w:spacing w:line="560" w:lineRule="exact"/>
        <w:ind w:firstLine="420"/>
      </w:pPr>
      <w:r>
        <w:rPr>
          <w:rFonts w:ascii="宋体" w:hAnsi="宋体" w:eastAsia="宋体"/>
          <w:sz w:val="24"/>
        </w:rPr>
        <w:t>林风眼神一沉。</w:t>
      </w:r>
    </w:p>
    <w:p>
      <w:pPr>
        <w:spacing w:line="560" w:lineRule="exact"/>
        <w:ind w:firstLine="420"/>
      </w:pPr>
      <w:r>
        <w:rPr>
          <w:rFonts w:ascii="宋体" w:hAnsi="宋体" w:eastAsia="宋体"/>
          <w:sz w:val="24"/>
        </w:rPr>
        <w:t>父母车祸之后，古玉是他唯一留下的念想。</w:t>
      </w:r>
    </w:p>
    <w:p>
      <w:pPr>
        <w:spacing w:line="560" w:lineRule="exact"/>
        <w:ind w:firstLine="420"/>
      </w:pPr>
      <w:r>
        <w:rPr>
          <w:rFonts w:ascii="宋体" w:hAnsi="宋体" w:eastAsia="宋体"/>
          <w:sz w:val="24"/>
        </w:rPr>
        <w:t>谁碰，谁就是他的敌人。</w:t>
      </w:r>
    </w:p>
    <w:p>
      <w:pPr>
        <w:spacing w:line="560" w:lineRule="exact"/>
        <w:ind w:firstLine="420"/>
      </w:pPr>
      <w:r>
        <w:rPr>
          <w:rFonts w:ascii="宋体" w:hAnsi="宋体" w:eastAsia="宋体"/>
          <w:sz w:val="24"/>
        </w:rPr>
        <w:t>他往前一步：“谁派你来的？”</w:t>
      </w:r>
    </w:p>
    <w:p>
      <w:pPr>
        <w:spacing w:line="560" w:lineRule="exact"/>
        <w:ind w:firstLine="420"/>
      </w:pPr>
      <w:r>
        <w:rPr>
          <w:rFonts w:ascii="宋体" w:hAnsi="宋体" w:eastAsia="宋体"/>
          <w:sz w:val="24"/>
        </w:rPr>
        <w:t>夜影没有躲：“陈锋。”</w:t>
      </w:r>
    </w:p>
    <w:p>
      <w:pPr>
        <w:spacing w:line="560" w:lineRule="exact"/>
        <w:ind w:firstLine="420"/>
      </w:pPr>
      <w:r>
        <w:rPr>
          <w:rFonts w:ascii="宋体" w:hAnsi="宋体" w:eastAsia="宋体"/>
          <w:sz w:val="24"/>
        </w:rPr>
        <w:t>赵铁柱拳头捏得咔咔响：“果然是那孙子。”</w:t>
      </w:r>
    </w:p>
    <w:p>
      <w:pPr>
        <w:spacing w:line="560" w:lineRule="exact"/>
        <w:ind w:firstLine="420"/>
      </w:pPr>
      <w:r>
        <w:rPr>
          <w:rFonts w:ascii="宋体" w:hAnsi="宋体" w:eastAsia="宋体"/>
          <w:sz w:val="24"/>
        </w:rPr>
        <w:t>凌天坐在主位旁边，手指敲着桌面，语气很稳：“继续说。你现在说这些，是想洗白，还是想换筹码？”</w:t>
      </w:r>
    </w:p>
    <w:p>
      <w:pPr>
        <w:spacing w:line="560" w:lineRule="exact"/>
        <w:ind w:firstLine="420"/>
      </w:pPr>
      <w:r>
        <w:rPr>
          <w:rFonts w:ascii="宋体" w:hAnsi="宋体" w:eastAsia="宋体"/>
          <w:sz w:val="24"/>
        </w:rPr>
        <w:t>夜影看了他一眼：“军师就是军师，说话不绕弯。”</w:t>
      </w:r>
    </w:p>
    <w:p>
      <w:pPr>
        <w:spacing w:line="560" w:lineRule="exact"/>
        <w:ind w:firstLine="420"/>
      </w:pPr>
      <w:r>
        <w:rPr>
          <w:rFonts w:ascii="宋体" w:hAnsi="宋体" w:eastAsia="宋体"/>
          <w:sz w:val="24"/>
        </w:rPr>
        <w:t>她把匕首倒过来，刀柄递向林风。</w:t>
      </w:r>
    </w:p>
    <w:p>
      <w:pPr>
        <w:spacing w:line="560" w:lineRule="exact"/>
        <w:ind w:firstLine="420"/>
      </w:pPr>
      <w:r>
        <w:rPr>
          <w:rFonts w:ascii="宋体" w:hAnsi="宋体" w:eastAsia="宋体"/>
          <w:sz w:val="24"/>
        </w:rPr>
        <w:t>“杀不杀，你说了算。但在我死之前，你得听完。”</w:t>
      </w:r>
    </w:p>
    <w:p>
      <w:pPr>
        <w:spacing w:line="560" w:lineRule="exact"/>
        <w:ind w:firstLine="420"/>
      </w:pPr>
      <w:r>
        <w:rPr>
          <w:rFonts w:ascii="宋体" w:hAnsi="宋体" w:eastAsia="宋体"/>
          <w:sz w:val="24"/>
        </w:rPr>
        <w:t>林风没接匕首。</w:t>
      </w:r>
    </w:p>
    <w:p>
      <w:pPr>
        <w:spacing w:line="560" w:lineRule="exact"/>
        <w:ind w:firstLine="420"/>
      </w:pPr>
      <w:r>
        <w:rPr>
          <w:rFonts w:ascii="宋体" w:hAnsi="宋体" w:eastAsia="宋体"/>
          <w:sz w:val="24"/>
        </w:rPr>
        <w:t>“说。”</w:t>
      </w:r>
    </w:p>
    <w:p>
      <w:pPr>
        <w:spacing w:line="560" w:lineRule="exact"/>
        <w:ind w:firstLine="420"/>
      </w:pPr>
      <w:r>
        <w:rPr>
          <w:rFonts w:ascii="宋体" w:hAnsi="宋体" w:eastAsia="宋体"/>
          <w:sz w:val="24"/>
        </w:rPr>
        <w:t>夜影深吸一口气。</w:t>
      </w:r>
    </w:p>
    <w:p>
      <w:pPr>
        <w:spacing w:line="560" w:lineRule="exact"/>
        <w:ind w:firstLine="420"/>
      </w:pPr>
      <w:r>
        <w:rPr>
          <w:rFonts w:ascii="宋体" w:hAnsi="宋体" w:eastAsia="宋体"/>
          <w:sz w:val="24"/>
        </w:rPr>
        <w:t>“暗影组织不是普通玩家公会，也不是单纯在游戏里搞事的势力。它最早是一批天穹科技内部人员组成的调查小组，后来分裂了。有人想保护《天界》的核心技术，有人想把技术卖给暗流。”</w:t>
      </w:r>
    </w:p>
    <w:p>
      <w:pPr>
        <w:spacing w:line="560" w:lineRule="exact"/>
        <w:ind w:firstLine="420"/>
      </w:pPr>
      <w:r>
        <w:rPr>
          <w:rFonts w:ascii="宋体" w:hAnsi="宋体" w:eastAsia="宋体"/>
          <w:sz w:val="24"/>
        </w:rPr>
        <w:t>苏小雅皱眉：“暗流？那不是夜影你上次提过的组织吗？”</w:t>
      </w:r>
    </w:p>
    <w:p>
      <w:pPr>
        <w:spacing w:line="560" w:lineRule="exact"/>
        <w:ind w:firstLine="420"/>
      </w:pPr>
      <w:r>
        <w:rPr>
          <w:rFonts w:ascii="宋体" w:hAnsi="宋体" w:eastAsia="宋体"/>
          <w:sz w:val="24"/>
        </w:rPr>
        <w:t>夜影点头：“暗流才是真正麻烦的东西。暗影里也有混蛋，但不是全部。”</w:t>
      </w:r>
    </w:p>
    <w:p>
      <w:pPr>
        <w:spacing w:line="560" w:lineRule="exact"/>
        <w:ind w:firstLine="420"/>
      </w:pPr>
      <w:r>
        <w:rPr>
          <w:rFonts w:ascii="宋体" w:hAnsi="宋体" w:eastAsia="宋体"/>
          <w:sz w:val="24"/>
        </w:rPr>
        <w:t>赵铁柱冷哼：“你让我们信你？”</w:t>
      </w:r>
    </w:p>
    <w:p>
      <w:pPr>
        <w:spacing w:line="560" w:lineRule="exact"/>
        <w:ind w:firstLine="420"/>
      </w:pPr>
      <w:r>
        <w:rPr>
          <w:rFonts w:ascii="宋体" w:hAnsi="宋体" w:eastAsia="宋体"/>
          <w:sz w:val="24"/>
        </w:rPr>
        <w:t>“你可以不信。”夜影声音很冷，“但你得知道，你们神豪殿现在已经被盯上了。林风的无限充值能力，古玉里的全息现实映射技术，还有他父母的遗产，全都在暗流的名单上。”</w:t>
      </w:r>
    </w:p>
    <w:p>
      <w:pPr>
        <w:spacing w:line="560" w:lineRule="exact"/>
        <w:ind w:firstLine="420"/>
      </w:pPr>
      <w:r>
        <w:rPr>
          <w:rFonts w:ascii="宋体" w:hAnsi="宋体" w:eastAsia="宋体"/>
          <w:sz w:val="24"/>
        </w:rPr>
        <w:t>林风心里一震。</w:t>
      </w:r>
    </w:p>
    <w:p>
      <w:pPr>
        <w:spacing w:line="560" w:lineRule="exact"/>
        <w:ind w:firstLine="420"/>
      </w:pPr>
      <w:r>
        <w:rPr>
          <w:rFonts w:ascii="宋体" w:hAnsi="宋体" w:eastAsia="宋体"/>
          <w:sz w:val="24"/>
        </w:rPr>
        <w:t>神豪系统的事，除了他自己和少数人，没人应该知道。</w:t>
      </w:r>
    </w:p>
    <w:p>
      <w:pPr>
        <w:spacing w:line="560" w:lineRule="exact"/>
        <w:ind w:firstLine="420"/>
      </w:pPr>
      <w:r>
        <w:rPr>
          <w:rFonts w:ascii="宋体" w:hAnsi="宋体" w:eastAsia="宋体"/>
          <w:sz w:val="24"/>
        </w:rPr>
        <w:t>他盯着夜影：“你怎么知道我充值无限？”</w:t>
      </w:r>
    </w:p>
    <w:p>
      <w:pPr>
        <w:spacing w:line="560" w:lineRule="exact"/>
        <w:ind w:firstLine="420"/>
      </w:pPr>
      <w:r>
        <w:rPr>
          <w:rFonts w:ascii="宋体" w:hAnsi="宋体" w:eastAsia="宋体"/>
          <w:sz w:val="24"/>
        </w:rPr>
        <w:t>夜影沉默了两秒：“因为我查过你的账户流水。正常玩家不可能在《天界》里这么砸钱，天穹科技的后台也查不到你的资金来源。秦雨也查过，她不敢声张。”</w:t>
      </w:r>
    </w:p>
    <w:p>
      <w:pPr>
        <w:spacing w:line="560" w:lineRule="exact"/>
        <w:ind w:firstLine="420"/>
      </w:pPr>
      <w:r>
        <w:rPr>
          <w:rFonts w:ascii="宋体" w:hAnsi="宋体" w:eastAsia="宋体"/>
          <w:sz w:val="24"/>
        </w:rPr>
        <w:t>“秦雨？”林风眯起眼。</w:t>
      </w:r>
    </w:p>
    <w:p>
      <w:pPr>
        <w:spacing w:line="560" w:lineRule="exact"/>
        <w:ind w:firstLine="420"/>
      </w:pPr>
      <w:r>
        <w:rPr>
          <w:rFonts w:ascii="宋体" w:hAnsi="宋体" w:eastAsia="宋体"/>
          <w:sz w:val="24"/>
        </w:rPr>
        <w:t>“她是游戏运营，也是少数知道天界核心代码的人。”夜影说，“她怀疑你，但没动你。暗影组织却不一样，他们已经准备下手了。”</w:t>
      </w:r>
    </w:p>
    <w:p>
      <w:pPr>
        <w:spacing w:line="560" w:lineRule="exact"/>
        <w:ind w:firstLine="420"/>
      </w:pPr>
      <w:r>
        <w:rPr>
          <w:rFonts w:ascii="宋体" w:hAnsi="宋体" w:eastAsia="宋体"/>
          <w:sz w:val="24"/>
        </w:rPr>
        <w:t>赵铁柱忍不住插嘴：“那你为什么现在才说？”</w:t>
      </w:r>
    </w:p>
    <w:p>
      <w:pPr>
        <w:spacing w:line="560" w:lineRule="exact"/>
        <w:ind w:firstLine="420"/>
      </w:pPr>
      <w:r>
        <w:rPr>
          <w:rFonts w:ascii="宋体" w:hAnsi="宋体" w:eastAsia="宋体"/>
          <w:sz w:val="24"/>
        </w:rPr>
        <w:t>夜影低下头。</w:t>
      </w:r>
    </w:p>
    <w:p>
      <w:pPr>
        <w:spacing w:line="560" w:lineRule="exact"/>
        <w:ind w:firstLine="420"/>
      </w:pPr>
      <w:r>
        <w:rPr>
          <w:rFonts w:ascii="宋体" w:hAnsi="宋体" w:eastAsia="宋体"/>
          <w:sz w:val="24"/>
        </w:rPr>
        <w:t>“因为我原本以为，自己还能忍。”</w:t>
      </w:r>
    </w:p>
    <w:p>
      <w:pPr>
        <w:spacing w:line="560" w:lineRule="exact"/>
        <w:ind w:firstLine="420"/>
      </w:pPr>
      <w:r>
        <w:rPr>
          <w:rFonts w:ascii="宋体" w:hAnsi="宋体" w:eastAsia="宋体"/>
          <w:sz w:val="24"/>
        </w:rPr>
        <w:t>她抬起手，露出后颈。那里有一个黑色印记，像一条缠绕的蛇。</w:t>
      </w:r>
    </w:p>
    <w:p>
      <w:pPr>
        <w:spacing w:line="560" w:lineRule="exact"/>
        <w:ind w:firstLine="420"/>
      </w:pPr>
      <w:r>
        <w:rPr>
          <w:rFonts w:ascii="宋体" w:hAnsi="宋体" w:eastAsia="宋体"/>
          <w:sz w:val="24"/>
        </w:rPr>
        <w:t>“暗影给我下的指令是：取得林风信任，拿到古玉，必要时——杀了他。”</w:t>
      </w:r>
    </w:p>
    <w:p>
      <w:pPr>
        <w:spacing w:line="560" w:lineRule="exact"/>
        <w:ind w:firstLine="420"/>
      </w:pPr>
      <w:r>
        <w:rPr>
          <w:rFonts w:ascii="宋体" w:hAnsi="宋体" w:eastAsia="宋体"/>
          <w:sz w:val="24"/>
        </w:rPr>
        <w:t>议事厅里温度像降了几度。</w:t>
      </w:r>
    </w:p>
    <w:p>
      <w:pPr>
        <w:spacing w:line="560" w:lineRule="exact"/>
        <w:ind w:firstLine="420"/>
      </w:pPr>
      <w:r>
        <w:rPr>
          <w:rFonts w:ascii="宋体" w:hAnsi="宋体" w:eastAsia="宋体"/>
          <w:sz w:val="24"/>
        </w:rPr>
        <w:t>赵铁柱直接举起盾：“风哥，别听她废话，先关起来！”</w:t>
      </w:r>
    </w:p>
    <w:p>
      <w:pPr>
        <w:spacing w:line="560" w:lineRule="exact"/>
        <w:ind w:firstLine="420"/>
      </w:pPr>
      <w:r>
        <w:rPr>
          <w:rFonts w:ascii="宋体" w:hAnsi="宋体" w:eastAsia="宋体"/>
          <w:sz w:val="24"/>
        </w:rPr>
        <w:t>苏小雅也急了：“夜影，你知道你在说什么吗？你这是把整个神豪殿往火坑里推！”</w:t>
      </w:r>
    </w:p>
    <w:p>
      <w:pPr>
        <w:spacing w:line="560" w:lineRule="exact"/>
        <w:ind w:firstLine="420"/>
      </w:pPr>
      <w:r>
        <w:rPr>
          <w:rFonts w:ascii="宋体" w:hAnsi="宋体" w:eastAsia="宋体"/>
          <w:sz w:val="24"/>
        </w:rPr>
        <w:t>夜影看着林风，声音低了些：“所以我倒戈了。”</w:t>
      </w:r>
    </w:p>
    <w:p>
      <w:pPr>
        <w:spacing w:line="560" w:lineRule="exact"/>
        <w:ind w:firstLine="420"/>
      </w:pPr>
      <w:r>
        <w:rPr>
          <w:rFonts w:ascii="宋体" w:hAnsi="宋体" w:eastAsia="宋体"/>
          <w:sz w:val="24"/>
        </w:rPr>
        <w:t>林风冷笑：“一句倒戈，就想让我信你？”</w:t>
      </w:r>
    </w:p>
    <w:p>
      <w:pPr>
        <w:spacing w:line="560" w:lineRule="exact"/>
        <w:ind w:firstLine="420"/>
      </w:pPr>
      <w:r>
        <w:rPr>
          <w:rFonts w:ascii="宋体" w:hAnsi="宋体" w:eastAsia="宋体"/>
          <w:sz w:val="24"/>
        </w:rPr>
        <w:t>“不该信。”夜影回答得很快，“但你可以看结果。”</w:t>
      </w:r>
    </w:p>
    <w:p>
      <w:pPr>
        <w:spacing w:line="560" w:lineRule="exact"/>
        <w:ind w:firstLine="420"/>
      </w:pPr>
      <w:r>
        <w:rPr>
          <w:rFonts w:ascii="宋体" w:hAnsi="宋体" w:eastAsia="宋体"/>
          <w:sz w:val="24"/>
        </w:rPr>
        <w:t>她点开交易栏。</w:t>
      </w:r>
    </w:p>
    <w:p>
      <w:pPr>
        <w:spacing w:line="560" w:lineRule="exact"/>
        <w:ind w:firstLine="420"/>
      </w:pPr>
      <w:r>
        <w:rPr>
          <w:rFonts w:ascii="宋体" w:hAnsi="宋体" w:eastAsia="宋体"/>
          <w:sz w:val="24"/>
        </w:rPr>
        <w:t>【夜影向你发起交易】</w:t>
      </w:r>
    </w:p>
    <w:p>
      <w:pPr>
        <w:spacing w:line="560" w:lineRule="exact"/>
        <w:ind w:firstLine="420"/>
      </w:pPr>
      <w:r>
        <w:rPr>
          <w:rFonts w:ascii="宋体" w:hAnsi="宋体" w:eastAsia="宋体"/>
          <w:sz w:val="24"/>
        </w:rPr>
        <w:t>林风看了一眼，瞳孔微缩。</w:t>
      </w:r>
    </w:p>
    <w:p>
      <w:pPr>
        <w:spacing w:line="560" w:lineRule="exact"/>
        <w:ind w:firstLine="420"/>
      </w:pPr>
      <w:r>
        <w:rPr>
          <w:rFonts w:ascii="宋体" w:hAnsi="宋体" w:eastAsia="宋体"/>
          <w:sz w:val="24"/>
        </w:rPr>
        <w:t>交易栏里躺着三件东西。</w:t>
      </w:r>
    </w:p>
    <w:p>
      <w:pPr>
        <w:spacing w:line="560" w:lineRule="exact"/>
        <w:ind w:firstLine="420"/>
      </w:pPr>
      <w:r>
        <w:rPr>
          <w:rFonts w:ascii="宋体" w:hAnsi="宋体" w:eastAsia="宋体"/>
          <w:sz w:val="24"/>
        </w:rPr>
        <w:t>第一件，暗影组织内部通讯器。</w:t>
      </w:r>
    </w:p>
    <w:p>
      <w:pPr>
        <w:spacing w:line="560" w:lineRule="exact"/>
        <w:ind w:firstLine="420"/>
      </w:pPr>
      <w:r>
        <w:rPr>
          <w:rFonts w:ascii="宋体" w:hAnsi="宋体" w:eastAsia="宋体"/>
          <w:sz w:val="24"/>
        </w:rPr>
        <w:t>第二件，一份加密名单。</w:t>
      </w:r>
    </w:p>
    <w:p>
      <w:pPr>
        <w:spacing w:line="560" w:lineRule="exact"/>
        <w:ind w:firstLine="420"/>
      </w:pPr>
      <w:r>
        <w:rPr>
          <w:rFonts w:ascii="宋体" w:hAnsi="宋体" w:eastAsia="宋体"/>
          <w:sz w:val="24"/>
        </w:rPr>
        <w:t>第三件，是一块青铜碎片。</w:t>
      </w:r>
    </w:p>
    <w:p>
      <w:pPr>
        <w:spacing w:line="560" w:lineRule="exact"/>
        <w:ind w:firstLine="420"/>
      </w:pPr>
      <w:r>
        <w:rPr>
          <w:rFonts w:ascii="宋体" w:hAnsi="宋体" w:eastAsia="宋体"/>
          <w:sz w:val="24"/>
        </w:rPr>
        <w:t>青铜碎片出现的瞬间，林风背包里的古玉竟然轻轻发热。</w:t>
      </w:r>
    </w:p>
    <w:p>
      <w:pPr>
        <w:spacing w:line="560" w:lineRule="exact"/>
        <w:ind w:firstLine="420"/>
      </w:pPr>
      <w:r>
        <w:rPr>
          <w:rFonts w:ascii="宋体" w:hAnsi="宋体" w:eastAsia="宋体"/>
          <w:sz w:val="24"/>
        </w:rPr>
        <w:t>苏小雅惊呼：“古玉有反应！”</w:t>
      </w:r>
    </w:p>
    <w:p>
      <w:pPr>
        <w:spacing w:line="560" w:lineRule="exact"/>
        <w:ind w:firstLine="420"/>
      </w:pPr>
      <w:r>
        <w:rPr>
          <w:rFonts w:ascii="宋体" w:hAnsi="宋体" w:eastAsia="宋体"/>
          <w:sz w:val="24"/>
        </w:rPr>
        <w:t>凌天站起身，终于变了脸色：“这不是普通材料，是密钥。”</w:t>
      </w:r>
    </w:p>
    <w:p>
      <w:pPr>
        <w:spacing w:line="560" w:lineRule="exact"/>
        <w:ind w:firstLine="420"/>
      </w:pPr>
      <w:r>
        <w:rPr>
          <w:rFonts w:ascii="宋体" w:hAnsi="宋体" w:eastAsia="宋体"/>
          <w:sz w:val="24"/>
        </w:rPr>
        <w:t>夜影说：“这是我从陈锋那里偷出来的。暗影组织查到，林风父母的遗产不只是钱，还有一部分技术权限。古玉是钥匙，青铜碎片是其中一块拼图。”</w:t>
      </w:r>
    </w:p>
    <w:p>
      <w:pPr>
        <w:spacing w:line="560" w:lineRule="exact"/>
        <w:ind w:firstLine="420"/>
      </w:pPr>
      <w:r>
        <w:rPr>
          <w:rFonts w:ascii="宋体" w:hAnsi="宋体" w:eastAsia="宋体"/>
          <w:sz w:val="24"/>
        </w:rPr>
        <w:t>林风握紧古玉，指尖发凉。</w:t>
      </w:r>
    </w:p>
    <w:p>
      <w:pPr>
        <w:spacing w:line="560" w:lineRule="exact"/>
        <w:ind w:firstLine="420"/>
      </w:pPr>
      <w:r>
        <w:rPr>
          <w:rFonts w:ascii="宋体" w:hAnsi="宋体" w:eastAsia="宋体"/>
          <w:sz w:val="24"/>
        </w:rPr>
        <w:t>他父母留下的东西，远比想象中复杂。</w:t>
      </w:r>
    </w:p>
    <w:p>
      <w:pPr>
        <w:spacing w:line="560" w:lineRule="exact"/>
        <w:ind w:firstLine="420"/>
      </w:pPr>
      <w:r>
        <w:rPr>
          <w:rFonts w:ascii="宋体" w:hAnsi="宋体" w:eastAsia="宋体"/>
          <w:sz w:val="24"/>
        </w:rPr>
        <w:t>“我爸妈到底留下了什么？”</w:t>
      </w:r>
    </w:p>
    <w:p>
      <w:pPr>
        <w:spacing w:line="560" w:lineRule="exact"/>
        <w:ind w:firstLine="420"/>
      </w:pPr>
      <w:r>
        <w:rPr>
          <w:rFonts w:ascii="宋体" w:hAnsi="宋体" w:eastAsia="宋体"/>
          <w:sz w:val="24"/>
        </w:rPr>
        <w:t>夜影看着他：“我不知道全部。但我知道，他们当年参与过《天界》的底层设计。全息现实映射技术，不是天穹科技单独完成的，你父母也在里面。”</w:t>
      </w:r>
    </w:p>
    <w:p>
      <w:pPr>
        <w:spacing w:line="560" w:lineRule="exact"/>
        <w:ind w:firstLine="420"/>
      </w:pPr>
      <w:r>
        <w:rPr>
          <w:rFonts w:ascii="宋体" w:hAnsi="宋体" w:eastAsia="宋体"/>
          <w:sz w:val="24"/>
        </w:rPr>
        <w:t>这句话像一记重锤，砸在林风胸口。</w:t>
      </w:r>
    </w:p>
    <w:p>
      <w:pPr>
        <w:spacing w:line="560" w:lineRule="exact"/>
        <w:ind w:firstLine="420"/>
      </w:pPr>
      <w:r>
        <w:rPr>
          <w:rFonts w:ascii="宋体" w:hAnsi="宋体" w:eastAsia="宋体"/>
          <w:sz w:val="24"/>
        </w:rPr>
        <w:t>他一直以为父母只是普通上班族，车祸是意外。</w:t>
      </w:r>
    </w:p>
    <w:p>
      <w:pPr>
        <w:spacing w:line="560" w:lineRule="exact"/>
        <w:ind w:firstLine="420"/>
      </w:pPr>
      <w:r>
        <w:rPr>
          <w:rFonts w:ascii="宋体" w:hAnsi="宋体" w:eastAsia="宋体"/>
          <w:sz w:val="24"/>
        </w:rPr>
        <w:t>可现在，所有事情都开始往同一个方向靠拢。</w:t>
      </w:r>
    </w:p>
    <w:p>
      <w:pPr>
        <w:spacing w:line="560" w:lineRule="exact"/>
        <w:ind w:firstLine="420"/>
      </w:pPr>
      <w:r>
        <w:rPr>
          <w:rFonts w:ascii="宋体" w:hAnsi="宋体" w:eastAsia="宋体"/>
          <w:sz w:val="24"/>
        </w:rPr>
        <w:t>神豪系统。</w:t>
      </w:r>
    </w:p>
    <w:p>
      <w:pPr>
        <w:spacing w:line="560" w:lineRule="exact"/>
        <w:ind w:firstLine="420"/>
      </w:pPr>
      <w:r>
        <w:rPr>
          <w:rFonts w:ascii="宋体" w:hAnsi="宋体" w:eastAsia="宋体"/>
          <w:sz w:val="24"/>
        </w:rPr>
        <w:t>古玉。</w:t>
      </w:r>
    </w:p>
    <w:p>
      <w:pPr>
        <w:spacing w:line="560" w:lineRule="exact"/>
        <w:ind w:firstLine="420"/>
      </w:pPr>
      <w:r>
        <w:rPr>
          <w:rFonts w:ascii="宋体" w:hAnsi="宋体" w:eastAsia="宋体"/>
          <w:sz w:val="24"/>
        </w:rPr>
        <w:t>天穹科技。</w:t>
      </w:r>
    </w:p>
    <w:p>
      <w:pPr>
        <w:spacing w:line="560" w:lineRule="exact"/>
        <w:ind w:firstLine="420"/>
      </w:pPr>
      <w:r>
        <w:rPr>
          <w:rFonts w:ascii="宋体" w:hAnsi="宋体" w:eastAsia="宋体"/>
          <w:sz w:val="24"/>
        </w:rPr>
        <w:t>暗影组织。</w:t>
      </w:r>
    </w:p>
    <w:p>
      <w:pPr>
        <w:spacing w:line="560" w:lineRule="exact"/>
        <w:ind w:firstLine="420"/>
      </w:pPr>
      <w:r>
        <w:rPr>
          <w:rFonts w:ascii="宋体" w:hAnsi="宋体" w:eastAsia="宋体"/>
          <w:sz w:val="24"/>
        </w:rPr>
        <w:t>还有父母的车祸。</w:t>
      </w:r>
    </w:p>
    <w:p>
      <w:pPr>
        <w:spacing w:line="560" w:lineRule="exact"/>
        <w:ind w:firstLine="420"/>
      </w:pPr>
      <w:r>
        <w:rPr>
          <w:rFonts w:ascii="宋体" w:hAnsi="宋体" w:eastAsia="宋体"/>
          <w:sz w:val="24"/>
        </w:rPr>
        <w:t>赵铁柱骂了一句：“风哥，你别被她带节奏。这事儿太邪门了。”</w:t>
      </w:r>
    </w:p>
    <w:p>
      <w:pPr>
        <w:spacing w:line="560" w:lineRule="exact"/>
        <w:ind w:firstLine="420"/>
      </w:pPr>
      <w:r>
        <w:rPr>
          <w:rFonts w:ascii="宋体" w:hAnsi="宋体" w:eastAsia="宋体"/>
          <w:sz w:val="24"/>
        </w:rPr>
        <w:t>林风没说话。</w:t>
      </w:r>
    </w:p>
    <w:p>
      <w:pPr>
        <w:spacing w:line="560" w:lineRule="exact"/>
        <w:ind w:firstLine="420"/>
      </w:pPr>
      <w:r>
        <w:rPr>
          <w:rFonts w:ascii="宋体" w:hAnsi="宋体" w:eastAsia="宋体"/>
          <w:sz w:val="24"/>
        </w:rPr>
        <w:t>凌天忽然问：“陈锋知道你倒戈吗？”</w:t>
      </w:r>
    </w:p>
    <w:p>
      <w:pPr>
        <w:spacing w:line="560" w:lineRule="exact"/>
        <w:ind w:firstLine="420"/>
      </w:pPr>
      <w:r>
        <w:rPr>
          <w:rFonts w:ascii="宋体" w:hAnsi="宋体" w:eastAsia="宋体"/>
          <w:sz w:val="24"/>
        </w:rPr>
        <w:t>夜影摇头：“暂时不知道。但我今晚来神豪殿，已经被他监控了。刚才那个刺客，就是他安排的眼线。”</w:t>
      </w:r>
    </w:p>
    <w:p>
      <w:pPr>
        <w:spacing w:line="560" w:lineRule="exact"/>
        <w:ind w:firstLine="420"/>
      </w:pPr>
      <w:r>
        <w:rPr>
          <w:rFonts w:ascii="宋体" w:hAnsi="宋体" w:eastAsia="宋体"/>
          <w:sz w:val="24"/>
        </w:rPr>
        <w:t>她指向地上爆出的装备。</w:t>
      </w:r>
    </w:p>
    <w:p>
      <w:pPr>
        <w:spacing w:line="560" w:lineRule="exact"/>
        <w:ind w:firstLine="420"/>
      </w:pPr>
      <w:r>
        <w:rPr>
          <w:rFonts w:ascii="宋体" w:hAnsi="宋体" w:eastAsia="宋体"/>
          <w:sz w:val="24"/>
        </w:rPr>
        <w:t xml:space="preserve">【暗影追踪者之靴】  </w:t>
        <w:br/>
        <w:t xml:space="preserve">【暗影追踪者之戒】  </w:t>
        <w:br/>
        <w:t>【暗语水晶×1】</w:t>
      </w:r>
    </w:p>
    <w:p>
      <w:pPr>
        <w:spacing w:line="560" w:lineRule="exact"/>
        <w:ind w:firstLine="420"/>
      </w:pPr>
      <w:r>
        <w:rPr>
          <w:rFonts w:ascii="宋体" w:hAnsi="宋体" w:eastAsia="宋体"/>
          <w:sz w:val="24"/>
        </w:rPr>
        <w:t>苏小雅捡起暗语水晶，脸色难看：“这东西能记录周围声音，至少十分钟。”</w:t>
      </w:r>
    </w:p>
    <w:p>
      <w:pPr>
        <w:spacing w:line="560" w:lineRule="exact"/>
        <w:ind w:firstLine="420"/>
      </w:pPr>
      <w:r>
        <w:rPr>
          <w:rFonts w:ascii="宋体" w:hAnsi="宋体" w:eastAsia="宋体"/>
          <w:sz w:val="24"/>
        </w:rPr>
        <w:t>赵铁柱一脚踩碎水晶：“那还等什么？赶紧撤！”</w:t>
      </w:r>
    </w:p>
    <w:p>
      <w:pPr>
        <w:spacing w:line="560" w:lineRule="exact"/>
        <w:ind w:firstLine="420"/>
      </w:pPr>
      <w:r>
        <w:rPr>
          <w:rFonts w:ascii="宋体" w:hAnsi="宋体" w:eastAsia="宋体"/>
          <w:sz w:val="24"/>
        </w:rPr>
        <w:t>就在这时，议事厅外传来密集脚步声。</w:t>
      </w:r>
    </w:p>
    <w:p>
      <w:pPr>
        <w:spacing w:line="560" w:lineRule="exact"/>
        <w:ind w:firstLine="420"/>
      </w:pPr>
      <w:r>
        <w:rPr>
          <w:rFonts w:ascii="宋体" w:hAnsi="宋体" w:eastAsia="宋体"/>
          <w:sz w:val="24"/>
        </w:rPr>
        <w:t>系统提示同时响起。</w:t>
      </w:r>
    </w:p>
    <w:p>
      <w:pPr>
        <w:spacing w:line="560" w:lineRule="exact"/>
        <w:ind w:firstLine="420"/>
      </w:pPr>
      <w:r>
        <w:rPr>
          <w:rFonts w:ascii="宋体" w:hAnsi="宋体" w:eastAsia="宋体"/>
          <w:sz w:val="24"/>
        </w:rPr>
        <w:t xml:space="preserve">【公会领地遭遇入侵！】  </w:t>
        <w:br/>
        <w:t xml:space="preserve">【入侵势力：暗影】  </w:t>
        <w:br/>
        <w:t xml:space="preserve">【当前人数：47】  </w:t>
        <w:br/>
        <w:t>【是否开启公会战？】</w:t>
      </w:r>
    </w:p>
    <w:p>
      <w:pPr>
        <w:spacing w:line="560" w:lineRule="exact"/>
        <w:ind w:firstLine="420"/>
      </w:pPr>
      <w:r>
        <w:rPr>
          <w:rFonts w:ascii="宋体" w:hAnsi="宋体" w:eastAsia="宋体"/>
          <w:sz w:val="24"/>
        </w:rPr>
        <w:t>林风抬头，看向门外。</w:t>
      </w:r>
    </w:p>
    <w:p>
      <w:pPr>
        <w:spacing w:line="560" w:lineRule="exact"/>
        <w:ind w:firstLine="420"/>
      </w:pPr>
      <w:r>
        <w:rPr>
          <w:rFonts w:ascii="宋体" w:hAnsi="宋体" w:eastAsia="宋体"/>
          <w:sz w:val="24"/>
        </w:rPr>
        <w:t>黑夜中，一道道黑色身影从屋顶落下，身上披着暗影斗篷，手里武器泛着绿光。</w:t>
      </w:r>
    </w:p>
    <w:p>
      <w:pPr>
        <w:spacing w:line="560" w:lineRule="exact"/>
        <w:ind w:firstLine="420"/>
      </w:pPr>
      <w:r>
        <w:rPr>
          <w:rFonts w:ascii="宋体" w:hAnsi="宋体" w:eastAsia="宋体"/>
          <w:sz w:val="24"/>
        </w:rPr>
        <w:t>赵铁柱咧嘴一笑，扛起盾牌：“正好，老子憋了一肚子火。”</w:t>
      </w:r>
    </w:p>
    <w:p>
      <w:pPr>
        <w:spacing w:line="560" w:lineRule="exact"/>
        <w:ind w:firstLine="420"/>
      </w:pPr>
      <w:r>
        <w:rPr>
          <w:rFonts w:ascii="宋体" w:hAnsi="宋体" w:eastAsia="宋体"/>
          <w:sz w:val="24"/>
        </w:rPr>
        <w:t>苏小雅立刻打开公会频道：“神豪殿所有人听令！仓库转移，法师团上城墙，牧师别站前排，刺客绕后！”</w:t>
      </w:r>
    </w:p>
    <w:p>
      <w:pPr>
        <w:spacing w:line="560" w:lineRule="exact"/>
        <w:ind w:firstLine="420"/>
      </w:pPr>
      <w:r>
        <w:rPr>
          <w:rFonts w:ascii="宋体" w:hAnsi="宋体" w:eastAsia="宋体"/>
          <w:sz w:val="24"/>
        </w:rPr>
        <w:t>她虽然是主播，可指挥起来一点不含糊。</w:t>
      </w:r>
    </w:p>
    <w:p>
      <w:pPr>
        <w:spacing w:line="560" w:lineRule="exact"/>
        <w:ind w:firstLine="420"/>
      </w:pPr>
      <w:r>
        <w:rPr>
          <w:rFonts w:ascii="宋体" w:hAnsi="宋体" w:eastAsia="宋体"/>
          <w:sz w:val="24"/>
        </w:rPr>
        <w:t>凌天沉声道：“铁柱守门，夜影跟林风走，别让她离开视线。”</w:t>
      </w:r>
    </w:p>
    <w:p>
      <w:pPr>
        <w:spacing w:line="560" w:lineRule="exact"/>
        <w:ind w:firstLine="420"/>
      </w:pPr>
      <w:r>
        <w:rPr>
          <w:rFonts w:ascii="宋体" w:hAnsi="宋体" w:eastAsia="宋体"/>
          <w:sz w:val="24"/>
        </w:rPr>
        <w:t>夜影没有反驳。</w:t>
      </w:r>
    </w:p>
    <w:p>
      <w:pPr>
        <w:spacing w:line="560" w:lineRule="exact"/>
        <w:ind w:firstLine="420"/>
      </w:pPr>
      <w:r>
        <w:rPr>
          <w:rFonts w:ascii="宋体" w:hAnsi="宋体" w:eastAsia="宋体"/>
          <w:sz w:val="24"/>
        </w:rPr>
        <w:t>林风看了她一眼：“你确定要一起打？”</w:t>
      </w:r>
    </w:p>
    <w:p>
      <w:pPr>
        <w:spacing w:line="560" w:lineRule="exact"/>
        <w:ind w:firstLine="420"/>
      </w:pPr>
      <w:r>
        <w:rPr>
          <w:rFonts w:ascii="宋体" w:hAnsi="宋体" w:eastAsia="宋体"/>
          <w:sz w:val="24"/>
        </w:rPr>
        <w:t>夜影重新戴上面罩，只露出一双眼睛。</w:t>
      </w:r>
    </w:p>
    <w:p>
      <w:pPr>
        <w:spacing w:line="560" w:lineRule="exact"/>
        <w:ind w:firstLine="420"/>
      </w:pPr>
      <w:r>
        <w:rPr>
          <w:rFonts w:ascii="宋体" w:hAnsi="宋体" w:eastAsia="宋体"/>
          <w:sz w:val="24"/>
        </w:rPr>
        <w:t>“我已经没有回头路了。”</w:t>
      </w:r>
    </w:p>
    <w:p>
      <w:pPr>
        <w:spacing w:line="560" w:lineRule="exact"/>
        <w:ind w:firstLine="420"/>
      </w:pPr>
      <w:r>
        <w:rPr>
          <w:rFonts w:ascii="宋体" w:hAnsi="宋体" w:eastAsia="宋体"/>
          <w:sz w:val="24"/>
        </w:rPr>
        <w:t>第一波暗影刺客撞上门时，赵铁柱直接开大。</w:t>
      </w:r>
    </w:p>
    <w:p>
      <w:pPr>
        <w:spacing w:line="560" w:lineRule="exact"/>
        <w:ind w:firstLine="420"/>
      </w:pPr>
      <w:r>
        <w:rPr>
          <w:rFonts w:ascii="宋体" w:hAnsi="宋体" w:eastAsia="宋体"/>
          <w:sz w:val="24"/>
        </w:rPr>
        <w:t>“钢铁壁垒！”</w:t>
      </w:r>
    </w:p>
    <w:p>
      <w:pPr>
        <w:spacing w:line="560" w:lineRule="exact"/>
        <w:ind w:firstLine="420"/>
      </w:pPr>
      <w:r>
        <w:rPr>
          <w:rFonts w:ascii="宋体" w:hAnsi="宋体" w:eastAsia="宋体"/>
          <w:sz w:val="24"/>
        </w:rPr>
        <w:t>一面金色盾墙拔地而起。</w:t>
      </w:r>
    </w:p>
    <w:p>
      <w:pPr>
        <w:spacing w:line="560" w:lineRule="exact"/>
        <w:ind w:firstLine="420"/>
      </w:pPr>
      <w:r>
        <w:rPr>
          <w:rFonts w:ascii="宋体" w:hAnsi="宋体" w:eastAsia="宋体"/>
          <w:sz w:val="24"/>
        </w:rPr>
        <w:t>“盾反！”</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最前面的暗影刺客被震飞，头顶跳出伤害。</w:t>
      </w:r>
    </w:p>
    <w:p>
      <w:pPr>
        <w:spacing w:line="560" w:lineRule="exact"/>
        <w:ind w:firstLine="420"/>
      </w:pPr>
      <w:r>
        <w:rPr>
          <w:rFonts w:ascii="宋体" w:hAnsi="宋体" w:eastAsia="宋体"/>
          <w:sz w:val="24"/>
        </w:rPr>
        <w:t>“-9320！”</w:t>
      </w:r>
    </w:p>
    <w:p>
      <w:pPr>
        <w:spacing w:line="560" w:lineRule="exact"/>
        <w:ind w:firstLine="420"/>
      </w:pPr>
      <w:r>
        <w:rPr>
          <w:rFonts w:ascii="宋体" w:hAnsi="宋体" w:eastAsia="宋体"/>
          <w:sz w:val="24"/>
        </w:rPr>
        <w:t>赵铁柱哈哈一笑：“就这？暗影组织就这点排面？”</w:t>
      </w:r>
    </w:p>
    <w:p>
      <w:pPr>
        <w:spacing w:line="560" w:lineRule="exact"/>
        <w:ind w:firstLine="420"/>
      </w:pPr>
      <w:r>
        <w:rPr>
          <w:rFonts w:ascii="宋体" w:hAnsi="宋体" w:eastAsia="宋体"/>
          <w:sz w:val="24"/>
        </w:rPr>
        <w:t>话没说完，第二波箭雨落下。</w:t>
      </w:r>
    </w:p>
    <w:p>
      <w:pPr>
        <w:spacing w:line="560" w:lineRule="exact"/>
        <w:ind w:firstLine="420"/>
      </w:pPr>
      <w:r>
        <w:rPr>
          <w:rFonts w:ascii="宋体" w:hAnsi="宋体" w:eastAsia="宋体"/>
          <w:sz w:val="24"/>
        </w:rPr>
        <w:t>“破甲箭！”</w:t>
      </w:r>
    </w:p>
    <w:p>
      <w:pPr>
        <w:spacing w:line="560" w:lineRule="exact"/>
        <w:ind w:firstLine="420"/>
      </w:pPr>
      <w:r>
        <w:rPr>
          <w:rFonts w:ascii="宋体" w:hAnsi="宋体" w:eastAsia="宋体"/>
          <w:sz w:val="24"/>
        </w:rPr>
        <w:t xml:space="preserve">“-2180！”  </w:t>
        <w:br/>
        <w:t>“-2245！”</w:t>
      </w:r>
    </w:p>
    <w:p>
      <w:pPr>
        <w:spacing w:line="560" w:lineRule="exact"/>
        <w:ind w:firstLine="420"/>
      </w:pPr>
      <w:r>
        <w:rPr>
          <w:rFonts w:ascii="宋体" w:hAnsi="宋体" w:eastAsia="宋体"/>
          <w:sz w:val="24"/>
        </w:rPr>
        <w:t>几个牧师血条瞬间掉了一截。</w:t>
      </w:r>
    </w:p>
    <w:p>
      <w:pPr>
        <w:spacing w:line="560" w:lineRule="exact"/>
        <w:ind w:firstLine="420"/>
      </w:pPr>
      <w:r>
        <w:rPr>
          <w:rFonts w:ascii="宋体" w:hAnsi="宋体" w:eastAsia="宋体"/>
          <w:sz w:val="24"/>
        </w:rPr>
        <w:t>苏小雅急喊：“牧师后撤！给铁柱套圣盾！”</w:t>
      </w:r>
    </w:p>
    <w:p>
      <w:pPr>
        <w:spacing w:line="560" w:lineRule="exact"/>
        <w:ind w:firstLine="420"/>
      </w:pPr>
      <w:r>
        <w:rPr>
          <w:rFonts w:ascii="宋体" w:hAnsi="宋体" w:eastAsia="宋体"/>
          <w:sz w:val="24"/>
        </w:rPr>
        <w:t>“圣光守护！”</w:t>
      </w:r>
    </w:p>
    <w:p>
      <w:pPr>
        <w:spacing w:line="560" w:lineRule="exact"/>
        <w:ind w:firstLine="420"/>
      </w:pPr>
      <w:r>
        <w:rPr>
          <w:rFonts w:ascii="宋体" w:hAnsi="宋体" w:eastAsia="宋体"/>
          <w:sz w:val="24"/>
        </w:rPr>
        <w:t>赵铁柱身上金光一闪，硬扛下一轮攻击。</w:t>
      </w:r>
    </w:p>
    <w:p>
      <w:pPr>
        <w:spacing w:line="560" w:lineRule="exact"/>
        <w:ind w:firstLine="420"/>
      </w:pPr>
      <w:r>
        <w:rPr>
          <w:rFonts w:ascii="宋体" w:hAnsi="宋体" w:eastAsia="宋体"/>
          <w:sz w:val="24"/>
        </w:rPr>
        <w:t>林风站在后方，直接打开商城。</w:t>
      </w:r>
    </w:p>
    <w:p>
      <w:pPr>
        <w:spacing w:line="560" w:lineRule="exact"/>
        <w:ind w:firstLine="420"/>
      </w:pPr>
      <w:r>
        <w:rPr>
          <w:rFonts w:ascii="宋体" w:hAnsi="宋体" w:eastAsia="宋体"/>
          <w:sz w:val="24"/>
        </w:rPr>
        <w:t xml:space="preserve">【是否充值？当前余额：无限】  </w:t>
        <w:br/>
        <w:t>【确认充值成功。】</w:t>
      </w:r>
    </w:p>
    <w:p>
      <w:pPr>
        <w:spacing w:line="560" w:lineRule="exact"/>
        <w:ind w:firstLine="420"/>
      </w:pPr>
      <w:r>
        <w:rPr>
          <w:rFonts w:ascii="宋体" w:hAnsi="宋体" w:eastAsia="宋体"/>
          <w:sz w:val="24"/>
        </w:rPr>
        <w:t>他抬手丢出三张金色卷轴。</w:t>
      </w:r>
    </w:p>
    <w:p>
      <w:pPr>
        <w:spacing w:line="560" w:lineRule="exact"/>
        <w:ind w:firstLine="420"/>
      </w:pPr>
      <w:r>
        <w:rPr>
          <w:rFonts w:ascii="宋体" w:hAnsi="宋体" w:eastAsia="宋体"/>
          <w:sz w:val="24"/>
        </w:rPr>
        <w:t>“天雷审判！”</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议事厅外雷光炸开，整片广场被照亮。</w:t>
      </w:r>
    </w:p>
    <w:p>
      <w:pPr>
        <w:spacing w:line="560" w:lineRule="exact"/>
        <w:ind w:firstLine="420"/>
      </w:pPr>
      <w:r>
        <w:rPr>
          <w:rFonts w:ascii="宋体" w:hAnsi="宋体" w:eastAsia="宋体"/>
          <w:sz w:val="24"/>
        </w:rPr>
        <w:t xml:space="preserve">“-18500！”  </w:t>
        <w:br/>
        <w:t xml:space="preserve">“-19230！”  </w:t>
        <w:br/>
        <w:t>“-20100！”</w:t>
      </w:r>
    </w:p>
    <w:p>
      <w:pPr>
        <w:spacing w:line="560" w:lineRule="exact"/>
        <w:ind w:firstLine="420"/>
      </w:pPr>
      <w:r>
        <w:rPr>
          <w:rFonts w:ascii="宋体" w:hAnsi="宋体" w:eastAsia="宋体"/>
          <w:sz w:val="24"/>
        </w:rPr>
        <w:t>暗影玩家成片倒下，可后面的人像杀不完一样，继续往前压。</w:t>
      </w:r>
    </w:p>
    <w:p>
      <w:pPr>
        <w:spacing w:line="560" w:lineRule="exact"/>
        <w:ind w:firstLine="420"/>
      </w:pPr>
      <w:r>
        <w:rPr>
          <w:rFonts w:ascii="宋体" w:hAnsi="宋体" w:eastAsia="宋体"/>
          <w:sz w:val="24"/>
        </w:rPr>
        <w:t>夜影动了。</w:t>
      </w:r>
    </w:p>
    <w:p>
      <w:pPr>
        <w:spacing w:line="560" w:lineRule="exact"/>
        <w:ind w:firstLine="420"/>
      </w:pPr>
      <w:r>
        <w:rPr>
          <w:rFonts w:ascii="宋体" w:hAnsi="宋体" w:eastAsia="宋体"/>
          <w:sz w:val="24"/>
        </w:rPr>
        <w:t>她身影一矮，直接融入黑暗。</w:t>
      </w:r>
    </w:p>
    <w:p>
      <w:pPr>
        <w:spacing w:line="560" w:lineRule="exact"/>
        <w:ind w:firstLine="420"/>
      </w:pPr>
      <w:r>
        <w:rPr>
          <w:rFonts w:ascii="宋体" w:hAnsi="宋体" w:eastAsia="宋体"/>
          <w:sz w:val="24"/>
        </w:rPr>
        <w:t>“影遁！”</w:t>
      </w:r>
    </w:p>
    <w:p>
      <w:pPr>
        <w:spacing w:line="560" w:lineRule="exact"/>
        <w:ind w:firstLine="420"/>
      </w:pPr>
      <w:r>
        <w:rPr>
          <w:rFonts w:ascii="宋体" w:hAnsi="宋体" w:eastAsia="宋体"/>
          <w:sz w:val="24"/>
        </w:rPr>
        <w:t>下一秒，她出现在一名暗影法师背后。</w:t>
      </w:r>
    </w:p>
    <w:p>
      <w:pPr>
        <w:spacing w:line="560" w:lineRule="exact"/>
        <w:ind w:firstLine="420"/>
      </w:pPr>
      <w:r>
        <w:rPr>
          <w:rFonts w:ascii="宋体" w:hAnsi="宋体" w:eastAsia="宋体"/>
          <w:sz w:val="24"/>
        </w:rPr>
        <w:t>“背刺！”</w:t>
      </w:r>
    </w:p>
    <w:p>
      <w:pPr>
        <w:spacing w:line="560" w:lineRule="exact"/>
        <w:ind w:firstLine="420"/>
      </w:pPr>
      <w:r>
        <w:rPr>
          <w:rFonts w:ascii="宋体" w:hAnsi="宋体" w:eastAsia="宋体"/>
          <w:sz w:val="24"/>
        </w:rPr>
        <w:t>“-15680！”</w:t>
      </w:r>
    </w:p>
    <w:p>
      <w:pPr>
        <w:spacing w:line="560" w:lineRule="exact"/>
        <w:ind w:firstLine="420"/>
      </w:pPr>
      <w:r>
        <w:rPr>
          <w:rFonts w:ascii="宋体" w:hAnsi="宋体" w:eastAsia="宋体"/>
          <w:sz w:val="24"/>
        </w:rPr>
        <w:t>法师还没反应过来，就被秒杀。</w:t>
      </w:r>
    </w:p>
    <w:p>
      <w:pPr>
        <w:spacing w:line="560" w:lineRule="exact"/>
        <w:ind w:firstLine="420"/>
      </w:pPr>
      <w:r>
        <w:rPr>
          <w:rFonts w:ascii="宋体" w:hAnsi="宋体" w:eastAsia="宋体"/>
          <w:sz w:val="24"/>
        </w:rPr>
        <w:t>夜影落地，匕首划过另一名刺客喉咙。</w:t>
      </w:r>
    </w:p>
    <w:p>
      <w:pPr>
        <w:spacing w:line="560" w:lineRule="exact"/>
        <w:ind w:firstLine="420"/>
      </w:pPr>
      <w:r>
        <w:rPr>
          <w:rFonts w:ascii="宋体" w:hAnsi="宋体" w:eastAsia="宋体"/>
          <w:sz w:val="24"/>
        </w:rPr>
        <w:t>“影杀！”</w:t>
      </w:r>
    </w:p>
    <w:p>
      <w:pPr>
        <w:spacing w:line="560" w:lineRule="exact"/>
        <w:ind w:firstLine="420"/>
      </w:pPr>
      <w:r>
        <w:rPr>
          <w:rFonts w:ascii="宋体" w:hAnsi="宋体" w:eastAsia="宋体"/>
          <w:sz w:val="24"/>
        </w:rPr>
        <w:t>“-13270！”</w:t>
      </w:r>
    </w:p>
    <w:p>
      <w:pPr>
        <w:spacing w:line="560" w:lineRule="exact"/>
        <w:ind w:firstLine="420"/>
      </w:pPr>
      <w:r>
        <w:rPr>
          <w:rFonts w:ascii="宋体" w:hAnsi="宋体" w:eastAsia="宋体"/>
          <w:sz w:val="24"/>
        </w:rPr>
        <w:t>林风看着她的操作，心里有了判断。</w:t>
      </w:r>
    </w:p>
    <w:p>
      <w:pPr>
        <w:spacing w:line="560" w:lineRule="exact"/>
        <w:ind w:firstLine="420"/>
      </w:pPr>
      <w:r>
        <w:rPr>
          <w:rFonts w:ascii="宋体" w:hAnsi="宋体" w:eastAsia="宋体"/>
          <w:sz w:val="24"/>
        </w:rPr>
        <w:t>这操作，确实不是普通高手。</w:t>
      </w:r>
    </w:p>
    <w:p>
      <w:pPr>
        <w:spacing w:line="560" w:lineRule="exact"/>
        <w:ind w:firstLine="420"/>
      </w:pPr>
      <w:r>
        <w:rPr>
          <w:rFonts w:ascii="宋体" w:hAnsi="宋体" w:eastAsia="宋体"/>
          <w:sz w:val="24"/>
        </w:rPr>
        <w:t>她太熟悉暗影的打法了。</w:t>
      </w:r>
    </w:p>
    <w:p>
      <w:pPr>
        <w:spacing w:line="560" w:lineRule="exact"/>
        <w:ind w:firstLine="420"/>
      </w:pPr>
      <w:r>
        <w:rPr>
          <w:rFonts w:ascii="宋体" w:hAnsi="宋体" w:eastAsia="宋体"/>
          <w:sz w:val="24"/>
        </w:rPr>
        <w:t>每一招都卡在对方技能前摇上，像提前看过剧本。</w:t>
      </w:r>
    </w:p>
    <w:p>
      <w:pPr>
        <w:spacing w:line="560" w:lineRule="exact"/>
        <w:ind w:firstLine="420"/>
      </w:pPr>
      <w:r>
        <w:rPr>
          <w:rFonts w:ascii="宋体" w:hAnsi="宋体" w:eastAsia="宋体"/>
          <w:sz w:val="24"/>
        </w:rPr>
        <w:t>一名暗影狂战冲破防线，举斧砍向苏小雅。</w:t>
      </w:r>
    </w:p>
    <w:p>
      <w:pPr>
        <w:spacing w:line="560" w:lineRule="exact"/>
        <w:ind w:firstLine="420"/>
      </w:pPr>
      <w:r>
        <w:rPr>
          <w:rFonts w:ascii="宋体" w:hAnsi="宋体" w:eastAsia="宋体"/>
          <w:sz w:val="24"/>
        </w:rPr>
        <w:t>“崩山斩！”</w:t>
      </w:r>
    </w:p>
    <w:p>
      <w:pPr>
        <w:spacing w:line="560" w:lineRule="exact"/>
        <w:ind w:firstLine="420"/>
      </w:pPr>
      <w:r>
        <w:rPr>
          <w:rFonts w:ascii="宋体" w:hAnsi="宋体" w:eastAsia="宋体"/>
          <w:sz w:val="24"/>
        </w:rPr>
        <w:t>苏小雅脸色一变，来不及躲。</w:t>
      </w:r>
    </w:p>
    <w:p>
      <w:pPr>
        <w:spacing w:line="560" w:lineRule="exact"/>
        <w:ind w:firstLine="420"/>
      </w:pPr>
      <w:r>
        <w:rPr>
          <w:rFonts w:ascii="宋体" w:hAnsi="宋体" w:eastAsia="宋体"/>
          <w:sz w:val="24"/>
        </w:rPr>
        <w:t>赵铁柱怒吼：“敢动我小雅！”</w:t>
      </w:r>
    </w:p>
    <w:p>
      <w:pPr>
        <w:spacing w:line="560" w:lineRule="exact"/>
        <w:ind w:firstLine="420"/>
      </w:pPr>
      <w:r>
        <w:rPr>
          <w:rFonts w:ascii="宋体" w:hAnsi="宋体" w:eastAsia="宋体"/>
          <w:sz w:val="24"/>
        </w:rPr>
        <w:t>他猛地转身，盾牌横拍过去。</w:t>
      </w:r>
    </w:p>
    <w:p>
      <w:pPr>
        <w:spacing w:line="560" w:lineRule="exact"/>
        <w:ind w:firstLine="420"/>
      </w:pPr>
      <w:r>
        <w:rPr>
          <w:rFonts w:ascii="宋体" w:hAnsi="宋体" w:eastAsia="宋体"/>
          <w:sz w:val="24"/>
        </w:rPr>
        <w:t>“嘲讽！”</w:t>
      </w:r>
    </w:p>
    <w:p>
      <w:pPr>
        <w:spacing w:line="560" w:lineRule="exact"/>
        <w:ind w:firstLine="420"/>
      </w:pPr>
      <w:r>
        <w:rPr>
          <w:rFonts w:ascii="宋体" w:hAnsi="宋体" w:eastAsia="宋体"/>
          <w:sz w:val="24"/>
        </w:rPr>
        <w:t>狂战被强行拉走仇恨。</w:t>
      </w:r>
    </w:p>
    <w:p>
      <w:pPr>
        <w:spacing w:line="560" w:lineRule="exact"/>
        <w:ind w:firstLine="420"/>
      </w:pPr>
      <w:r>
        <w:rPr>
          <w:rFonts w:ascii="宋体" w:hAnsi="宋体" w:eastAsia="宋体"/>
          <w:sz w:val="24"/>
        </w:rPr>
        <w:t>可暗影狂战另一只手已经掏出毒刃。</w:t>
      </w:r>
    </w:p>
    <w:p>
      <w:pPr>
        <w:spacing w:line="560" w:lineRule="exact"/>
        <w:ind w:firstLine="420"/>
      </w:pPr>
      <w:r>
        <w:rPr>
          <w:rFonts w:ascii="宋体" w:hAnsi="宋体" w:eastAsia="宋体"/>
          <w:sz w:val="24"/>
        </w:rPr>
        <w:t>“毒牙！”</w:t>
      </w:r>
    </w:p>
    <w:p>
      <w:pPr>
        <w:spacing w:line="560" w:lineRule="exact"/>
        <w:ind w:firstLine="420"/>
      </w:pPr>
      <w:r>
        <w:rPr>
          <w:rFonts w:ascii="宋体" w:hAnsi="宋体" w:eastAsia="宋体"/>
          <w:sz w:val="24"/>
        </w:rPr>
        <w:t>“-4360！”</w:t>
      </w:r>
    </w:p>
    <w:p>
      <w:pPr>
        <w:spacing w:line="560" w:lineRule="exact"/>
        <w:ind w:firstLine="420"/>
      </w:pPr>
      <w:r>
        <w:rPr>
          <w:rFonts w:ascii="宋体" w:hAnsi="宋体" w:eastAsia="宋体"/>
          <w:sz w:val="24"/>
        </w:rPr>
        <w:t>赵铁柱血条掉了一大截。</w:t>
      </w:r>
    </w:p>
    <w:p>
      <w:pPr>
        <w:spacing w:line="560" w:lineRule="exact"/>
        <w:ind w:firstLine="420"/>
      </w:pPr>
      <w:r>
        <w:rPr>
          <w:rFonts w:ascii="宋体" w:hAnsi="宋体" w:eastAsia="宋体"/>
          <w:sz w:val="24"/>
        </w:rPr>
        <w:t>夜影几乎是瞬移般出现。</w:t>
      </w:r>
    </w:p>
    <w:p>
      <w:pPr>
        <w:spacing w:line="560" w:lineRule="exact"/>
        <w:ind w:firstLine="420"/>
      </w:pPr>
      <w:r>
        <w:rPr>
          <w:rFonts w:ascii="宋体" w:hAnsi="宋体" w:eastAsia="宋体"/>
          <w:sz w:val="24"/>
        </w:rPr>
        <w:t>“影步！”</w:t>
      </w:r>
    </w:p>
    <w:p>
      <w:pPr>
        <w:spacing w:line="560" w:lineRule="exact"/>
        <w:ind w:firstLine="420"/>
      </w:pPr>
      <w:r>
        <w:rPr>
          <w:rFonts w:ascii="宋体" w:hAnsi="宋体" w:eastAsia="宋体"/>
          <w:sz w:val="24"/>
        </w:rPr>
        <w:t>她擦着赵铁柱肩膀掠过，匕首刺入狂战腋下。</w:t>
      </w:r>
    </w:p>
    <w:p>
      <w:pPr>
        <w:spacing w:line="560" w:lineRule="exact"/>
        <w:ind w:firstLine="420"/>
      </w:pPr>
      <w:r>
        <w:rPr>
          <w:rFonts w:ascii="宋体" w:hAnsi="宋体" w:eastAsia="宋体"/>
          <w:sz w:val="24"/>
        </w:rPr>
        <w:t>“断筋！”</w:t>
      </w:r>
    </w:p>
    <w:p>
      <w:pPr>
        <w:spacing w:line="560" w:lineRule="exact"/>
        <w:ind w:firstLine="420"/>
      </w:pPr>
      <w:r>
        <w:rPr>
          <w:rFonts w:ascii="宋体" w:hAnsi="宋体" w:eastAsia="宋体"/>
          <w:sz w:val="24"/>
        </w:rPr>
        <w:t>“-6890！”</w:t>
      </w:r>
    </w:p>
    <w:p>
      <w:pPr>
        <w:spacing w:line="560" w:lineRule="exact"/>
        <w:ind w:firstLine="420"/>
      </w:pPr>
      <w:r>
        <w:rPr>
          <w:rFonts w:ascii="宋体" w:hAnsi="宋体" w:eastAsia="宋体"/>
          <w:sz w:val="24"/>
        </w:rPr>
        <w:t>狂战动作一僵。</w:t>
      </w:r>
    </w:p>
    <w:p>
      <w:pPr>
        <w:spacing w:line="560" w:lineRule="exact"/>
        <w:ind w:firstLine="420"/>
      </w:pPr>
      <w:r>
        <w:rPr>
          <w:rFonts w:ascii="宋体" w:hAnsi="宋体" w:eastAsia="宋体"/>
          <w:sz w:val="24"/>
        </w:rPr>
        <w:t>林风补上一记火球。</w:t>
      </w:r>
    </w:p>
    <w:p>
      <w:pPr>
        <w:spacing w:line="560" w:lineRule="exact"/>
        <w:ind w:firstLine="420"/>
      </w:pPr>
      <w:r>
        <w:rPr>
          <w:rFonts w:ascii="宋体" w:hAnsi="宋体" w:eastAsia="宋体"/>
          <w:sz w:val="24"/>
        </w:rPr>
        <w:t>“爆裂炎弹！”</w:t>
      </w:r>
    </w:p>
    <w:p>
      <w:pPr>
        <w:spacing w:line="560" w:lineRule="exact"/>
        <w:ind w:firstLine="420"/>
      </w:pPr>
      <w:r>
        <w:rPr>
          <w:rFonts w:ascii="宋体" w:hAnsi="宋体" w:eastAsia="宋体"/>
          <w:sz w:val="24"/>
        </w:rPr>
        <w:t>“-11240！”</w:t>
      </w:r>
    </w:p>
    <w:p>
      <w:pPr>
        <w:spacing w:line="560" w:lineRule="exact"/>
        <w:ind w:firstLine="420"/>
      </w:pPr>
      <w:r>
        <w:rPr>
          <w:rFonts w:ascii="宋体" w:hAnsi="宋体" w:eastAsia="宋体"/>
          <w:sz w:val="24"/>
        </w:rPr>
        <w:t>狂战倒地，爆出一地蓝药。</w:t>
      </w:r>
    </w:p>
    <w:p>
      <w:pPr>
        <w:spacing w:line="560" w:lineRule="exact"/>
        <w:ind w:firstLine="420"/>
      </w:pPr>
      <w:r>
        <w:rPr>
          <w:rFonts w:ascii="宋体" w:hAnsi="宋体" w:eastAsia="宋体"/>
          <w:sz w:val="24"/>
        </w:rPr>
        <w:t>赵铁柱喘着粗气：“夜影，算你这次够意思。”</w:t>
      </w:r>
    </w:p>
    <w:p>
      <w:pPr>
        <w:spacing w:line="560" w:lineRule="exact"/>
        <w:ind w:firstLine="420"/>
      </w:pPr>
      <w:r>
        <w:rPr>
          <w:rFonts w:ascii="宋体" w:hAnsi="宋体" w:eastAsia="宋体"/>
          <w:sz w:val="24"/>
        </w:rPr>
        <w:t>夜影没理他，只盯着远处屋顶。</w:t>
      </w:r>
    </w:p>
    <w:p>
      <w:pPr>
        <w:spacing w:line="560" w:lineRule="exact"/>
        <w:ind w:firstLine="420"/>
      </w:pPr>
      <w:r>
        <w:rPr>
          <w:rFonts w:ascii="宋体" w:hAnsi="宋体" w:eastAsia="宋体"/>
          <w:sz w:val="24"/>
        </w:rPr>
        <w:t>“陈锋来了。”</w:t>
      </w:r>
    </w:p>
    <w:p>
      <w:pPr>
        <w:spacing w:line="560" w:lineRule="exact"/>
        <w:ind w:firstLine="420"/>
      </w:pPr>
      <w:r>
        <w:rPr>
          <w:rFonts w:ascii="宋体" w:hAnsi="宋体" w:eastAsia="宋体"/>
          <w:sz w:val="24"/>
        </w:rPr>
        <w:t>林风顺着她视线看去。</w:t>
      </w:r>
    </w:p>
    <w:p>
      <w:pPr>
        <w:spacing w:line="560" w:lineRule="exact"/>
        <w:ind w:firstLine="420"/>
      </w:pPr>
      <w:r>
        <w:rPr>
          <w:rFonts w:ascii="宋体" w:hAnsi="宋体" w:eastAsia="宋体"/>
          <w:sz w:val="24"/>
        </w:rPr>
        <w:t>屋顶上，一个穿黑风衣的男人站在那里，脸上戴着半张银色面具。</w:t>
      </w:r>
    </w:p>
    <w:p>
      <w:pPr>
        <w:spacing w:line="560" w:lineRule="exact"/>
        <w:ind w:firstLine="420"/>
      </w:pPr>
      <w:r>
        <w:rPr>
          <w:rFonts w:ascii="宋体" w:hAnsi="宋体" w:eastAsia="宋体"/>
          <w:sz w:val="24"/>
        </w:rPr>
        <w:t>哪怕隔着距离，林风也能感觉到对方身上的压迫感。</w:t>
      </w:r>
    </w:p>
    <w:p>
      <w:pPr>
        <w:spacing w:line="560" w:lineRule="exact"/>
        <w:ind w:firstLine="420"/>
      </w:pPr>
      <w:r>
        <w:rPr>
          <w:rFonts w:ascii="宋体" w:hAnsi="宋体" w:eastAsia="宋体"/>
          <w:sz w:val="24"/>
        </w:rPr>
        <w:t>男人抬手，所有暗影玩家同时停住。</w:t>
      </w:r>
    </w:p>
    <w:p>
      <w:pPr>
        <w:spacing w:line="560" w:lineRule="exact"/>
        <w:ind w:firstLine="420"/>
      </w:pPr>
      <w:r>
        <w:rPr>
          <w:rFonts w:ascii="宋体" w:hAnsi="宋体" w:eastAsia="宋体"/>
          <w:sz w:val="24"/>
        </w:rPr>
        <w:t>陈锋的声音通过暗语水晶传遍整个广场。</w:t>
      </w:r>
    </w:p>
    <w:p>
      <w:pPr>
        <w:spacing w:line="560" w:lineRule="exact"/>
        <w:ind w:firstLine="420"/>
      </w:pPr>
      <w:r>
        <w:rPr>
          <w:rFonts w:ascii="宋体" w:hAnsi="宋体" w:eastAsia="宋体"/>
          <w:sz w:val="24"/>
        </w:rPr>
        <w:t>“夜影，你让我很失望。”</w:t>
      </w:r>
    </w:p>
    <w:p>
      <w:pPr>
        <w:spacing w:line="560" w:lineRule="exact"/>
        <w:ind w:firstLine="420"/>
      </w:pPr>
      <w:r>
        <w:rPr>
          <w:rFonts w:ascii="宋体" w:hAnsi="宋体" w:eastAsia="宋体"/>
          <w:sz w:val="24"/>
        </w:rPr>
        <w:t>夜影握紧匕首：“陈锋，你早知道我会来？”</w:t>
      </w:r>
    </w:p>
    <w:p>
      <w:pPr>
        <w:spacing w:line="560" w:lineRule="exact"/>
        <w:ind w:firstLine="420"/>
      </w:pPr>
      <w:r>
        <w:rPr>
          <w:rFonts w:ascii="宋体" w:hAnsi="宋体" w:eastAsia="宋体"/>
          <w:sz w:val="24"/>
        </w:rPr>
        <w:t>陈锋轻笑：“从你偷走青铜碎片开始，我就知道。”</w:t>
      </w:r>
    </w:p>
    <w:p>
      <w:pPr>
        <w:spacing w:line="560" w:lineRule="exact"/>
        <w:ind w:firstLine="420"/>
      </w:pPr>
      <w:r>
        <w:rPr>
          <w:rFonts w:ascii="宋体" w:hAnsi="宋体" w:eastAsia="宋体"/>
          <w:sz w:val="24"/>
        </w:rPr>
        <w:t>林风心里一沉。</w:t>
      </w:r>
    </w:p>
    <w:p>
      <w:pPr>
        <w:spacing w:line="560" w:lineRule="exact"/>
        <w:ind w:firstLine="420"/>
      </w:pPr>
      <w:r>
        <w:rPr>
          <w:rFonts w:ascii="宋体" w:hAnsi="宋体" w:eastAsia="宋体"/>
          <w:sz w:val="24"/>
        </w:rPr>
        <w:t>凌天也皱眉：“这是局。”</w:t>
      </w:r>
    </w:p>
    <w:p>
      <w:pPr>
        <w:spacing w:line="560" w:lineRule="exact"/>
        <w:ind w:firstLine="420"/>
      </w:pPr>
      <w:r>
        <w:rPr>
          <w:rFonts w:ascii="宋体" w:hAnsi="宋体" w:eastAsia="宋体"/>
          <w:sz w:val="24"/>
        </w:rPr>
        <w:t>陈锋看向林风：“风中追风，你比我想象中有钱，也比想象中麻烦。可惜，钱救不了你父母留下的东西。”</w:t>
      </w:r>
    </w:p>
    <w:p>
      <w:pPr>
        <w:spacing w:line="560" w:lineRule="exact"/>
        <w:ind w:firstLine="420"/>
      </w:pPr>
      <w:r>
        <w:rPr>
          <w:rFonts w:ascii="宋体" w:hAnsi="宋体" w:eastAsia="宋体"/>
          <w:sz w:val="24"/>
        </w:rPr>
        <w:t>林风冷冷道：“想拿古玉，自己来。”</w:t>
      </w:r>
    </w:p>
    <w:p>
      <w:pPr>
        <w:spacing w:line="560" w:lineRule="exact"/>
        <w:ind w:firstLine="420"/>
      </w:pPr>
      <w:r>
        <w:rPr>
          <w:rFonts w:ascii="宋体" w:hAnsi="宋体" w:eastAsia="宋体"/>
          <w:sz w:val="24"/>
        </w:rPr>
        <w:t>陈锋摇头：“我不急。真正急的人，不是我。”</w:t>
      </w:r>
    </w:p>
    <w:p>
      <w:pPr>
        <w:spacing w:line="560" w:lineRule="exact"/>
        <w:ind w:firstLine="420"/>
      </w:pPr>
      <w:r>
        <w:rPr>
          <w:rFonts w:ascii="宋体" w:hAnsi="宋体" w:eastAsia="宋体"/>
          <w:sz w:val="24"/>
        </w:rPr>
        <w:t>他说完，抬手打了个响指。</w:t>
      </w:r>
    </w:p>
    <w:p>
      <w:pPr>
        <w:spacing w:line="560" w:lineRule="exact"/>
        <w:ind w:firstLine="420"/>
      </w:pPr>
      <w:r>
        <w:rPr>
          <w:rFonts w:ascii="宋体" w:hAnsi="宋体" w:eastAsia="宋体"/>
          <w:sz w:val="24"/>
        </w:rPr>
        <w:t>夜影脸色骤变：“小心！”</w:t>
      </w:r>
    </w:p>
    <w:p>
      <w:pPr>
        <w:spacing w:line="560" w:lineRule="exact"/>
        <w:ind w:firstLine="420"/>
      </w:pPr>
      <w:r>
        <w:rPr>
          <w:rFonts w:ascii="宋体" w:hAnsi="宋体" w:eastAsia="宋体"/>
          <w:sz w:val="24"/>
        </w:rPr>
        <w:t>一道黑线从陈锋身后射出，速度快到几乎看不见。</w:t>
      </w:r>
    </w:p>
    <w:p>
      <w:pPr>
        <w:spacing w:line="560" w:lineRule="exact"/>
        <w:ind w:firstLine="420"/>
      </w:pPr>
      <w:r>
        <w:rPr>
          <w:rFonts w:ascii="宋体" w:hAnsi="宋体" w:eastAsia="宋体"/>
          <w:sz w:val="24"/>
        </w:rPr>
        <w:t>夜影扑向林风。</w:t>
      </w:r>
    </w:p>
    <w:p>
      <w:pPr>
        <w:spacing w:line="560" w:lineRule="exact"/>
        <w:ind w:firstLine="420"/>
      </w:pPr>
      <w:r>
        <w:rPr>
          <w:rFonts w:ascii="宋体" w:hAnsi="宋体" w:eastAsia="宋体"/>
          <w:sz w:val="24"/>
        </w:rPr>
        <w:t>“影替！”</w:t>
      </w:r>
    </w:p>
    <w:p>
      <w:pPr>
        <w:spacing w:line="560" w:lineRule="exact"/>
        <w:ind w:firstLine="420"/>
      </w:pPr>
      <w:r>
        <w:rPr>
          <w:rFonts w:ascii="宋体" w:hAnsi="宋体" w:eastAsia="宋体"/>
          <w:sz w:val="24"/>
        </w:rPr>
        <w:t>噗！</w:t>
      </w:r>
    </w:p>
    <w:p>
      <w:pPr>
        <w:spacing w:line="560" w:lineRule="exact"/>
        <w:ind w:firstLine="420"/>
      </w:pPr>
      <w:r>
        <w:rPr>
          <w:rFonts w:ascii="宋体" w:hAnsi="宋体" w:eastAsia="宋体"/>
          <w:sz w:val="24"/>
        </w:rPr>
        <w:t>黑线刺穿夜影肩膀，把她钉在墙上。</w:t>
      </w:r>
    </w:p>
    <w:p>
      <w:pPr>
        <w:spacing w:line="560" w:lineRule="exact"/>
        <w:ind w:firstLine="420"/>
      </w:pPr>
      <w:r>
        <w:rPr>
          <w:rFonts w:ascii="宋体" w:hAnsi="宋体" w:eastAsia="宋体"/>
          <w:sz w:val="24"/>
        </w:rPr>
        <w:t>“-7890！”</w:t>
      </w:r>
    </w:p>
    <w:p>
      <w:pPr>
        <w:spacing w:line="560" w:lineRule="exact"/>
        <w:ind w:firstLine="420"/>
      </w:pPr>
      <w:r>
        <w:rPr>
          <w:rFonts w:ascii="宋体" w:hAnsi="宋体" w:eastAsia="宋体"/>
          <w:sz w:val="24"/>
        </w:rPr>
        <w:t>林风瞳孔一缩：“夜影！”</w:t>
      </w:r>
    </w:p>
    <w:p>
      <w:pPr>
        <w:spacing w:line="560" w:lineRule="exact"/>
        <w:ind w:firstLine="420"/>
      </w:pPr>
      <w:r>
        <w:rPr>
          <w:rFonts w:ascii="宋体" w:hAnsi="宋体" w:eastAsia="宋体"/>
          <w:sz w:val="24"/>
        </w:rPr>
        <w:t>赵铁柱怒吼着冲过去，却被陈锋身后另一道人影挡住。</w:t>
      </w:r>
    </w:p>
    <w:p>
      <w:pPr>
        <w:spacing w:line="560" w:lineRule="exact"/>
        <w:ind w:firstLine="420"/>
      </w:pPr>
      <w:r>
        <w:rPr>
          <w:rFonts w:ascii="宋体" w:hAnsi="宋体" w:eastAsia="宋体"/>
          <w:sz w:val="24"/>
        </w:rPr>
        <w:t>那道人影全身笼罩在黑雾里，声音沙哑。</w:t>
      </w:r>
    </w:p>
    <w:p>
      <w:pPr>
        <w:spacing w:line="560" w:lineRule="exact"/>
        <w:ind w:firstLine="420"/>
      </w:pPr>
      <w:r>
        <w:rPr>
          <w:rFonts w:ascii="宋体" w:hAnsi="宋体" w:eastAsia="宋体"/>
          <w:sz w:val="24"/>
        </w:rPr>
        <w:t>“暗流办事，无关人等退散。”</w:t>
      </w:r>
    </w:p>
    <w:p>
      <w:pPr>
        <w:spacing w:line="560" w:lineRule="exact"/>
        <w:ind w:firstLine="420"/>
      </w:pPr>
      <w:r>
        <w:rPr>
          <w:rFonts w:ascii="宋体" w:hAnsi="宋体" w:eastAsia="宋体"/>
          <w:sz w:val="24"/>
        </w:rPr>
        <w:t>这句话一出，连陈锋都沉默了。</w:t>
      </w:r>
    </w:p>
    <w:p>
      <w:pPr>
        <w:spacing w:line="560" w:lineRule="exact"/>
        <w:ind w:firstLine="420"/>
      </w:pPr>
      <w:r>
        <w:rPr>
          <w:rFonts w:ascii="宋体" w:hAnsi="宋体" w:eastAsia="宋体"/>
          <w:sz w:val="24"/>
        </w:rPr>
        <w:t>夜影脸色惨白，咬牙道：“林风，跑！他们不是暗影，是暗流！”</w:t>
      </w:r>
    </w:p>
    <w:p>
      <w:pPr>
        <w:spacing w:line="560" w:lineRule="exact"/>
        <w:ind w:firstLine="420"/>
      </w:pPr>
      <w:r>
        <w:rPr>
          <w:rFonts w:ascii="宋体" w:hAnsi="宋体" w:eastAsia="宋体"/>
          <w:sz w:val="24"/>
        </w:rPr>
        <w:t>林风没有跑。</w:t>
      </w:r>
    </w:p>
    <w:p>
      <w:pPr>
        <w:spacing w:line="560" w:lineRule="exact"/>
        <w:ind w:firstLine="420"/>
      </w:pPr>
      <w:r>
        <w:rPr>
          <w:rFonts w:ascii="宋体" w:hAnsi="宋体" w:eastAsia="宋体"/>
          <w:sz w:val="24"/>
        </w:rPr>
        <w:t>他直接充值，商城界面疯狂闪烁。</w:t>
      </w:r>
    </w:p>
    <w:p>
      <w:pPr>
        <w:spacing w:line="560" w:lineRule="exact"/>
        <w:ind w:firstLine="420"/>
      </w:pPr>
      <w:r>
        <w:rPr>
          <w:rFonts w:ascii="宋体" w:hAnsi="宋体" w:eastAsia="宋体"/>
          <w:sz w:val="24"/>
        </w:rPr>
        <w:t>“天穹雷狱！”</w:t>
      </w:r>
    </w:p>
    <w:p>
      <w:pPr>
        <w:spacing w:line="560" w:lineRule="exact"/>
        <w:ind w:firstLine="420"/>
      </w:pPr>
      <w:r>
        <w:rPr>
          <w:rFonts w:ascii="宋体" w:hAnsi="宋体" w:eastAsia="宋体"/>
          <w:sz w:val="24"/>
        </w:rPr>
        <w:t>轰隆隆！</w:t>
      </w:r>
    </w:p>
    <w:p>
      <w:pPr>
        <w:spacing w:line="560" w:lineRule="exact"/>
        <w:ind w:firstLine="420"/>
      </w:pPr>
      <w:r>
        <w:rPr>
          <w:rFonts w:ascii="宋体" w:hAnsi="宋体" w:eastAsia="宋体"/>
          <w:sz w:val="24"/>
        </w:rPr>
        <w:t>金色雷云在广场上空凝聚，无数雷柱砸下。</w:t>
      </w:r>
    </w:p>
    <w:p>
      <w:pPr>
        <w:spacing w:line="560" w:lineRule="exact"/>
        <w:ind w:firstLine="420"/>
      </w:pPr>
      <w:r>
        <w:rPr>
          <w:rFonts w:ascii="宋体" w:hAnsi="宋体" w:eastAsia="宋体"/>
          <w:sz w:val="24"/>
        </w:rPr>
        <w:t xml:space="preserve">“-23500！”  </w:t>
        <w:br/>
        <w:t xml:space="preserve">“-24100！”  </w:t>
        <w:br/>
        <w:t>“-25000！”</w:t>
      </w:r>
    </w:p>
    <w:p>
      <w:pPr>
        <w:spacing w:line="560" w:lineRule="exact"/>
        <w:ind w:firstLine="420"/>
      </w:pPr>
      <w:r>
        <w:rPr>
          <w:rFonts w:ascii="宋体" w:hAnsi="宋体" w:eastAsia="宋体"/>
          <w:sz w:val="24"/>
        </w:rPr>
        <w:t>暗影玩家成片倒下，连陈锋都后退半步。</w:t>
      </w:r>
    </w:p>
    <w:p>
      <w:pPr>
        <w:spacing w:line="560" w:lineRule="exact"/>
        <w:ind w:firstLine="420"/>
      </w:pPr>
      <w:r>
        <w:rPr>
          <w:rFonts w:ascii="宋体" w:hAnsi="宋体" w:eastAsia="宋体"/>
          <w:sz w:val="24"/>
        </w:rPr>
        <w:t>可那道黑雾人影只是抬手，黑雾化作盾牌。</w:t>
      </w:r>
    </w:p>
    <w:p>
      <w:pPr>
        <w:spacing w:line="560" w:lineRule="exact"/>
        <w:ind w:firstLine="420"/>
      </w:pPr>
      <w:r>
        <w:rPr>
          <w:rFonts w:ascii="宋体" w:hAnsi="宋体" w:eastAsia="宋体"/>
          <w:sz w:val="24"/>
        </w:rPr>
        <w:t>“暗蚀屏障！”</w:t>
      </w:r>
    </w:p>
    <w:p>
      <w:pPr>
        <w:spacing w:line="560" w:lineRule="exact"/>
        <w:ind w:firstLine="420"/>
      </w:pPr>
      <w:r>
        <w:rPr>
          <w:rFonts w:ascii="宋体" w:hAnsi="宋体" w:eastAsia="宋体"/>
          <w:sz w:val="24"/>
        </w:rPr>
        <w:t>雷柱砸在上面，只荡起一圈圈涟漪。</w:t>
      </w:r>
    </w:p>
    <w:p>
      <w:pPr>
        <w:spacing w:line="560" w:lineRule="exact"/>
        <w:ind w:firstLine="420"/>
      </w:pPr>
      <w:r>
        <w:rPr>
          <w:rFonts w:ascii="宋体" w:hAnsi="宋体" w:eastAsia="宋体"/>
          <w:sz w:val="24"/>
        </w:rPr>
        <w:t>黑雾人影看向林风，声音更冷了。</w:t>
      </w:r>
    </w:p>
    <w:p>
      <w:pPr>
        <w:spacing w:line="560" w:lineRule="exact"/>
        <w:ind w:firstLine="420"/>
      </w:pPr>
      <w:r>
        <w:rPr>
          <w:rFonts w:ascii="宋体" w:hAnsi="宋体" w:eastAsia="宋体"/>
          <w:sz w:val="24"/>
        </w:rPr>
        <w:t>“古玉持有者，确认。”</w:t>
      </w:r>
    </w:p>
    <w:p>
      <w:pPr>
        <w:spacing w:line="560" w:lineRule="exact"/>
        <w:ind w:firstLine="420"/>
      </w:pPr>
      <w:r>
        <w:rPr>
          <w:rFonts w:ascii="宋体" w:hAnsi="宋体" w:eastAsia="宋体"/>
          <w:sz w:val="24"/>
        </w:rPr>
        <w:t>下一秒，整个《天界》夜空忽然裂开一道缝隙。</w:t>
      </w:r>
    </w:p>
    <w:p>
      <w:pPr>
        <w:spacing w:line="560" w:lineRule="exact"/>
        <w:ind w:firstLine="420"/>
      </w:pPr>
      <w:r>
        <w:rPr>
          <w:rFonts w:ascii="宋体" w:hAnsi="宋体" w:eastAsia="宋体"/>
          <w:sz w:val="24"/>
        </w:rPr>
        <w:t>一道冰冷的机械音响起：</w:t>
      </w:r>
    </w:p>
    <w:p>
      <w:pPr>
        <w:spacing w:line="560" w:lineRule="exact"/>
        <w:ind w:firstLine="420"/>
      </w:pPr>
      <w:r>
        <w:rPr>
          <w:rFonts w:ascii="宋体" w:hAnsi="宋体" w:eastAsia="宋体"/>
          <w:sz w:val="24"/>
        </w:rPr>
        <w:t xml:space="preserve">【现实映射同步开启。】  </w:t>
        <w:br/>
        <w:t xml:space="preserve">【目标锁定：林风。】  </w:t>
        <w:br/>
        <w:t xml:space="preserve">【遗产权限验证中……】  </w:t>
        <w:br/>
        <w:t>【验证通过。】</w:t>
      </w:r>
    </w:p>
    <w:p>
      <w:pPr>
        <w:spacing w:line="560" w:lineRule="exact"/>
        <w:ind w:firstLine="420"/>
      </w:pPr>
      <w:r>
        <w:rPr>
          <w:rFonts w:ascii="宋体" w:hAnsi="宋体" w:eastAsia="宋体"/>
          <w:sz w:val="24"/>
        </w:rPr>
        <w:t>林风背包里的古玉猛然发烫，烫得他手掌发疼。</w:t>
      </w:r>
    </w:p>
    <w:p>
      <w:pPr>
        <w:spacing w:line="560" w:lineRule="exact"/>
        <w:ind w:firstLine="420"/>
      </w:pPr>
      <w:r>
        <w:rPr>
          <w:rFonts w:ascii="宋体" w:hAnsi="宋体" w:eastAsia="宋体"/>
          <w:sz w:val="24"/>
        </w:rPr>
        <w:t>夜影抬头，眼里第一次露出恐惧。</w:t>
      </w:r>
    </w:p>
    <w:p>
      <w:pPr>
        <w:spacing w:line="560" w:lineRule="exact"/>
        <w:ind w:firstLine="420"/>
      </w:pPr>
      <w:r>
        <w:rPr>
          <w:rFonts w:ascii="宋体" w:hAnsi="宋体" w:eastAsia="宋体"/>
          <w:sz w:val="24"/>
        </w:rPr>
        <w:t>“他们不是在抢游戏道具……”</w:t>
      </w:r>
    </w:p>
    <w:p>
      <w:pPr>
        <w:spacing w:line="560" w:lineRule="exact"/>
        <w:ind w:firstLine="420"/>
      </w:pPr>
      <w:r>
        <w:rPr>
          <w:rFonts w:ascii="宋体" w:hAnsi="宋体" w:eastAsia="宋体"/>
          <w:sz w:val="24"/>
        </w:rPr>
        <w:t>她声音发颤。</w:t>
      </w:r>
    </w:p>
    <w:p>
      <w:pPr>
        <w:spacing w:line="560" w:lineRule="exact"/>
        <w:ind w:firstLine="420"/>
      </w:pPr>
      <w:r>
        <w:rPr>
          <w:rFonts w:ascii="宋体" w:hAnsi="宋体" w:eastAsia="宋体"/>
          <w:sz w:val="24"/>
        </w:rPr>
        <w:t>“他们是在开你父母的遗产。”</w:t>
      </w:r>
    </w:p>
    <w:p>
      <w:r>
        <w:br w:type="page"/>
      </w:r>
    </w:p>
    <w:p>
      <w:pPr>
        <w:jc w:val="center"/>
      </w:pPr>
      <w:r>
        <w:rPr>
          <w:b/>
          <w:sz w:val="32"/>
        </w:rPr>
        <w:t>第038章 陈锋的邀约</w:t>
      </w:r>
    </w:p>
    <w:p>
      <w:pPr>
        <w:jc w:val="center"/>
      </w:pPr>
      <w:r>
        <w:rPr>
          <w:color w:val="999999"/>
          <w:sz w:val="18"/>
        </w:rPr>
        <w:t>（3,042字）</w:t>
      </w:r>
    </w:p>
    <w:p/>
    <w:p>
      <w:pPr>
        <w:spacing w:line="560" w:lineRule="exact"/>
        <w:ind w:firstLine="420"/>
      </w:pPr>
      <w:r>
        <w:rPr>
          <w:rFonts w:ascii="宋体" w:hAnsi="宋体" w:eastAsia="宋体"/>
          <w:sz w:val="24"/>
        </w:rPr>
        <w:t>国战结束后的第三天，海城下起了冷雨。</w:t>
      </w:r>
    </w:p>
    <w:p>
      <w:pPr>
        <w:spacing w:line="560" w:lineRule="exact"/>
        <w:ind w:firstLine="420"/>
      </w:pPr>
      <w:r>
        <w:rPr>
          <w:rFonts w:ascii="宋体" w:hAnsi="宋体" w:eastAsia="宋体"/>
          <w:sz w:val="24"/>
        </w:rPr>
        <w:t>神豪殿的公会大厅还挂着庆功横幅，风中追风一刀斩落樱花国战旗的画面，被苏小雅剪成了几十个版本，在各大平台循环播放。神豪殿的名字一夜之间压过了所有老牌公会，华夏区频道里全是“神豪殿牛逼”的刷屏。</w:t>
      </w:r>
    </w:p>
    <w:p>
      <w:pPr>
        <w:spacing w:line="560" w:lineRule="exact"/>
        <w:ind w:firstLine="420"/>
      </w:pPr>
      <w:r>
        <w:rPr>
          <w:rFonts w:ascii="宋体" w:hAnsi="宋体" w:eastAsia="宋体"/>
          <w:sz w:val="24"/>
        </w:rPr>
        <w:t>林风却没心思看这些。</w:t>
      </w:r>
    </w:p>
    <w:p>
      <w:pPr>
        <w:spacing w:line="560" w:lineRule="exact"/>
        <w:ind w:firstLine="420"/>
      </w:pPr>
      <w:r>
        <w:rPr>
          <w:rFonts w:ascii="宋体" w:hAnsi="宋体" w:eastAsia="宋体"/>
          <w:sz w:val="24"/>
        </w:rPr>
        <w:t>他坐在神豪殿总部顶层办公室里，手里攥着那枚古玉。</w:t>
      </w:r>
    </w:p>
    <w:p>
      <w:pPr>
        <w:spacing w:line="560" w:lineRule="exact"/>
        <w:ind w:firstLine="420"/>
      </w:pPr>
      <w:r>
        <w:rPr>
          <w:rFonts w:ascii="宋体" w:hAnsi="宋体" w:eastAsia="宋体"/>
          <w:sz w:val="24"/>
        </w:rPr>
        <w:t>古玉还是老样子，青灰色，边缘有裂纹，中间刻着一个看不清年代的字。可自从国战结束，他每次靠近《天界》登录舱，古玉都会发烫。</w:t>
      </w:r>
    </w:p>
    <w:p>
      <w:pPr>
        <w:spacing w:line="560" w:lineRule="exact"/>
        <w:ind w:firstLine="420"/>
      </w:pPr>
      <w:r>
        <w:rPr>
          <w:rFonts w:ascii="宋体" w:hAnsi="宋体" w:eastAsia="宋体"/>
          <w:sz w:val="24"/>
        </w:rPr>
        <w:t>“风中追风，你又在摸那块玉。”赵铁柱抱着胳膊站在门口，嗓门还是大，“我跟你说了，这东西邪门，赶紧交给苏婉清保管。”</w:t>
      </w:r>
    </w:p>
    <w:p>
      <w:pPr>
        <w:spacing w:line="560" w:lineRule="exact"/>
        <w:ind w:firstLine="420"/>
      </w:pPr>
      <w:r>
        <w:rPr>
          <w:rFonts w:ascii="宋体" w:hAnsi="宋体" w:eastAsia="宋体"/>
          <w:sz w:val="24"/>
        </w:rPr>
        <w:t>“苏婉清那边已经查过资料了，没结果。”林风把古玉收进口袋，“她只说，这东西不像现代工艺。”</w:t>
      </w:r>
    </w:p>
    <w:p>
      <w:pPr>
        <w:spacing w:line="560" w:lineRule="exact"/>
        <w:ind w:firstLine="420"/>
      </w:pPr>
      <w:r>
        <w:rPr>
          <w:rFonts w:ascii="宋体" w:hAnsi="宋体" w:eastAsia="宋体"/>
          <w:sz w:val="24"/>
        </w:rPr>
        <w:t>“不像现代工艺就对了。”苏小雅抱着平板走进来，脸色有点白，“你看这个。”</w:t>
      </w:r>
    </w:p>
    <w:p>
      <w:pPr>
        <w:spacing w:line="560" w:lineRule="exact"/>
        <w:ind w:firstLine="420"/>
      </w:pPr>
      <w:r>
        <w:rPr>
          <w:rFonts w:ascii="宋体" w:hAnsi="宋体" w:eastAsia="宋体"/>
          <w:sz w:val="24"/>
        </w:rPr>
        <w:t>她把平板递到林风面前。</w:t>
      </w:r>
    </w:p>
    <w:p>
      <w:pPr>
        <w:spacing w:line="560" w:lineRule="exact"/>
        <w:ind w:firstLine="420"/>
      </w:pPr>
      <w:r>
        <w:rPr>
          <w:rFonts w:ascii="宋体" w:hAnsi="宋体" w:eastAsia="宋体"/>
          <w:sz w:val="24"/>
        </w:rPr>
        <w:t>屏幕上是一条匿名私信，来源不是游戏内，也不是神豪殿的通讯频道，而是一个境外加密账号。</w:t>
      </w:r>
    </w:p>
    <w:p>
      <w:pPr>
        <w:spacing w:line="560" w:lineRule="exact"/>
        <w:ind w:firstLine="420"/>
      </w:pPr>
      <w:r>
        <w:rPr>
          <w:rFonts w:ascii="宋体" w:hAnsi="宋体" w:eastAsia="宋体"/>
          <w:sz w:val="24"/>
        </w:rPr>
        <w:t>只有三句话。</w:t>
      </w:r>
    </w:p>
    <w:p>
      <w:pPr>
        <w:spacing w:line="560" w:lineRule="exact"/>
        <w:ind w:firstLine="420"/>
      </w:pPr>
      <w:r>
        <w:rPr>
          <w:rFonts w:ascii="宋体" w:hAnsi="宋体" w:eastAsia="宋体"/>
          <w:sz w:val="24"/>
        </w:rPr>
        <w:t>“林风，国战之后，你欠我一个答案。”</w:t>
      </w:r>
    </w:p>
    <w:p>
      <w:pPr>
        <w:spacing w:line="560" w:lineRule="exact"/>
        <w:ind w:firstLine="420"/>
      </w:pPr>
      <w:r>
        <w:rPr>
          <w:rFonts w:ascii="宋体" w:hAnsi="宋体" w:eastAsia="宋体"/>
          <w:sz w:val="24"/>
        </w:rPr>
        <w:t>“我是暗夜君王。”</w:t>
      </w:r>
    </w:p>
    <w:p>
      <w:pPr>
        <w:spacing w:line="560" w:lineRule="exact"/>
        <w:ind w:firstLine="420"/>
      </w:pPr>
      <w:r>
        <w:rPr>
          <w:rFonts w:ascii="宋体" w:hAnsi="宋体" w:eastAsia="宋体"/>
          <w:sz w:val="24"/>
        </w:rPr>
        <w:t>“今晚十点，旧城区第七VR体验馆。一个人来。”</w:t>
      </w:r>
    </w:p>
    <w:p>
      <w:pPr>
        <w:spacing w:line="560" w:lineRule="exact"/>
        <w:ind w:firstLine="420"/>
      </w:pPr>
      <w:r>
        <w:rPr>
          <w:rFonts w:ascii="宋体" w:hAnsi="宋体" w:eastAsia="宋体"/>
          <w:sz w:val="24"/>
        </w:rPr>
        <w:t>办公室里一下安静了。</w:t>
      </w:r>
    </w:p>
    <w:p>
      <w:pPr>
        <w:spacing w:line="560" w:lineRule="exact"/>
        <w:ind w:firstLine="420"/>
      </w:pPr>
      <w:r>
        <w:rPr>
          <w:rFonts w:ascii="宋体" w:hAnsi="宋体" w:eastAsia="宋体"/>
          <w:sz w:val="24"/>
        </w:rPr>
        <w:t>赵铁柱当场骂了一句：“他脑子有病吧？国战输了，跑现实里来约架？”</w:t>
      </w:r>
    </w:p>
    <w:p>
      <w:pPr>
        <w:spacing w:line="560" w:lineRule="exact"/>
        <w:ind w:firstLine="420"/>
      </w:pPr>
      <w:r>
        <w:rPr>
          <w:rFonts w:ascii="宋体" w:hAnsi="宋体" w:eastAsia="宋体"/>
          <w:sz w:val="24"/>
        </w:rPr>
        <w:t>苏小雅咬着唇：“这不是约架。他知道你的真名，还知道你在海城。”</w:t>
      </w:r>
    </w:p>
    <w:p>
      <w:pPr>
        <w:spacing w:line="560" w:lineRule="exact"/>
        <w:ind w:firstLine="420"/>
      </w:pPr>
      <w:r>
        <w:rPr>
          <w:rFonts w:ascii="宋体" w:hAnsi="宋体" w:eastAsia="宋体"/>
          <w:sz w:val="24"/>
        </w:rPr>
        <w:t>林风盯着那条消息，手指在桌面上敲了两下。</w:t>
      </w:r>
    </w:p>
    <w:p>
      <w:pPr>
        <w:spacing w:line="560" w:lineRule="exact"/>
        <w:ind w:firstLine="420"/>
      </w:pPr>
      <w:r>
        <w:rPr>
          <w:rFonts w:ascii="宋体" w:hAnsi="宋体" w:eastAsia="宋体"/>
          <w:sz w:val="24"/>
        </w:rPr>
        <w:t>“他还知道什么？”</w:t>
      </w:r>
    </w:p>
    <w:p>
      <w:pPr>
        <w:spacing w:line="560" w:lineRule="exact"/>
        <w:ind w:firstLine="420"/>
      </w:pPr>
      <w:r>
        <w:rPr>
          <w:rFonts w:ascii="宋体" w:hAnsi="宋体" w:eastAsia="宋体"/>
          <w:sz w:val="24"/>
        </w:rPr>
        <w:t>苏小雅摇头：“暂时不知道。但这个账号绕过了秦雨那边的监管系统，权限很高。秦雨刚刚给我打过电话，让我别让你单独行动。”</w:t>
      </w:r>
    </w:p>
    <w:p>
      <w:pPr>
        <w:spacing w:line="560" w:lineRule="exact"/>
        <w:ind w:firstLine="420"/>
      </w:pPr>
      <w:r>
        <w:rPr>
          <w:rFonts w:ascii="宋体" w:hAnsi="宋体" w:eastAsia="宋体"/>
          <w:sz w:val="24"/>
        </w:rPr>
        <w:t>“秦雨怎么说？”</w:t>
      </w:r>
    </w:p>
    <w:p>
      <w:pPr>
        <w:spacing w:line="560" w:lineRule="exact"/>
        <w:ind w:firstLine="420"/>
      </w:pPr>
      <w:r>
        <w:rPr>
          <w:rFonts w:ascii="宋体" w:hAnsi="宋体" w:eastAsia="宋体"/>
          <w:sz w:val="24"/>
        </w:rPr>
        <w:t>“她说，暗夜君王真名陈锋，现实身份很复杂。游戏里他是国战对手，现实中……可能不是敌人，也可能不是朋友。”</w:t>
      </w:r>
    </w:p>
    <w:p>
      <w:pPr>
        <w:spacing w:line="560" w:lineRule="exact"/>
        <w:ind w:firstLine="420"/>
      </w:pPr>
      <w:r>
        <w:rPr>
          <w:rFonts w:ascii="宋体" w:hAnsi="宋体" w:eastAsia="宋体"/>
          <w:sz w:val="24"/>
        </w:rPr>
        <w:t>赵铁柱冷笑：“这不跟没说一样？”</w:t>
      </w:r>
    </w:p>
    <w:p>
      <w:pPr>
        <w:spacing w:line="560" w:lineRule="exact"/>
        <w:ind w:firstLine="420"/>
      </w:pPr>
      <w:r>
        <w:rPr>
          <w:rFonts w:ascii="宋体" w:hAnsi="宋体" w:eastAsia="宋体"/>
          <w:sz w:val="24"/>
        </w:rPr>
        <w:t>林风没笑。</w:t>
      </w:r>
    </w:p>
    <w:p>
      <w:pPr>
        <w:spacing w:line="560" w:lineRule="exact"/>
        <w:ind w:firstLine="420"/>
      </w:pPr>
      <w:r>
        <w:rPr>
          <w:rFonts w:ascii="宋体" w:hAnsi="宋体" w:eastAsia="宋体"/>
          <w:sz w:val="24"/>
        </w:rPr>
        <w:t>他想起国战最后，暗夜君王站在血色城墙上，黑甲披风被战火烧得只剩半截。那人明明已经输了，却盯着他胸口的古玉看了很久，眼神不像是在看一件装备，更像是在看一个死人留下的遗物。</w:t>
      </w:r>
    </w:p>
    <w:p>
      <w:pPr>
        <w:spacing w:line="560" w:lineRule="exact"/>
        <w:ind w:firstLine="420"/>
      </w:pPr>
      <w:r>
        <w:rPr>
          <w:rFonts w:ascii="宋体" w:hAnsi="宋体" w:eastAsia="宋体"/>
          <w:sz w:val="24"/>
        </w:rPr>
        <w:t>“他为什么找我？”林风问。</w:t>
      </w:r>
    </w:p>
    <w:p>
      <w:pPr>
        <w:spacing w:line="560" w:lineRule="exact"/>
        <w:ind w:firstLine="420"/>
      </w:pPr>
      <w:r>
        <w:rPr>
          <w:rFonts w:ascii="宋体" w:hAnsi="宋体" w:eastAsia="宋体"/>
          <w:sz w:val="24"/>
        </w:rPr>
        <w:t>苏小雅把平板收回怀里：“凌天已经去查旧城区了。他说那里三年前就废弃了，周边监控被清理过，不像普通见面地点。”</w:t>
      </w:r>
    </w:p>
    <w:p>
      <w:pPr>
        <w:spacing w:line="560" w:lineRule="exact"/>
        <w:ind w:firstLine="420"/>
      </w:pPr>
      <w:r>
        <w:rPr>
          <w:rFonts w:ascii="宋体" w:hAnsi="宋体" w:eastAsia="宋体"/>
          <w:sz w:val="24"/>
        </w:rPr>
        <w:t>“那就更该去。”</w:t>
      </w:r>
    </w:p>
    <w:p>
      <w:pPr>
        <w:spacing w:line="560" w:lineRule="exact"/>
        <w:ind w:firstLine="420"/>
      </w:pPr>
      <w:r>
        <w:rPr>
          <w:rFonts w:ascii="宋体" w:hAnsi="宋体" w:eastAsia="宋体"/>
          <w:sz w:val="24"/>
        </w:rPr>
        <w:t>赵铁柱瞪大眼睛：“林风，你疯了？他要是埋伏你怎么办？”</w:t>
      </w:r>
    </w:p>
    <w:p>
      <w:pPr>
        <w:spacing w:line="560" w:lineRule="exact"/>
        <w:ind w:firstLine="420"/>
      </w:pPr>
      <w:r>
        <w:rPr>
          <w:rFonts w:ascii="宋体" w:hAnsi="宋体" w:eastAsia="宋体"/>
          <w:sz w:val="24"/>
        </w:rPr>
        <w:t>“他真想动手，不会提前约。”林风站起身，“他想谈古玉。”</w:t>
      </w:r>
    </w:p>
    <w:p>
      <w:pPr>
        <w:spacing w:line="560" w:lineRule="exact"/>
        <w:ind w:firstLine="420"/>
      </w:pPr>
      <w:r>
        <w:rPr>
          <w:rFonts w:ascii="宋体" w:hAnsi="宋体" w:eastAsia="宋体"/>
          <w:sz w:val="24"/>
        </w:rPr>
        <w:t>“你怎么知道？”</w:t>
      </w:r>
    </w:p>
    <w:p>
      <w:pPr>
        <w:spacing w:line="560" w:lineRule="exact"/>
        <w:ind w:firstLine="420"/>
      </w:pPr>
      <w:r>
        <w:rPr>
          <w:rFonts w:ascii="宋体" w:hAnsi="宋体" w:eastAsia="宋体"/>
          <w:sz w:val="24"/>
        </w:rPr>
        <w:t>“因为国战最后，他看的不是我的刀，是我的玉。”</w:t>
      </w:r>
    </w:p>
    <w:p>
      <w:pPr>
        <w:spacing w:line="560" w:lineRule="exact"/>
        <w:ind w:firstLine="420"/>
      </w:pPr>
      <w:r>
        <w:rPr>
          <w:rFonts w:ascii="宋体" w:hAnsi="宋体" w:eastAsia="宋体"/>
          <w:sz w:val="24"/>
        </w:rPr>
        <w:t>赵铁柱不说话了。</w:t>
      </w:r>
    </w:p>
    <w:p>
      <w:pPr>
        <w:spacing w:line="560" w:lineRule="exact"/>
        <w:ind w:firstLine="420"/>
      </w:pPr>
      <w:r>
        <w:rPr>
          <w:rFonts w:ascii="宋体" w:hAnsi="宋体" w:eastAsia="宋体"/>
          <w:sz w:val="24"/>
        </w:rPr>
        <w:t>晚上九点四十，旧城区第七VR体验馆外。</w:t>
      </w:r>
    </w:p>
    <w:p>
      <w:pPr>
        <w:spacing w:line="560" w:lineRule="exact"/>
        <w:ind w:firstLine="420"/>
      </w:pPr>
      <w:r>
        <w:rPr>
          <w:rFonts w:ascii="宋体" w:hAnsi="宋体" w:eastAsia="宋体"/>
          <w:sz w:val="24"/>
        </w:rPr>
        <w:t>废弃体验馆的招牌半挂在楼体上，霓虹灯坏了一半，“天界体验中心”几个字只剩“天”和“验”还在闪。周围没有行人，雨点砸在碎玻璃上，发出细碎的响声。</w:t>
      </w:r>
    </w:p>
    <w:p>
      <w:pPr>
        <w:spacing w:line="560" w:lineRule="exact"/>
        <w:ind w:firstLine="420"/>
      </w:pPr>
      <w:r>
        <w:rPr>
          <w:rFonts w:ascii="宋体" w:hAnsi="宋体" w:eastAsia="宋体"/>
          <w:sz w:val="24"/>
        </w:rPr>
        <w:t>林风一个人下了车。</w:t>
      </w:r>
    </w:p>
    <w:p>
      <w:pPr>
        <w:spacing w:line="560" w:lineRule="exact"/>
        <w:ind w:firstLine="420"/>
      </w:pPr>
      <w:r>
        <w:rPr>
          <w:rFonts w:ascii="宋体" w:hAnsi="宋体" w:eastAsia="宋体"/>
          <w:sz w:val="24"/>
        </w:rPr>
        <w:t>赵铁柱没听劝，还是来了。他坐在两栋楼外的黑色商务车里，戴着耳机，声音压得很低：“林风，我在。夜影也在对面楼顶，凌天在监控室等你命令。”</w:t>
      </w:r>
    </w:p>
    <w:p>
      <w:pPr>
        <w:spacing w:line="560" w:lineRule="exact"/>
        <w:ind w:firstLine="420"/>
      </w:pPr>
      <w:r>
        <w:rPr>
          <w:rFonts w:ascii="宋体" w:hAnsi="宋体" w:eastAsia="宋体"/>
          <w:sz w:val="24"/>
        </w:rPr>
        <w:t>“别动。”林风看着体验馆大门，“除非我喊人。”</w:t>
      </w:r>
    </w:p>
    <w:p>
      <w:pPr>
        <w:spacing w:line="560" w:lineRule="exact"/>
        <w:ind w:firstLine="420"/>
      </w:pPr>
      <w:r>
        <w:rPr>
          <w:rFonts w:ascii="宋体" w:hAnsi="宋体" w:eastAsia="宋体"/>
          <w:sz w:val="24"/>
        </w:rPr>
        <w:t>耳机里传来夜影的声音：“我已经就位。里面有热源，两个，不，三个。一个在二楼，一个在地下室，还有一个……”</w:t>
      </w:r>
    </w:p>
    <w:p>
      <w:pPr>
        <w:spacing w:line="560" w:lineRule="exact"/>
        <w:ind w:firstLine="420"/>
      </w:pPr>
      <w:r>
        <w:rPr>
          <w:rFonts w:ascii="宋体" w:hAnsi="宋体" w:eastAsia="宋体"/>
          <w:sz w:val="24"/>
        </w:rPr>
        <w:t>夜影停顿了一下。</w:t>
      </w:r>
    </w:p>
    <w:p>
      <w:pPr>
        <w:spacing w:line="560" w:lineRule="exact"/>
        <w:ind w:firstLine="420"/>
      </w:pPr>
      <w:r>
        <w:rPr>
          <w:rFonts w:ascii="宋体" w:hAnsi="宋体" w:eastAsia="宋体"/>
          <w:sz w:val="24"/>
        </w:rPr>
        <w:t>“还有一个就在你身后。”</w:t>
      </w:r>
    </w:p>
    <w:p>
      <w:pPr>
        <w:spacing w:line="560" w:lineRule="exact"/>
        <w:ind w:firstLine="420"/>
      </w:pPr>
      <w:r>
        <w:rPr>
          <w:rFonts w:ascii="宋体" w:hAnsi="宋体" w:eastAsia="宋体"/>
          <w:sz w:val="24"/>
        </w:rPr>
        <w:t>林风没有回头。</w:t>
      </w:r>
    </w:p>
    <w:p>
      <w:pPr>
        <w:spacing w:line="560" w:lineRule="exact"/>
        <w:ind w:firstLine="420"/>
      </w:pPr>
      <w:r>
        <w:rPr>
          <w:rFonts w:ascii="宋体" w:hAnsi="宋体" w:eastAsia="宋体"/>
          <w:sz w:val="24"/>
        </w:rPr>
        <w:t>雨声里，一道低沉的男声从背后响起。</w:t>
      </w:r>
    </w:p>
    <w:p>
      <w:pPr>
        <w:spacing w:line="560" w:lineRule="exact"/>
        <w:ind w:firstLine="420"/>
      </w:pPr>
      <w:r>
        <w:rPr>
          <w:rFonts w:ascii="宋体" w:hAnsi="宋体" w:eastAsia="宋体"/>
          <w:sz w:val="24"/>
        </w:rPr>
        <w:t>“你比游戏里谨慎。”</w:t>
      </w:r>
    </w:p>
    <w:p>
      <w:pPr>
        <w:spacing w:line="560" w:lineRule="exact"/>
        <w:ind w:firstLine="420"/>
      </w:pPr>
      <w:r>
        <w:rPr>
          <w:rFonts w:ascii="宋体" w:hAnsi="宋体" w:eastAsia="宋体"/>
          <w:sz w:val="24"/>
        </w:rPr>
        <w:t>林风转过身。</w:t>
      </w:r>
    </w:p>
    <w:p>
      <w:pPr>
        <w:spacing w:line="560" w:lineRule="exact"/>
        <w:ind w:firstLine="420"/>
      </w:pPr>
      <w:r>
        <w:rPr>
          <w:rFonts w:ascii="宋体" w:hAnsi="宋体" w:eastAsia="宋体"/>
          <w:sz w:val="24"/>
        </w:rPr>
        <w:t>一个男人站在雨里，黑色风衣，身形挺拔，脸上没什么表情。他没有戴国战里的黑金面具，可那双眼睛林风认得。</w:t>
      </w:r>
    </w:p>
    <w:p>
      <w:pPr>
        <w:spacing w:line="560" w:lineRule="exact"/>
        <w:ind w:firstLine="420"/>
      </w:pPr>
      <w:r>
        <w:rPr>
          <w:rFonts w:ascii="宋体" w:hAnsi="宋体" w:eastAsia="宋体"/>
          <w:sz w:val="24"/>
        </w:rPr>
        <w:t>冷，狠，像刀。</w:t>
      </w:r>
    </w:p>
    <w:p>
      <w:pPr>
        <w:spacing w:line="560" w:lineRule="exact"/>
        <w:ind w:firstLine="420"/>
      </w:pPr>
      <w:r>
        <w:rPr>
          <w:rFonts w:ascii="宋体" w:hAnsi="宋体" w:eastAsia="宋体"/>
          <w:sz w:val="24"/>
        </w:rPr>
        <w:t>陈锋。</w:t>
      </w:r>
    </w:p>
    <w:p>
      <w:pPr>
        <w:spacing w:line="560" w:lineRule="exact"/>
        <w:ind w:firstLine="420"/>
      </w:pPr>
      <w:r>
        <w:rPr>
          <w:rFonts w:ascii="宋体" w:hAnsi="宋体" w:eastAsia="宋体"/>
          <w:sz w:val="24"/>
        </w:rPr>
        <w:t>暗夜君王。</w:t>
      </w:r>
    </w:p>
    <w:p>
      <w:pPr>
        <w:spacing w:line="560" w:lineRule="exact"/>
        <w:ind w:firstLine="420"/>
      </w:pPr>
      <w:r>
        <w:rPr>
          <w:rFonts w:ascii="宋体" w:hAnsi="宋体" w:eastAsia="宋体"/>
          <w:sz w:val="24"/>
        </w:rPr>
        <w:t>林风看着他：“你约我，不是为了叙旧吧？”</w:t>
      </w:r>
    </w:p>
    <w:p>
      <w:pPr>
        <w:spacing w:line="560" w:lineRule="exact"/>
        <w:ind w:firstLine="420"/>
      </w:pPr>
      <w:r>
        <w:rPr>
          <w:rFonts w:ascii="宋体" w:hAnsi="宋体" w:eastAsia="宋体"/>
          <w:sz w:val="24"/>
        </w:rPr>
        <w:t>陈锋说：“国战里，你赢了我半招。”</w:t>
      </w:r>
    </w:p>
    <w:p>
      <w:pPr>
        <w:spacing w:line="560" w:lineRule="exact"/>
        <w:ind w:firstLine="420"/>
      </w:pPr>
      <w:r>
        <w:rPr>
          <w:rFonts w:ascii="宋体" w:hAnsi="宋体" w:eastAsia="宋体"/>
          <w:sz w:val="24"/>
        </w:rPr>
        <w:t>“你想翻盘？”</w:t>
      </w:r>
    </w:p>
    <w:p>
      <w:pPr>
        <w:spacing w:line="560" w:lineRule="exact"/>
        <w:ind w:firstLine="420"/>
      </w:pPr>
      <w:r>
        <w:rPr>
          <w:rFonts w:ascii="宋体" w:hAnsi="宋体" w:eastAsia="宋体"/>
          <w:sz w:val="24"/>
        </w:rPr>
        <w:t>“现实里翻盘，我没兴趣。”陈锋往前走了一步，“我来，是想问你，那块古玉还在不在。”</w:t>
      </w:r>
    </w:p>
    <w:p>
      <w:pPr>
        <w:spacing w:line="560" w:lineRule="exact"/>
        <w:ind w:firstLine="420"/>
      </w:pPr>
      <w:r>
        <w:rPr>
          <w:rFonts w:ascii="宋体" w:hAnsi="宋体" w:eastAsia="宋体"/>
          <w:sz w:val="24"/>
        </w:rPr>
        <w:t>林风的手插进口袋，指尖碰到古玉。</w:t>
      </w:r>
    </w:p>
    <w:p>
      <w:pPr>
        <w:spacing w:line="560" w:lineRule="exact"/>
        <w:ind w:firstLine="420"/>
      </w:pPr>
      <w:r>
        <w:rPr>
          <w:rFonts w:ascii="宋体" w:hAnsi="宋体" w:eastAsia="宋体"/>
          <w:sz w:val="24"/>
        </w:rPr>
        <w:t>古玉很烫。</w:t>
      </w:r>
    </w:p>
    <w:p>
      <w:pPr>
        <w:spacing w:line="560" w:lineRule="exact"/>
        <w:ind w:firstLine="420"/>
      </w:pPr>
      <w:r>
        <w:rPr>
          <w:rFonts w:ascii="宋体" w:hAnsi="宋体" w:eastAsia="宋体"/>
          <w:sz w:val="24"/>
        </w:rPr>
        <w:t>“你认识它？”</w:t>
      </w:r>
    </w:p>
    <w:p>
      <w:pPr>
        <w:spacing w:line="560" w:lineRule="exact"/>
        <w:ind w:firstLine="420"/>
      </w:pPr>
      <w:r>
        <w:rPr>
          <w:rFonts w:ascii="宋体" w:hAnsi="宋体" w:eastAsia="宋体"/>
          <w:sz w:val="24"/>
        </w:rPr>
        <w:t>陈锋盯着他的手：“不只是认识。它本来就不该在你手里。”</w:t>
      </w:r>
    </w:p>
    <w:p>
      <w:pPr>
        <w:spacing w:line="560" w:lineRule="exact"/>
        <w:ind w:firstLine="420"/>
      </w:pPr>
      <w:r>
        <w:rPr>
          <w:rFonts w:ascii="宋体" w:hAnsi="宋体" w:eastAsia="宋体"/>
          <w:sz w:val="24"/>
        </w:rPr>
        <w:t>林风眼神一沉：“你什么意思？”</w:t>
      </w:r>
    </w:p>
    <w:p>
      <w:pPr>
        <w:spacing w:line="560" w:lineRule="exact"/>
        <w:ind w:firstLine="420"/>
      </w:pPr>
      <w:r>
        <w:rPr>
          <w:rFonts w:ascii="宋体" w:hAnsi="宋体" w:eastAsia="宋体"/>
          <w:sz w:val="24"/>
        </w:rPr>
        <w:t>陈锋没有立刻回答，而是抬头看了一眼废弃体验馆的招牌。</w:t>
      </w:r>
    </w:p>
    <w:p>
      <w:pPr>
        <w:spacing w:line="560" w:lineRule="exact"/>
        <w:ind w:firstLine="420"/>
      </w:pPr>
      <w:r>
        <w:rPr>
          <w:rFonts w:ascii="宋体" w:hAnsi="宋体" w:eastAsia="宋体"/>
          <w:sz w:val="24"/>
        </w:rPr>
        <w:t>“《天界》上线之前，海城有一个内部测试项目，叫‘神域计划’。参与的人不多，真正掌握核心权限的只有三个人。”</w:t>
      </w:r>
    </w:p>
    <w:p>
      <w:pPr>
        <w:spacing w:line="560" w:lineRule="exact"/>
        <w:ind w:firstLine="420"/>
      </w:pPr>
      <w:r>
        <w:rPr>
          <w:rFonts w:ascii="宋体" w:hAnsi="宋体" w:eastAsia="宋体"/>
          <w:sz w:val="24"/>
        </w:rPr>
        <w:t>林风心跳慢了一拍。</w:t>
      </w:r>
    </w:p>
    <w:p>
      <w:pPr>
        <w:spacing w:line="560" w:lineRule="exact"/>
        <w:ind w:firstLine="420"/>
      </w:pPr>
      <w:r>
        <w:rPr>
          <w:rFonts w:ascii="宋体" w:hAnsi="宋体" w:eastAsia="宋体"/>
          <w:sz w:val="24"/>
        </w:rPr>
        <w:t>陈锋继续说：“三个创始人，各自留了一枚信物。金印、黑钥、古玉。”</w:t>
      </w:r>
    </w:p>
    <w:p>
      <w:pPr>
        <w:spacing w:line="560" w:lineRule="exact"/>
        <w:ind w:firstLine="420"/>
      </w:pPr>
      <w:r>
        <w:rPr>
          <w:rFonts w:ascii="宋体" w:hAnsi="宋体" w:eastAsia="宋体"/>
          <w:sz w:val="24"/>
        </w:rPr>
        <w:t>林风喉咙发紧：“古玉是创始人信物？”</w:t>
      </w:r>
    </w:p>
    <w:p>
      <w:pPr>
        <w:spacing w:line="560" w:lineRule="exact"/>
        <w:ind w:firstLine="420"/>
      </w:pPr>
      <w:r>
        <w:rPr>
          <w:rFonts w:ascii="宋体" w:hAnsi="宋体" w:eastAsia="宋体"/>
          <w:sz w:val="24"/>
        </w:rPr>
        <w:t>“是。”陈锋说得很直接，“而且是三枚信物里最关键的一枚。它不是装饰品，也不是任务道具。它能打开《天界》最底层的权限。”</w:t>
      </w:r>
    </w:p>
    <w:p>
      <w:pPr>
        <w:spacing w:line="560" w:lineRule="exact"/>
        <w:ind w:firstLine="420"/>
      </w:pPr>
      <w:r>
        <w:rPr>
          <w:rFonts w:ascii="宋体" w:hAnsi="宋体" w:eastAsia="宋体"/>
          <w:sz w:val="24"/>
        </w:rPr>
        <w:t>雨越下越大。</w:t>
      </w:r>
    </w:p>
    <w:p>
      <w:pPr>
        <w:spacing w:line="560" w:lineRule="exact"/>
        <w:ind w:firstLine="420"/>
      </w:pPr>
      <w:r>
        <w:rPr>
          <w:rFonts w:ascii="宋体" w:hAnsi="宋体" w:eastAsia="宋体"/>
          <w:sz w:val="24"/>
        </w:rPr>
        <w:t>林风感觉口袋里的古玉烫得像一块火炭。</w:t>
      </w:r>
    </w:p>
    <w:p>
      <w:pPr>
        <w:spacing w:line="560" w:lineRule="exact"/>
        <w:ind w:firstLine="420"/>
      </w:pPr>
      <w:r>
        <w:rPr>
          <w:rFonts w:ascii="宋体" w:hAnsi="宋体" w:eastAsia="宋体"/>
          <w:sz w:val="24"/>
        </w:rPr>
        <w:t>“我父母留给我的东西，为什么会跟《天界》有关？”</w:t>
      </w:r>
    </w:p>
    <w:p>
      <w:pPr>
        <w:spacing w:line="560" w:lineRule="exact"/>
        <w:ind w:firstLine="420"/>
      </w:pPr>
      <w:r>
        <w:rPr>
          <w:rFonts w:ascii="宋体" w:hAnsi="宋体" w:eastAsia="宋体"/>
          <w:sz w:val="24"/>
        </w:rPr>
        <w:t>陈锋看着他：“因为你父母就是《天界》的创始人。”</w:t>
      </w:r>
    </w:p>
    <w:p>
      <w:pPr>
        <w:spacing w:line="560" w:lineRule="exact"/>
        <w:ind w:firstLine="420"/>
      </w:pPr>
      <w:r>
        <w:rPr>
          <w:rFonts w:ascii="宋体" w:hAnsi="宋体" w:eastAsia="宋体"/>
          <w:sz w:val="24"/>
        </w:rPr>
        <w:t>这句话砸下来，连耳机里的赵铁柱都忘了呼吸。</w:t>
      </w:r>
    </w:p>
    <w:p>
      <w:pPr>
        <w:spacing w:line="560" w:lineRule="exact"/>
        <w:ind w:firstLine="420"/>
      </w:pPr>
      <w:r>
        <w:rPr>
          <w:rFonts w:ascii="宋体" w:hAnsi="宋体" w:eastAsia="宋体"/>
          <w:sz w:val="24"/>
        </w:rPr>
        <w:t>林风站在雨里，整个人像被定住。</w:t>
      </w:r>
    </w:p>
    <w:p>
      <w:pPr>
        <w:spacing w:line="560" w:lineRule="exact"/>
        <w:ind w:firstLine="420"/>
      </w:pPr>
      <w:r>
        <w:rPr>
          <w:rFonts w:ascii="宋体" w:hAnsi="宋体" w:eastAsia="宋体"/>
          <w:sz w:val="24"/>
        </w:rPr>
        <w:t>二十多年前的车祸，葬礼上的黑白照片，亲戚们抢走房子时的嘴脸，还有那枚他一直以为是普通遗物的古玉，突然全都被一根线串了起来。</w:t>
      </w:r>
    </w:p>
    <w:p>
      <w:pPr>
        <w:spacing w:line="560" w:lineRule="exact"/>
        <w:ind w:firstLine="420"/>
      </w:pPr>
      <w:r>
        <w:rPr>
          <w:rFonts w:ascii="宋体" w:hAnsi="宋体" w:eastAsia="宋体"/>
          <w:sz w:val="24"/>
        </w:rPr>
        <w:t>“你说清楚。”林风声音很低，“我父母是谁？”</w:t>
      </w:r>
    </w:p>
    <w:p>
      <w:pPr>
        <w:spacing w:line="560" w:lineRule="exact"/>
        <w:ind w:firstLine="420"/>
      </w:pPr>
      <w:r>
        <w:rPr>
          <w:rFonts w:ascii="宋体" w:hAnsi="宋体" w:eastAsia="宋体"/>
          <w:sz w:val="24"/>
        </w:rPr>
        <w:t>陈锋说：“林正和沈澜。《天界》最早的核心架构师。他们不是普通程序员，他们设计了天界底层规则，也留下了一个只有古玉能打开的保险库。”</w:t>
      </w:r>
    </w:p>
    <w:p>
      <w:pPr>
        <w:spacing w:line="560" w:lineRule="exact"/>
        <w:ind w:firstLine="420"/>
      </w:pPr>
      <w:r>
        <w:rPr>
          <w:rFonts w:ascii="宋体" w:hAnsi="宋体" w:eastAsia="宋体"/>
          <w:sz w:val="24"/>
        </w:rPr>
        <w:t>“保险库里有什么？”</w:t>
      </w:r>
    </w:p>
    <w:p>
      <w:pPr>
        <w:spacing w:line="560" w:lineRule="exact"/>
        <w:ind w:firstLine="420"/>
      </w:pPr>
      <w:r>
        <w:rPr>
          <w:rFonts w:ascii="宋体" w:hAnsi="宋体" w:eastAsia="宋体"/>
          <w:sz w:val="24"/>
        </w:rPr>
        <w:t>“遗产。”陈锋说，“还有他们当年没来得及公开的东西。”</w:t>
      </w:r>
    </w:p>
    <w:p>
      <w:pPr>
        <w:spacing w:line="560" w:lineRule="exact"/>
        <w:ind w:firstLine="420"/>
      </w:pPr>
      <w:r>
        <w:rPr>
          <w:rFonts w:ascii="宋体" w:hAnsi="宋体" w:eastAsia="宋体"/>
          <w:sz w:val="24"/>
        </w:rPr>
        <w:t>林风盯着他：“你凭什么知道这些？”</w:t>
      </w:r>
    </w:p>
    <w:p>
      <w:pPr>
        <w:spacing w:line="560" w:lineRule="exact"/>
        <w:ind w:firstLine="420"/>
      </w:pPr>
      <w:r>
        <w:rPr>
          <w:rFonts w:ascii="宋体" w:hAnsi="宋体" w:eastAsia="宋体"/>
          <w:sz w:val="24"/>
        </w:rPr>
        <w:t>陈锋沉默了两秒。</w:t>
      </w:r>
    </w:p>
    <w:p>
      <w:pPr>
        <w:spacing w:line="560" w:lineRule="exact"/>
        <w:ind w:firstLine="420"/>
      </w:pPr>
      <w:r>
        <w:rPr>
          <w:rFonts w:ascii="宋体" w:hAnsi="宋体" w:eastAsia="宋体"/>
          <w:sz w:val="24"/>
        </w:rPr>
        <w:t>“因为我父亲也是创始人之一。”</w:t>
      </w:r>
    </w:p>
    <w:p>
      <w:pPr>
        <w:spacing w:line="560" w:lineRule="exact"/>
        <w:ind w:firstLine="420"/>
      </w:pPr>
      <w:r>
        <w:rPr>
          <w:rFonts w:ascii="宋体" w:hAnsi="宋体" w:eastAsia="宋体"/>
          <w:sz w:val="24"/>
        </w:rPr>
        <w:t>林风眼神微变。</w:t>
      </w:r>
    </w:p>
    <w:p>
      <w:pPr>
        <w:spacing w:line="560" w:lineRule="exact"/>
        <w:ind w:firstLine="420"/>
      </w:pPr>
      <w:r>
        <w:rPr>
          <w:rFonts w:ascii="宋体" w:hAnsi="宋体" w:eastAsia="宋体"/>
          <w:sz w:val="24"/>
        </w:rPr>
        <w:t>陈锋的声音冷了几分：“但他死了。对外说是实验事故，实际上，是暗影组织动的手。”</w:t>
      </w:r>
    </w:p>
    <w:p>
      <w:pPr>
        <w:spacing w:line="560" w:lineRule="exact"/>
        <w:ind w:firstLine="420"/>
      </w:pPr>
      <w:r>
        <w:rPr>
          <w:rFonts w:ascii="宋体" w:hAnsi="宋体" w:eastAsia="宋体"/>
          <w:sz w:val="24"/>
        </w:rPr>
        <w:t>“暗影组织？”</w:t>
      </w:r>
    </w:p>
    <w:p>
      <w:pPr>
        <w:spacing w:line="560" w:lineRule="exact"/>
        <w:ind w:firstLine="420"/>
      </w:pPr>
      <w:r>
        <w:rPr>
          <w:rFonts w:ascii="宋体" w:hAnsi="宋体" w:eastAsia="宋体"/>
          <w:sz w:val="24"/>
        </w:rPr>
        <w:t>“他们追了你父母很多年。你父母车祸之后，他们以为古玉也一起毁了。直到你进《天界》，直到神豪系统出现，直到国战里你用古玉触发隐藏权限，他们才重新锁定你。”</w:t>
      </w:r>
    </w:p>
    <w:p>
      <w:pPr>
        <w:spacing w:line="560" w:lineRule="exact"/>
        <w:ind w:firstLine="420"/>
      </w:pPr>
      <w:r>
        <w:rPr>
          <w:rFonts w:ascii="宋体" w:hAnsi="宋体" w:eastAsia="宋体"/>
          <w:sz w:val="24"/>
        </w:rPr>
        <w:t>林风皱眉：“神豪系统的事，你也知道？”</w:t>
      </w:r>
    </w:p>
    <w:p>
      <w:pPr>
        <w:spacing w:line="560" w:lineRule="exact"/>
        <w:ind w:firstLine="420"/>
      </w:pPr>
      <w:r>
        <w:rPr>
          <w:rFonts w:ascii="宋体" w:hAnsi="宋体" w:eastAsia="宋体"/>
          <w:sz w:val="24"/>
        </w:rPr>
        <w:t>“知道一点。”陈锋说，“无限充值，想买什么就买什么。你在游戏里能砸出奇迹，但在现实里，神豪系统救不了你。”</w:t>
      </w:r>
    </w:p>
    <w:p>
      <w:pPr>
        <w:spacing w:line="560" w:lineRule="exact"/>
        <w:ind w:firstLine="420"/>
      </w:pPr>
      <w:r>
        <w:rPr>
          <w:rFonts w:ascii="宋体" w:hAnsi="宋体" w:eastAsia="宋体"/>
          <w:sz w:val="24"/>
        </w:rPr>
        <w:t>这句话让林风心里一沉。</w:t>
      </w:r>
    </w:p>
    <w:p>
      <w:pPr>
        <w:spacing w:line="560" w:lineRule="exact"/>
        <w:ind w:firstLine="420"/>
      </w:pPr>
      <w:r>
        <w:rPr>
          <w:rFonts w:ascii="宋体" w:hAnsi="宋体" w:eastAsia="宋体"/>
          <w:sz w:val="24"/>
        </w:rPr>
        <w:t>陈锋像是看穿了他的想法：“别误会，我不是来吓你。我是来提醒你，暗影组织的人已经到了海城。他们不会像游戏里那样堂堂正正宣战，他们会查你的住处，动你的朋友，甚至动风婉集团和《天界》运营部。”</w:t>
      </w:r>
    </w:p>
    <w:p>
      <w:pPr>
        <w:spacing w:line="560" w:lineRule="exact"/>
        <w:ind w:firstLine="420"/>
      </w:pPr>
      <w:r>
        <w:rPr>
          <w:rFonts w:ascii="宋体" w:hAnsi="宋体" w:eastAsia="宋体"/>
          <w:sz w:val="24"/>
        </w:rPr>
        <w:t>林风眼神一冷：“你敢动他们试试。”</w:t>
      </w:r>
    </w:p>
    <w:p>
      <w:pPr>
        <w:spacing w:line="560" w:lineRule="exact"/>
        <w:ind w:firstLine="420"/>
      </w:pPr>
      <w:r>
        <w:rPr>
          <w:rFonts w:ascii="宋体" w:hAnsi="宋体" w:eastAsia="宋体"/>
          <w:sz w:val="24"/>
        </w:rPr>
        <w:t>陈锋看着林风，忽然笑了一下，笑意很淡，也很苦。</w:t>
      </w:r>
    </w:p>
    <w:p>
      <w:pPr>
        <w:spacing w:line="560" w:lineRule="exact"/>
        <w:ind w:firstLine="420"/>
      </w:pPr>
      <w:r>
        <w:rPr>
          <w:rFonts w:ascii="宋体" w:hAnsi="宋体" w:eastAsia="宋体"/>
          <w:sz w:val="24"/>
        </w:rPr>
        <w:t>“我要是想动，你现在已经躺在地上了。”</w:t>
      </w:r>
    </w:p>
    <w:p>
      <w:pPr>
        <w:spacing w:line="560" w:lineRule="exact"/>
        <w:ind w:firstLine="420"/>
      </w:pPr>
      <w:r>
        <w:rPr>
          <w:rFonts w:ascii="宋体" w:hAnsi="宋体" w:eastAsia="宋体"/>
          <w:sz w:val="24"/>
        </w:rPr>
        <w:t>下一秒，废弃体验馆二楼的破窗后，红光一闪。</w:t>
      </w:r>
    </w:p>
    <w:p>
      <w:pPr>
        <w:spacing w:line="560" w:lineRule="exact"/>
        <w:ind w:firstLine="420"/>
      </w:pPr>
      <w:r>
        <w:rPr>
          <w:rFonts w:ascii="宋体" w:hAnsi="宋体" w:eastAsia="宋体"/>
          <w:sz w:val="24"/>
        </w:rPr>
        <w:t>林风瞳孔猛地一缩。</w:t>
      </w:r>
    </w:p>
    <w:p>
      <w:pPr>
        <w:spacing w:line="560" w:lineRule="exact"/>
        <w:ind w:firstLine="420"/>
      </w:pPr>
      <w:r>
        <w:rPr>
          <w:rFonts w:ascii="宋体" w:hAnsi="宋体" w:eastAsia="宋体"/>
          <w:sz w:val="24"/>
        </w:rPr>
        <w:t>“趴下！”</w:t>
      </w:r>
    </w:p>
    <w:p>
      <w:pPr>
        <w:spacing w:line="560" w:lineRule="exact"/>
        <w:ind w:firstLine="420"/>
      </w:pPr>
      <w:r>
        <w:rPr>
          <w:rFonts w:ascii="宋体" w:hAnsi="宋体" w:eastAsia="宋体"/>
          <w:sz w:val="24"/>
        </w:rPr>
        <w:t>陈锋一把将林风拽向旁边。</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子弹打在两人刚才站立的位置，水泥柱炸开一片碎屑。</w:t>
      </w:r>
    </w:p>
    <w:p>
      <w:pPr>
        <w:spacing w:line="560" w:lineRule="exact"/>
        <w:ind w:firstLine="420"/>
      </w:pPr>
      <w:r>
        <w:rPr>
          <w:rFonts w:ascii="宋体" w:hAnsi="宋体" w:eastAsia="宋体"/>
          <w:sz w:val="24"/>
        </w:rPr>
        <w:t>耳机里赵铁柱吼道：“林风！有狙击手！”</w:t>
      </w:r>
    </w:p>
    <w:p>
      <w:pPr>
        <w:spacing w:line="560" w:lineRule="exact"/>
        <w:ind w:firstLine="420"/>
      </w:pPr>
      <w:r>
        <w:rPr>
          <w:rFonts w:ascii="宋体" w:hAnsi="宋体" w:eastAsia="宋体"/>
          <w:sz w:val="24"/>
        </w:rPr>
        <w:t>几乎同时，对面楼顶传来夜影的声音：“三点钟方向，废弃钟楼，目标移动！”</w:t>
      </w:r>
    </w:p>
    <w:p>
      <w:pPr>
        <w:spacing w:line="560" w:lineRule="exact"/>
        <w:ind w:firstLine="420"/>
      </w:pPr>
      <w:r>
        <w:rPr>
          <w:rFonts w:ascii="宋体" w:hAnsi="宋体" w:eastAsia="宋体"/>
          <w:sz w:val="24"/>
        </w:rPr>
        <w:t>林风翻身滚到一辆报废车后，陈锋已经抽出短刃，身形像影子一样冲了出去。</w:t>
      </w:r>
    </w:p>
    <w:p>
      <w:pPr>
        <w:spacing w:line="560" w:lineRule="exact"/>
        <w:ind w:firstLine="420"/>
      </w:pPr>
      <w:r>
        <w:rPr>
          <w:rFonts w:ascii="宋体" w:hAnsi="宋体" w:eastAsia="宋体"/>
          <w:sz w:val="24"/>
        </w:rPr>
        <w:t>第二枪响起。</w:t>
      </w:r>
    </w:p>
    <w:p>
      <w:pPr>
        <w:spacing w:line="560" w:lineRule="exact"/>
        <w:ind w:firstLine="420"/>
      </w:pPr>
      <w:r>
        <w:rPr>
          <w:rFonts w:ascii="宋体" w:hAnsi="宋体" w:eastAsia="宋体"/>
          <w:sz w:val="24"/>
        </w:rPr>
        <w:t>子弹擦着陈锋的肩头飞过，打碎他身后玻璃。陈锋没有停，借着雨幕冲到体验馆侧门，抬手甩出一枚黑色装置。</w:t>
      </w:r>
    </w:p>
    <w:p>
      <w:pPr>
        <w:spacing w:line="560" w:lineRule="exact"/>
        <w:ind w:firstLine="420"/>
      </w:pPr>
      <w:r>
        <w:rPr>
          <w:rFonts w:ascii="宋体" w:hAnsi="宋体" w:eastAsia="宋体"/>
          <w:sz w:val="24"/>
        </w:rPr>
        <w:t>嗡！</w:t>
      </w:r>
    </w:p>
    <w:p>
      <w:pPr>
        <w:spacing w:line="560" w:lineRule="exact"/>
        <w:ind w:firstLine="420"/>
      </w:pPr>
      <w:r>
        <w:rPr>
          <w:rFonts w:ascii="宋体" w:hAnsi="宋体" w:eastAsia="宋体"/>
          <w:sz w:val="24"/>
        </w:rPr>
        <w:t>装置贴到墙上，爆开一圈蓝色电光。</w:t>
      </w:r>
    </w:p>
    <w:p>
      <w:pPr>
        <w:spacing w:line="560" w:lineRule="exact"/>
        <w:ind w:firstLine="420"/>
      </w:pPr>
      <w:r>
        <w:rPr>
          <w:rFonts w:ascii="宋体" w:hAnsi="宋体" w:eastAsia="宋体"/>
          <w:sz w:val="24"/>
        </w:rPr>
        <w:t>钟楼方向传来一声闷哼。</w:t>
      </w:r>
    </w:p>
    <w:p>
      <w:pPr>
        <w:spacing w:line="560" w:lineRule="exact"/>
        <w:ind w:firstLine="420"/>
      </w:pPr>
      <w:r>
        <w:rPr>
          <w:rFonts w:ascii="宋体" w:hAnsi="宋体" w:eastAsia="宋体"/>
          <w:sz w:val="24"/>
        </w:rPr>
        <w:t>夜影的声音跟着响起：“狙击手倒了，但我这边还有两个人靠近。”</w:t>
      </w:r>
    </w:p>
    <w:p>
      <w:pPr>
        <w:spacing w:line="560" w:lineRule="exact"/>
        <w:ind w:firstLine="420"/>
      </w:pPr>
      <w:r>
        <w:rPr>
          <w:rFonts w:ascii="宋体" w:hAnsi="宋体" w:eastAsia="宋体"/>
          <w:sz w:val="24"/>
        </w:rPr>
        <w:t>赵铁柱再也忍不住，商务车直接撞开路边护栏，轰隆隆冲了过来。</w:t>
      </w:r>
    </w:p>
    <w:p>
      <w:pPr>
        <w:spacing w:line="560" w:lineRule="exact"/>
        <w:ind w:firstLine="420"/>
      </w:pPr>
      <w:r>
        <w:rPr>
          <w:rFonts w:ascii="宋体" w:hAnsi="宋体" w:eastAsia="宋体"/>
          <w:sz w:val="24"/>
        </w:rPr>
        <w:t>“敢动我兄弟，老子弄死你们！”</w:t>
      </w:r>
    </w:p>
    <w:p>
      <w:pPr>
        <w:spacing w:line="560" w:lineRule="exact"/>
        <w:ind w:firstLine="420"/>
      </w:pPr>
      <w:r>
        <w:rPr>
          <w:rFonts w:ascii="宋体" w:hAnsi="宋体" w:eastAsia="宋体"/>
          <w:sz w:val="24"/>
        </w:rPr>
        <w:t>两个穿黑衣的人从雨里冲出，手里握着消音手枪。赵铁柱一脚踹开车门，像一辆人形坦克撞上去，直接把其中一人按在废车引擎盖上。</w:t>
      </w:r>
    </w:p>
    <w:p>
      <w:pPr>
        <w:spacing w:line="560" w:lineRule="exact"/>
        <w:ind w:firstLine="420"/>
      </w:pPr>
      <w:r>
        <w:rPr>
          <w:rFonts w:ascii="宋体" w:hAnsi="宋体" w:eastAsia="宋体"/>
          <w:sz w:val="24"/>
        </w:rPr>
        <w:t>那人刚要抬枪，夜影从楼顶落下，靴跟精准踢中对方手腕。</w:t>
      </w:r>
    </w:p>
    <w:p>
      <w:pPr>
        <w:spacing w:line="560" w:lineRule="exact"/>
        <w:ind w:firstLine="420"/>
      </w:pPr>
      <w:r>
        <w:rPr>
          <w:rFonts w:ascii="宋体" w:hAnsi="宋体" w:eastAsia="宋体"/>
          <w:sz w:val="24"/>
        </w:rPr>
        <w:t>咔嚓。</w:t>
      </w:r>
    </w:p>
    <w:p>
      <w:pPr>
        <w:spacing w:line="560" w:lineRule="exact"/>
        <w:ind w:firstLine="420"/>
      </w:pPr>
      <w:r>
        <w:rPr>
          <w:rFonts w:ascii="宋体" w:hAnsi="宋体" w:eastAsia="宋体"/>
          <w:sz w:val="24"/>
        </w:rPr>
        <w:t>手枪落地。</w:t>
      </w:r>
    </w:p>
    <w:p>
      <w:pPr>
        <w:spacing w:line="560" w:lineRule="exact"/>
        <w:ind w:firstLine="420"/>
      </w:pPr>
      <w:r>
        <w:rPr>
          <w:rFonts w:ascii="宋体" w:hAnsi="宋体" w:eastAsia="宋体"/>
          <w:sz w:val="24"/>
        </w:rPr>
        <w:t>另一个黑衣人刚把枪口对准林风，陈锋已经出现在他身后，短刃压住对方咽喉。</w:t>
      </w:r>
    </w:p>
    <w:p>
      <w:pPr>
        <w:spacing w:line="560" w:lineRule="exact"/>
        <w:ind w:firstLine="420"/>
      </w:pPr>
      <w:r>
        <w:rPr>
          <w:rFonts w:ascii="宋体" w:hAnsi="宋体" w:eastAsia="宋体"/>
          <w:sz w:val="24"/>
        </w:rPr>
        <w:t>“谁派你们来的？”陈锋问。</w:t>
      </w:r>
    </w:p>
    <w:p>
      <w:pPr>
        <w:spacing w:line="560" w:lineRule="exact"/>
        <w:ind w:firstLine="420"/>
      </w:pPr>
      <w:r>
        <w:rPr>
          <w:rFonts w:ascii="宋体" w:hAnsi="宋体" w:eastAsia="宋体"/>
          <w:sz w:val="24"/>
        </w:rPr>
        <w:t>黑衣人咬牙不说话。</w:t>
      </w:r>
    </w:p>
    <w:p>
      <w:pPr>
        <w:spacing w:line="560" w:lineRule="exact"/>
        <w:ind w:firstLine="420"/>
      </w:pPr>
      <w:r>
        <w:rPr>
          <w:rFonts w:ascii="宋体" w:hAnsi="宋体" w:eastAsia="宋体"/>
          <w:sz w:val="24"/>
        </w:rPr>
        <w:t>陈锋手腕一压。</w:t>
      </w:r>
    </w:p>
    <w:p>
      <w:pPr>
        <w:spacing w:line="560" w:lineRule="exact"/>
        <w:ind w:firstLine="420"/>
      </w:pPr>
      <w:r>
        <w:rPr>
          <w:rFonts w:ascii="宋体" w:hAnsi="宋体" w:eastAsia="宋体"/>
          <w:sz w:val="24"/>
        </w:rPr>
        <w:t>黑衣人疼得额头青筋暴起，终于从牙缝里挤出几个字：“影……暗影……古玉……必须回收……”</w:t>
      </w:r>
    </w:p>
    <w:p>
      <w:pPr>
        <w:spacing w:line="560" w:lineRule="exact"/>
        <w:ind w:firstLine="420"/>
      </w:pPr>
      <w:r>
        <w:rPr>
          <w:rFonts w:ascii="宋体" w:hAnsi="宋体" w:eastAsia="宋体"/>
          <w:sz w:val="24"/>
        </w:rPr>
        <w:t>林风走过去，一脚踢开对方手里的备用枪。</w:t>
      </w:r>
    </w:p>
    <w:p>
      <w:pPr>
        <w:spacing w:line="560" w:lineRule="exact"/>
        <w:ind w:firstLine="420"/>
      </w:pPr>
      <w:r>
        <w:rPr>
          <w:rFonts w:ascii="宋体" w:hAnsi="宋体" w:eastAsia="宋体"/>
          <w:sz w:val="24"/>
        </w:rPr>
        <w:t>“告诉他们，想要古玉，让他们自己来拿。”</w:t>
      </w:r>
    </w:p>
    <w:p>
      <w:pPr>
        <w:spacing w:line="560" w:lineRule="exact"/>
        <w:ind w:firstLine="420"/>
      </w:pPr>
      <w:r>
        <w:rPr>
          <w:rFonts w:ascii="宋体" w:hAnsi="宋体" w:eastAsia="宋体"/>
          <w:sz w:val="24"/>
        </w:rPr>
        <w:t>黑衣人还想说什么，牙齿里忽然冒出一股黑烟。</w:t>
      </w:r>
    </w:p>
    <w:p>
      <w:pPr>
        <w:spacing w:line="560" w:lineRule="exact"/>
        <w:ind w:firstLine="420"/>
      </w:pPr>
      <w:r>
        <w:rPr>
          <w:rFonts w:ascii="宋体" w:hAnsi="宋体" w:eastAsia="宋体"/>
          <w:sz w:val="24"/>
        </w:rPr>
        <w:t>陈锋脸色一变，猛地捏住对方下巴。</w:t>
      </w:r>
    </w:p>
    <w:p>
      <w:pPr>
        <w:spacing w:line="560" w:lineRule="exact"/>
        <w:ind w:firstLine="420"/>
      </w:pPr>
      <w:r>
        <w:rPr>
          <w:rFonts w:ascii="宋体" w:hAnsi="宋体" w:eastAsia="宋体"/>
          <w:sz w:val="24"/>
        </w:rPr>
        <w:t>晚了。</w:t>
      </w:r>
    </w:p>
    <w:p>
      <w:pPr>
        <w:spacing w:line="560" w:lineRule="exact"/>
        <w:ind w:firstLine="420"/>
      </w:pPr>
      <w:r>
        <w:rPr>
          <w:rFonts w:ascii="宋体" w:hAnsi="宋体" w:eastAsia="宋体"/>
          <w:sz w:val="24"/>
        </w:rPr>
        <w:t>黑衣人身体抽搐两下，头一歪，没了声息。</w:t>
      </w:r>
    </w:p>
    <w:p>
      <w:pPr>
        <w:spacing w:line="560" w:lineRule="exact"/>
        <w:ind w:firstLine="420"/>
      </w:pPr>
      <w:r>
        <w:rPr>
          <w:rFonts w:ascii="宋体" w:hAnsi="宋体" w:eastAsia="宋体"/>
          <w:sz w:val="24"/>
        </w:rPr>
        <w:t>赵铁柱骂道：“靠，玩不起是吧？还带自杀的？”</w:t>
      </w:r>
    </w:p>
    <w:p>
      <w:pPr>
        <w:spacing w:line="560" w:lineRule="exact"/>
        <w:ind w:firstLine="420"/>
      </w:pPr>
      <w:r>
        <w:rPr>
          <w:rFonts w:ascii="宋体" w:hAnsi="宋体" w:eastAsia="宋体"/>
          <w:sz w:val="24"/>
        </w:rPr>
        <w:t>夜影蹲下检查：“牙槽里有毒囊，专业杀手。”</w:t>
      </w:r>
    </w:p>
    <w:p>
      <w:pPr>
        <w:spacing w:line="560" w:lineRule="exact"/>
        <w:ind w:firstLine="420"/>
      </w:pPr>
      <w:r>
        <w:rPr>
          <w:rFonts w:ascii="宋体" w:hAnsi="宋体" w:eastAsia="宋体"/>
          <w:sz w:val="24"/>
        </w:rPr>
        <w:t>林风看着地上的尸体，手心全是冷汗。</w:t>
      </w:r>
    </w:p>
    <w:p>
      <w:pPr>
        <w:spacing w:line="560" w:lineRule="exact"/>
        <w:ind w:firstLine="420"/>
      </w:pPr>
      <w:r>
        <w:rPr>
          <w:rFonts w:ascii="宋体" w:hAnsi="宋体" w:eastAsia="宋体"/>
          <w:sz w:val="24"/>
        </w:rPr>
        <w:t>这不是游戏。</w:t>
      </w:r>
    </w:p>
    <w:p>
      <w:pPr>
        <w:spacing w:line="560" w:lineRule="exact"/>
        <w:ind w:firstLine="420"/>
      </w:pPr>
      <w:r>
        <w:rPr>
          <w:rFonts w:ascii="宋体" w:hAnsi="宋体" w:eastAsia="宋体"/>
          <w:sz w:val="24"/>
        </w:rPr>
        <w:t>没有复活点，没有血条，没有技能冷却。</w:t>
      </w:r>
    </w:p>
    <w:p>
      <w:pPr>
        <w:spacing w:line="560" w:lineRule="exact"/>
        <w:ind w:firstLine="420"/>
      </w:pPr>
      <w:r>
        <w:rPr>
          <w:rFonts w:ascii="宋体" w:hAnsi="宋体" w:eastAsia="宋体"/>
          <w:sz w:val="24"/>
        </w:rPr>
        <w:t>刚才只要慢半秒，他可能就真的死了。</w:t>
      </w:r>
    </w:p>
    <w:p>
      <w:pPr>
        <w:spacing w:line="560" w:lineRule="exact"/>
        <w:ind w:firstLine="420"/>
      </w:pPr>
      <w:r>
        <w:rPr>
          <w:rFonts w:ascii="宋体" w:hAnsi="宋体" w:eastAsia="宋体"/>
          <w:sz w:val="24"/>
        </w:rPr>
        <w:t>陈锋收起短刃：“现在你信了？”</w:t>
      </w:r>
    </w:p>
    <w:p>
      <w:pPr>
        <w:spacing w:line="560" w:lineRule="exact"/>
        <w:ind w:firstLine="420"/>
      </w:pPr>
      <w:r>
        <w:rPr>
          <w:rFonts w:ascii="宋体" w:hAnsi="宋体" w:eastAsia="宋体"/>
          <w:sz w:val="24"/>
        </w:rPr>
        <w:t>林风抬头看他：“你早知道他们会来？”</w:t>
      </w:r>
    </w:p>
    <w:p>
      <w:pPr>
        <w:spacing w:line="560" w:lineRule="exact"/>
        <w:ind w:firstLine="420"/>
      </w:pPr>
      <w:r>
        <w:rPr>
          <w:rFonts w:ascii="宋体" w:hAnsi="宋体" w:eastAsia="宋体"/>
          <w:sz w:val="24"/>
        </w:rPr>
        <w:t>“猜到。”陈锋说，“暗影组织不会放过单独见面的机会。我需要一个理由让你离开神豪殿的保护圈，也需要让他们确认，古玉确实在你身上。”</w:t>
      </w:r>
    </w:p>
    <w:p>
      <w:pPr>
        <w:spacing w:line="560" w:lineRule="exact"/>
        <w:ind w:firstLine="420"/>
      </w:pPr>
      <w:r>
        <w:rPr>
          <w:rFonts w:ascii="宋体" w:hAnsi="宋体" w:eastAsia="宋体"/>
          <w:sz w:val="24"/>
        </w:rPr>
        <w:t>林风眼神一冷：“你拿我当诱饵？”</w:t>
      </w:r>
    </w:p>
    <w:p>
      <w:pPr>
        <w:spacing w:line="560" w:lineRule="exact"/>
        <w:ind w:firstLine="420"/>
      </w:pPr>
      <w:r>
        <w:rPr>
          <w:rFonts w:ascii="宋体" w:hAnsi="宋体" w:eastAsia="宋体"/>
          <w:sz w:val="24"/>
        </w:rPr>
        <w:t>“是。”陈锋回答得很干脆，“但我也救了你。”</w:t>
      </w:r>
    </w:p>
    <w:p>
      <w:pPr>
        <w:spacing w:line="560" w:lineRule="exact"/>
        <w:ind w:firstLine="420"/>
      </w:pPr>
      <w:r>
        <w:rPr>
          <w:rFonts w:ascii="宋体" w:hAnsi="宋体" w:eastAsia="宋体"/>
          <w:sz w:val="24"/>
        </w:rPr>
        <w:t>赵铁柱撸起袖子就要上前：“你说什么？”</w:t>
      </w:r>
    </w:p>
    <w:p>
      <w:pPr>
        <w:spacing w:line="560" w:lineRule="exact"/>
        <w:ind w:firstLine="420"/>
      </w:pPr>
      <w:r>
        <w:rPr>
          <w:rFonts w:ascii="宋体" w:hAnsi="宋体" w:eastAsia="宋体"/>
          <w:sz w:val="24"/>
        </w:rPr>
        <w:t>林风伸手拦住他。</w:t>
      </w:r>
    </w:p>
    <w:p>
      <w:pPr>
        <w:spacing w:line="560" w:lineRule="exact"/>
        <w:ind w:firstLine="420"/>
      </w:pPr>
      <w:r>
        <w:rPr>
          <w:rFonts w:ascii="宋体" w:hAnsi="宋体" w:eastAsia="宋体"/>
          <w:sz w:val="24"/>
        </w:rPr>
        <w:t>陈锋看着林风：“你可以恨我。但接下来几天，暗影组织会全面行动。秦雨那边会被施压，苏婉清的风婉集团会被查账，神豪殿的服务器也可能被攻击。你必须尽快拿到古玉里的东西。”</w:t>
      </w:r>
    </w:p>
    <w:p>
      <w:pPr>
        <w:spacing w:line="560" w:lineRule="exact"/>
        <w:ind w:firstLine="420"/>
      </w:pPr>
      <w:r>
        <w:rPr>
          <w:rFonts w:ascii="宋体" w:hAnsi="宋体" w:eastAsia="宋体"/>
          <w:sz w:val="24"/>
        </w:rPr>
        <w:t>“怎么拿？”</w:t>
      </w:r>
    </w:p>
    <w:p>
      <w:pPr>
        <w:spacing w:line="560" w:lineRule="exact"/>
        <w:ind w:firstLine="420"/>
      </w:pPr>
      <w:r>
        <w:rPr>
          <w:rFonts w:ascii="宋体" w:hAnsi="宋体" w:eastAsia="宋体"/>
          <w:sz w:val="24"/>
        </w:rPr>
        <w:t>陈锋从风衣内袋里取出一枚黑色芯片，递给林风。</w:t>
      </w:r>
    </w:p>
    <w:p>
      <w:pPr>
        <w:spacing w:line="560" w:lineRule="exact"/>
        <w:ind w:firstLine="420"/>
      </w:pPr>
      <w:r>
        <w:rPr>
          <w:rFonts w:ascii="宋体" w:hAnsi="宋体" w:eastAsia="宋体"/>
          <w:sz w:val="24"/>
        </w:rPr>
        <w:t>“这是你父母留下的第一道坐标。把它插进《天界》登录舱，古玉会引导你进入一个隐藏地图。那里有你父亲留下的留言。”</w:t>
      </w:r>
    </w:p>
    <w:p>
      <w:pPr>
        <w:spacing w:line="560" w:lineRule="exact"/>
        <w:ind w:firstLine="420"/>
      </w:pPr>
      <w:r>
        <w:rPr>
          <w:rFonts w:ascii="宋体" w:hAnsi="宋体" w:eastAsia="宋体"/>
          <w:sz w:val="24"/>
        </w:rPr>
        <w:t>林风接过芯片，指尖发凉。</w:t>
      </w:r>
    </w:p>
    <w:p>
      <w:pPr>
        <w:spacing w:line="560" w:lineRule="exact"/>
        <w:ind w:firstLine="420"/>
      </w:pPr>
      <w:r>
        <w:rPr>
          <w:rFonts w:ascii="宋体" w:hAnsi="宋体" w:eastAsia="宋体"/>
          <w:sz w:val="24"/>
        </w:rPr>
        <w:t>“你为什么帮我？”</w:t>
      </w:r>
    </w:p>
    <w:p>
      <w:pPr>
        <w:spacing w:line="560" w:lineRule="exact"/>
        <w:ind w:firstLine="420"/>
      </w:pPr>
      <w:r>
        <w:rPr>
          <w:rFonts w:ascii="宋体" w:hAnsi="宋体" w:eastAsia="宋体"/>
          <w:sz w:val="24"/>
        </w:rPr>
        <w:t>陈锋转身走向雨幕。</w:t>
      </w:r>
    </w:p>
    <w:p>
      <w:pPr>
        <w:spacing w:line="560" w:lineRule="exact"/>
        <w:ind w:firstLine="420"/>
      </w:pPr>
      <w:r>
        <w:rPr>
          <w:rFonts w:ascii="宋体" w:hAnsi="宋体" w:eastAsia="宋体"/>
          <w:sz w:val="24"/>
        </w:rPr>
        <w:t>“因为我父亲死前说过一句话。”他停下脚步，没有回头，“如果有一天古玉重现，就让持有者活下去。活下去，才有资格知道真相。”</w:t>
      </w:r>
    </w:p>
    <w:p>
      <w:pPr>
        <w:spacing w:line="560" w:lineRule="exact"/>
        <w:ind w:firstLine="420"/>
      </w:pPr>
      <w:r>
        <w:rPr>
          <w:rFonts w:ascii="宋体" w:hAnsi="宋体" w:eastAsia="宋体"/>
          <w:sz w:val="24"/>
        </w:rPr>
        <w:t>“陈锋。”林风叫住他，“你到底站哪边？”</w:t>
      </w:r>
    </w:p>
    <w:p>
      <w:pPr>
        <w:spacing w:line="560" w:lineRule="exact"/>
        <w:ind w:firstLine="420"/>
      </w:pPr>
      <w:r>
        <w:rPr>
          <w:rFonts w:ascii="宋体" w:hAnsi="宋体" w:eastAsia="宋体"/>
          <w:sz w:val="24"/>
        </w:rPr>
        <w:t>陈锋侧过脸。</w:t>
      </w:r>
    </w:p>
    <w:p>
      <w:pPr>
        <w:spacing w:line="560" w:lineRule="exact"/>
        <w:ind w:firstLine="420"/>
      </w:pPr>
      <w:r>
        <w:rPr>
          <w:rFonts w:ascii="宋体" w:hAnsi="宋体" w:eastAsia="宋体"/>
          <w:sz w:val="24"/>
        </w:rPr>
        <w:t>雨水顺着他的下颌滴落。</w:t>
      </w:r>
    </w:p>
    <w:p>
      <w:pPr>
        <w:spacing w:line="560" w:lineRule="exact"/>
        <w:ind w:firstLine="420"/>
      </w:pPr>
      <w:r>
        <w:rPr>
          <w:rFonts w:ascii="宋体" w:hAnsi="宋体" w:eastAsia="宋体"/>
          <w:sz w:val="24"/>
        </w:rPr>
        <w:t>“我站在暗影组织的对立面。至于你……等你知道全部真相，再决定要不要把我当敌人。”</w:t>
      </w:r>
    </w:p>
    <w:p>
      <w:pPr>
        <w:spacing w:line="560" w:lineRule="exact"/>
        <w:ind w:firstLine="420"/>
      </w:pPr>
      <w:r>
        <w:rPr>
          <w:rFonts w:ascii="宋体" w:hAnsi="宋体" w:eastAsia="宋体"/>
          <w:sz w:val="24"/>
        </w:rPr>
        <w:t>说完，他走进雨里，很快消失不见。</w:t>
      </w:r>
    </w:p>
    <w:p>
      <w:pPr>
        <w:spacing w:line="560" w:lineRule="exact"/>
        <w:ind w:firstLine="420"/>
      </w:pPr>
      <w:r>
        <w:rPr>
          <w:rFonts w:ascii="宋体" w:hAnsi="宋体" w:eastAsia="宋体"/>
          <w:sz w:val="24"/>
        </w:rPr>
        <w:t>赵铁柱看着他的背影，啐了一口：“装什么神秘。”</w:t>
      </w:r>
    </w:p>
    <w:p>
      <w:pPr>
        <w:spacing w:line="560" w:lineRule="exact"/>
        <w:ind w:firstLine="420"/>
      </w:pPr>
      <w:r>
        <w:rPr>
          <w:rFonts w:ascii="宋体" w:hAnsi="宋体" w:eastAsia="宋体"/>
          <w:sz w:val="24"/>
        </w:rPr>
        <w:t>夜影低声道：“他刚才如果出手，我们拦不住。”</w:t>
      </w:r>
    </w:p>
    <w:p>
      <w:pPr>
        <w:spacing w:line="560" w:lineRule="exact"/>
        <w:ind w:firstLine="420"/>
      </w:pPr>
      <w:r>
        <w:rPr>
          <w:rFonts w:ascii="宋体" w:hAnsi="宋体" w:eastAsia="宋体"/>
          <w:sz w:val="24"/>
        </w:rPr>
        <w:t>林风攥紧芯片：“凌天，查一下刚才的狙击点和黑衣人身份。”</w:t>
      </w:r>
    </w:p>
    <w:p>
      <w:pPr>
        <w:spacing w:line="560" w:lineRule="exact"/>
        <w:ind w:firstLine="420"/>
      </w:pPr>
      <w:r>
        <w:rPr>
          <w:rFonts w:ascii="宋体" w:hAnsi="宋体" w:eastAsia="宋体"/>
          <w:sz w:val="24"/>
        </w:rPr>
        <w:t>耳机里凌天声音传来：“已经在查。但对方切断</w:t>
      </w:r>
    </w:p>
    <w:p>
      <w:r>
        <w:br w:type="page"/>
      </w:r>
    </w:p>
    <w:p>
      <w:pPr>
        <w:jc w:val="center"/>
      </w:pPr>
      <w:r>
        <w:rPr>
          <w:b/>
          <w:sz w:val="32"/>
        </w:rPr>
        <w:t>第039章 银行保险箱</w:t>
      </w:r>
    </w:p>
    <w:p>
      <w:pPr>
        <w:jc w:val="center"/>
      </w:pPr>
      <w:r>
        <w:rPr>
          <w:color w:val="999999"/>
          <w:sz w:val="18"/>
        </w:rPr>
        <w:t>（2,506字）</w:t>
      </w:r>
    </w:p>
    <w:p/>
    <w:p>
      <w:pPr>
        <w:spacing w:line="560" w:lineRule="exact"/>
        <w:ind w:firstLine="420"/>
      </w:pPr>
      <w:r>
        <w:rPr>
          <w:rFonts w:ascii="宋体" w:hAnsi="宋体" w:eastAsia="宋体"/>
          <w:sz w:val="24"/>
        </w:rPr>
        <w:t>跨服夺冠后的第三天，林风回了趟老家。</w:t>
      </w:r>
    </w:p>
    <w:p>
      <w:pPr>
        <w:spacing w:line="560" w:lineRule="exact"/>
        <w:ind w:firstLine="420"/>
      </w:pPr>
      <w:r>
        <w:rPr>
          <w:rFonts w:ascii="宋体" w:hAnsi="宋体" w:eastAsia="宋体"/>
          <w:sz w:val="24"/>
        </w:rPr>
        <w:t>火车票是临时买的，硬座，三个小时的车程。窗外的风景从城市的高楼大厦逐渐变成低矮的民房和农田，天色灰蒙蒙的，像要下雨。</w:t>
      </w:r>
    </w:p>
    <w:p>
      <w:pPr>
        <w:spacing w:line="560" w:lineRule="exact"/>
        <w:ind w:firstLine="420"/>
      </w:pPr>
      <w:r>
        <w:rPr>
          <w:rFonts w:ascii="宋体" w:hAnsi="宋体" w:eastAsia="宋体"/>
          <w:sz w:val="24"/>
        </w:rPr>
        <w:t>林风靠在窗边，手里攥着那枚古玉。</w:t>
      </w:r>
    </w:p>
    <w:p>
      <w:pPr>
        <w:spacing w:line="560" w:lineRule="exact"/>
        <w:ind w:firstLine="420"/>
      </w:pPr>
      <w:r>
        <w:rPr>
          <w:rFonts w:ascii="宋体" w:hAnsi="宋体" w:eastAsia="宋体"/>
          <w:sz w:val="24"/>
        </w:rPr>
        <w:t>古玉的温度比平时高了一些，贴着他的掌心，有种微微发烫的感觉。自从跨服赛决赛结束，这块玉就越来越热。他不知道这意味着什么，但直觉告诉他——有些答案，就在老家的那间房子里。</w:t>
      </w:r>
    </w:p>
    <w:p>
      <w:pPr>
        <w:spacing w:line="560" w:lineRule="exact"/>
        <w:ind w:firstLine="420"/>
      </w:pPr>
      <w:r>
        <w:rPr>
          <w:rFonts w:ascii="宋体" w:hAnsi="宋体" w:eastAsia="宋体"/>
          <w:sz w:val="24"/>
        </w:rPr>
        <w:t>说是老家，其实就是父母出事前租的那间老房子。父母车祸走后，他就没怎么回来过——学业忙是一方面，更主要的是不想面对那些记忆。三年了，他连过年都没回来过。</w:t>
      </w:r>
    </w:p>
    <w:p>
      <w:pPr>
        <w:spacing w:line="560" w:lineRule="exact"/>
        <w:ind w:firstLine="420"/>
      </w:pPr>
      <w:r>
        <w:rPr>
          <w:rFonts w:ascii="宋体" w:hAnsi="宋体" w:eastAsia="宋体"/>
          <w:sz w:val="24"/>
        </w:rPr>
        <w:t>下了火车，打了一辆破旧的出租车，穿过坑坑洼洼的老街，在巷口停下。</w:t>
      </w:r>
    </w:p>
    <w:p>
      <w:pPr>
        <w:spacing w:line="560" w:lineRule="exact"/>
        <w:ind w:firstLine="420"/>
      </w:pPr>
      <w:r>
        <w:rPr>
          <w:rFonts w:ascii="宋体" w:hAnsi="宋体" w:eastAsia="宋体"/>
          <w:sz w:val="24"/>
        </w:rPr>
        <w:t>林风站在那栋老旧的居民楼前，仰头看了一眼六楼的窗户——窗帘还拉着，灰扑扑的，像一只闭着的眼睛。楼下的信箱锈迹斑斑，他看了一眼，里面塞满了无人取走的广告传单。</w:t>
      </w:r>
    </w:p>
    <w:p>
      <w:pPr>
        <w:spacing w:line="560" w:lineRule="exact"/>
        <w:ind w:firstLine="420"/>
      </w:pPr>
      <w:r>
        <w:rPr>
          <w:rFonts w:ascii="宋体" w:hAnsi="宋体" w:eastAsia="宋体"/>
          <w:sz w:val="24"/>
        </w:rPr>
        <w:t>他爬上六楼，从口袋里掏出钥匙。钥匙插进锁孔的瞬间，他停顿了一下。</w:t>
      </w:r>
    </w:p>
    <w:p>
      <w:pPr>
        <w:spacing w:line="560" w:lineRule="exact"/>
        <w:ind w:firstLine="420"/>
      </w:pPr>
      <w:r>
        <w:rPr>
          <w:rFonts w:ascii="宋体" w:hAnsi="宋体" w:eastAsia="宋体"/>
          <w:sz w:val="24"/>
        </w:rPr>
        <w:t>三年了。</w:t>
      </w:r>
    </w:p>
    <w:p>
      <w:pPr>
        <w:spacing w:line="560" w:lineRule="exact"/>
        <w:ind w:firstLine="420"/>
      </w:pPr>
      <w:r>
        <w:rPr>
          <w:rFonts w:ascii="宋体" w:hAnsi="宋体" w:eastAsia="宋体"/>
          <w:sz w:val="24"/>
        </w:rPr>
        <w:t>锁孔里传来一声涩响，门开了。</w:t>
      </w:r>
    </w:p>
    <w:p>
      <w:pPr>
        <w:spacing w:line="560" w:lineRule="exact"/>
        <w:ind w:firstLine="420"/>
      </w:pPr>
      <w:r>
        <w:rPr>
          <w:rFonts w:ascii="宋体" w:hAnsi="宋体" w:eastAsia="宋体"/>
          <w:sz w:val="24"/>
        </w:rPr>
        <w:t>推开房门，一股潮湿的灰尘味扑面而来。屋里的陈设还跟三年前一样：客厅里那张老旧的布艺沙发，弹簧都塌了，坐垫上蒙着一层灰白色的灰尘。茶几上还摆着父亲喝剩的半瓶茶——茶早就干了，杯底结了一层褐色的茶垢。墙上的挂钟早就停了，指针停在十点十五分，不知道是三年前的十点十五分，还是更早。</w:t>
      </w:r>
    </w:p>
    <w:p>
      <w:pPr>
        <w:spacing w:line="560" w:lineRule="exact"/>
        <w:ind w:firstLine="420"/>
      </w:pPr>
      <w:r>
        <w:rPr>
          <w:rFonts w:ascii="宋体" w:hAnsi="宋体" w:eastAsia="宋体"/>
          <w:sz w:val="24"/>
        </w:rPr>
        <w:t>林风站在门口，沉默了很久。</w:t>
      </w:r>
    </w:p>
    <w:p>
      <w:pPr>
        <w:spacing w:line="560" w:lineRule="exact"/>
        <w:ind w:firstLine="420"/>
      </w:pPr>
      <w:r>
        <w:rPr>
          <w:rFonts w:ascii="宋体" w:hAnsi="宋体" w:eastAsia="宋体"/>
          <w:sz w:val="24"/>
        </w:rPr>
        <w:t>他关上门，换了拖鞋——鞋柜里他的拖鞋还在原来的位置，好像从来没被动过。他走过客厅，手指划过茶几的边缘，留下一道清晰的指痕。</w:t>
      </w:r>
    </w:p>
    <w:p>
      <w:pPr>
        <w:spacing w:line="560" w:lineRule="exact"/>
        <w:ind w:firstLine="420"/>
      </w:pPr>
      <w:r>
        <w:rPr>
          <w:rFonts w:ascii="宋体" w:hAnsi="宋体" w:eastAsia="宋体"/>
          <w:sz w:val="24"/>
        </w:rPr>
        <w:t>然后他走进父母的卧室。</w:t>
      </w:r>
    </w:p>
    <w:p>
      <w:pPr>
        <w:spacing w:line="560" w:lineRule="exact"/>
        <w:ind w:firstLine="420"/>
      </w:pPr>
      <w:r>
        <w:rPr>
          <w:rFonts w:ascii="宋体" w:hAnsi="宋体" w:eastAsia="宋体"/>
          <w:sz w:val="24"/>
        </w:rPr>
        <w:t>卧室不大，一张老式的木床，一个衣柜，一张书桌。床上的被子叠得整整齐齐——是母亲的习惯，她总说被子不叠好，房间就显得乱。</w:t>
      </w:r>
    </w:p>
    <w:p>
      <w:pPr>
        <w:spacing w:line="560" w:lineRule="exact"/>
        <w:ind w:firstLine="420"/>
      </w:pPr>
      <w:r>
        <w:rPr>
          <w:rFonts w:ascii="宋体" w:hAnsi="宋体" w:eastAsia="宋体"/>
          <w:sz w:val="24"/>
        </w:rPr>
        <w:t>林风在床边坐了一会儿，手按在被子上。被子上已经感觉不到熟悉的味道了，只有灰尘和潮气。</w:t>
      </w:r>
    </w:p>
    <w:p>
      <w:pPr>
        <w:spacing w:line="560" w:lineRule="exact"/>
        <w:ind w:firstLine="420"/>
      </w:pPr>
      <w:r>
        <w:rPr>
          <w:rFonts w:ascii="宋体" w:hAnsi="宋体" w:eastAsia="宋体"/>
          <w:sz w:val="24"/>
        </w:rPr>
        <w:t>然后他站起来，打开了那个老式衣柜。柜子里挂着父母的衣服——父亲的夹克、母亲的风衣，还和以前一样。他把衣服拨开，柜子最底层压着一个锈迹斑斑的铁盒子——上次搬家时他发现的，当时没来得及细看。这次回来，就是专门为它。</w:t>
      </w:r>
    </w:p>
    <w:p>
      <w:pPr>
        <w:spacing w:line="560" w:lineRule="exact"/>
        <w:ind w:firstLine="420"/>
      </w:pPr>
      <w:r>
        <w:rPr>
          <w:rFonts w:ascii="宋体" w:hAnsi="宋体" w:eastAsia="宋体"/>
          <w:sz w:val="24"/>
        </w:rPr>
        <w:t>铁盒的锁早就锈断了。林风掀开盖子，里面的东西不多——一本泛黄的相册、一份老旧的房产证、还有一把银白色的钥匙。</w:t>
      </w:r>
    </w:p>
    <w:p>
      <w:pPr>
        <w:spacing w:line="560" w:lineRule="exact"/>
        <w:ind w:firstLine="420"/>
      </w:pPr>
      <w:r>
        <w:rPr>
          <w:rFonts w:ascii="宋体" w:hAnsi="宋体" w:eastAsia="宋体"/>
          <w:sz w:val="24"/>
        </w:rPr>
        <w:t>钥匙尾部刻着一行小字：「华夏银行·私人保管箱·编号0824」</w:t>
      </w:r>
    </w:p>
    <w:p>
      <w:pPr>
        <w:spacing w:line="560" w:lineRule="exact"/>
        <w:ind w:firstLine="420"/>
      </w:pPr>
      <w:r>
        <w:rPr>
          <w:rFonts w:ascii="宋体" w:hAnsi="宋体" w:eastAsia="宋体"/>
          <w:sz w:val="24"/>
        </w:rPr>
        <w:t>林风拿起钥匙，翻来覆去看了几遍。华夏银行……父母只是普通工薪族，怎么会用银行的私人保管箱？</w:t>
      </w:r>
    </w:p>
    <w:p>
      <w:pPr>
        <w:spacing w:line="560" w:lineRule="exact"/>
        <w:ind w:firstLine="420"/>
      </w:pPr>
      <w:r>
        <w:rPr>
          <w:rFonts w:ascii="宋体" w:hAnsi="宋体" w:eastAsia="宋体"/>
          <w:sz w:val="24"/>
        </w:rPr>
        <w:t>他又翻了翻相册。前面几页都是普通的家庭照片——他小时候的、一家三口去公园的、过年吃团圆饭的。翻到最后一页的时候，他的手指突然停住了。</w:t>
      </w:r>
    </w:p>
    <w:p>
      <w:pPr>
        <w:spacing w:line="560" w:lineRule="exact"/>
        <w:ind w:firstLine="420"/>
      </w:pPr>
      <w:r>
        <w:rPr>
          <w:rFonts w:ascii="宋体" w:hAnsi="宋体" w:eastAsia="宋体"/>
          <w:sz w:val="24"/>
        </w:rPr>
        <w:t>那是一张合影。</w:t>
      </w:r>
    </w:p>
    <w:p>
      <w:pPr>
        <w:spacing w:line="560" w:lineRule="exact"/>
        <w:ind w:firstLine="420"/>
      </w:pPr>
      <w:r>
        <w:rPr>
          <w:rFonts w:ascii="宋体" w:hAnsi="宋体" w:eastAsia="宋体"/>
          <w:sz w:val="24"/>
        </w:rPr>
        <w:t>父亲和母亲站在一间实验室里，身后是满墙的代码屏幕，密密麻麻的字符像瀑布一样滚动。父亲身边还站着另一个男人——四十来岁，穿着白大褂，表情严肃。</w:t>
      </w:r>
    </w:p>
    <w:p>
      <w:pPr>
        <w:spacing w:line="560" w:lineRule="exact"/>
        <w:ind w:firstLine="420"/>
      </w:pPr>
      <w:r>
        <w:rPr>
          <w:rFonts w:ascii="宋体" w:hAnsi="宋体" w:eastAsia="宋体"/>
          <w:sz w:val="24"/>
        </w:rPr>
        <w:t>照片背面写着一行字：「2007年，天穹科技实验室。」</w:t>
      </w:r>
    </w:p>
    <w:p>
      <w:pPr>
        <w:spacing w:line="560" w:lineRule="exact"/>
        <w:ind w:firstLine="420"/>
      </w:pPr>
      <w:r>
        <w:rPr>
          <w:rFonts w:ascii="宋体" w:hAnsi="宋体" w:eastAsia="宋体"/>
          <w:sz w:val="24"/>
        </w:rPr>
        <w:t>天穹科技。</w:t>
      </w:r>
    </w:p>
    <w:p>
      <w:pPr>
        <w:spacing w:line="560" w:lineRule="exact"/>
        <w:ind w:firstLine="420"/>
      </w:pPr>
      <w:r>
        <w:rPr>
          <w:rFonts w:ascii="宋体" w:hAnsi="宋体" w:eastAsia="宋体"/>
          <w:sz w:val="24"/>
        </w:rPr>
        <w:t>林风的心脏猛地跳了一下——《天界》的开发商，不就是天穹科技吗？</w:t>
      </w:r>
    </w:p>
    <w:p>
      <w:pPr>
        <w:spacing w:line="560" w:lineRule="exact"/>
        <w:ind w:firstLine="420"/>
      </w:pPr>
      <w:r>
        <w:rPr>
          <w:rFonts w:ascii="宋体" w:hAnsi="宋体" w:eastAsia="宋体"/>
          <w:sz w:val="24"/>
        </w:rPr>
        <w:t>他父亲，在天穹科技工作过？</w:t>
      </w:r>
    </w:p>
    <w:p>
      <w:pPr>
        <w:spacing w:line="560" w:lineRule="exact"/>
        <w:ind w:firstLine="420"/>
      </w:pPr>
      <w:r>
        <w:rPr>
          <w:rFonts w:ascii="宋体" w:hAnsi="宋体" w:eastAsia="宋体"/>
          <w:sz w:val="24"/>
        </w:rPr>
        <w:t>不对，不是\"工作过\"那么简单。父亲站在实验室里，身后那些代码……看起来像是某个核心系统的底层架构。</w:t>
      </w:r>
    </w:p>
    <w:p>
      <w:pPr>
        <w:spacing w:line="560" w:lineRule="exact"/>
        <w:ind w:firstLine="420"/>
      </w:pPr>
      <w:r>
        <w:rPr>
          <w:rFonts w:ascii="宋体" w:hAnsi="宋体" w:eastAsia="宋体"/>
          <w:sz w:val="24"/>
        </w:rPr>
        <w:t>林风盯着那张照片看了很久。</w:t>
      </w:r>
    </w:p>
    <w:p>
      <w:pPr>
        <w:spacing w:line="560" w:lineRule="exact"/>
        <w:ind w:firstLine="420"/>
      </w:pPr>
      <w:r>
        <w:rPr>
          <w:rFonts w:ascii="宋体" w:hAnsi="宋体" w:eastAsia="宋体"/>
          <w:sz w:val="24"/>
        </w:rPr>
        <w:t>他的手指在照片上父亲的脸上停留了片刻，然后翻到背面又看了一遍那行字：「2007年，天穹科技实验室。」</w:t>
      </w:r>
    </w:p>
    <w:p>
      <w:pPr>
        <w:spacing w:line="560" w:lineRule="exact"/>
        <w:ind w:firstLine="420"/>
      </w:pPr>
      <w:r>
        <w:rPr>
          <w:rFonts w:ascii="宋体" w:hAnsi="宋体" w:eastAsia="宋体"/>
          <w:sz w:val="24"/>
        </w:rPr>
        <w:t>天穹科技。</w:t>
      </w:r>
    </w:p>
    <w:p>
      <w:pPr>
        <w:spacing w:line="560" w:lineRule="exact"/>
        <w:ind w:firstLine="420"/>
      </w:pPr>
      <w:r>
        <w:rPr>
          <w:rFonts w:ascii="宋体" w:hAnsi="宋体" w:eastAsia="宋体"/>
          <w:sz w:val="24"/>
        </w:rPr>
        <w:t>父亲的背影，满墙滚动的代码——那不是一个普通员工的工位。那个实验室的规模，他在新闻里见过类似的地方：那是研发核心系统用的。</w:t>
      </w:r>
    </w:p>
    <w:p>
      <w:pPr>
        <w:spacing w:line="560" w:lineRule="exact"/>
        <w:ind w:firstLine="420"/>
      </w:pPr>
      <w:r>
        <w:rPr>
          <w:rFonts w:ascii="宋体" w:hAnsi="宋体" w:eastAsia="宋体"/>
          <w:sz w:val="24"/>
        </w:rPr>
        <w:t>他又看了一眼照片上那个穿白大褂的陌生男人。那人站在父亲身边，表情严肃，眼神里透着一种……说不清的东西。警觉？审视？还是别的什么？</w:t>
      </w:r>
    </w:p>
    <w:p>
      <w:pPr>
        <w:spacing w:line="560" w:lineRule="exact"/>
        <w:ind w:firstLine="420"/>
      </w:pPr>
      <w:r>
        <w:rPr>
          <w:rFonts w:ascii="宋体" w:hAnsi="宋体" w:eastAsia="宋体"/>
          <w:sz w:val="24"/>
        </w:rPr>
        <w:t>林风把照片小心地收进钱包里，然后把所有东西装回铁盒，锁好。</w:t>
      </w:r>
    </w:p>
    <w:p>
      <w:pPr>
        <w:spacing w:line="560" w:lineRule="exact"/>
        <w:ind w:firstLine="420"/>
      </w:pPr>
      <w:r>
        <w:rPr>
          <w:rFonts w:ascii="宋体" w:hAnsi="宋体" w:eastAsia="宋体"/>
          <w:sz w:val="24"/>
        </w:rPr>
        <w:t>当天晚上，他没有走。他在老房子里睡了一夜——就睡在父母的床上。床单有股淡淡的霉味，但他没在意。他做了一个梦，梦到小时候父亲教他写代码，母亲在旁边削苹果。梦很短，醒来的时候天刚蒙蒙亮。</w:t>
      </w:r>
    </w:p>
    <w:p>
      <w:pPr>
        <w:spacing w:line="560" w:lineRule="exact"/>
        <w:ind w:firstLine="420"/>
      </w:pPr>
      <w:r>
        <w:rPr>
          <w:rFonts w:ascii="宋体" w:hAnsi="宋体" w:eastAsia="宋体"/>
          <w:sz w:val="24"/>
        </w:rPr>
        <w:t>第二天一早，他坐最早一班火车回了城里，直接去了华夏银行总部。</w:t>
      </w:r>
    </w:p>
    <w:p>
      <w:pPr>
        <w:spacing w:line="560" w:lineRule="exact"/>
        <w:ind w:firstLine="420"/>
      </w:pPr>
      <w:r>
        <w:rPr>
          <w:rFonts w:ascii="宋体" w:hAnsi="宋体" w:eastAsia="宋体"/>
          <w:sz w:val="24"/>
        </w:rPr>
        <w:t>华夏银行总部是一栋三十多层的大楼，玻璃幕墙反射着清晨的阳光。林风走进大厅的时候，大堂经理迎了上来。</w:t>
      </w:r>
    </w:p>
    <w:p>
      <w:pPr>
        <w:spacing w:line="560" w:lineRule="exact"/>
        <w:ind w:firstLine="420"/>
      </w:pPr>
      <w:r>
        <w:rPr>
          <w:rFonts w:ascii="宋体" w:hAnsi="宋体" w:eastAsia="宋体"/>
          <w:sz w:val="24"/>
        </w:rPr>
        <w:t>\"先生，请问办理什么业务？\"</w:t>
      </w:r>
    </w:p>
    <w:p>
      <w:pPr>
        <w:spacing w:line="560" w:lineRule="exact"/>
        <w:ind w:firstLine="420"/>
      </w:pPr>
      <w:r>
        <w:rPr>
          <w:rFonts w:ascii="宋体" w:hAnsi="宋体" w:eastAsia="宋体"/>
          <w:sz w:val="24"/>
        </w:rPr>
        <w:t>\"私人保管箱。\"</w:t>
      </w:r>
    </w:p>
    <w:p>
      <w:pPr>
        <w:spacing w:line="560" w:lineRule="exact"/>
        <w:ind w:firstLine="420"/>
      </w:pPr>
      <w:r>
        <w:rPr>
          <w:rFonts w:ascii="宋体" w:hAnsi="宋体" w:eastAsia="宋体"/>
          <w:sz w:val="24"/>
        </w:rPr>
        <w:t>大堂经理多看了他一眼——私人保管箱业务不是普通客户常用的业务。但她什么也没说，把他带到了二楼。</w:t>
      </w:r>
    </w:p>
    <w:p>
      <w:pPr>
        <w:spacing w:line="560" w:lineRule="exact"/>
        <w:ind w:firstLine="420"/>
      </w:pPr>
      <w:r>
        <w:rPr>
          <w:rFonts w:ascii="宋体" w:hAnsi="宋体" w:eastAsia="宋体"/>
          <w:sz w:val="24"/>
        </w:rPr>
        <w:t>二楼是贵宾业务区。一个穿着制服的工作人员核对完他的身份证和钥匙后，带着他穿过两道厚重的防盗门。第一道门是指纹锁，第二道门是虹膜识别——安保级别比他想象的高得多。</w:t>
      </w:r>
    </w:p>
    <w:p>
      <w:pPr>
        <w:spacing w:line="560" w:lineRule="exact"/>
        <w:ind w:firstLine="420"/>
      </w:pPr>
      <w:r>
        <w:rPr>
          <w:rFonts w:ascii="宋体" w:hAnsi="宋体" w:eastAsia="宋体"/>
          <w:sz w:val="24"/>
        </w:rPr>
        <w:t>安保人员带着他穿过两道厚重的防爆门，把所有的密码、指纹、虹膜全部校验了一遍，才放他进了那个房间。房间不大，四面都是金属墙，中央摆着一张桌子，天花板的角落里亮着一盏冷白色的灯。工作人员指着墙上的编号柜说：\"0824号在这里，请您自行开启。如有需要，按墙上的呼叫铃。\"</w:t>
      </w:r>
    </w:p>
    <w:p>
      <w:pPr>
        <w:spacing w:line="560" w:lineRule="exact"/>
        <w:ind w:firstLine="420"/>
      </w:pPr>
      <w:r>
        <w:rPr>
          <w:rFonts w:ascii="宋体" w:hAnsi="宋体" w:eastAsia="宋体"/>
          <w:sz w:val="24"/>
        </w:rPr>
        <w:t>工作人员退出房间，门在身后关上，发出一声沉闷的金属碰撞声。</w:t>
      </w:r>
    </w:p>
    <w:p>
      <w:pPr>
        <w:spacing w:line="560" w:lineRule="exact"/>
        <w:ind w:firstLine="420"/>
      </w:pPr>
      <w:r>
        <w:rPr>
          <w:rFonts w:ascii="宋体" w:hAnsi="宋体" w:eastAsia="宋体"/>
          <w:sz w:val="24"/>
        </w:rPr>
        <w:t>房间里很安静。林风能听到自己的心跳声。</w:t>
      </w:r>
    </w:p>
    <w:p>
      <w:pPr>
        <w:spacing w:line="560" w:lineRule="exact"/>
        <w:ind w:firstLine="420"/>
      </w:pPr>
      <w:r>
        <w:rPr>
          <w:rFonts w:ascii="宋体" w:hAnsi="宋体" w:eastAsia="宋体"/>
          <w:sz w:val="24"/>
        </w:rPr>
        <w:t>他走到0824号柜前，把钥匙插进锁孔。</w:t>
      </w:r>
    </w:p>
    <w:p>
      <w:pPr>
        <w:spacing w:line="560" w:lineRule="exact"/>
        <w:ind w:firstLine="420"/>
      </w:pPr>
      <w:r>
        <w:rPr>
          <w:rFonts w:ascii="宋体" w:hAnsi="宋体" w:eastAsia="宋体"/>
          <w:sz w:val="24"/>
        </w:rPr>
        <w:t>一声清脆的咔嗒声。</w:t>
      </w:r>
    </w:p>
    <w:p>
      <w:pPr>
        <w:spacing w:line="560" w:lineRule="exact"/>
        <w:ind w:firstLine="420"/>
      </w:pPr>
      <w:r>
        <w:rPr>
          <w:rFonts w:ascii="宋体" w:hAnsi="宋体" w:eastAsia="宋体"/>
          <w:sz w:val="24"/>
        </w:rPr>
        <w:t>柜门开了。</w:t>
      </w:r>
    </w:p>
    <w:p>
      <w:pPr>
        <w:spacing w:line="560" w:lineRule="exact"/>
        <w:ind w:firstLine="420"/>
      </w:pPr>
      <w:r>
        <w:rPr>
          <w:rFonts w:ascii="宋体" w:hAnsi="宋体" w:eastAsia="宋体"/>
          <w:sz w:val="24"/>
        </w:rPr>
        <w:t>保管箱被取出来的时候，林风的手有些发抖。</w:t>
      </w:r>
    </w:p>
    <w:p>
      <w:pPr>
        <w:spacing w:line="560" w:lineRule="exact"/>
        <w:ind w:firstLine="420"/>
      </w:pPr>
      <w:r>
        <w:rPr>
          <w:rFonts w:ascii="宋体" w:hAnsi="宋体" w:eastAsia="宋体"/>
          <w:sz w:val="24"/>
        </w:rPr>
        <w:t>铝合金箱子，三十厘米长二十厘米宽。银白色的表面没有任何标识，只有箱盖上贴着一张小标签，上面是父亲的字迹：0824。</w:t>
      </w:r>
    </w:p>
    <w:p>
      <w:pPr>
        <w:spacing w:line="560" w:lineRule="exact"/>
        <w:ind w:firstLine="420"/>
      </w:pPr>
      <w:r>
        <w:rPr>
          <w:rFonts w:ascii="宋体" w:hAnsi="宋体" w:eastAsia="宋体"/>
          <w:sz w:val="24"/>
        </w:rPr>
        <w:t>林风深吸一口气，把箱子放在桌上，用钥匙打开了锁。</w:t>
      </w:r>
    </w:p>
    <w:p>
      <w:pPr>
        <w:spacing w:line="560" w:lineRule="exact"/>
        <w:ind w:firstLine="420"/>
      </w:pPr>
      <w:r>
        <w:rPr>
          <w:rFonts w:ascii="宋体" w:hAnsi="宋体" w:eastAsia="宋体"/>
          <w:sz w:val="24"/>
        </w:rPr>
        <w:t>掀开盖子——</w:t>
      </w:r>
    </w:p>
    <w:p>
      <w:pPr>
        <w:spacing w:line="560" w:lineRule="exact"/>
        <w:ind w:firstLine="420"/>
      </w:pPr>
      <w:r>
        <w:rPr>
          <w:rFonts w:ascii="宋体" w:hAnsi="宋体" w:eastAsia="宋体"/>
          <w:sz w:val="24"/>
        </w:rPr>
        <w:t>里面躺着一沓厚厚的文件，和一张银行卡。</w:t>
      </w:r>
    </w:p>
    <w:p>
      <w:pPr>
        <w:spacing w:line="560" w:lineRule="exact"/>
        <w:ind w:firstLine="420"/>
      </w:pPr>
      <w:r>
        <w:rPr>
          <w:rFonts w:ascii="宋体" w:hAnsi="宋体" w:eastAsia="宋体"/>
          <w:sz w:val="24"/>
        </w:rPr>
        <w:t>文件最上面是一封信，信封上只有三个字：</w:t>
      </w:r>
    </w:p>
    <w:p>
      <w:pPr>
        <w:spacing w:line="560" w:lineRule="exact"/>
        <w:ind w:firstLine="420"/>
      </w:pPr>
      <w:r>
        <w:rPr>
          <w:rFonts w:ascii="宋体" w:hAnsi="宋体" w:eastAsia="宋体"/>
          <w:sz w:val="24"/>
        </w:rPr>
        <w:t>**给小风**</w:t>
      </w:r>
    </w:p>
    <w:p>
      <w:pPr>
        <w:spacing w:line="560" w:lineRule="exact"/>
        <w:ind w:firstLine="420"/>
      </w:pPr>
      <w:r>
        <w:rPr>
          <w:rFonts w:ascii="宋体" w:hAnsi="宋体" w:eastAsia="宋体"/>
          <w:sz w:val="24"/>
        </w:rPr>
        <w:t>是父亲的笔迹。</w:t>
      </w:r>
    </w:p>
    <w:p>
      <w:pPr>
        <w:spacing w:line="560" w:lineRule="exact"/>
        <w:ind w:firstLine="420"/>
      </w:pPr>
      <w:r>
        <w:rPr>
          <w:rFonts w:ascii="宋体" w:hAnsi="宋体" w:eastAsia="宋体"/>
          <w:sz w:val="24"/>
        </w:rPr>
        <w:t>林风的手指在信封上停了一瞬。然后他拆开了信封。</w:t>
      </w:r>
    </w:p>
    <w:p>
      <w:pPr>
        <w:spacing w:line="560" w:lineRule="exact"/>
        <w:ind w:firstLine="420"/>
      </w:pPr>
      <w:r>
        <w:rPr>
          <w:rFonts w:ascii="宋体" w:hAnsi="宋体" w:eastAsia="宋体"/>
          <w:sz w:val="24"/>
        </w:rPr>
        <w:t>信很短，只有几行字。但每一个字，都像锤子一样砸在他心上：</w:t>
      </w:r>
    </w:p>
    <w:p>
      <w:pPr>
        <w:spacing w:line="560" w:lineRule="exact"/>
        <w:ind w:firstLine="420"/>
      </w:pPr>
      <w:r>
        <w:rPr>
          <w:rFonts w:ascii="宋体" w:hAnsi="宋体" w:eastAsia="宋体"/>
          <w:sz w:val="24"/>
        </w:rPr>
        <w:t>\"小风，如果你看到这封信，说明你已经走得很远了。我们为你骄傲。</w:t>
      </w:r>
    </w:p>
    <w:p>
      <w:pPr>
        <w:spacing w:line="560" w:lineRule="exact"/>
        <w:ind w:firstLine="420"/>
      </w:pPr>
      <w:r>
        <w:rPr>
          <w:rFonts w:ascii="宋体" w:hAnsi="宋体" w:eastAsia="宋体"/>
          <w:sz w:val="24"/>
        </w:rPr>
        <w:t>箱子里有两样东西：一份技术文档，一张银行卡。文档是爸妈这辈子最重要的成果，银行卡里有十亿——我们给你留的后路。</w:t>
      </w:r>
    </w:p>
    <w:p>
      <w:pPr>
        <w:spacing w:line="560" w:lineRule="exact"/>
        <w:ind w:firstLine="420"/>
      </w:pPr>
      <w:r>
        <w:rPr>
          <w:rFonts w:ascii="宋体" w:hAnsi="宋体" w:eastAsia="宋体"/>
          <w:sz w:val="24"/>
        </w:rPr>
        <w:t>技术该怎么用，你自己决定。</w:t>
      </w:r>
    </w:p>
    <w:p>
      <w:pPr>
        <w:spacing w:line="560" w:lineRule="exact"/>
        <w:ind w:firstLine="420"/>
      </w:pPr>
      <w:r>
        <w:rPr>
          <w:rFonts w:ascii="宋体" w:hAnsi="宋体" w:eastAsia="宋体"/>
          <w:sz w:val="24"/>
        </w:rPr>
        <w:t>我们相信你。</w:t>
      </w:r>
    </w:p>
    <w:p>
      <w:pPr>
        <w:spacing w:line="560" w:lineRule="exact"/>
        <w:ind w:firstLine="420"/>
      </w:pPr>
      <w:r>
        <w:rPr>
          <w:rFonts w:ascii="宋体" w:hAnsi="宋体" w:eastAsia="宋体"/>
          <w:sz w:val="24"/>
        </w:rPr>
        <w:t>——爸，妈\"</w:t>
      </w:r>
    </w:p>
    <w:p>
      <w:pPr>
        <w:spacing w:line="560" w:lineRule="exact"/>
        <w:ind w:firstLine="420"/>
      </w:pPr>
      <w:r>
        <w:rPr>
          <w:rFonts w:ascii="宋体" w:hAnsi="宋体" w:eastAsia="宋体"/>
          <w:sz w:val="24"/>
        </w:rPr>
        <w:t>十亿。</w:t>
      </w:r>
    </w:p>
    <w:p>
      <w:pPr>
        <w:spacing w:line="560" w:lineRule="exact"/>
        <w:ind w:firstLine="420"/>
      </w:pPr>
      <w:r>
        <w:rPr>
          <w:rFonts w:ascii="宋体" w:hAnsi="宋体" w:eastAsia="宋体"/>
          <w:sz w:val="24"/>
        </w:rPr>
        <w:t>林风拿着那张银行卡，觉得它轻得像一片纸，却又重得让他喘不过气来。父母……到底做了什么，能在十年前给他留下十亿的存款？</w:t>
      </w:r>
    </w:p>
    <w:p>
      <w:pPr>
        <w:spacing w:line="560" w:lineRule="exact"/>
        <w:ind w:firstLine="420"/>
      </w:pPr>
      <w:r>
        <w:rPr>
          <w:rFonts w:ascii="宋体" w:hAnsi="宋体" w:eastAsia="宋体"/>
          <w:sz w:val="24"/>
        </w:rPr>
        <w:t>他把信折好，放进贴身的口袋里，贴在心口的位置。</w:t>
      </w:r>
    </w:p>
    <w:p>
      <w:pPr>
        <w:spacing w:line="560" w:lineRule="exact"/>
        <w:ind w:firstLine="420"/>
      </w:pPr>
      <w:r>
        <w:rPr>
          <w:rFonts w:ascii="宋体" w:hAnsi="宋体" w:eastAsia="宋体"/>
          <w:sz w:val="24"/>
        </w:rPr>
        <w:t>然后又拿起那沓技术文档翻了翻。文档很厚，至少有两三百页。里面全是密密麻麻的技术原理和代码架构，他一时半会儿看不完。但封面上的一行字，让他瞳孔骤缩——</w:t>
      </w:r>
    </w:p>
    <w:p>
      <w:pPr>
        <w:spacing w:line="560" w:lineRule="exact"/>
        <w:ind w:firstLine="420"/>
      </w:pPr>
      <w:r>
        <w:rPr>
          <w:rFonts w:ascii="宋体" w:hAnsi="宋体" w:eastAsia="宋体"/>
          <w:sz w:val="24"/>
        </w:rPr>
        <w:t>《全息现实映射技术白皮书·完整版》</w:t>
      </w:r>
    </w:p>
    <w:p>
      <w:pPr>
        <w:spacing w:line="560" w:lineRule="exact"/>
        <w:ind w:firstLine="420"/>
      </w:pPr>
      <w:r>
        <w:rPr>
          <w:rFonts w:ascii="宋体" w:hAnsi="宋体" w:eastAsia="宋体"/>
          <w:sz w:val="24"/>
        </w:rPr>
        <w:t>全息现实映射。</w:t>
      </w:r>
    </w:p>
    <w:p>
      <w:pPr>
        <w:spacing w:line="560" w:lineRule="exact"/>
        <w:ind w:firstLine="420"/>
      </w:pPr>
      <w:r>
        <w:rPr>
          <w:rFonts w:ascii="宋体" w:hAnsi="宋体" w:eastAsia="宋体"/>
          <w:sz w:val="24"/>
        </w:rPr>
        <w:t>林风的手停在了半空中。</w:t>
      </w:r>
    </w:p>
    <w:p>
      <w:pPr>
        <w:spacing w:line="560" w:lineRule="exact"/>
        <w:ind w:firstLine="420"/>
      </w:pPr>
      <w:r>
        <w:rPr>
          <w:rFonts w:ascii="宋体" w:hAnsi="宋体" w:eastAsia="宋体"/>
          <w:sz w:val="24"/>
        </w:rPr>
        <w:t>《天界》的沉浸式VR技术、游戏里那个真实到让人忘记是虚拟的世界——都是基于这个技术开发的？而他父母，参与了这项技术的研发？</w:t>
      </w:r>
    </w:p>
    <w:p>
      <w:pPr>
        <w:spacing w:line="560" w:lineRule="exact"/>
        <w:ind w:firstLine="420"/>
      </w:pPr>
      <w:r>
        <w:rPr>
          <w:rFonts w:ascii="宋体" w:hAnsi="宋体" w:eastAsia="宋体"/>
          <w:sz w:val="24"/>
        </w:rPr>
        <w:t>不——不只是参与。</w:t>
      </w:r>
    </w:p>
    <w:p>
      <w:pPr>
        <w:spacing w:line="560" w:lineRule="exact"/>
        <w:ind w:firstLine="420"/>
      </w:pPr>
      <w:r>
        <w:rPr>
          <w:rFonts w:ascii="宋体" w:hAnsi="宋体" w:eastAsia="宋体"/>
          <w:sz w:val="24"/>
        </w:rPr>
        <w:t>他快速翻了几页文档，看到了目录。第一章：底层架构原理。第二章：神经接入协议。第三章：虚拟与现实边界融合方案……</w:t>
      </w:r>
    </w:p>
    <w:p>
      <w:pPr>
        <w:spacing w:line="560" w:lineRule="exact"/>
        <w:ind w:firstLine="420"/>
      </w:pPr>
      <w:r>
        <w:rPr>
          <w:rFonts w:ascii="宋体" w:hAnsi="宋体" w:eastAsia="宋体"/>
          <w:sz w:val="24"/>
        </w:rPr>
        <w:t>第三章的标题让他呼吸一滞。</w:t>
      </w:r>
    </w:p>
    <w:p>
      <w:pPr>
        <w:spacing w:line="560" w:lineRule="exact"/>
        <w:ind w:firstLine="420"/>
      </w:pPr>
      <w:r>
        <w:rPr>
          <w:rFonts w:ascii="宋体" w:hAnsi="宋体" w:eastAsia="宋体"/>
          <w:sz w:val="24"/>
        </w:rPr>
        <w:t>虚拟与现实边界融合方案。</w:t>
      </w:r>
    </w:p>
    <w:p>
      <w:pPr>
        <w:spacing w:line="560" w:lineRule="exact"/>
        <w:ind w:firstLine="420"/>
      </w:pPr>
      <w:r>
        <w:rPr>
          <w:rFonts w:ascii="宋体" w:hAnsi="宋体" w:eastAsia="宋体"/>
          <w:sz w:val="24"/>
        </w:rPr>
        <w:t>游戏里的技术，能映射到现实中？</w:t>
      </w:r>
    </w:p>
    <w:p>
      <w:pPr>
        <w:spacing w:line="560" w:lineRule="exact"/>
        <w:ind w:firstLine="420"/>
      </w:pPr>
      <w:r>
        <w:rPr>
          <w:rFonts w:ascii="宋体" w:hAnsi="宋体" w:eastAsia="宋体"/>
          <w:sz w:val="24"/>
        </w:rPr>
        <w:t>林风握着那沓文件，脑子里只有一个念头——他的父母，到底做了什么？</w:t>
      </w:r>
    </w:p>
    <w:p>
      <w:pPr>
        <w:spacing w:line="560" w:lineRule="exact"/>
        <w:ind w:firstLine="420"/>
      </w:pPr>
      <w:r>
        <w:rPr>
          <w:rFonts w:ascii="宋体" w:hAnsi="宋体" w:eastAsia="宋体"/>
          <w:sz w:val="24"/>
        </w:rPr>
        <w:t>他把所有东西收好：银行卡放进钱包最里层，文件装进背包，信贴在心口的衣袋里。走出银行的时候，阳光很刺眼。他站在华夏银行门口的台阶上，抬头看着天空。</w:t>
      </w:r>
    </w:p>
    <w:p>
      <w:pPr>
        <w:spacing w:line="560" w:lineRule="exact"/>
        <w:ind w:firstLine="420"/>
      </w:pPr>
      <w:r>
        <w:rPr>
          <w:rFonts w:ascii="宋体" w:hAnsi="宋体" w:eastAsia="宋体"/>
          <w:sz w:val="24"/>
        </w:rPr>
        <w:t>天空很蓝。和他小时候跟在父亲身后回家时看到的天空一样蓝。</w:t>
      </w:r>
    </w:p>
    <w:p>
      <w:pPr>
        <w:spacing w:line="560" w:lineRule="exact"/>
        <w:ind w:firstLine="420"/>
      </w:pPr>
      <w:r>
        <w:rPr>
          <w:rFonts w:ascii="宋体" w:hAnsi="宋体" w:eastAsia="宋体"/>
          <w:sz w:val="24"/>
        </w:rPr>
        <w:t>他拿出手机，给苏婉清发了条消息：</w:t>
      </w:r>
    </w:p>
    <w:p>
      <w:pPr>
        <w:spacing w:line="560" w:lineRule="exact"/>
        <w:ind w:firstLine="420"/>
      </w:pPr>
      <w:r>
        <w:rPr>
          <w:rFonts w:ascii="宋体" w:hAnsi="宋体" w:eastAsia="宋体"/>
          <w:sz w:val="24"/>
        </w:rPr>
        <w:t>\"下周董事会，我有重要的事要宣布。\"</w:t>
      </w:r>
    </w:p>
    <w:p>
      <w:pPr>
        <w:spacing w:line="560" w:lineRule="exact"/>
        <w:ind w:firstLine="420"/>
      </w:pPr>
      <w:r>
        <w:rPr>
          <w:rFonts w:ascii="宋体" w:hAnsi="宋体" w:eastAsia="宋体"/>
          <w:sz w:val="24"/>
        </w:rPr>
        <w:t>消息发出去后，他又看了一眼那把银白色的钥匙。</w:t>
      </w:r>
    </w:p>
    <w:p>
      <w:pPr>
        <w:spacing w:line="560" w:lineRule="exact"/>
        <w:ind w:firstLine="420"/>
      </w:pPr>
      <w:r>
        <w:rPr>
          <w:rFonts w:ascii="宋体" w:hAnsi="宋体" w:eastAsia="宋体"/>
          <w:sz w:val="24"/>
        </w:rPr>
        <w:t>一切的答案——都在这沓文件里了。</w:t>
      </w:r>
    </w:p>
    <w:p>
      <w:pPr>
        <w:spacing w:line="560" w:lineRule="exact"/>
        <w:ind w:firstLine="420"/>
      </w:pPr>
      <w:r>
        <w:rPr>
          <w:rFonts w:ascii="宋体" w:hAnsi="宋体" w:eastAsia="宋体"/>
          <w:sz w:val="24"/>
        </w:rPr>
        <w:t>在父母留给他的全息现实映射技术白皮书里。</w:t>
      </w:r>
    </w:p>
    <w:p>
      <w:r>
        <w:br w:type="page"/>
      </w:r>
    </w:p>
    <w:p>
      <w:pPr>
        <w:jc w:val="center"/>
      </w:pPr>
      <w:r>
        <w:rPr>
          <w:b/>
          <w:sz w:val="32"/>
        </w:rPr>
        <w:t>第040章 暗流威胁</w:t>
      </w:r>
    </w:p>
    <w:p>
      <w:pPr>
        <w:jc w:val="center"/>
      </w:pPr>
      <w:r>
        <w:rPr>
          <w:color w:val="999999"/>
          <w:sz w:val="18"/>
        </w:rPr>
        <w:t>（2,513字）</w:t>
      </w:r>
    </w:p>
    <w:p/>
    <w:p>
      <w:pPr>
        <w:spacing w:line="560" w:lineRule="exact"/>
        <w:ind w:firstLine="420"/>
      </w:pPr>
      <w:r>
        <w:rPr>
          <w:rFonts w:ascii="宋体" w:hAnsi="宋体" w:eastAsia="宋体"/>
          <w:sz w:val="24"/>
        </w:rPr>
        <w:t>林风醒来时，枕边多了一个黑色信封。</w:t>
      </w:r>
    </w:p>
    <w:p>
      <w:pPr>
        <w:spacing w:line="560" w:lineRule="exact"/>
        <w:ind w:firstLine="420"/>
      </w:pPr>
      <w:r>
        <w:rPr>
          <w:rFonts w:ascii="宋体" w:hAnsi="宋体" w:eastAsia="宋体"/>
          <w:sz w:val="24"/>
        </w:rPr>
        <w:t>信封没有邮戳，只压着一张照片。照片里，是他昨晚趴在宿舍电脑前睡着的样子，屏幕还停在《天界》的神豪殿公会界面。</w:t>
      </w:r>
    </w:p>
    <w:p>
      <w:pPr>
        <w:spacing w:line="560" w:lineRule="exact"/>
        <w:ind w:firstLine="420"/>
      </w:pPr>
      <w:r>
        <w:rPr>
          <w:rFonts w:ascii="宋体" w:hAnsi="宋体" w:eastAsia="宋体"/>
          <w:sz w:val="24"/>
        </w:rPr>
        <w:t>照片背面，一行红字像血一样刺眼：</w:t>
      </w:r>
    </w:p>
    <w:p>
      <w:pPr>
        <w:spacing w:line="560" w:lineRule="exact"/>
        <w:ind w:firstLine="420"/>
      </w:pPr>
      <w:r>
        <w:rPr>
          <w:rFonts w:ascii="宋体" w:hAnsi="宋体" w:eastAsia="宋体"/>
          <w:sz w:val="24"/>
        </w:rPr>
        <w:t>古玉交出来，否则下一次拍的是尸体。</w:t>
      </w:r>
    </w:p>
    <w:p>
      <w:pPr>
        <w:spacing w:line="560" w:lineRule="exact"/>
        <w:ind w:firstLine="420"/>
      </w:pPr>
      <w:r>
        <w:rPr>
          <w:rFonts w:ascii="宋体" w:hAnsi="宋体" w:eastAsia="宋体"/>
          <w:sz w:val="24"/>
        </w:rPr>
        <w:t>林风盯着照片看了两秒，直接把赵铁柱摇醒。</w:t>
      </w:r>
    </w:p>
    <w:p>
      <w:pPr>
        <w:spacing w:line="560" w:lineRule="exact"/>
        <w:ind w:firstLine="420"/>
      </w:pPr>
      <w:r>
        <w:rPr>
          <w:rFonts w:ascii="宋体" w:hAnsi="宋体" w:eastAsia="宋体"/>
          <w:sz w:val="24"/>
        </w:rPr>
        <w:t>“铁柱，起床。”</w:t>
      </w:r>
    </w:p>
    <w:p>
      <w:pPr>
        <w:spacing w:line="560" w:lineRule="exact"/>
        <w:ind w:firstLine="420"/>
      </w:pPr>
      <w:r>
        <w:rPr>
          <w:rFonts w:ascii="宋体" w:hAnsi="宋体" w:eastAsia="宋体"/>
          <w:sz w:val="24"/>
        </w:rPr>
        <w:t>赵铁柱迷迷糊糊坐起来：“咋了？副本刷新了？”</w:t>
      </w:r>
    </w:p>
    <w:p>
      <w:pPr>
        <w:spacing w:line="560" w:lineRule="exact"/>
        <w:ind w:firstLine="420"/>
      </w:pPr>
      <w:r>
        <w:rPr>
          <w:rFonts w:ascii="宋体" w:hAnsi="宋体" w:eastAsia="宋体"/>
          <w:sz w:val="24"/>
        </w:rPr>
        <w:t>林风把照片扔过去。</w:t>
      </w:r>
    </w:p>
    <w:p>
      <w:pPr>
        <w:spacing w:line="560" w:lineRule="exact"/>
        <w:ind w:firstLine="420"/>
      </w:pPr>
      <w:r>
        <w:rPr>
          <w:rFonts w:ascii="宋体" w:hAnsi="宋体" w:eastAsia="宋体"/>
          <w:sz w:val="24"/>
        </w:rPr>
        <w:t>赵铁柱只看了一眼，整个人就炸了：“卧槽！谁进咱们宿舍了？”</w:t>
      </w:r>
    </w:p>
    <w:p>
      <w:pPr>
        <w:spacing w:line="560" w:lineRule="exact"/>
        <w:ind w:firstLine="420"/>
      </w:pPr>
      <w:r>
        <w:rPr>
          <w:rFonts w:ascii="宋体" w:hAnsi="宋体" w:eastAsia="宋体"/>
          <w:sz w:val="24"/>
        </w:rPr>
        <w:t>宿舍门从里面反锁，窗户也关着。可照片角度就在床边，连他昨晚睡觉流口水的丑样都拍得清清楚楚。</w:t>
      </w:r>
    </w:p>
    <w:p>
      <w:pPr>
        <w:spacing w:line="560" w:lineRule="exact"/>
        <w:ind w:firstLine="420"/>
      </w:pPr>
      <w:r>
        <w:rPr>
          <w:rFonts w:ascii="宋体" w:hAnsi="宋体" w:eastAsia="宋体"/>
          <w:sz w:val="24"/>
        </w:rPr>
        <w:t>赵铁柱翻身下床，抓起铁锅一样的盾牌，冲到门口：“谁他妈在外面？出来！”</w:t>
      </w:r>
    </w:p>
    <w:p>
      <w:pPr>
        <w:spacing w:line="560" w:lineRule="exact"/>
        <w:ind w:firstLine="420"/>
      </w:pPr>
      <w:r>
        <w:rPr>
          <w:rFonts w:ascii="宋体" w:hAnsi="宋体" w:eastAsia="宋体"/>
          <w:sz w:val="24"/>
        </w:rPr>
        <w:t>走廊空荡荡的，只有隔壁寝室传来的键盘声。</w:t>
      </w:r>
    </w:p>
    <w:p>
      <w:pPr>
        <w:spacing w:line="560" w:lineRule="exact"/>
        <w:ind w:firstLine="420"/>
      </w:pPr>
      <w:r>
        <w:rPr>
          <w:rFonts w:ascii="宋体" w:hAnsi="宋体" w:eastAsia="宋体"/>
          <w:sz w:val="24"/>
        </w:rPr>
        <w:t>林风打开黑色信封，里面还有一张纸。</w:t>
      </w:r>
    </w:p>
    <w:p>
      <w:pPr>
        <w:spacing w:line="560" w:lineRule="exact"/>
        <w:ind w:firstLine="420"/>
      </w:pPr>
      <w:r>
        <w:rPr>
          <w:rFonts w:ascii="宋体" w:hAnsi="宋体" w:eastAsia="宋体"/>
          <w:sz w:val="24"/>
        </w:rPr>
        <w:t>纸上只有一句话：今晚十二点前，把古玉放到老校区废弃实验楼一楼。别报警，别找神豪殿，别找秦雨。</w:t>
      </w:r>
    </w:p>
    <w:p>
      <w:pPr>
        <w:spacing w:line="560" w:lineRule="exact"/>
        <w:ind w:firstLine="420"/>
      </w:pPr>
      <w:r>
        <w:rPr>
          <w:rFonts w:ascii="宋体" w:hAnsi="宋体" w:eastAsia="宋体"/>
          <w:sz w:val="24"/>
        </w:rPr>
        <w:t>“操！”赵铁柱一拳砸在墙上，“这帮孙子偷拍你宿舍，还知道古玉？”</w:t>
      </w:r>
    </w:p>
    <w:p>
      <w:pPr>
        <w:spacing w:line="560" w:lineRule="exact"/>
        <w:ind w:firstLine="420"/>
      </w:pPr>
      <w:r>
        <w:rPr>
          <w:rFonts w:ascii="宋体" w:hAnsi="宋体" w:eastAsia="宋体"/>
          <w:sz w:val="24"/>
        </w:rPr>
        <w:t>林风没说话。</w:t>
      </w:r>
    </w:p>
    <w:p>
      <w:pPr>
        <w:spacing w:line="560" w:lineRule="exact"/>
        <w:ind w:firstLine="420"/>
      </w:pPr>
      <w:r>
        <w:rPr>
          <w:rFonts w:ascii="宋体" w:hAnsi="宋体" w:eastAsia="宋体"/>
          <w:sz w:val="24"/>
        </w:rPr>
        <w:t>古玉是父母车祸后留下的唯一遗物。</w:t>
      </w:r>
    </w:p>
    <w:p>
      <w:pPr>
        <w:spacing w:line="560" w:lineRule="exact"/>
        <w:ind w:firstLine="420"/>
      </w:pPr>
      <w:r>
        <w:rPr>
          <w:rFonts w:ascii="宋体" w:hAnsi="宋体" w:eastAsia="宋体"/>
          <w:sz w:val="24"/>
        </w:rPr>
        <w:t>他从没对游戏里的人提过这东西。</w:t>
      </w:r>
    </w:p>
    <w:p>
      <w:pPr>
        <w:spacing w:line="560" w:lineRule="exact"/>
        <w:ind w:firstLine="420"/>
      </w:pPr>
      <w:r>
        <w:rPr>
          <w:rFonts w:ascii="宋体" w:hAnsi="宋体" w:eastAsia="宋体"/>
          <w:sz w:val="24"/>
        </w:rPr>
        <w:t>手机震动。</w:t>
      </w:r>
    </w:p>
    <w:p>
      <w:pPr>
        <w:spacing w:line="560" w:lineRule="exact"/>
        <w:ind w:firstLine="420"/>
      </w:pPr>
      <w:r>
        <w:rPr>
          <w:rFonts w:ascii="宋体" w:hAnsi="宋体" w:eastAsia="宋体"/>
          <w:sz w:val="24"/>
        </w:rPr>
        <w:t>苏小雅发来消息：“林风！你上热搜了？有人发帖说神豪殿会长手里有《天界》核心机密，还爆了你学校地址！”</w:t>
      </w:r>
    </w:p>
    <w:p>
      <w:pPr>
        <w:spacing w:line="560" w:lineRule="exact"/>
        <w:ind w:firstLine="420"/>
      </w:pPr>
      <w:r>
        <w:rPr>
          <w:rFonts w:ascii="宋体" w:hAnsi="宋体" w:eastAsia="宋体"/>
          <w:sz w:val="24"/>
        </w:rPr>
        <w:t>林风眼神一沉。</w:t>
      </w:r>
    </w:p>
    <w:p>
      <w:pPr>
        <w:spacing w:line="560" w:lineRule="exact"/>
        <w:ind w:firstLine="420"/>
      </w:pPr>
      <w:r>
        <w:rPr>
          <w:rFonts w:ascii="宋体" w:hAnsi="宋体" w:eastAsia="宋体"/>
          <w:sz w:val="24"/>
        </w:rPr>
        <w:t>这不是普通威胁。</w:t>
      </w:r>
    </w:p>
    <w:p>
      <w:pPr>
        <w:spacing w:line="560" w:lineRule="exact"/>
        <w:ind w:firstLine="420"/>
      </w:pPr>
      <w:r>
        <w:rPr>
          <w:rFonts w:ascii="宋体" w:hAnsi="宋体" w:eastAsia="宋体"/>
          <w:sz w:val="24"/>
        </w:rPr>
        <w:t>对方已经把他现实身份扒出来了。</w:t>
      </w:r>
    </w:p>
    <w:p>
      <w:pPr>
        <w:spacing w:line="560" w:lineRule="exact"/>
        <w:ind w:firstLine="420"/>
      </w:pPr>
      <w:r>
        <w:rPr>
          <w:rFonts w:ascii="宋体" w:hAnsi="宋体" w:eastAsia="宋体"/>
          <w:sz w:val="24"/>
        </w:rPr>
        <w:t>他立刻拨通夜影电话。</w:t>
      </w:r>
    </w:p>
    <w:p>
      <w:pPr>
        <w:spacing w:line="560" w:lineRule="exact"/>
        <w:ind w:firstLine="420"/>
      </w:pPr>
      <w:r>
        <w:rPr>
          <w:rFonts w:ascii="宋体" w:hAnsi="宋体" w:eastAsia="宋体"/>
          <w:sz w:val="24"/>
        </w:rPr>
        <w:t>“夜影，帮我查宿舍监控。”</w:t>
      </w:r>
    </w:p>
    <w:p>
      <w:pPr>
        <w:spacing w:line="560" w:lineRule="exact"/>
        <w:ind w:firstLine="420"/>
      </w:pPr>
      <w:r>
        <w:rPr>
          <w:rFonts w:ascii="宋体" w:hAnsi="宋体" w:eastAsia="宋体"/>
          <w:sz w:val="24"/>
        </w:rPr>
        <w:t>夜影声音很冷：“十分钟后到。别乱跑。”</w:t>
      </w:r>
    </w:p>
    <w:p>
      <w:pPr>
        <w:spacing w:line="560" w:lineRule="exact"/>
        <w:ind w:firstLine="420"/>
      </w:pPr>
      <w:r>
        <w:rPr>
          <w:rFonts w:ascii="宋体" w:hAnsi="宋体" w:eastAsia="宋体"/>
          <w:sz w:val="24"/>
        </w:rPr>
        <w:t>十分钟后，夜影从窗外翻进走廊，黑色作战服，马尾扎得很紧。她检查了门锁、窗台和墙角，最后从门缝下捡起一根细黑线。</w:t>
      </w:r>
    </w:p>
    <w:p>
      <w:pPr>
        <w:spacing w:line="560" w:lineRule="exact"/>
        <w:ind w:firstLine="420"/>
      </w:pPr>
      <w:r>
        <w:rPr>
          <w:rFonts w:ascii="宋体" w:hAnsi="宋体" w:eastAsia="宋体"/>
          <w:sz w:val="24"/>
        </w:rPr>
        <w:t>“微型摄像头，针孔。”夜影把黑线丢进垃圾袋，“对方进来过，或者买通了宿管。”</w:t>
      </w:r>
    </w:p>
    <w:p>
      <w:pPr>
        <w:spacing w:line="560" w:lineRule="exact"/>
        <w:ind w:firstLine="420"/>
      </w:pPr>
      <w:r>
        <w:rPr>
          <w:rFonts w:ascii="宋体" w:hAnsi="宋体" w:eastAsia="宋体"/>
          <w:sz w:val="24"/>
        </w:rPr>
        <w:t>赵铁柱脸都绿了：“宿管那老头天天收我辣条，他敢卖我？”</w:t>
      </w:r>
    </w:p>
    <w:p>
      <w:pPr>
        <w:spacing w:line="560" w:lineRule="exact"/>
        <w:ind w:firstLine="420"/>
      </w:pPr>
      <w:r>
        <w:rPr>
          <w:rFonts w:ascii="宋体" w:hAnsi="宋体" w:eastAsia="宋体"/>
          <w:sz w:val="24"/>
        </w:rPr>
        <w:t>苏小雅也赶来了，手里还拿着直播设备，脸色发白：“别说了，先把东西收拾了。我刚让运营封帖，可地址已经有人转疯了。”</w:t>
      </w:r>
    </w:p>
    <w:p>
      <w:pPr>
        <w:spacing w:line="560" w:lineRule="exact"/>
        <w:ind w:firstLine="420"/>
      </w:pPr>
      <w:r>
        <w:rPr>
          <w:rFonts w:ascii="宋体" w:hAnsi="宋体" w:eastAsia="宋体"/>
          <w:sz w:val="24"/>
        </w:rPr>
        <w:t>凌天随后上线语音，声音冷静得不像话：“林风，别回《天界》驻地，先处理现实安全。暗流组织不是暗影那群打手，他们敢动现实，就说明手里有资源。”</w:t>
      </w:r>
    </w:p>
    <w:p>
      <w:pPr>
        <w:spacing w:line="560" w:lineRule="exact"/>
        <w:ind w:firstLine="420"/>
      </w:pPr>
      <w:r>
        <w:rPr>
          <w:rFonts w:ascii="宋体" w:hAnsi="宋体" w:eastAsia="宋体"/>
          <w:sz w:val="24"/>
        </w:rPr>
        <w:t>“暗流？”林风抓住关键词。</w:t>
      </w:r>
    </w:p>
    <w:p>
      <w:pPr>
        <w:spacing w:line="560" w:lineRule="exact"/>
        <w:ind w:firstLine="420"/>
      </w:pPr>
      <w:r>
        <w:rPr>
          <w:rFonts w:ascii="宋体" w:hAnsi="宋体" w:eastAsia="宋体"/>
          <w:sz w:val="24"/>
        </w:rPr>
        <w:t>电话那头沉默了一瞬。</w:t>
      </w:r>
    </w:p>
    <w:p>
      <w:pPr>
        <w:spacing w:line="560" w:lineRule="exact"/>
        <w:ind w:firstLine="420"/>
      </w:pPr>
      <w:r>
        <w:rPr>
          <w:rFonts w:ascii="宋体" w:hAnsi="宋体" w:eastAsia="宋体"/>
          <w:sz w:val="24"/>
        </w:rPr>
        <w:t>凌天低声道：“陈锋的暗影组织，最多抢公会、抢资源。暗流不同，他们盯的是《天界》背后的技术。你父母留下的古玉，很可能就是钥匙。”</w:t>
      </w:r>
    </w:p>
    <w:p>
      <w:pPr>
        <w:spacing w:line="560" w:lineRule="exact"/>
        <w:ind w:firstLine="420"/>
      </w:pPr>
      <w:r>
        <w:rPr>
          <w:rFonts w:ascii="宋体" w:hAnsi="宋体" w:eastAsia="宋体"/>
          <w:sz w:val="24"/>
        </w:rPr>
        <w:t>林风握紧手机：“你知道多少？”</w:t>
      </w:r>
    </w:p>
    <w:p>
      <w:pPr>
        <w:spacing w:line="560" w:lineRule="exact"/>
        <w:ind w:firstLine="420"/>
      </w:pPr>
      <w:r>
        <w:rPr>
          <w:rFonts w:ascii="宋体" w:hAnsi="宋体" w:eastAsia="宋体"/>
          <w:sz w:val="24"/>
        </w:rPr>
        <w:t>“知道一点，但不够。”凌天说，“秦雨应该知道更多。”</w:t>
      </w:r>
    </w:p>
    <w:p>
      <w:pPr>
        <w:spacing w:line="560" w:lineRule="exact"/>
        <w:ind w:firstLine="420"/>
      </w:pPr>
      <w:r>
        <w:rPr>
          <w:rFonts w:ascii="宋体" w:hAnsi="宋体" w:eastAsia="宋体"/>
          <w:sz w:val="24"/>
        </w:rPr>
        <w:t>他刚说完，秦雨的电话就打来了。</w:t>
      </w:r>
    </w:p>
    <w:p>
      <w:pPr>
        <w:spacing w:line="560" w:lineRule="exact"/>
        <w:ind w:firstLine="420"/>
      </w:pPr>
      <w:r>
        <w:rPr>
          <w:rFonts w:ascii="宋体" w:hAnsi="宋体" w:eastAsia="宋体"/>
          <w:sz w:val="24"/>
        </w:rPr>
        <w:t>“林风，别看论坛，立刻离开宿舍。”秦雨语气急，“暗流组织已经绕过天穹科技内部防火墙，拿到了部分员工资料。你被标记了。”</w:t>
      </w:r>
    </w:p>
    <w:p>
      <w:pPr>
        <w:spacing w:line="560" w:lineRule="exact"/>
        <w:ind w:firstLine="420"/>
      </w:pPr>
      <w:r>
        <w:rPr>
          <w:rFonts w:ascii="宋体" w:hAnsi="宋体" w:eastAsia="宋体"/>
          <w:sz w:val="24"/>
        </w:rPr>
        <w:t>“他们是谁？”</w:t>
      </w:r>
    </w:p>
    <w:p>
      <w:pPr>
        <w:spacing w:line="560" w:lineRule="exact"/>
        <w:ind w:firstLine="420"/>
      </w:pPr>
      <w:r>
        <w:rPr>
          <w:rFonts w:ascii="宋体" w:hAnsi="宋体" w:eastAsia="宋体"/>
          <w:sz w:val="24"/>
        </w:rPr>
        <w:t>“不是普通黑客组织。”秦雨压低声音，“暗流要的不是钱，也不是公会排名。他们要古玉里的全息现实映射技术。”</w:t>
      </w:r>
    </w:p>
    <w:p>
      <w:pPr>
        <w:spacing w:line="560" w:lineRule="exact"/>
        <w:ind w:firstLine="420"/>
      </w:pPr>
      <w:r>
        <w:rPr>
          <w:rFonts w:ascii="宋体" w:hAnsi="宋体" w:eastAsia="宋体"/>
          <w:sz w:val="24"/>
        </w:rPr>
        <w:t>林风看向桌上那块古玉。</w:t>
      </w:r>
    </w:p>
    <w:p>
      <w:pPr>
        <w:spacing w:line="560" w:lineRule="exact"/>
        <w:ind w:firstLine="420"/>
      </w:pPr>
      <w:r>
        <w:rPr>
          <w:rFonts w:ascii="宋体" w:hAnsi="宋体" w:eastAsia="宋体"/>
          <w:sz w:val="24"/>
        </w:rPr>
        <w:t>青绿色玉面温润，中间却有一道极细的纹路，像某种没解锁的电路。</w:t>
      </w:r>
    </w:p>
    <w:p>
      <w:pPr>
        <w:spacing w:line="560" w:lineRule="exact"/>
        <w:ind w:firstLine="420"/>
      </w:pPr>
      <w:r>
        <w:rPr>
          <w:rFonts w:ascii="宋体" w:hAnsi="宋体" w:eastAsia="宋体"/>
          <w:sz w:val="24"/>
        </w:rPr>
        <w:t>“你能保护我吗？”林风问。</w:t>
      </w:r>
    </w:p>
    <w:p>
      <w:pPr>
        <w:spacing w:line="560" w:lineRule="exact"/>
        <w:ind w:firstLine="420"/>
      </w:pPr>
      <w:r>
        <w:rPr>
          <w:rFonts w:ascii="宋体" w:hAnsi="宋体" w:eastAsia="宋体"/>
          <w:sz w:val="24"/>
        </w:rPr>
        <w:t>秦雨咬牙：“我在公司被盯上了，暂时抽不开身。但我会联系苏婉清，她能给你安排安全屋。”</w:t>
      </w:r>
    </w:p>
    <w:p>
      <w:pPr>
        <w:spacing w:line="560" w:lineRule="exact"/>
        <w:ind w:firstLine="420"/>
      </w:pPr>
      <w:r>
        <w:rPr>
          <w:rFonts w:ascii="宋体" w:hAnsi="宋体" w:eastAsia="宋体"/>
          <w:sz w:val="24"/>
        </w:rPr>
        <w:t>刚挂电话，苏婉清的电话就来了。</w:t>
      </w:r>
    </w:p>
    <w:p>
      <w:pPr>
        <w:spacing w:line="560" w:lineRule="exact"/>
        <w:ind w:firstLine="420"/>
      </w:pPr>
      <w:r>
        <w:rPr>
          <w:rFonts w:ascii="宋体" w:hAnsi="宋体" w:eastAsia="宋体"/>
          <w:sz w:val="24"/>
        </w:rPr>
        <w:t>“林风，你现在在宿舍？”</w:t>
      </w:r>
    </w:p>
    <w:p>
      <w:pPr>
        <w:spacing w:line="560" w:lineRule="exact"/>
        <w:ind w:firstLine="420"/>
      </w:pPr>
      <w:r>
        <w:rPr>
          <w:rFonts w:ascii="宋体" w:hAnsi="宋体" w:eastAsia="宋体"/>
          <w:sz w:val="24"/>
        </w:rPr>
        <w:t>“在。”</w:t>
      </w:r>
    </w:p>
    <w:p>
      <w:pPr>
        <w:spacing w:line="560" w:lineRule="exact"/>
        <w:ind w:firstLine="420"/>
      </w:pPr>
      <w:r>
        <w:rPr>
          <w:rFonts w:ascii="宋体" w:hAnsi="宋体" w:eastAsia="宋体"/>
          <w:sz w:val="24"/>
        </w:rPr>
        <w:t>“别动，我让人过去。”苏婉清声音很稳，“风婉集团有合作的安保公司，二十分钟内到。你带上古玉和重要东西，立刻搬走。”</w:t>
      </w:r>
    </w:p>
    <w:p>
      <w:pPr>
        <w:spacing w:line="560" w:lineRule="exact"/>
        <w:ind w:firstLine="420"/>
      </w:pPr>
      <w:r>
        <w:rPr>
          <w:rFonts w:ascii="宋体" w:hAnsi="宋体" w:eastAsia="宋体"/>
          <w:sz w:val="24"/>
        </w:rPr>
        <w:t>林风：“不用麻烦你。”</w:t>
      </w:r>
    </w:p>
    <w:p>
      <w:pPr>
        <w:spacing w:line="560" w:lineRule="exact"/>
        <w:ind w:firstLine="420"/>
      </w:pPr>
      <w:r>
        <w:rPr>
          <w:rFonts w:ascii="宋体" w:hAnsi="宋体" w:eastAsia="宋体"/>
          <w:sz w:val="24"/>
        </w:rPr>
        <w:t>“这不是麻烦。”苏婉清直接打断他，“你现在不是普通玩家，你是《天界》里神豪殿的会长，也是暗流眼里最重要的人。”</w:t>
      </w:r>
    </w:p>
    <w:p>
      <w:pPr>
        <w:spacing w:line="560" w:lineRule="exact"/>
        <w:ind w:firstLine="420"/>
      </w:pPr>
      <w:r>
        <w:rPr>
          <w:rFonts w:ascii="宋体" w:hAnsi="宋体" w:eastAsia="宋体"/>
          <w:sz w:val="24"/>
        </w:rPr>
        <w:t>赵铁柱在旁边急得团团转：“风哥，要不咱先把宿舍砸了？看哪个摄像头还敢偷拍！”</w:t>
      </w:r>
    </w:p>
    <w:p>
      <w:pPr>
        <w:spacing w:line="560" w:lineRule="exact"/>
        <w:ind w:firstLine="420"/>
      </w:pPr>
      <w:r>
        <w:rPr>
          <w:rFonts w:ascii="宋体" w:hAnsi="宋体" w:eastAsia="宋体"/>
          <w:sz w:val="24"/>
        </w:rPr>
        <w:t>林风看了他一眼：“砸了也得先走。”</w:t>
      </w:r>
    </w:p>
    <w:p>
      <w:pPr>
        <w:spacing w:line="560" w:lineRule="exact"/>
        <w:ind w:firstLine="420"/>
      </w:pPr>
      <w:r>
        <w:rPr>
          <w:rFonts w:ascii="宋体" w:hAnsi="宋体" w:eastAsia="宋体"/>
          <w:sz w:val="24"/>
        </w:rPr>
        <w:t>就在这时，神豪系统忽然响起。</w:t>
      </w:r>
    </w:p>
    <w:p>
      <w:pPr>
        <w:spacing w:line="560" w:lineRule="exact"/>
        <w:ind w:firstLine="420"/>
      </w:pPr>
      <w:r>
        <w:rPr>
          <w:rFonts w:ascii="宋体" w:hAnsi="宋体" w:eastAsia="宋体"/>
          <w:sz w:val="24"/>
        </w:rPr>
        <w:t>叮！</w:t>
      </w:r>
    </w:p>
    <w:p>
      <w:pPr>
        <w:spacing w:line="560" w:lineRule="exact"/>
        <w:ind w:firstLine="420"/>
      </w:pPr>
      <w:r>
        <w:rPr>
          <w:rFonts w:ascii="宋体" w:hAnsi="宋体" w:eastAsia="宋体"/>
          <w:sz w:val="24"/>
        </w:rPr>
        <w:t>检测到宿主现实安全受到威胁，可消耗一亿游戏币，兑换现实安保服务“龙盾小队”。</w:t>
      </w:r>
    </w:p>
    <w:p>
      <w:pPr>
        <w:spacing w:line="560" w:lineRule="exact"/>
        <w:ind w:firstLine="420"/>
      </w:pPr>
      <w:r>
        <w:rPr>
          <w:rFonts w:ascii="宋体" w:hAnsi="宋体" w:eastAsia="宋体"/>
          <w:sz w:val="24"/>
        </w:rPr>
        <w:t>林风眼神微动。</w:t>
      </w:r>
    </w:p>
    <w:p>
      <w:pPr>
        <w:spacing w:line="560" w:lineRule="exact"/>
        <w:ind w:firstLine="420"/>
      </w:pPr>
      <w:r>
        <w:rPr>
          <w:rFonts w:ascii="宋体" w:hAnsi="宋体" w:eastAsia="宋体"/>
          <w:sz w:val="24"/>
        </w:rPr>
        <w:t>游戏币无限充值，他最不缺的就是钱。</w:t>
      </w:r>
    </w:p>
    <w:p>
      <w:pPr>
        <w:spacing w:line="560" w:lineRule="exact"/>
        <w:ind w:firstLine="420"/>
      </w:pPr>
      <w:r>
        <w:rPr>
          <w:rFonts w:ascii="宋体" w:hAnsi="宋体" w:eastAsia="宋体"/>
          <w:sz w:val="24"/>
        </w:rPr>
        <w:t>“兑换。”</w:t>
      </w:r>
    </w:p>
    <w:p>
      <w:pPr>
        <w:spacing w:line="560" w:lineRule="exact"/>
        <w:ind w:firstLine="420"/>
      </w:pPr>
      <w:r>
        <w:rPr>
          <w:rFonts w:ascii="宋体" w:hAnsi="宋体" w:eastAsia="宋体"/>
          <w:sz w:val="24"/>
        </w:rPr>
        <w:t>叮！兑换成功。</w:t>
      </w:r>
    </w:p>
    <w:p>
      <w:pPr>
        <w:spacing w:line="560" w:lineRule="exact"/>
        <w:ind w:firstLine="420"/>
      </w:pPr>
      <w:r>
        <w:rPr>
          <w:rFonts w:ascii="宋体" w:hAnsi="宋体" w:eastAsia="宋体"/>
          <w:sz w:val="24"/>
        </w:rPr>
        <w:t>十分钟后，楼下传来整齐脚步声。</w:t>
      </w:r>
    </w:p>
    <w:p>
      <w:pPr>
        <w:spacing w:line="560" w:lineRule="exact"/>
        <w:ind w:firstLine="420"/>
      </w:pPr>
      <w:r>
        <w:rPr>
          <w:rFonts w:ascii="宋体" w:hAnsi="宋体" w:eastAsia="宋体"/>
          <w:sz w:val="24"/>
        </w:rPr>
        <w:t>六名黑衣保镖进入宿舍楼，领头的男人寸头，眼神像刀。</w:t>
      </w:r>
    </w:p>
    <w:p>
      <w:pPr>
        <w:spacing w:line="560" w:lineRule="exact"/>
        <w:ind w:firstLine="420"/>
      </w:pPr>
      <w:r>
        <w:rPr>
          <w:rFonts w:ascii="宋体" w:hAnsi="宋体" w:eastAsia="宋体"/>
          <w:sz w:val="24"/>
        </w:rPr>
        <w:t>“林风先生？”男人递上证件，“龙盾安保，雷烈。苏总让我们接你离开。”</w:t>
      </w:r>
    </w:p>
    <w:p>
      <w:pPr>
        <w:spacing w:line="560" w:lineRule="exact"/>
        <w:ind w:firstLine="420"/>
      </w:pPr>
      <w:r>
        <w:rPr>
          <w:rFonts w:ascii="宋体" w:hAnsi="宋体" w:eastAsia="宋体"/>
          <w:sz w:val="24"/>
        </w:rPr>
        <w:t>赵铁柱抱着盾牌挡在林风前面：“先说好，谁敢动风哥，先过我这一关。”</w:t>
      </w:r>
    </w:p>
    <w:p>
      <w:pPr>
        <w:spacing w:line="560" w:lineRule="exact"/>
        <w:ind w:firstLine="420"/>
      </w:pPr>
      <w:r>
        <w:rPr>
          <w:rFonts w:ascii="宋体" w:hAnsi="宋体" w:eastAsia="宋体"/>
          <w:sz w:val="24"/>
        </w:rPr>
        <w:t>雷烈扫了他一眼：“游戏里你很勇，现实里别挡路。”</w:t>
      </w:r>
    </w:p>
    <w:p>
      <w:pPr>
        <w:spacing w:line="560" w:lineRule="exact"/>
        <w:ind w:firstLine="420"/>
      </w:pPr>
      <w:r>
        <w:rPr>
          <w:rFonts w:ascii="宋体" w:hAnsi="宋体" w:eastAsia="宋体"/>
          <w:sz w:val="24"/>
        </w:rPr>
        <w:t>赵铁柱一愣：“你认识我？”</w:t>
      </w:r>
    </w:p>
    <w:p>
      <w:pPr>
        <w:spacing w:line="560" w:lineRule="exact"/>
        <w:ind w:firstLine="420"/>
      </w:pPr>
      <w:r>
        <w:rPr>
          <w:rFonts w:ascii="宋体" w:hAnsi="宋体" w:eastAsia="宋体"/>
          <w:sz w:val="24"/>
        </w:rPr>
        <w:t>雷烈淡淡道：“神豪殿主坦，赵铁柱。论坛视频我看过，扛boss姿势不错。”</w:t>
      </w:r>
    </w:p>
    <w:p>
      <w:pPr>
        <w:spacing w:line="560" w:lineRule="exact"/>
        <w:ind w:firstLine="420"/>
      </w:pPr>
      <w:r>
        <w:rPr>
          <w:rFonts w:ascii="宋体" w:hAnsi="宋体" w:eastAsia="宋体"/>
          <w:sz w:val="24"/>
        </w:rPr>
        <w:t>赵铁柱脸一黑：“我现在不直播，别夸我。”</w:t>
      </w:r>
    </w:p>
    <w:p>
      <w:pPr>
        <w:spacing w:line="560" w:lineRule="exact"/>
        <w:ind w:firstLine="420"/>
      </w:pPr>
      <w:r>
        <w:rPr>
          <w:rFonts w:ascii="宋体" w:hAnsi="宋体" w:eastAsia="宋体"/>
          <w:sz w:val="24"/>
        </w:rPr>
        <w:t>林风没笑。</w:t>
      </w:r>
    </w:p>
    <w:p>
      <w:pPr>
        <w:spacing w:line="560" w:lineRule="exact"/>
        <w:ind w:firstLine="420"/>
      </w:pPr>
      <w:r>
        <w:rPr>
          <w:rFonts w:ascii="宋体" w:hAnsi="宋体" w:eastAsia="宋体"/>
          <w:sz w:val="24"/>
        </w:rPr>
        <w:t>他收拾了电脑、古玉、身份证和几张父母照片，最后看了一眼住了两年的宿舍。</w:t>
      </w:r>
    </w:p>
    <w:p>
      <w:pPr>
        <w:spacing w:line="560" w:lineRule="exact"/>
        <w:ind w:firstLine="420"/>
      </w:pPr>
      <w:r>
        <w:rPr>
          <w:rFonts w:ascii="宋体" w:hAnsi="宋体" w:eastAsia="宋体"/>
          <w:sz w:val="24"/>
        </w:rPr>
        <w:t>这里本来很普通。</w:t>
      </w:r>
    </w:p>
    <w:p>
      <w:pPr>
        <w:spacing w:line="560" w:lineRule="exact"/>
        <w:ind w:firstLine="420"/>
      </w:pPr>
      <w:r>
        <w:rPr>
          <w:rFonts w:ascii="宋体" w:hAnsi="宋体" w:eastAsia="宋体"/>
          <w:sz w:val="24"/>
        </w:rPr>
        <w:t>可现在，它像被人扒开了皮，所有隐私都暴露在暗处。</w:t>
      </w:r>
    </w:p>
    <w:p>
      <w:pPr>
        <w:spacing w:line="560" w:lineRule="exact"/>
        <w:ind w:firstLine="420"/>
      </w:pPr>
      <w:r>
        <w:rPr>
          <w:rFonts w:ascii="宋体" w:hAnsi="宋体" w:eastAsia="宋体"/>
          <w:sz w:val="24"/>
        </w:rPr>
        <w:t>“走。”</w:t>
      </w:r>
    </w:p>
    <w:p>
      <w:pPr>
        <w:spacing w:line="560" w:lineRule="exact"/>
        <w:ind w:firstLine="420"/>
      </w:pPr>
      <w:r>
        <w:rPr>
          <w:rFonts w:ascii="宋体" w:hAnsi="宋体" w:eastAsia="宋体"/>
          <w:sz w:val="24"/>
        </w:rPr>
        <w:t>刚出宿舍楼，苏小雅就迎上来：“我车在西门，直播设备我扔寝室了，先不管。”</w:t>
      </w:r>
    </w:p>
    <w:p>
      <w:pPr>
        <w:spacing w:line="560" w:lineRule="exact"/>
        <w:ind w:firstLine="420"/>
      </w:pPr>
      <w:r>
        <w:rPr>
          <w:rFonts w:ascii="宋体" w:hAnsi="宋体" w:eastAsia="宋体"/>
          <w:sz w:val="24"/>
        </w:rPr>
        <w:t>夜影走在最前面，目光扫过每一扇窗户。</w:t>
      </w:r>
    </w:p>
    <w:p>
      <w:pPr>
        <w:spacing w:line="560" w:lineRule="exact"/>
        <w:ind w:firstLine="420"/>
      </w:pPr>
      <w:r>
        <w:rPr>
          <w:rFonts w:ascii="宋体" w:hAnsi="宋体" w:eastAsia="宋体"/>
          <w:sz w:val="24"/>
        </w:rPr>
        <w:t>凌天在语音里提醒：“别走正门，暗流既然敢发照片，就可能在校外堵人。苏婉清安排的车从侧门进。”</w:t>
      </w:r>
    </w:p>
    <w:p>
      <w:pPr>
        <w:spacing w:line="560" w:lineRule="exact"/>
        <w:ind w:firstLine="420"/>
      </w:pPr>
      <w:r>
        <w:rPr>
          <w:rFonts w:ascii="宋体" w:hAnsi="宋体" w:eastAsia="宋体"/>
          <w:sz w:val="24"/>
        </w:rPr>
        <w:t>话音刚落，校门外传来一声刺耳刹车。</w:t>
      </w:r>
    </w:p>
    <w:p>
      <w:pPr>
        <w:spacing w:line="560" w:lineRule="exact"/>
        <w:ind w:firstLine="420"/>
      </w:pPr>
      <w:r>
        <w:rPr>
          <w:rFonts w:ascii="宋体" w:hAnsi="宋体" w:eastAsia="宋体"/>
          <w:sz w:val="24"/>
        </w:rPr>
        <w:t>一辆黑色商务车横在路边，车窗贴着深色膜。</w:t>
      </w:r>
    </w:p>
    <w:p>
      <w:pPr>
        <w:spacing w:line="560" w:lineRule="exact"/>
        <w:ind w:firstLine="420"/>
      </w:pPr>
      <w:r>
        <w:rPr>
          <w:rFonts w:ascii="宋体" w:hAnsi="宋体" w:eastAsia="宋体"/>
          <w:sz w:val="24"/>
        </w:rPr>
        <w:t>雷烈抬手：“换路线。”</w:t>
      </w:r>
    </w:p>
    <w:p>
      <w:pPr>
        <w:spacing w:line="560" w:lineRule="exact"/>
        <w:ind w:firstLine="420"/>
      </w:pPr>
      <w:r>
        <w:rPr>
          <w:rFonts w:ascii="宋体" w:hAnsi="宋体" w:eastAsia="宋体"/>
          <w:sz w:val="24"/>
        </w:rPr>
        <w:t>六名保镖瞬间围住林风。</w:t>
      </w:r>
    </w:p>
    <w:p>
      <w:pPr>
        <w:spacing w:line="560" w:lineRule="exact"/>
        <w:ind w:firstLine="420"/>
      </w:pPr>
      <w:r>
        <w:rPr>
          <w:rFonts w:ascii="宋体" w:hAnsi="宋体" w:eastAsia="宋体"/>
          <w:sz w:val="24"/>
        </w:rPr>
        <w:t>赵铁柱扛着盾，苏小雅抓着林风袖子，夜影已经摸出短刃。</w:t>
      </w:r>
    </w:p>
    <w:p>
      <w:pPr>
        <w:spacing w:line="560" w:lineRule="exact"/>
        <w:ind w:firstLine="420"/>
      </w:pPr>
      <w:r>
        <w:rPr>
          <w:rFonts w:ascii="宋体" w:hAnsi="宋体" w:eastAsia="宋体"/>
          <w:sz w:val="24"/>
        </w:rPr>
        <w:t>黑色商务车车门打开，下来三个人，全都戴着口罩。</w:t>
      </w:r>
    </w:p>
    <w:p>
      <w:pPr>
        <w:spacing w:line="560" w:lineRule="exact"/>
        <w:ind w:firstLine="420"/>
      </w:pPr>
      <w:r>
        <w:rPr>
          <w:rFonts w:ascii="宋体" w:hAnsi="宋体" w:eastAsia="宋体"/>
          <w:sz w:val="24"/>
        </w:rPr>
        <w:t>林风心里一冷。</w:t>
      </w:r>
    </w:p>
    <w:p>
      <w:pPr>
        <w:spacing w:line="560" w:lineRule="exact"/>
        <w:ind w:firstLine="420"/>
      </w:pPr>
      <w:r>
        <w:rPr>
          <w:rFonts w:ascii="宋体" w:hAnsi="宋体" w:eastAsia="宋体"/>
          <w:sz w:val="24"/>
        </w:rPr>
        <w:t>这不是游戏里的npc，是真会动手的人。</w:t>
      </w:r>
    </w:p>
    <w:p>
      <w:pPr>
        <w:spacing w:line="560" w:lineRule="exact"/>
        <w:ind w:firstLine="420"/>
      </w:pPr>
      <w:r>
        <w:rPr>
          <w:rFonts w:ascii="宋体" w:hAnsi="宋体" w:eastAsia="宋体"/>
          <w:sz w:val="24"/>
        </w:rPr>
        <w:t>“林风。”为首的人声音沙哑，“古玉留下，你可以走。”</w:t>
      </w:r>
    </w:p>
    <w:p>
      <w:pPr>
        <w:spacing w:line="560" w:lineRule="exact"/>
        <w:ind w:firstLine="420"/>
      </w:pPr>
      <w:r>
        <w:rPr>
          <w:rFonts w:ascii="宋体" w:hAnsi="宋体" w:eastAsia="宋体"/>
          <w:sz w:val="24"/>
        </w:rPr>
        <w:t>雷烈直接上前：“退后。”</w:t>
      </w:r>
    </w:p>
    <w:p>
      <w:pPr>
        <w:spacing w:line="560" w:lineRule="exact"/>
        <w:ind w:firstLine="420"/>
      </w:pPr>
      <w:r>
        <w:rPr>
          <w:rFonts w:ascii="宋体" w:hAnsi="宋体" w:eastAsia="宋体"/>
          <w:sz w:val="24"/>
        </w:rPr>
        <w:t>那人抬手。</w:t>
      </w:r>
    </w:p>
    <w:p>
      <w:pPr>
        <w:spacing w:line="560" w:lineRule="exact"/>
        <w:ind w:firstLine="420"/>
      </w:pPr>
      <w:r>
        <w:rPr>
          <w:rFonts w:ascii="宋体" w:hAnsi="宋体" w:eastAsia="宋体"/>
          <w:sz w:val="24"/>
        </w:rPr>
        <w:t>一支弩箭破空射出，箭头在路灯下泛着冷蓝色的寒光。</w:t>
      </w:r>
    </w:p>
    <w:p>
      <w:pPr>
        <w:spacing w:line="560" w:lineRule="exact"/>
        <w:ind w:firstLine="420"/>
      </w:pPr>
      <w:r>
        <w:rPr>
          <w:rFonts w:ascii="宋体" w:hAnsi="宋体" w:eastAsia="宋体"/>
          <w:sz w:val="24"/>
        </w:rPr>
        <w:t>夜影身形一矮，短刃横扫。</w:t>
      </w:r>
    </w:p>
    <w:p>
      <w:pPr>
        <w:spacing w:line="560" w:lineRule="exact"/>
        <w:ind w:firstLine="420"/>
      </w:pPr>
      <w:r>
        <w:rPr>
          <w:rFonts w:ascii="宋体" w:hAnsi="宋体" w:eastAsia="宋体"/>
          <w:sz w:val="24"/>
        </w:rPr>
        <w:t>铛！</w:t>
      </w:r>
    </w:p>
    <w:p>
      <w:pPr>
        <w:spacing w:line="560" w:lineRule="exact"/>
        <w:ind w:firstLine="420"/>
      </w:pPr>
      <w:r>
        <w:rPr>
          <w:rFonts w:ascii="宋体" w:hAnsi="宋体" w:eastAsia="宋体"/>
          <w:sz w:val="24"/>
        </w:rPr>
        <w:t>弩箭被劈飞，钉进旁边的树干。</w:t>
      </w:r>
    </w:p>
    <w:p>
      <w:pPr>
        <w:spacing w:line="560" w:lineRule="exact"/>
        <w:ind w:firstLine="420"/>
      </w:pPr>
      <w:r>
        <w:rPr>
          <w:rFonts w:ascii="宋体" w:hAnsi="宋体" w:eastAsia="宋体"/>
          <w:sz w:val="24"/>
        </w:rPr>
        <w:t>赵铁柱怒吼一声，盾牌往前一顶：“铁壁冲锋！”</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为首那人被盾面撞得倒退三步，胸口闷哼。</w:t>
      </w:r>
    </w:p>
    <w:p>
      <w:pPr>
        <w:spacing w:line="560" w:lineRule="exact"/>
        <w:ind w:firstLine="420"/>
      </w:pPr>
      <w:r>
        <w:rPr>
          <w:rFonts w:ascii="宋体" w:hAnsi="宋体" w:eastAsia="宋体"/>
          <w:sz w:val="24"/>
        </w:rPr>
        <w:t>林风没有犹豫，拔出系统兑换的短剑，脚下金光一闪。</w:t>
      </w:r>
    </w:p>
    <w:p>
      <w:pPr>
        <w:spacing w:line="560" w:lineRule="exact"/>
        <w:ind w:firstLine="420"/>
      </w:pPr>
      <w:r>
        <w:rPr>
          <w:rFonts w:ascii="宋体" w:hAnsi="宋体" w:eastAsia="宋体"/>
          <w:sz w:val="24"/>
        </w:rPr>
        <w:t>“风神瞬步！”</w:t>
      </w:r>
    </w:p>
    <w:p>
      <w:pPr>
        <w:spacing w:line="560" w:lineRule="exact"/>
        <w:ind w:firstLine="420"/>
      </w:pPr>
      <w:r>
        <w:rPr>
          <w:rFonts w:ascii="宋体" w:hAnsi="宋体" w:eastAsia="宋体"/>
          <w:sz w:val="24"/>
        </w:rPr>
        <w:t>他瞬间绕到那人侧后方，短剑横扫。</w:t>
      </w:r>
    </w:p>
    <w:p>
      <w:pPr>
        <w:spacing w:line="560" w:lineRule="exact"/>
        <w:ind w:firstLine="420"/>
      </w:pPr>
      <w:r>
        <w:rPr>
          <w:rFonts w:ascii="宋体" w:hAnsi="宋体" w:eastAsia="宋体"/>
          <w:sz w:val="24"/>
        </w:rPr>
        <w:t>“天穹断浪斩！”</w:t>
      </w:r>
    </w:p>
    <w:p>
      <w:pPr>
        <w:spacing w:line="560" w:lineRule="exact"/>
        <w:ind w:firstLine="420"/>
      </w:pPr>
      <w:r>
        <w:rPr>
          <w:rFonts w:ascii="宋体" w:hAnsi="宋体" w:eastAsia="宋体"/>
          <w:sz w:val="24"/>
        </w:rPr>
        <w:t>-186420！</w:t>
      </w:r>
    </w:p>
    <w:p>
      <w:pPr>
        <w:spacing w:line="560" w:lineRule="exact"/>
        <w:ind w:firstLine="420"/>
      </w:pPr>
      <w:r>
        <w:rPr>
          <w:rFonts w:ascii="宋体" w:hAnsi="宋体" w:eastAsia="宋体"/>
          <w:sz w:val="24"/>
        </w:rPr>
        <w:t>那人身上爆出一串游戏化伤害数字，整个人被打得踉跄跪地。</w:t>
      </w:r>
    </w:p>
    <w:p>
      <w:pPr>
        <w:spacing w:line="560" w:lineRule="exact"/>
        <w:ind w:firstLine="420"/>
      </w:pPr>
      <w:r>
        <w:rPr>
          <w:rFonts w:ascii="宋体" w:hAnsi="宋体" w:eastAsia="宋体"/>
          <w:sz w:val="24"/>
        </w:rPr>
        <w:t>林风瞳孔一缩。</w:t>
      </w:r>
    </w:p>
    <w:p>
      <w:pPr>
        <w:spacing w:line="560" w:lineRule="exact"/>
        <w:ind w:firstLine="420"/>
      </w:pPr>
      <w:r>
        <w:rPr>
          <w:rFonts w:ascii="宋体" w:hAnsi="宋体" w:eastAsia="宋体"/>
          <w:sz w:val="24"/>
        </w:rPr>
        <w:t>现实里也能出现伤害数字？</w:t>
      </w:r>
    </w:p>
    <w:p>
      <w:pPr>
        <w:spacing w:line="560" w:lineRule="exact"/>
        <w:ind w:firstLine="420"/>
      </w:pPr>
      <w:r>
        <w:rPr>
          <w:rFonts w:ascii="宋体" w:hAnsi="宋体" w:eastAsia="宋体"/>
          <w:sz w:val="24"/>
        </w:rPr>
        <w:t>对方显然也愣了一下，随即咬牙：“果然，古玉在你身上！”</w:t>
      </w:r>
    </w:p>
    <w:p>
      <w:pPr>
        <w:spacing w:line="560" w:lineRule="exact"/>
        <w:ind w:firstLine="420"/>
      </w:pPr>
      <w:r>
        <w:rPr>
          <w:rFonts w:ascii="宋体" w:hAnsi="宋体" w:eastAsia="宋体"/>
          <w:sz w:val="24"/>
        </w:rPr>
        <w:t>夜影抓住机会，身影如黑线般掠出。</w:t>
      </w:r>
    </w:p>
    <w:p>
      <w:pPr>
        <w:spacing w:line="560" w:lineRule="exact"/>
        <w:ind w:firstLine="420"/>
      </w:pPr>
      <w:r>
        <w:rPr>
          <w:rFonts w:ascii="宋体" w:hAnsi="宋体" w:eastAsia="宋体"/>
          <w:sz w:val="24"/>
        </w:rPr>
        <w:t>“影杀·断喉！”</w:t>
      </w:r>
    </w:p>
    <w:p>
      <w:pPr>
        <w:spacing w:line="560" w:lineRule="exact"/>
        <w:ind w:firstLine="420"/>
      </w:pPr>
      <w:r>
        <w:rPr>
          <w:rFonts w:ascii="宋体" w:hAnsi="宋体" w:eastAsia="宋体"/>
          <w:sz w:val="24"/>
        </w:rPr>
        <w:t>-127350！</w:t>
      </w:r>
    </w:p>
    <w:p>
      <w:pPr>
        <w:spacing w:line="560" w:lineRule="exact"/>
        <w:ind w:firstLine="420"/>
      </w:pPr>
      <w:r>
        <w:rPr>
          <w:rFonts w:ascii="宋体" w:hAnsi="宋体" w:eastAsia="宋体"/>
          <w:sz w:val="24"/>
        </w:rPr>
        <w:t>第二名袭击者捂着脖子倒地，疼得蜷成一团。</w:t>
      </w:r>
    </w:p>
    <w:p>
      <w:pPr>
        <w:spacing w:line="560" w:lineRule="exact"/>
        <w:ind w:firstLine="420"/>
      </w:pPr>
      <w:r>
        <w:rPr>
          <w:rFonts w:ascii="宋体" w:hAnsi="宋体" w:eastAsia="宋体"/>
          <w:sz w:val="24"/>
        </w:rPr>
        <w:t>雷烈那边更干脆，擒拿、反关节、膝撞，一套动作行云流水。第三个袭击者还没来得及掏出第二支弩箭，就被雷烈一记肘击砸在太阳穴上，整个人软倒在地。</w:t>
      </w:r>
    </w:p>
    <w:p>
      <w:pPr>
        <w:spacing w:line="560" w:lineRule="exact"/>
        <w:ind w:firstLine="420"/>
      </w:pPr>
      <w:r>
        <w:rPr>
          <w:rFonts w:ascii="宋体" w:hAnsi="宋体" w:eastAsia="宋体"/>
          <w:sz w:val="24"/>
        </w:rPr>
        <w:t>整个过程，不到四十秒。</w:t>
      </w:r>
    </w:p>
    <w:p>
      <w:pPr>
        <w:spacing w:line="560" w:lineRule="exact"/>
        <w:ind w:firstLine="420"/>
      </w:pPr>
      <w:r>
        <w:rPr>
          <w:rFonts w:ascii="宋体" w:hAnsi="宋体" w:eastAsia="宋体"/>
          <w:sz w:val="24"/>
        </w:rPr>
        <w:t>苏婉清安排的车刚好从侧门驶入。车窗摇下来，苏婉清的脸露出来，脸色发白：“上车！”</w:t>
      </w:r>
    </w:p>
    <w:p>
      <w:pPr>
        <w:spacing w:line="560" w:lineRule="exact"/>
        <w:ind w:firstLine="420"/>
      </w:pPr>
      <w:r>
        <w:rPr>
          <w:rFonts w:ascii="宋体" w:hAnsi="宋体" w:eastAsia="宋体"/>
          <w:sz w:val="24"/>
        </w:rPr>
        <w:t>林风最后一个上车。他回头看了一眼那三个倒在地上的人——他们的血条在古玉的视野里缓缓消退，像游戏里NPC死亡后消失的光芒一样。</w:t>
      </w:r>
    </w:p>
    <w:p>
      <w:pPr>
        <w:spacing w:line="560" w:lineRule="exact"/>
        <w:ind w:firstLine="420"/>
      </w:pPr>
      <w:r>
        <w:rPr>
          <w:rFonts w:ascii="宋体" w:hAnsi="宋体" w:eastAsia="宋体"/>
          <w:sz w:val="24"/>
        </w:rPr>
        <w:t>古玉还在发烫。</w:t>
      </w:r>
    </w:p>
    <w:p>
      <w:pPr>
        <w:spacing w:line="560" w:lineRule="exact"/>
        <w:ind w:firstLine="420"/>
      </w:pPr>
      <w:r>
        <w:rPr>
          <w:rFonts w:ascii="宋体" w:hAnsi="宋体" w:eastAsia="宋体"/>
          <w:sz w:val="24"/>
        </w:rPr>
        <w:t>他关上车门。</w:t>
      </w:r>
    </w:p>
    <w:p>
      <w:pPr>
        <w:spacing w:line="560" w:lineRule="exact"/>
        <w:ind w:firstLine="420"/>
      </w:pPr>
      <w:r>
        <w:rPr>
          <w:rFonts w:ascii="宋体" w:hAnsi="宋体" w:eastAsia="宋体"/>
          <w:sz w:val="24"/>
        </w:rPr>
        <w:t>黑色商务车驶离学校，穿过傍晚的城市街道，在红绿灯间穿梭，混入晚高峰的车流中。苏小雅靠在座椅上，胸口还在起伏：“妈的……我直播打世界BOSS都没这么紧张过……”</w:t>
      </w:r>
    </w:p>
    <w:p>
      <w:pPr>
        <w:spacing w:line="560" w:lineRule="exact"/>
        <w:ind w:firstLine="420"/>
      </w:pPr>
      <w:r>
        <w:rPr>
          <w:rFonts w:ascii="宋体" w:hAnsi="宋体" w:eastAsia="宋体"/>
          <w:sz w:val="24"/>
        </w:rPr>
        <w:t>赵铁柱摸着自己的盾牌，喃喃道：“真没想到……现实里也能用技能……”</w:t>
      </w:r>
    </w:p>
    <w:p>
      <w:pPr>
        <w:spacing w:line="560" w:lineRule="exact"/>
        <w:ind w:firstLine="420"/>
      </w:pPr>
      <w:r>
        <w:rPr>
          <w:rFonts w:ascii="宋体" w:hAnsi="宋体" w:eastAsia="宋体"/>
          <w:sz w:val="24"/>
        </w:rPr>
        <w:t>夜影没有说话。她坐在角落里，用一块灰色布擦拭着短刃上的血迹，动作慢而稳，刀刃在车窗透进来的路灯光下一明一暗。她的动作很认真，像在做一件需要全神贯注的手艺。</w:t>
      </w:r>
    </w:p>
    <w:p>
      <w:pPr>
        <w:spacing w:line="560" w:lineRule="exact"/>
        <w:ind w:firstLine="420"/>
      </w:pPr>
      <w:r>
        <w:rPr>
          <w:rFonts w:ascii="宋体" w:hAnsi="宋体" w:eastAsia="宋体"/>
          <w:sz w:val="24"/>
        </w:rPr>
        <w:t>林风坐在最后一排，看着车窗外飞速后退的街灯。</w:t>
      </w:r>
    </w:p>
    <w:p>
      <w:pPr>
        <w:spacing w:line="560" w:lineRule="exact"/>
        <w:ind w:firstLine="420"/>
      </w:pPr>
      <w:r>
        <w:rPr>
          <w:rFonts w:ascii="宋体" w:hAnsi="宋体" w:eastAsia="宋体"/>
          <w:sz w:val="24"/>
        </w:rPr>
        <w:t>他摸了摸口袋里的古玉。</w:t>
      </w:r>
    </w:p>
    <w:p>
      <w:pPr>
        <w:spacing w:line="560" w:lineRule="exact"/>
        <w:ind w:firstLine="420"/>
      </w:pPr>
      <w:r>
        <w:rPr>
          <w:rFonts w:ascii="宋体" w:hAnsi="宋体" w:eastAsia="宋体"/>
          <w:sz w:val="24"/>
        </w:rPr>
        <w:t>温度正在慢慢降下来。</w:t>
      </w:r>
    </w:p>
    <w:p>
      <w:pPr>
        <w:spacing w:line="560" w:lineRule="exact"/>
        <w:ind w:firstLine="420"/>
      </w:pPr>
      <w:r>
        <w:rPr>
          <w:rFonts w:ascii="宋体" w:hAnsi="宋体" w:eastAsia="宋体"/>
          <w:sz w:val="24"/>
        </w:rPr>
        <w:t>但他知道——这只是开始。</w:t>
      </w:r>
    </w:p>
    <w:p>
      <w:pPr>
        <w:spacing w:line="560" w:lineRule="exact"/>
        <w:ind w:firstLine="420"/>
      </w:pPr>
      <w:r>
        <w:rPr>
          <w:rFonts w:ascii="宋体" w:hAnsi="宋体" w:eastAsia="宋体"/>
          <w:sz w:val="24"/>
        </w:rPr>
        <w:t>暗流组织不会因为他逃过一次袭击就放弃。他们敢在学校门口动手，就说明他们根本没打算隐藏。他们想要古玉，想要全息现实映射技术。</w:t>
      </w:r>
    </w:p>
    <w:p>
      <w:pPr>
        <w:spacing w:line="560" w:lineRule="exact"/>
        <w:ind w:firstLine="420"/>
      </w:pPr>
      <w:r>
        <w:rPr>
          <w:rFonts w:ascii="宋体" w:hAnsi="宋体" w:eastAsia="宋体"/>
          <w:sz w:val="24"/>
        </w:rPr>
        <w:t>而他——必须在暗流下一次行动之前，把所有事情弄清楚。</w:t>
      </w:r>
    </w:p>
    <w:p>
      <w:pPr>
        <w:spacing w:line="560" w:lineRule="exact"/>
        <w:ind w:firstLine="420"/>
      </w:pPr>
      <w:r>
        <w:rPr>
          <w:rFonts w:ascii="宋体" w:hAnsi="宋体" w:eastAsia="宋体"/>
          <w:sz w:val="24"/>
        </w:rPr>
        <w:t>车停在风婉集团办公楼下。</w:t>
      </w:r>
    </w:p>
    <w:p>
      <w:pPr>
        <w:spacing w:line="560" w:lineRule="exact"/>
        <w:ind w:firstLine="420"/>
      </w:pPr>
      <w:r>
        <w:rPr>
          <w:rFonts w:ascii="宋体" w:hAnsi="宋体" w:eastAsia="宋体"/>
          <w:sz w:val="24"/>
        </w:rPr>
        <w:t>苏婉清转过头：“到了。安全屋在顶层，24小时安保，没有我的许可谁都上不去。”</w:t>
      </w:r>
    </w:p>
    <w:p>
      <w:pPr>
        <w:spacing w:line="560" w:lineRule="exact"/>
        <w:ind w:firstLine="420"/>
      </w:pPr>
      <w:r>
        <w:rPr>
          <w:rFonts w:ascii="宋体" w:hAnsi="宋体" w:eastAsia="宋体"/>
          <w:sz w:val="24"/>
        </w:rPr>
        <w:t>林风点了点头，推开车门。</w:t>
      </w:r>
    </w:p>
    <w:p>
      <w:pPr>
        <w:spacing w:line="560" w:lineRule="exact"/>
        <w:ind w:firstLine="420"/>
      </w:pPr>
      <w:r>
        <w:rPr>
          <w:rFonts w:ascii="宋体" w:hAnsi="宋体" w:eastAsia="宋体"/>
          <w:sz w:val="24"/>
        </w:rPr>
        <w:t>夜风有些凉，吹在脸上带着深秋的萧瑟。</w:t>
      </w:r>
    </w:p>
    <w:p>
      <w:pPr>
        <w:spacing w:line="560" w:lineRule="exact"/>
        <w:ind w:firstLine="420"/>
      </w:pPr>
      <w:r>
        <w:rPr>
          <w:rFonts w:ascii="宋体" w:hAnsi="宋体" w:eastAsia="宋体"/>
          <w:sz w:val="24"/>
        </w:rPr>
        <w:t>他抬头看了一眼办公楼顶层的灯光——那是他接下来的战场。</w:t>
      </w:r>
    </w:p>
    <w:p>
      <w:pPr>
        <w:spacing w:line="560" w:lineRule="exact"/>
        <w:ind w:firstLine="420"/>
      </w:pPr>
      <w:r>
        <w:rPr>
          <w:rFonts w:ascii="宋体" w:hAnsi="宋体" w:eastAsia="宋体"/>
          <w:sz w:val="24"/>
        </w:rPr>
        <w:t>不是游戏里的竞技场，不会给你复活机会，死了就是真的死了。</w:t>
      </w:r>
    </w:p>
    <w:p>
      <w:pPr>
        <w:spacing w:line="560" w:lineRule="exact"/>
        <w:ind w:firstLine="420"/>
      </w:pPr>
      <w:r>
        <w:rPr>
          <w:rFonts w:ascii="宋体" w:hAnsi="宋体" w:eastAsia="宋体"/>
          <w:sz w:val="24"/>
        </w:rPr>
        <w:t>但他在现实里也有底牌——古玉、父母留下的技术文档、还有风婉集团做后盾。</w:t>
      </w:r>
    </w:p>
    <w:p>
      <w:pPr>
        <w:spacing w:line="560" w:lineRule="exact"/>
        <w:ind w:firstLine="420"/>
      </w:pPr>
      <w:r>
        <w:rPr>
          <w:rFonts w:ascii="宋体" w:hAnsi="宋体" w:eastAsia="宋体"/>
          <w:sz w:val="24"/>
        </w:rPr>
        <w:t>他摸了摸口袋里的古玉，古玉的温度已经降了下去，但那份沉甸甸的分量还在。他深吸一口气，转身走进了大楼。</w:t>
      </w:r>
    </w:p>
    <w:p>
      <w:r>
        <w:br w:type="page"/>
      </w:r>
    </w:p>
    <w:p>
      <w:pPr>
        <w:jc w:val="center"/>
      </w:pPr>
      <w:r>
        <w:rPr>
          <w:b/>
          <w:sz w:val="32"/>
        </w:rPr>
        <w:t>第041章 备战神域</w:t>
      </w:r>
    </w:p>
    <w:p>
      <w:pPr>
        <w:jc w:val="center"/>
      </w:pPr>
      <w:r>
        <w:rPr>
          <w:color w:val="999999"/>
          <w:sz w:val="18"/>
        </w:rPr>
        <w:t>（2,995字）</w:t>
      </w:r>
    </w:p>
    <w:p/>
    <w:p>
      <w:pPr>
        <w:spacing w:line="560" w:lineRule="exact"/>
        <w:ind w:firstLine="420"/>
      </w:pPr>
      <w:r>
        <w:rPr>
          <w:rFonts w:ascii="宋体" w:hAnsi="宋体" w:eastAsia="宋体"/>
          <w:sz w:val="24"/>
        </w:rPr>
        <w:t>神域终极副本入口前，神豪殿全员刚站定，天空忽然裂开一道血色裂缝。</w:t>
      </w:r>
    </w:p>
    <w:p>
      <w:pPr>
        <w:spacing w:line="560" w:lineRule="exact"/>
        <w:ind w:firstLine="420"/>
      </w:pPr>
      <w:r>
        <w:rPr>
          <w:rFonts w:ascii="宋体" w:hAnsi="宋体" w:eastAsia="宋体"/>
          <w:sz w:val="24"/>
        </w:rPr>
        <w:t>【世界公告：暗流组织已接管神域入口，非暗流成员进入者，格杀勿论！】</w:t>
      </w:r>
    </w:p>
    <w:p>
      <w:pPr>
        <w:spacing w:line="560" w:lineRule="exact"/>
        <w:ind w:firstLine="420"/>
      </w:pPr>
      <w:r>
        <w:rPr>
          <w:rFonts w:ascii="宋体" w:hAnsi="宋体" w:eastAsia="宋体"/>
          <w:sz w:val="24"/>
        </w:rPr>
        <w:t>公会频道瞬间炸了。</w:t>
      </w:r>
    </w:p>
    <w:p>
      <w:pPr>
        <w:spacing w:line="560" w:lineRule="exact"/>
        <w:ind w:firstLine="420"/>
      </w:pPr>
      <w:r>
        <w:rPr>
          <w:rFonts w:ascii="宋体" w:hAnsi="宋体" w:eastAsia="宋体"/>
          <w:sz w:val="24"/>
        </w:rPr>
        <w:t>赵铁柱扛着巨盾，骂骂咧咧：“我靠，进个副本还搞收费站？这暗流是不是有病？”</w:t>
      </w:r>
    </w:p>
    <w:p>
      <w:pPr>
        <w:spacing w:line="560" w:lineRule="exact"/>
        <w:ind w:firstLine="420"/>
      </w:pPr>
      <w:r>
        <w:rPr>
          <w:rFonts w:ascii="宋体" w:hAnsi="宋体" w:eastAsia="宋体"/>
          <w:sz w:val="24"/>
        </w:rPr>
        <w:t>苏小雅直播间弹幕刷疯了。</w:t>
      </w:r>
    </w:p>
    <w:p>
      <w:pPr>
        <w:spacing w:line="560" w:lineRule="exact"/>
        <w:ind w:firstLine="420"/>
      </w:pPr>
      <w:r>
        <w:rPr>
          <w:rFonts w:ascii="宋体" w:hAnsi="宋体" w:eastAsia="宋体"/>
          <w:sz w:val="24"/>
        </w:rPr>
        <w:t>【神豪殿被堵了！】</w:t>
        <w:br/>
        <w:t>【风中追风这次怎么打？】</w:t>
        <w:br/>
        <w:t>【暗流全服第一杀手团，真要硬刚？】</w:t>
      </w:r>
    </w:p>
    <w:p>
      <w:pPr>
        <w:spacing w:line="560" w:lineRule="exact"/>
        <w:ind w:firstLine="420"/>
      </w:pPr>
      <w:r>
        <w:rPr>
          <w:rFonts w:ascii="宋体" w:hAnsi="宋体" w:eastAsia="宋体"/>
          <w:sz w:val="24"/>
        </w:rPr>
        <w:t>林风站在传送阵前，目光落在虚空深处。</w:t>
      </w:r>
    </w:p>
    <w:p>
      <w:pPr>
        <w:spacing w:line="560" w:lineRule="exact"/>
        <w:ind w:firstLine="420"/>
      </w:pPr>
      <w:r>
        <w:rPr>
          <w:rFonts w:ascii="宋体" w:hAnsi="宋体" w:eastAsia="宋体"/>
          <w:sz w:val="24"/>
        </w:rPr>
        <w:t>那里，一座金色神殿悬浮在云层之上，殿门紧闭，门后传来沉闷心跳声。</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每一下，都像敲在所有玩家心口。</w:t>
      </w:r>
    </w:p>
    <w:p>
      <w:pPr>
        <w:spacing w:line="560" w:lineRule="exact"/>
        <w:ind w:firstLine="420"/>
      </w:pPr>
      <w:r>
        <w:rPr>
          <w:rFonts w:ascii="宋体" w:hAnsi="宋体" w:eastAsia="宋体"/>
          <w:sz w:val="24"/>
        </w:rPr>
        <w:t>凌天推了推眼镜，声音压低：“入口被他们动了手脚，正常进入会被强制踢出副本。而且，神域终极副本只有一个名额，不是团队副本。”</w:t>
      </w:r>
    </w:p>
    <w:p>
      <w:pPr>
        <w:spacing w:line="560" w:lineRule="exact"/>
        <w:ind w:firstLine="420"/>
      </w:pPr>
      <w:r>
        <w:rPr>
          <w:rFonts w:ascii="宋体" w:hAnsi="宋体" w:eastAsia="宋体"/>
          <w:sz w:val="24"/>
        </w:rPr>
        <w:t>赵铁柱愣住：“啥意思？我们这么多人陪你打前戏，最后你一个人进去？”</w:t>
      </w:r>
    </w:p>
    <w:p>
      <w:pPr>
        <w:spacing w:line="560" w:lineRule="exact"/>
        <w:ind w:firstLine="420"/>
      </w:pPr>
      <w:r>
        <w:rPr>
          <w:rFonts w:ascii="宋体" w:hAnsi="宋体" w:eastAsia="宋体"/>
          <w:sz w:val="24"/>
        </w:rPr>
        <w:t>夜影握紧匕首，冷冷道：“暗流这是要把我们挡死在门外。”</w:t>
      </w:r>
    </w:p>
    <w:p>
      <w:pPr>
        <w:spacing w:line="560" w:lineRule="exact"/>
        <w:ind w:firstLine="420"/>
      </w:pPr>
      <w:r>
        <w:rPr>
          <w:rFonts w:ascii="宋体" w:hAnsi="宋体" w:eastAsia="宋体"/>
          <w:sz w:val="24"/>
        </w:rPr>
        <w:t>苏小雅急得不行：“林风，秦雨刚给我发私信，她说天穹科技内部监测到异常数据，神域副本可能不是普通副本！”</w:t>
      </w:r>
    </w:p>
    <w:p>
      <w:pPr>
        <w:spacing w:line="560" w:lineRule="exact"/>
        <w:ind w:firstLine="420"/>
      </w:pPr>
      <w:r>
        <w:rPr>
          <w:rFonts w:ascii="宋体" w:hAnsi="宋体" w:eastAsia="宋体"/>
          <w:sz w:val="24"/>
        </w:rPr>
        <w:t>林风没说话。</w:t>
      </w:r>
    </w:p>
    <w:p>
      <w:pPr>
        <w:spacing w:line="560" w:lineRule="exact"/>
        <w:ind w:firstLine="420"/>
      </w:pPr>
      <w:r>
        <w:rPr>
          <w:rFonts w:ascii="宋体" w:hAnsi="宋体" w:eastAsia="宋体"/>
          <w:sz w:val="24"/>
        </w:rPr>
        <w:t>他手腕上的古玉，忽然热了一下。</w:t>
      </w:r>
    </w:p>
    <w:p>
      <w:pPr>
        <w:spacing w:line="560" w:lineRule="exact"/>
        <w:ind w:firstLine="420"/>
      </w:pPr>
      <w:r>
        <w:rPr>
          <w:rFonts w:ascii="宋体" w:hAnsi="宋体" w:eastAsia="宋体"/>
          <w:sz w:val="24"/>
        </w:rPr>
        <w:t>很轻。</w:t>
      </w:r>
    </w:p>
    <w:p>
      <w:pPr>
        <w:spacing w:line="560" w:lineRule="exact"/>
        <w:ind w:firstLine="420"/>
      </w:pPr>
      <w:r>
        <w:rPr>
          <w:rFonts w:ascii="宋体" w:hAnsi="宋体" w:eastAsia="宋体"/>
          <w:sz w:val="24"/>
        </w:rPr>
        <w:t>像有人在黑暗里，隔着生死敲了他一下。</w:t>
      </w:r>
    </w:p>
    <w:p>
      <w:pPr>
        <w:spacing w:line="560" w:lineRule="exact"/>
        <w:ind w:firstLine="420"/>
      </w:pPr>
      <w:r>
        <w:rPr>
          <w:rFonts w:ascii="宋体" w:hAnsi="宋体" w:eastAsia="宋体"/>
          <w:sz w:val="24"/>
        </w:rPr>
        <w:t>【叮！检测到神域终极副本开启条件满足。】</w:t>
        <w:br/>
        <w:t>【神豪之主形态可解锁。】</w:t>
        <w:br/>
        <w:t>【是否消耗999亿游戏币，开启终极形态：神豪之主？】</w:t>
      </w:r>
    </w:p>
    <w:p>
      <w:pPr>
        <w:spacing w:line="560" w:lineRule="exact"/>
        <w:ind w:firstLine="420"/>
      </w:pPr>
      <w:r>
        <w:rPr>
          <w:rFonts w:ascii="宋体" w:hAnsi="宋体" w:eastAsia="宋体"/>
          <w:sz w:val="24"/>
        </w:rPr>
        <w:t>林风眼皮一跳。</w:t>
      </w:r>
    </w:p>
    <w:p>
      <w:pPr>
        <w:spacing w:line="560" w:lineRule="exact"/>
        <w:ind w:firstLine="420"/>
      </w:pPr>
      <w:r>
        <w:rPr>
          <w:rFonts w:ascii="宋体" w:hAnsi="宋体" w:eastAsia="宋体"/>
          <w:sz w:val="24"/>
        </w:rPr>
        <w:t>999亿？</w:t>
      </w:r>
    </w:p>
    <w:p>
      <w:pPr>
        <w:spacing w:line="560" w:lineRule="exact"/>
        <w:ind w:firstLine="420"/>
      </w:pPr>
      <w:r>
        <w:rPr>
          <w:rFonts w:ascii="宋体" w:hAnsi="宋体" w:eastAsia="宋体"/>
          <w:sz w:val="24"/>
        </w:rPr>
        <w:t>这数字听着吓人，可对现在的他来说，也就是系统后台多敲几个零。</w:t>
      </w:r>
    </w:p>
    <w:p>
      <w:pPr>
        <w:spacing w:line="560" w:lineRule="exact"/>
        <w:ind w:firstLine="420"/>
      </w:pPr>
      <w:r>
        <w:rPr>
          <w:rFonts w:ascii="宋体" w:hAnsi="宋体" w:eastAsia="宋体"/>
          <w:sz w:val="24"/>
        </w:rPr>
        <w:t>“开。”</w:t>
      </w:r>
    </w:p>
    <w:p>
      <w:pPr>
        <w:spacing w:line="560" w:lineRule="exact"/>
        <w:ind w:firstLine="420"/>
      </w:pPr>
      <w:r>
        <w:rPr>
          <w:rFonts w:ascii="宋体" w:hAnsi="宋体" w:eastAsia="宋体"/>
          <w:sz w:val="24"/>
        </w:rPr>
        <w:t>【叮！充值成功！】</w:t>
        <w:br/>
        <w:t>【余额：∞】</w:t>
        <w:br/>
        <w:t>【神豪之主终极形态开启中……】</w:t>
      </w:r>
    </w:p>
    <w:p>
      <w:pPr>
        <w:spacing w:line="560" w:lineRule="exact"/>
        <w:ind w:firstLine="420"/>
      </w:pPr>
      <w:r>
        <w:rPr>
          <w:rFonts w:ascii="宋体" w:hAnsi="宋体" w:eastAsia="宋体"/>
          <w:sz w:val="24"/>
        </w:rPr>
        <w:t>下一瞬，整个神域入口光芒暴涨。</w:t>
      </w:r>
    </w:p>
    <w:p>
      <w:pPr>
        <w:spacing w:line="560" w:lineRule="exact"/>
        <w:ind w:firstLine="420"/>
      </w:pPr>
      <w:r>
        <w:rPr>
          <w:rFonts w:ascii="宋体" w:hAnsi="宋体" w:eastAsia="宋体"/>
          <w:sz w:val="24"/>
        </w:rPr>
        <w:t>林风身上的黑金战甲寸寸裂开，露出里面流动着金色符文的内甲。金色长发从头顶披落，背后浮现出一对由数据与金芒组成的羽翼。</w:t>
      </w:r>
    </w:p>
    <w:p>
      <w:pPr>
        <w:spacing w:line="560" w:lineRule="exact"/>
        <w:ind w:firstLine="420"/>
      </w:pPr>
      <w:r>
        <w:rPr>
          <w:rFonts w:ascii="宋体" w:hAnsi="宋体" w:eastAsia="宋体"/>
          <w:sz w:val="24"/>
        </w:rPr>
        <w:t>他头顶ID下方，多出一行暗金色称号。</w:t>
      </w:r>
    </w:p>
    <w:p>
      <w:pPr>
        <w:spacing w:line="560" w:lineRule="exact"/>
        <w:ind w:firstLine="420"/>
      </w:pPr>
      <w:r>
        <w:rPr>
          <w:rFonts w:ascii="宋体" w:hAnsi="宋体" w:eastAsia="宋体"/>
          <w:sz w:val="24"/>
        </w:rPr>
        <w:t>【神豪之主】</w:t>
      </w:r>
    </w:p>
    <w:p>
      <w:pPr>
        <w:spacing w:line="560" w:lineRule="exact"/>
        <w:ind w:firstLine="420"/>
      </w:pPr>
      <w:r>
        <w:rPr>
          <w:rFonts w:ascii="宋体" w:hAnsi="宋体" w:eastAsia="宋体"/>
          <w:sz w:val="24"/>
        </w:rPr>
        <w:t>所有神豪殿成员齐齐倒吸凉气。</w:t>
      </w:r>
    </w:p>
    <w:p>
      <w:pPr>
        <w:spacing w:line="560" w:lineRule="exact"/>
        <w:ind w:firstLine="420"/>
      </w:pPr>
      <w:r>
        <w:rPr>
          <w:rFonts w:ascii="宋体" w:hAnsi="宋体" w:eastAsia="宋体"/>
          <w:sz w:val="24"/>
        </w:rPr>
        <w:t>赵铁柱张大嘴：“风哥，你这造型……有点离谱啊。”</w:t>
      </w:r>
    </w:p>
    <w:p>
      <w:pPr>
        <w:spacing w:line="560" w:lineRule="exact"/>
        <w:ind w:firstLine="420"/>
      </w:pPr>
      <w:r>
        <w:rPr>
          <w:rFonts w:ascii="宋体" w:hAnsi="宋体" w:eastAsia="宋体"/>
          <w:sz w:val="24"/>
        </w:rPr>
        <w:t>苏小雅直播间直接炸屏。</w:t>
      </w:r>
    </w:p>
    <w:p>
      <w:pPr>
        <w:spacing w:line="560" w:lineRule="exact"/>
        <w:ind w:firstLine="420"/>
      </w:pPr>
      <w:r>
        <w:rPr>
          <w:rFonts w:ascii="宋体" w:hAnsi="宋体" w:eastAsia="宋体"/>
          <w:sz w:val="24"/>
        </w:rPr>
        <w:t>【卧槽！全服第一帅！】</w:t>
        <w:br/>
        <w:t>【这特效花钱了吧？肯定花钱了吧！】</w:t>
        <w:br/>
        <w:t>【废话，风中追风缺钱吗？】</w:t>
      </w:r>
    </w:p>
    <w:p>
      <w:pPr>
        <w:spacing w:line="560" w:lineRule="exact"/>
        <w:ind w:firstLine="420"/>
      </w:pPr>
      <w:r>
        <w:rPr>
          <w:rFonts w:ascii="宋体" w:hAnsi="宋体" w:eastAsia="宋体"/>
          <w:sz w:val="24"/>
        </w:rPr>
        <w:t>暗流阵营里，一个黑袍人眯起眼：“这就是风中追风？果然有点东西。”</w:t>
      </w:r>
    </w:p>
    <w:p>
      <w:pPr>
        <w:spacing w:line="560" w:lineRule="exact"/>
        <w:ind w:firstLine="420"/>
      </w:pPr>
      <w:r>
        <w:rPr>
          <w:rFonts w:ascii="宋体" w:hAnsi="宋体" w:eastAsia="宋体"/>
          <w:sz w:val="24"/>
        </w:rPr>
        <w:t>他身边，一个女刺客冷冷道：“陈锋说过，别跟他硬碰硬。”</w:t>
      </w:r>
    </w:p>
    <w:p>
      <w:pPr>
        <w:spacing w:line="560" w:lineRule="exact"/>
        <w:ind w:firstLine="420"/>
      </w:pPr>
      <w:r>
        <w:rPr>
          <w:rFonts w:ascii="宋体" w:hAnsi="宋体" w:eastAsia="宋体"/>
          <w:sz w:val="24"/>
        </w:rPr>
        <w:t>黑袍人嗤笑：“陈锋是陈锋，暗流是暗流。今天神域入口在我们手里，他想进，得踩尸体过去。”</w:t>
      </w:r>
    </w:p>
    <w:p>
      <w:pPr>
        <w:spacing w:line="560" w:lineRule="exact"/>
        <w:ind w:firstLine="420"/>
      </w:pPr>
      <w:r>
        <w:rPr>
          <w:rFonts w:ascii="宋体" w:hAnsi="宋体" w:eastAsia="宋体"/>
          <w:sz w:val="24"/>
        </w:rPr>
        <w:t>话音刚落，林风抬了抬手。</w:t>
      </w:r>
    </w:p>
    <w:p>
      <w:pPr>
        <w:spacing w:line="560" w:lineRule="exact"/>
        <w:ind w:firstLine="420"/>
      </w:pPr>
      <w:r>
        <w:rPr>
          <w:rFonts w:ascii="宋体" w:hAnsi="宋体" w:eastAsia="宋体"/>
          <w:sz w:val="24"/>
        </w:rPr>
        <w:t>【神豪技能：万金归宗！】</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无数金币虚影从天而降，化作金色锁链，直接缠住暗流前排玩家。</w:t>
      </w:r>
    </w:p>
    <w:p>
      <w:pPr>
        <w:spacing w:line="560" w:lineRule="exact"/>
        <w:ind w:firstLine="420"/>
      </w:pPr>
      <w:r>
        <w:rPr>
          <w:rFonts w:ascii="宋体" w:hAnsi="宋体" w:eastAsia="宋体"/>
          <w:sz w:val="24"/>
        </w:rPr>
        <w:t>【-12800000！】</w:t>
        <w:br/>
        <w:t>【-13560000！】</w:t>
        <w:br/>
        <w:t>【-11980000！】</w:t>
      </w:r>
    </w:p>
    <w:p>
      <w:pPr>
        <w:spacing w:line="560" w:lineRule="exact"/>
        <w:ind w:firstLine="420"/>
      </w:pPr>
      <w:r>
        <w:rPr>
          <w:rFonts w:ascii="宋体" w:hAnsi="宋体" w:eastAsia="宋体"/>
          <w:sz w:val="24"/>
        </w:rPr>
        <w:t>暗流前排瞬间掉血三分之一。</w:t>
      </w:r>
    </w:p>
    <w:p>
      <w:pPr>
        <w:spacing w:line="560" w:lineRule="exact"/>
        <w:ind w:firstLine="420"/>
      </w:pPr>
      <w:r>
        <w:rPr>
          <w:rFonts w:ascii="宋体" w:hAnsi="宋体" w:eastAsia="宋体"/>
          <w:sz w:val="24"/>
        </w:rPr>
        <w:t>赵铁柱眼睛一亮：“这技能带控？”</w:t>
      </w:r>
    </w:p>
    <w:p>
      <w:pPr>
        <w:spacing w:line="560" w:lineRule="exact"/>
        <w:ind w:firstLine="420"/>
      </w:pPr>
      <w:r>
        <w:rPr>
          <w:rFonts w:ascii="宋体" w:hAnsi="宋体" w:eastAsia="宋体"/>
          <w:sz w:val="24"/>
        </w:rPr>
        <w:t>林风道：“铁柱，顶上去。”</w:t>
      </w:r>
    </w:p>
    <w:p>
      <w:pPr>
        <w:spacing w:line="560" w:lineRule="exact"/>
        <w:ind w:firstLine="420"/>
      </w:pPr>
      <w:r>
        <w:rPr>
          <w:rFonts w:ascii="宋体" w:hAnsi="宋体" w:eastAsia="宋体"/>
          <w:sz w:val="24"/>
        </w:rPr>
        <w:t>“得嘞！”</w:t>
      </w:r>
    </w:p>
    <w:p>
      <w:pPr>
        <w:spacing w:line="560" w:lineRule="exact"/>
        <w:ind w:firstLine="420"/>
      </w:pPr>
      <w:r>
        <w:rPr>
          <w:rFonts w:ascii="宋体" w:hAnsi="宋体" w:eastAsia="宋体"/>
          <w:sz w:val="24"/>
        </w:rPr>
        <w:t>赵铁柱大吼一声，巨盾砸地。</w:t>
      </w:r>
    </w:p>
    <w:p>
      <w:pPr>
        <w:spacing w:line="560" w:lineRule="exact"/>
        <w:ind w:firstLine="420"/>
      </w:pPr>
      <w:r>
        <w:rPr>
          <w:rFonts w:ascii="宋体" w:hAnsi="宋体" w:eastAsia="宋体"/>
          <w:sz w:val="24"/>
        </w:rPr>
        <w:t>【赵铁柱使用技能：不动如山！】</w:t>
        <w:br/>
        <w:t>【吸收伤害：8720000！】</w:t>
      </w:r>
    </w:p>
    <w:p>
      <w:pPr>
        <w:spacing w:line="560" w:lineRule="exact"/>
        <w:ind w:firstLine="420"/>
      </w:pPr>
      <w:r>
        <w:rPr>
          <w:rFonts w:ascii="宋体" w:hAnsi="宋体" w:eastAsia="宋体"/>
          <w:sz w:val="24"/>
        </w:rPr>
        <w:t>他整个人像一座铁塔，硬生生挡在神豪殿最前方。</w:t>
      </w:r>
    </w:p>
    <w:p>
      <w:pPr>
        <w:spacing w:line="560" w:lineRule="exact"/>
        <w:ind w:firstLine="420"/>
      </w:pPr>
      <w:r>
        <w:rPr>
          <w:rFonts w:ascii="宋体" w:hAnsi="宋体" w:eastAsia="宋体"/>
          <w:sz w:val="24"/>
        </w:rPr>
        <w:t>暗流刺客群同时出手。</w:t>
      </w:r>
    </w:p>
    <w:p>
      <w:pPr>
        <w:spacing w:line="560" w:lineRule="exact"/>
        <w:ind w:firstLine="420"/>
      </w:pPr>
      <w:r>
        <w:rPr>
          <w:rFonts w:ascii="宋体" w:hAnsi="宋体" w:eastAsia="宋体"/>
          <w:sz w:val="24"/>
        </w:rPr>
        <w:t>【暗杀·断喉！】</w:t>
        <w:br/>
        <w:t>【影步·三连！】</w:t>
        <w:br/>
        <w:t>【毒刃·裂心！】</w:t>
      </w:r>
    </w:p>
    <w:p>
      <w:pPr>
        <w:spacing w:line="560" w:lineRule="exact"/>
        <w:ind w:firstLine="420"/>
      </w:pPr>
      <w:r>
        <w:rPr>
          <w:rFonts w:ascii="宋体" w:hAnsi="宋体" w:eastAsia="宋体"/>
          <w:sz w:val="24"/>
        </w:rPr>
        <w:t>匕首、毒刃、黑影从四面八方扑来。</w:t>
      </w:r>
    </w:p>
    <w:p>
      <w:pPr>
        <w:spacing w:line="560" w:lineRule="exact"/>
        <w:ind w:firstLine="420"/>
      </w:pPr>
      <w:r>
        <w:rPr>
          <w:rFonts w:ascii="宋体" w:hAnsi="宋体" w:eastAsia="宋体"/>
          <w:sz w:val="24"/>
        </w:rPr>
        <w:t>夜影动了。</w:t>
      </w:r>
    </w:p>
    <w:p>
      <w:pPr>
        <w:spacing w:line="560" w:lineRule="exact"/>
        <w:ind w:firstLine="420"/>
      </w:pPr>
      <w:r>
        <w:rPr>
          <w:rFonts w:ascii="宋体" w:hAnsi="宋体" w:eastAsia="宋体"/>
          <w:sz w:val="24"/>
        </w:rPr>
        <w:t>她身形一矮，整个人融入地面阴影。</w:t>
      </w:r>
    </w:p>
    <w:p>
      <w:pPr>
        <w:spacing w:line="560" w:lineRule="exact"/>
        <w:ind w:firstLine="420"/>
      </w:pPr>
      <w:r>
        <w:rPr>
          <w:rFonts w:ascii="宋体" w:hAnsi="宋体" w:eastAsia="宋体"/>
          <w:sz w:val="24"/>
        </w:rPr>
        <w:t>【夜影使用技能：影杀·千刃！】</w:t>
      </w:r>
    </w:p>
    <w:p>
      <w:pPr>
        <w:spacing w:line="560" w:lineRule="exact"/>
        <w:ind w:firstLine="420"/>
      </w:pPr>
      <w:r>
        <w:rPr>
          <w:rFonts w:ascii="宋体" w:hAnsi="宋体" w:eastAsia="宋体"/>
          <w:sz w:val="24"/>
        </w:rPr>
        <w:t>噗噗噗噗噗！</w:t>
      </w:r>
    </w:p>
    <w:p>
      <w:pPr>
        <w:spacing w:line="560" w:lineRule="exact"/>
        <w:ind w:firstLine="420"/>
      </w:pPr>
      <w:r>
        <w:rPr>
          <w:rFonts w:ascii="宋体" w:hAnsi="宋体" w:eastAsia="宋体"/>
          <w:sz w:val="24"/>
        </w:rPr>
        <w:t>暗流后排连续爆出血花。</w:t>
      </w:r>
    </w:p>
    <w:p>
      <w:pPr>
        <w:spacing w:line="560" w:lineRule="exact"/>
        <w:ind w:firstLine="420"/>
      </w:pPr>
      <w:r>
        <w:rPr>
          <w:rFonts w:ascii="宋体" w:hAnsi="宋体" w:eastAsia="宋体"/>
          <w:sz w:val="24"/>
        </w:rPr>
        <w:t>【-6800000！】</w:t>
        <w:br/>
        <w:t>【-7420000！】</w:t>
        <w:br/>
        <w:t>【-19600000！暴击！】</w:t>
      </w:r>
    </w:p>
    <w:p>
      <w:pPr>
        <w:spacing w:line="560" w:lineRule="exact"/>
        <w:ind w:firstLine="420"/>
      </w:pPr>
      <w:r>
        <w:rPr>
          <w:rFonts w:ascii="宋体" w:hAnsi="宋体" w:eastAsia="宋体"/>
          <w:sz w:val="24"/>
        </w:rPr>
        <w:t>一名暗流法师刚读完条，脑袋上就跳出红字，整个人直接被秒。</w:t>
      </w:r>
    </w:p>
    <w:p>
      <w:pPr>
        <w:spacing w:line="560" w:lineRule="exact"/>
        <w:ind w:firstLine="420"/>
      </w:pPr>
      <w:r>
        <w:rPr>
          <w:rFonts w:ascii="宋体" w:hAnsi="宋体" w:eastAsia="宋体"/>
          <w:sz w:val="24"/>
        </w:rPr>
        <w:t>苏小雅站在后方，双手飞快操作公会频道。</w:t>
      </w:r>
    </w:p>
    <w:p>
      <w:pPr>
        <w:spacing w:line="560" w:lineRule="exact"/>
        <w:ind w:firstLine="420"/>
      </w:pPr>
      <w:r>
        <w:rPr>
          <w:rFonts w:ascii="宋体" w:hAnsi="宋体" w:eastAsia="宋体"/>
          <w:sz w:val="24"/>
        </w:rPr>
        <w:t>“盾战补左翼！牧师别省蓝！弓箭手压他们后排！夜影姐别追太深，留人！”</w:t>
      </w:r>
    </w:p>
    <w:p>
      <w:pPr>
        <w:spacing w:line="560" w:lineRule="exact"/>
        <w:ind w:firstLine="420"/>
      </w:pPr>
      <w:r>
        <w:rPr>
          <w:rFonts w:ascii="宋体" w:hAnsi="宋体" w:eastAsia="宋体"/>
          <w:sz w:val="24"/>
        </w:rPr>
        <w:t>她一边指挥，一边对着直播间喊：“家人们别光喊666，看站位！神豪殿不是靠砸钱硬怼，是有战术的！”</w:t>
      </w:r>
    </w:p>
    <w:p>
      <w:pPr>
        <w:spacing w:line="560" w:lineRule="exact"/>
        <w:ind w:firstLine="420"/>
      </w:pPr>
      <w:r>
        <w:rPr>
          <w:rFonts w:ascii="宋体" w:hAnsi="宋体" w:eastAsia="宋体"/>
          <w:sz w:val="24"/>
        </w:rPr>
        <w:t>凌天站在林风身侧，盯着血色裂缝。</w:t>
      </w:r>
    </w:p>
    <w:p>
      <w:pPr>
        <w:spacing w:line="560" w:lineRule="exact"/>
        <w:ind w:firstLine="420"/>
      </w:pPr>
      <w:r>
        <w:rPr>
          <w:rFonts w:ascii="宋体" w:hAnsi="宋体" w:eastAsia="宋体"/>
          <w:sz w:val="24"/>
        </w:rPr>
        <w:t>“暗流只是幌子，真正的问题是入口规则。”</w:t>
      </w:r>
    </w:p>
    <w:p>
      <w:pPr>
        <w:spacing w:line="560" w:lineRule="exact"/>
        <w:ind w:firstLine="420"/>
      </w:pPr>
      <w:r>
        <w:rPr>
          <w:rFonts w:ascii="宋体" w:hAnsi="宋体" w:eastAsia="宋体"/>
          <w:sz w:val="24"/>
        </w:rPr>
        <w:t>林风点头：“我知道。”</w:t>
      </w:r>
    </w:p>
    <w:p>
      <w:pPr>
        <w:spacing w:line="560" w:lineRule="exact"/>
        <w:ind w:firstLine="420"/>
      </w:pPr>
      <w:r>
        <w:rPr>
          <w:rFonts w:ascii="宋体" w:hAnsi="宋体" w:eastAsia="宋体"/>
          <w:sz w:val="24"/>
        </w:rPr>
        <w:t>血色裂缝里，不断涌出黑色数据流。那些数据流像虫子一样爬向传送阵，只要碰到神豪殿成员，就会被强制弹出。</w:t>
      </w:r>
    </w:p>
    <w:p>
      <w:pPr>
        <w:spacing w:line="560" w:lineRule="exact"/>
        <w:ind w:firstLine="420"/>
      </w:pPr>
      <w:r>
        <w:rPr>
          <w:rFonts w:ascii="宋体" w:hAnsi="宋体" w:eastAsia="宋体"/>
          <w:sz w:val="24"/>
        </w:rPr>
        <w:t>【玩家“神豪殿小刀”已被神域规则排斥！】</w:t>
        <w:br/>
        <w:t>【玩家“神豪殿阿木”已被神域规则排斥！】</w:t>
      </w:r>
    </w:p>
    <w:p>
      <w:pPr>
        <w:spacing w:line="560" w:lineRule="exact"/>
        <w:ind w:firstLine="420"/>
      </w:pPr>
      <w:r>
        <w:rPr>
          <w:rFonts w:ascii="宋体" w:hAnsi="宋体" w:eastAsia="宋体"/>
          <w:sz w:val="24"/>
        </w:rPr>
        <w:t>赵铁柱扛着盾回头：“风哥，这玩意儿怎么打？总不能拿盾砸系统吧？”</w:t>
      </w:r>
    </w:p>
    <w:p>
      <w:pPr>
        <w:spacing w:line="560" w:lineRule="exact"/>
        <w:ind w:firstLine="420"/>
      </w:pPr>
      <w:r>
        <w:rPr>
          <w:rFonts w:ascii="宋体" w:hAnsi="宋体" w:eastAsia="宋体"/>
          <w:sz w:val="24"/>
        </w:rPr>
        <w:t>林风抬手，掌心出现一枚金色令牌。</w:t>
      </w:r>
    </w:p>
    <w:p>
      <w:pPr>
        <w:spacing w:line="560" w:lineRule="exact"/>
        <w:ind w:firstLine="420"/>
      </w:pPr>
      <w:r>
        <w:rPr>
          <w:rFonts w:ascii="宋体" w:hAnsi="宋体" w:eastAsia="宋体"/>
          <w:sz w:val="24"/>
        </w:rPr>
        <w:t>令牌上刻着两个字。</w:t>
      </w:r>
    </w:p>
    <w:p>
      <w:pPr>
        <w:spacing w:line="560" w:lineRule="exact"/>
        <w:ind w:firstLine="420"/>
      </w:pPr>
      <w:r>
        <w:rPr>
          <w:rFonts w:ascii="宋体" w:hAnsi="宋体" w:eastAsia="宋体"/>
          <w:sz w:val="24"/>
        </w:rPr>
        <w:t>神豪。</w:t>
      </w:r>
    </w:p>
    <w:p>
      <w:pPr>
        <w:spacing w:line="560" w:lineRule="exact"/>
        <w:ind w:firstLine="420"/>
      </w:pPr>
      <w:r>
        <w:rPr>
          <w:rFonts w:ascii="宋体" w:hAnsi="宋体" w:eastAsia="宋体"/>
          <w:sz w:val="24"/>
        </w:rPr>
        <w:t>【神豪技能：天命充值！】</w:t>
      </w:r>
    </w:p>
    <w:p>
      <w:pPr>
        <w:spacing w:line="560" w:lineRule="exact"/>
        <w:ind w:firstLine="420"/>
      </w:pPr>
      <w:r>
        <w:rPr>
          <w:rFonts w:ascii="宋体" w:hAnsi="宋体" w:eastAsia="宋体"/>
          <w:sz w:val="24"/>
        </w:rPr>
        <w:t>金色令牌砸进传送阵。</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整个神域入口剧烈震动。</w:t>
      </w:r>
    </w:p>
    <w:p>
      <w:pPr>
        <w:spacing w:line="560" w:lineRule="exact"/>
        <w:ind w:firstLine="420"/>
      </w:pPr>
      <w:r>
        <w:rPr>
          <w:rFonts w:ascii="宋体" w:hAnsi="宋体" w:eastAsia="宋体"/>
          <w:sz w:val="24"/>
        </w:rPr>
        <w:t>血色裂缝被硬生生撕开一道口子，黑色数据流疯狂反扑，化作一头十米高的怪物。</w:t>
      </w:r>
    </w:p>
    <w:p>
      <w:pPr>
        <w:spacing w:line="560" w:lineRule="exact"/>
        <w:ind w:firstLine="420"/>
      </w:pPr>
      <w:r>
        <w:rPr>
          <w:rFonts w:ascii="宋体" w:hAnsi="宋体" w:eastAsia="宋体"/>
          <w:sz w:val="24"/>
        </w:rPr>
        <w:t>那怪物没有脸，只有三张嘴，背后长着破碎羽翼。</w:t>
      </w:r>
    </w:p>
    <w:p>
      <w:pPr>
        <w:spacing w:line="560" w:lineRule="exact"/>
        <w:ind w:firstLine="420"/>
      </w:pPr>
      <w:r>
        <w:rPr>
          <w:rFonts w:ascii="宋体" w:hAnsi="宋体" w:eastAsia="宋体"/>
          <w:sz w:val="24"/>
        </w:rPr>
        <w:t>【神域守门者·审判天使（伪）】</w:t>
        <w:br/>
        <w:t>【等级：99】</w:t>
        <w:br/>
        <w:t>【状态：规则投影】</w:t>
      </w:r>
    </w:p>
    <w:p>
      <w:pPr>
        <w:spacing w:line="560" w:lineRule="exact"/>
        <w:ind w:firstLine="420"/>
      </w:pPr>
      <w:r>
        <w:rPr>
          <w:rFonts w:ascii="宋体" w:hAnsi="宋体" w:eastAsia="宋体"/>
          <w:sz w:val="24"/>
        </w:rPr>
        <w:t>赵铁柱咽了口唾沫：“这玩意儿是守门的？那里面还有啥？”</w:t>
      </w:r>
    </w:p>
    <w:p>
      <w:pPr>
        <w:spacing w:line="560" w:lineRule="exact"/>
        <w:ind w:firstLine="420"/>
      </w:pPr>
      <w:r>
        <w:rPr>
          <w:rFonts w:ascii="宋体" w:hAnsi="宋体" w:eastAsia="宋体"/>
          <w:sz w:val="24"/>
        </w:rPr>
        <w:t>林风平静道：“先打。”</w:t>
      </w:r>
    </w:p>
    <w:p>
      <w:pPr>
        <w:spacing w:line="560" w:lineRule="exact"/>
        <w:ind w:firstLine="420"/>
      </w:pPr>
      <w:r>
        <w:rPr>
          <w:rFonts w:ascii="宋体" w:hAnsi="宋体" w:eastAsia="宋体"/>
          <w:sz w:val="24"/>
        </w:rPr>
        <w:t>审判天使抬手，一道银色光柱落下。</w:t>
      </w:r>
    </w:p>
    <w:p>
      <w:pPr>
        <w:spacing w:line="560" w:lineRule="exact"/>
        <w:ind w:firstLine="420"/>
      </w:pPr>
      <w:r>
        <w:rPr>
          <w:rFonts w:ascii="宋体" w:hAnsi="宋体" w:eastAsia="宋体"/>
          <w:sz w:val="24"/>
        </w:rPr>
        <w:t>【审判·裁决！】</w:t>
      </w:r>
    </w:p>
    <w:p>
      <w:pPr>
        <w:spacing w:line="560" w:lineRule="exact"/>
        <w:ind w:firstLine="420"/>
      </w:pPr>
      <w:r>
        <w:rPr>
          <w:rFonts w:ascii="宋体" w:hAnsi="宋体" w:eastAsia="宋体"/>
          <w:sz w:val="24"/>
        </w:rPr>
        <w:t>赵铁柱举起巨盾。</w:t>
      </w:r>
    </w:p>
    <w:p>
      <w:pPr>
        <w:spacing w:line="560" w:lineRule="exact"/>
        <w:ind w:firstLine="420"/>
      </w:pPr>
      <w:r>
        <w:rPr>
          <w:rFonts w:ascii="宋体" w:hAnsi="宋体" w:eastAsia="宋体"/>
          <w:sz w:val="24"/>
        </w:rPr>
        <w:t>【-3260000！】</w:t>
        <w:br/>
        <w:t>【护盾剩余：5460000！】</w:t>
      </w:r>
    </w:p>
    <w:p>
      <w:pPr>
        <w:spacing w:line="560" w:lineRule="exact"/>
        <w:ind w:firstLine="420"/>
      </w:pPr>
      <w:r>
        <w:rPr>
          <w:rFonts w:ascii="宋体" w:hAnsi="宋体" w:eastAsia="宋体"/>
          <w:sz w:val="24"/>
        </w:rPr>
        <w:t>他被打得后退两步，靴子在地上犁出两道深痕。</w:t>
      </w:r>
    </w:p>
    <w:p>
      <w:pPr>
        <w:spacing w:line="560" w:lineRule="exact"/>
        <w:ind w:firstLine="420"/>
      </w:pPr>
      <w:r>
        <w:rPr>
          <w:rFonts w:ascii="宋体" w:hAnsi="宋体" w:eastAsia="宋体"/>
          <w:sz w:val="24"/>
        </w:rPr>
        <w:t>“我靠，疼！”</w:t>
      </w:r>
    </w:p>
    <w:p>
      <w:pPr>
        <w:spacing w:line="560" w:lineRule="exact"/>
        <w:ind w:firstLine="420"/>
      </w:pPr>
      <w:r>
        <w:rPr>
          <w:rFonts w:ascii="宋体" w:hAnsi="宋体" w:eastAsia="宋体"/>
          <w:sz w:val="24"/>
        </w:rPr>
        <w:t>苏小雅急喊：“牧师，大治疗！”</w:t>
      </w:r>
    </w:p>
    <w:p>
      <w:pPr>
        <w:spacing w:line="560" w:lineRule="exact"/>
        <w:ind w:firstLine="420"/>
      </w:pPr>
      <w:r>
        <w:rPr>
          <w:rFonts w:ascii="宋体" w:hAnsi="宋体" w:eastAsia="宋体"/>
          <w:sz w:val="24"/>
        </w:rPr>
        <w:t>【神圣治愈！】</w:t>
        <w:br/>
        <w:t>【恢复：6200000！】</w:t>
      </w:r>
    </w:p>
    <w:p>
      <w:pPr>
        <w:spacing w:line="560" w:lineRule="exact"/>
        <w:ind w:firstLine="420"/>
      </w:pPr>
      <w:r>
        <w:rPr>
          <w:rFonts w:ascii="宋体" w:hAnsi="宋体" w:eastAsia="宋体"/>
          <w:sz w:val="24"/>
        </w:rPr>
        <w:t>夜影从阴影里冲出，匕首直刺审判天使胸口。</w:t>
      </w:r>
    </w:p>
    <w:p>
      <w:pPr>
        <w:spacing w:line="560" w:lineRule="exact"/>
        <w:ind w:firstLine="420"/>
      </w:pPr>
      <w:r>
        <w:rPr>
          <w:rFonts w:ascii="宋体" w:hAnsi="宋体" w:eastAsia="宋体"/>
          <w:sz w:val="24"/>
        </w:rPr>
        <w:t>【影袭·背刺！】</w:t>
        <w:br/>
        <w:t>【-8900000！】</w:t>
      </w:r>
    </w:p>
    <w:p>
      <w:pPr>
        <w:spacing w:line="560" w:lineRule="exact"/>
        <w:ind w:firstLine="420"/>
      </w:pPr>
      <w:r>
        <w:rPr>
          <w:rFonts w:ascii="宋体" w:hAnsi="宋体" w:eastAsia="宋体"/>
          <w:sz w:val="24"/>
        </w:rPr>
        <w:t>审判天使胸口裂开，却没有流血，而是喷出黑色数据。</w:t>
      </w:r>
    </w:p>
    <w:p>
      <w:pPr>
        <w:spacing w:line="560" w:lineRule="exact"/>
        <w:ind w:firstLine="420"/>
      </w:pPr>
      <w:r>
        <w:rPr>
          <w:rFonts w:ascii="宋体" w:hAnsi="宋体" w:eastAsia="宋体"/>
          <w:sz w:val="24"/>
        </w:rPr>
        <w:t>它第二张嘴张开。</w:t>
      </w:r>
    </w:p>
    <w:p>
      <w:pPr>
        <w:spacing w:line="560" w:lineRule="exact"/>
        <w:ind w:firstLine="420"/>
      </w:pPr>
      <w:r>
        <w:rPr>
          <w:rFonts w:ascii="宋体" w:hAnsi="宋体" w:eastAsia="宋体"/>
          <w:sz w:val="24"/>
        </w:rPr>
        <w:t>【审判·禁言！】</w:t>
      </w:r>
    </w:p>
    <w:p>
      <w:pPr>
        <w:spacing w:line="560" w:lineRule="exact"/>
        <w:ind w:firstLine="420"/>
      </w:pPr>
      <w:r>
        <w:rPr>
          <w:rFonts w:ascii="宋体" w:hAnsi="宋体" w:eastAsia="宋体"/>
          <w:sz w:val="24"/>
        </w:rPr>
        <w:t>苏小雅刚要指挥，嘴巴忽然被银色符文封住。</w:t>
      </w:r>
    </w:p>
    <w:p>
      <w:pPr>
        <w:spacing w:line="560" w:lineRule="exact"/>
        <w:ind w:firstLine="420"/>
      </w:pPr>
      <w:r>
        <w:rPr>
          <w:rFonts w:ascii="宋体" w:hAnsi="宋体" w:eastAsia="宋体"/>
          <w:sz w:val="24"/>
        </w:rPr>
        <w:t>“唔！”</w:t>
      </w:r>
    </w:p>
    <w:p>
      <w:pPr>
        <w:spacing w:line="560" w:lineRule="exact"/>
        <w:ind w:firstLine="420"/>
      </w:pPr>
      <w:r>
        <w:rPr>
          <w:rFonts w:ascii="宋体" w:hAnsi="宋体" w:eastAsia="宋体"/>
          <w:sz w:val="24"/>
        </w:rPr>
        <w:t>凌天脸色一变：“它在切断指挥链！”</w:t>
      </w:r>
    </w:p>
    <w:p>
      <w:pPr>
        <w:spacing w:line="560" w:lineRule="exact"/>
        <w:ind w:firstLine="420"/>
      </w:pPr>
      <w:r>
        <w:rPr>
          <w:rFonts w:ascii="宋体" w:hAnsi="宋体" w:eastAsia="宋体"/>
          <w:sz w:val="24"/>
        </w:rPr>
        <w:t>暗流那边也慌了。</w:t>
      </w:r>
    </w:p>
    <w:p>
      <w:pPr>
        <w:spacing w:line="560" w:lineRule="exact"/>
        <w:ind w:firstLine="420"/>
      </w:pPr>
      <w:r>
        <w:rPr>
          <w:rFonts w:ascii="宋体" w:hAnsi="宋体" w:eastAsia="宋体"/>
          <w:sz w:val="24"/>
        </w:rPr>
        <w:t>“这怪无差别攻击！快撤！”</w:t>
      </w:r>
    </w:p>
    <w:p>
      <w:pPr>
        <w:spacing w:line="560" w:lineRule="exact"/>
        <w:ind w:firstLine="420"/>
      </w:pPr>
      <w:r>
        <w:rPr>
          <w:rFonts w:ascii="宋体" w:hAnsi="宋体" w:eastAsia="宋体"/>
          <w:sz w:val="24"/>
        </w:rPr>
        <w:t>黑袍人怒吼：“谁让你们撤的！给我打！”</w:t>
      </w:r>
    </w:p>
    <w:p>
      <w:pPr>
        <w:spacing w:line="560" w:lineRule="exact"/>
        <w:ind w:firstLine="420"/>
      </w:pPr>
      <w:r>
        <w:rPr>
          <w:rFonts w:ascii="宋体" w:hAnsi="宋体" w:eastAsia="宋体"/>
          <w:sz w:val="24"/>
        </w:rPr>
        <w:t>可审判天使第三张嘴对准暗流阵营，直接喷出一道黑色雷光。</w:t>
      </w:r>
    </w:p>
    <w:p>
      <w:pPr>
        <w:spacing w:line="560" w:lineRule="exact"/>
        <w:ind w:firstLine="420"/>
      </w:pPr>
      <w:r>
        <w:rPr>
          <w:rFonts w:ascii="宋体" w:hAnsi="宋体" w:eastAsia="宋体"/>
          <w:sz w:val="24"/>
        </w:rPr>
        <w:t>【审判·湮灭！】</w:t>
      </w:r>
    </w:p>
    <w:p>
      <w:pPr>
        <w:spacing w:line="560" w:lineRule="exact"/>
        <w:ind w:firstLine="420"/>
      </w:pPr>
      <w:r>
        <w:rPr>
          <w:rFonts w:ascii="宋体" w:hAnsi="宋体" w:eastAsia="宋体"/>
          <w:sz w:val="24"/>
        </w:rPr>
        <w:t>【-28000000！】</w:t>
        <w:br/>
        <w:t>【-31000000！】</w:t>
        <w:br/>
        <w:t>【-24500000！】</w:t>
      </w:r>
    </w:p>
    <w:p>
      <w:pPr>
        <w:spacing w:line="560" w:lineRule="exact"/>
        <w:ind w:firstLine="420"/>
      </w:pPr>
      <w:r>
        <w:rPr>
          <w:rFonts w:ascii="宋体" w:hAnsi="宋体" w:eastAsia="宋体"/>
          <w:sz w:val="24"/>
        </w:rPr>
        <w:t>暗流瞬间倒了一片。</w:t>
      </w:r>
    </w:p>
    <w:p>
      <w:pPr>
        <w:spacing w:line="560" w:lineRule="exact"/>
        <w:ind w:firstLine="420"/>
      </w:pPr>
      <w:r>
        <w:rPr>
          <w:rFonts w:ascii="宋体" w:hAnsi="宋体" w:eastAsia="宋体"/>
          <w:sz w:val="24"/>
        </w:rPr>
        <w:t>赵铁柱看得头皮发麻：“风哥，这守门者是不是不认识自己人？”</w:t>
      </w:r>
    </w:p>
    <w:p>
      <w:pPr>
        <w:spacing w:line="560" w:lineRule="exact"/>
        <w:ind w:firstLine="420"/>
      </w:pPr>
      <w:r>
        <w:rPr>
          <w:rFonts w:ascii="宋体" w:hAnsi="宋体" w:eastAsia="宋体"/>
          <w:sz w:val="24"/>
        </w:rPr>
        <w:t>林风看着那怪物，忽然明白了。</w:t>
      </w:r>
    </w:p>
    <w:p>
      <w:pPr>
        <w:spacing w:line="560" w:lineRule="exact"/>
        <w:ind w:firstLine="420"/>
      </w:pPr>
      <w:r>
        <w:rPr>
          <w:rFonts w:ascii="宋体" w:hAnsi="宋体" w:eastAsia="宋体"/>
          <w:sz w:val="24"/>
        </w:rPr>
        <w:t>“它不是守门者。”</w:t>
      </w:r>
    </w:p>
    <w:p>
      <w:pPr>
        <w:spacing w:line="560" w:lineRule="exact"/>
        <w:ind w:firstLine="420"/>
      </w:pPr>
      <w:r>
        <w:rPr>
          <w:rFonts w:ascii="宋体" w:hAnsi="宋体" w:eastAsia="宋体"/>
          <w:sz w:val="24"/>
        </w:rPr>
        <w:t>凌天沉声道：“是清场程序。”</w:t>
      </w:r>
    </w:p>
    <w:p>
      <w:pPr>
        <w:spacing w:line="560" w:lineRule="exact"/>
        <w:ind w:firstLine="420"/>
      </w:pPr>
      <w:r>
        <w:rPr>
          <w:rFonts w:ascii="宋体" w:hAnsi="宋体" w:eastAsia="宋体"/>
          <w:sz w:val="24"/>
        </w:rPr>
        <w:t>林风眼中金芒一闪。</w:t>
      </w:r>
    </w:p>
    <w:p>
      <w:pPr>
        <w:spacing w:line="560" w:lineRule="exact"/>
        <w:ind w:firstLine="420"/>
      </w:pPr>
      <w:r>
        <w:rPr>
          <w:rFonts w:ascii="宋体" w:hAnsi="宋体" w:eastAsia="宋体"/>
          <w:sz w:val="24"/>
        </w:rPr>
        <w:t>“那就把它打爆。”</w:t>
      </w:r>
    </w:p>
    <w:p>
      <w:pPr>
        <w:spacing w:line="560" w:lineRule="exact"/>
        <w:ind w:firstLine="420"/>
      </w:pPr>
      <w:r>
        <w:rPr>
          <w:rFonts w:ascii="宋体" w:hAnsi="宋体" w:eastAsia="宋体"/>
          <w:sz w:val="24"/>
        </w:rPr>
        <w:t>他一步踏出，神豪之主羽翼展开，整个人悬到半空。</w:t>
      </w:r>
    </w:p>
    <w:p>
      <w:pPr>
        <w:spacing w:line="560" w:lineRule="exact"/>
        <w:ind w:firstLine="420"/>
      </w:pPr>
      <w:r>
        <w:rPr>
          <w:rFonts w:ascii="宋体" w:hAnsi="宋体" w:eastAsia="宋体"/>
          <w:sz w:val="24"/>
        </w:rPr>
        <w:t>【神豪技能：钞能力·天降神罚！】</w:t>
      </w:r>
    </w:p>
    <w:p>
      <w:pPr>
        <w:spacing w:line="560" w:lineRule="exact"/>
        <w:ind w:firstLine="420"/>
      </w:pPr>
      <w:r>
        <w:rPr>
          <w:rFonts w:ascii="宋体" w:hAnsi="宋体" w:eastAsia="宋体"/>
          <w:sz w:val="24"/>
        </w:rPr>
        <w:t>无数金币化作流星雨，从天空砸落。</w:t>
      </w:r>
    </w:p>
    <w:p>
      <w:pPr>
        <w:spacing w:line="560" w:lineRule="exact"/>
        <w:ind w:firstLine="420"/>
      </w:pPr>
      <w:r>
        <w:rPr>
          <w:rFonts w:ascii="宋体" w:hAnsi="宋体" w:eastAsia="宋体"/>
          <w:sz w:val="24"/>
        </w:rPr>
        <w:t>轰！轰！轰！轰！</w:t>
      </w:r>
    </w:p>
    <w:p>
      <w:pPr>
        <w:spacing w:line="560" w:lineRule="exact"/>
        <w:ind w:firstLine="420"/>
      </w:pPr>
      <w:r>
        <w:rPr>
          <w:rFonts w:ascii="宋体" w:hAnsi="宋体" w:eastAsia="宋体"/>
          <w:sz w:val="24"/>
        </w:rPr>
        <w:t>审判天使身上疯狂跳出伤害。</w:t>
      </w:r>
    </w:p>
    <w:p>
      <w:pPr>
        <w:spacing w:line="560" w:lineRule="exact"/>
        <w:ind w:firstLine="420"/>
      </w:pPr>
      <w:r>
        <w:rPr>
          <w:rFonts w:ascii="宋体" w:hAnsi="宋体" w:eastAsia="宋体"/>
          <w:sz w:val="24"/>
        </w:rPr>
        <w:t>【-18800000！】</w:t>
        <w:br/>
        <w:t>【-21300000！】</w:t>
        <w:br/>
        <w:t>【-19700000！】</w:t>
        <w:br/>
        <w:t>【-42600000！暴击！】</w:t>
      </w:r>
    </w:p>
    <w:p>
      <w:pPr>
        <w:spacing w:line="560" w:lineRule="exact"/>
        <w:ind w:firstLine="420"/>
      </w:pPr>
      <w:r>
        <w:rPr>
          <w:rFonts w:ascii="宋体" w:hAnsi="宋体" w:eastAsia="宋体"/>
          <w:sz w:val="24"/>
        </w:rPr>
        <w:t>它怒吼着挥动翅膀，银色风暴席卷全场。</w:t>
      </w:r>
    </w:p>
    <w:p>
      <w:pPr>
        <w:spacing w:line="560" w:lineRule="exact"/>
        <w:ind w:firstLine="420"/>
      </w:pPr>
      <w:r>
        <w:rPr>
          <w:rFonts w:ascii="宋体" w:hAnsi="宋体" w:eastAsia="宋体"/>
          <w:sz w:val="24"/>
        </w:rPr>
        <w:t>【审判·神罚风暴！】</w:t>
      </w:r>
    </w:p>
    <w:p>
      <w:pPr>
        <w:spacing w:line="560" w:lineRule="exact"/>
        <w:ind w:firstLine="420"/>
      </w:pPr>
      <w:r>
        <w:rPr>
          <w:rFonts w:ascii="宋体" w:hAnsi="宋体" w:eastAsia="宋体"/>
          <w:sz w:val="24"/>
        </w:rPr>
        <w:t>赵铁柱再次顶盾。</w:t>
      </w:r>
    </w:p>
    <w:p>
      <w:pPr>
        <w:spacing w:line="560" w:lineRule="exact"/>
        <w:ind w:firstLine="420"/>
      </w:pPr>
      <w:r>
        <w:rPr>
          <w:rFonts w:ascii="宋体" w:hAnsi="宋体" w:eastAsia="宋体"/>
          <w:sz w:val="24"/>
        </w:rPr>
        <w:t>【不动如山·二阶！】</w:t>
        <w:br/>
        <w:t>【吸收伤害：12480000！】</w:t>
      </w:r>
    </w:p>
    <w:p>
      <w:pPr>
        <w:spacing w:line="560" w:lineRule="exact"/>
        <w:ind w:firstLine="420"/>
      </w:pPr>
      <w:r>
        <w:rPr>
          <w:rFonts w:ascii="宋体" w:hAnsi="宋体" w:eastAsia="宋体"/>
          <w:sz w:val="24"/>
        </w:rPr>
        <w:t>可风暴太猛，他的血量还是疯狂往下掉。</w:t>
      </w:r>
    </w:p>
    <w:p>
      <w:pPr>
        <w:spacing w:line="560" w:lineRule="exact"/>
        <w:ind w:firstLine="420"/>
      </w:pPr>
      <w:r>
        <w:rPr>
          <w:rFonts w:ascii="宋体" w:hAnsi="宋体" w:eastAsia="宋体"/>
          <w:sz w:val="24"/>
        </w:rPr>
        <w:t>【-1800000！】</w:t>
        <w:br/>
        <w:t>【-1950000！】</w:t>
        <w:br/>
        <w:t>【-2100000！】</w:t>
      </w:r>
    </w:p>
    <w:p>
      <w:pPr>
        <w:spacing w:line="560" w:lineRule="exact"/>
        <w:ind w:firstLine="420"/>
      </w:pPr>
      <w:r>
        <w:rPr>
          <w:rFonts w:ascii="宋体" w:hAnsi="宋体" w:eastAsia="宋体"/>
          <w:sz w:val="24"/>
        </w:rPr>
        <w:t>苏小雅刚解除禁言，立刻喊道：“铁柱往后退半步！牧师抬血！夜影姐绕后打核心！”</w:t>
      </w:r>
    </w:p>
    <w:p>
      <w:pPr>
        <w:spacing w:line="560" w:lineRule="exact"/>
        <w:ind w:firstLine="420"/>
      </w:pPr>
      <w:r>
        <w:rPr>
          <w:rFonts w:ascii="宋体" w:hAnsi="宋体" w:eastAsia="宋体"/>
          <w:sz w:val="24"/>
        </w:rPr>
        <w:t>夜影眼神一冷：“收到。”</w:t>
      </w:r>
    </w:p>
    <w:p>
      <w:pPr>
        <w:spacing w:line="560" w:lineRule="exact"/>
        <w:ind w:firstLine="420"/>
      </w:pPr>
      <w:r>
        <w:rPr>
          <w:rFonts w:ascii="宋体" w:hAnsi="宋体" w:eastAsia="宋体"/>
          <w:sz w:val="24"/>
        </w:rPr>
        <w:t>她身影消失。</w:t>
      </w:r>
    </w:p>
    <w:p>
      <w:pPr>
        <w:spacing w:line="560" w:lineRule="exact"/>
        <w:ind w:firstLine="420"/>
      </w:pPr>
      <w:r>
        <w:rPr>
          <w:rFonts w:ascii="宋体" w:hAnsi="宋体" w:eastAsia="宋体"/>
          <w:sz w:val="24"/>
        </w:rPr>
        <w:t>【影遁！】</w:t>
      </w:r>
    </w:p>
    <w:p>
      <w:pPr>
        <w:spacing w:line="560" w:lineRule="exact"/>
        <w:ind w:firstLine="420"/>
      </w:pPr>
      <w:r>
        <w:rPr>
          <w:rFonts w:ascii="宋体" w:hAnsi="宋体" w:eastAsia="宋体"/>
          <w:sz w:val="24"/>
        </w:rPr>
        <w:t>下一秒，她出现在审判天使背后，双匕交叉，狠狠刺入它背后的黑色核心。</w:t>
      </w:r>
    </w:p>
    <w:p>
      <w:pPr>
        <w:spacing w:line="560" w:lineRule="exact"/>
        <w:ind w:firstLine="420"/>
      </w:pPr>
      <w:r>
        <w:rPr>
          <w:rFonts w:ascii="宋体" w:hAnsi="宋体" w:eastAsia="宋体"/>
          <w:sz w:val="24"/>
        </w:rPr>
        <w:t>【影杀·断罪！】</w:t>
      </w:r>
    </w:p>
    <w:p>
      <w:pPr>
        <w:spacing w:line="560" w:lineRule="exact"/>
        <w:ind w:firstLine="420"/>
      </w:pPr>
      <w:r>
        <w:rPr>
          <w:rFonts w:ascii="宋体" w:hAnsi="宋体" w:eastAsia="宋体"/>
          <w:sz w:val="24"/>
        </w:rPr>
        <w:t>【-36000000！暴击！】</w:t>
      </w:r>
    </w:p>
    <w:p>
      <w:pPr>
        <w:spacing w:line="560" w:lineRule="exact"/>
        <w:ind w:firstLine="420"/>
      </w:pPr>
      <w:r>
        <w:rPr>
          <w:rFonts w:ascii="宋体" w:hAnsi="宋体" w:eastAsia="宋体"/>
          <w:sz w:val="24"/>
        </w:rPr>
        <w:t>审判天使血条瞬间掉到20%。</w:t>
      </w:r>
    </w:p>
    <w:p>
      <w:pPr>
        <w:spacing w:line="560" w:lineRule="exact"/>
        <w:ind w:firstLine="420"/>
      </w:pPr>
      <w:r>
        <w:rPr>
          <w:rFonts w:ascii="宋体" w:hAnsi="宋体" w:eastAsia="宋体"/>
          <w:sz w:val="24"/>
        </w:rPr>
        <w:t>暗流黑袍人眼睛发红：“不能让它进神域！所有人集火风中追风！”</w:t>
      </w:r>
    </w:p>
    <w:p>
      <w:pPr>
        <w:spacing w:line="560" w:lineRule="exact"/>
        <w:ind w:firstLine="420"/>
      </w:pPr>
      <w:r>
        <w:rPr>
          <w:rFonts w:ascii="宋体" w:hAnsi="宋体" w:eastAsia="宋体"/>
          <w:sz w:val="24"/>
        </w:rPr>
        <w:t>残余暗流玩家咬牙冲来。</w:t>
      </w:r>
    </w:p>
    <w:p>
      <w:pPr>
        <w:spacing w:line="560" w:lineRule="exact"/>
        <w:ind w:firstLine="420"/>
      </w:pPr>
      <w:r>
        <w:rPr>
          <w:rFonts w:ascii="宋体" w:hAnsi="宋体" w:eastAsia="宋体"/>
          <w:sz w:val="24"/>
        </w:rPr>
        <w:t>林风看都没看，抬手一挥。</w:t>
      </w:r>
    </w:p>
    <w:p>
      <w:pPr>
        <w:spacing w:line="560" w:lineRule="exact"/>
        <w:ind w:firstLine="420"/>
      </w:pPr>
      <w:r>
        <w:rPr>
          <w:rFonts w:ascii="宋体" w:hAnsi="宋体" w:eastAsia="宋体"/>
          <w:sz w:val="24"/>
        </w:rPr>
        <w:t>【神豪技能：金雨护界！】</w:t>
      </w:r>
    </w:p>
    <w:p>
      <w:pPr>
        <w:spacing w:line="560" w:lineRule="exact"/>
        <w:ind w:firstLine="420"/>
      </w:pPr>
      <w:r>
        <w:rPr>
          <w:rFonts w:ascii="宋体" w:hAnsi="宋体" w:eastAsia="宋体"/>
          <w:sz w:val="24"/>
        </w:rPr>
        <w:t>金色光幕笼罩神豪殿全员。</w:t>
      </w:r>
    </w:p>
    <w:p>
      <w:pPr>
        <w:spacing w:line="560" w:lineRule="exact"/>
        <w:ind w:firstLine="420"/>
      </w:pPr>
      <w:r>
        <w:rPr>
          <w:rFonts w:ascii="宋体" w:hAnsi="宋体" w:eastAsia="宋体"/>
          <w:sz w:val="24"/>
        </w:rPr>
        <w:t>暗流攻击落在光幕上，只溅起一圈圈涟漪。</w:t>
      </w:r>
    </w:p>
    <w:p>
      <w:pPr>
        <w:spacing w:line="560" w:lineRule="exact"/>
        <w:ind w:firstLine="420"/>
      </w:pPr>
      <w:r>
        <w:rPr>
          <w:rFonts w:ascii="宋体" w:hAnsi="宋体" w:eastAsia="宋体"/>
          <w:sz w:val="24"/>
        </w:rPr>
        <w:t>【免疫！】</w:t>
        <w:br/>
        <w:t>【免疫！】</w:t>
        <w:br/>
        <w:t>【免疫！】</w:t>
      </w:r>
    </w:p>
    <w:p>
      <w:pPr>
        <w:spacing w:line="560" w:lineRule="exact"/>
        <w:ind w:firstLine="420"/>
      </w:pPr>
      <w:r>
        <w:rPr>
          <w:rFonts w:ascii="宋体" w:hAnsi="宋体" w:eastAsia="宋体"/>
          <w:sz w:val="24"/>
        </w:rPr>
        <w:t>赵铁柱乐了：“风哥，你这技能能不能给我来一套？我拿它站boss脸上睡觉。”</w:t>
      </w:r>
    </w:p>
    <w:p>
      <w:pPr>
        <w:spacing w:line="560" w:lineRule="exact"/>
        <w:ind w:firstLine="420"/>
      </w:pPr>
      <w:r>
        <w:rPr>
          <w:rFonts w:ascii="宋体" w:hAnsi="宋体" w:eastAsia="宋体"/>
          <w:sz w:val="24"/>
        </w:rPr>
        <w:t>林风道：“打赢再说。”</w:t>
      </w:r>
    </w:p>
    <w:p>
      <w:pPr>
        <w:spacing w:line="560" w:lineRule="exact"/>
        <w:ind w:firstLine="420"/>
      </w:pPr>
      <w:r>
        <w:rPr>
          <w:rFonts w:ascii="宋体" w:hAnsi="宋体" w:eastAsia="宋体"/>
          <w:sz w:val="24"/>
        </w:rPr>
        <w:t>审判天使濒死，三张嘴同时张开。</w:t>
      </w:r>
    </w:p>
    <w:p>
      <w:pPr>
        <w:spacing w:line="560" w:lineRule="exact"/>
        <w:ind w:firstLine="420"/>
      </w:pPr>
      <w:r>
        <w:rPr>
          <w:rFonts w:ascii="宋体" w:hAnsi="宋体" w:eastAsia="宋体"/>
          <w:sz w:val="24"/>
        </w:rPr>
        <w:t>【最终审判！】</w:t>
      </w:r>
    </w:p>
    <w:p>
      <w:pPr>
        <w:spacing w:line="560" w:lineRule="exact"/>
        <w:ind w:firstLine="420"/>
      </w:pPr>
      <w:r>
        <w:rPr>
          <w:rFonts w:ascii="宋体" w:hAnsi="宋体" w:eastAsia="宋体"/>
          <w:sz w:val="24"/>
        </w:rPr>
        <w:t>天空变成白色。</w:t>
      </w:r>
    </w:p>
    <w:p>
      <w:pPr>
        <w:spacing w:line="560" w:lineRule="exact"/>
        <w:ind w:firstLine="420"/>
      </w:pPr>
      <w:r>
        <w:rPr>
          <w:rFonts w:ascii="宋体" w:hAnsi="宋体" w:eastAsia="宋体"/>
          <w:sz w:val="24"/>
        </w:rPr>
        <w:t>所有声音消失。</w:t>
      </w:r>
    </w:p>
    <w:p>
      <w:pPr>
        <w:spacing w:line="560" w:lineRule="exact"/>
        <w:ind w:firstLine="420"/>
      </w:pPr>
      <w:r>
        <w:rPr>
          <w:rFonts w:ascii="宋体" w:hAnsi="宋体" w:eastAsia="宋体"/>
          <w:sz w:val="24"/>
        </w:rPr>
        <w:t>苏小雅脸色发白：“这招好像全屏秒杀！”</w:t>
      </w:r>
    </w:p>
    <w:p>
      <w:pPr>
        <w:spacing w:line="560" w:lineRule="exact"/>
        <w:ind w:firstLine="420"/>
      </w:pPr>
      <w:r>
        <w:rPr>
          <w:rFonts w:ascii="宋体" w:hAnsi="宋体" w:eastAsia="宋体"/>
          <w:sz w:val="24"/>
        </w:rPr>
        <w:t>凌天快速计算：“躲不开，只能硬吃。”</w:t>
      </w:r>
    </w:p>
    <w:p>
      <w:pPr>
        <w:spacing w:line="560" w:lineRule="exact"/>
        <w:ind w:firstLine="420"/>
      </w:pPr>
      <w:r>
        <w:rPr>
          <w:rFonts w:ascii="宋体" w:hAnsi="宋体" w:eastAsia="宋体"/>
          <w:sz w:val="24"/>
        </w:rPr>
        <w:t>赵铁柱咬牙：“我顶不住！”</w:t>
      </w:r>
    </w:p>
    <w:p>
      <w:pPr>
        <w:spacing w:line="560" w:lineRule="exact"/>
        <w:ind w:firstLine="420"/>
      </w:pPr>
      <w:r>
        <w:rPr>
          <w:rFonts w:ascii="宋体" w:hAnsi="宋体" w:eastAsia="宋体"/>
          <w:sz w:val="24"/>
        </w:rPr>
        <w:t>林风抬手，掌心古玉忽然滚烫。</w:t>
      </w:r>
    </w:p>
    <w:p>
      <w:pPr>
        <w:spacing w:line="560" w:lineRule="exact"/>
        <w:ind w:firstLine="420"/>
      </w:pPr>
      <w:r>
        <w:rPr>
          <w:rFonts w:ascii="宋体" w:hAnsi="宋体" w:eastAsia="宋体"/>
          <w:sz w:val="24"/>
        </w:rPr>
        <w:t>这一次，不只是热。</w:t>
      </w:r>
    </w:p>
    <w:p>
      <w:pPr>
        <w:spacing w:line="560" w:lineRule="exact"/>
        <w:ind w:firstLine="420"/>
      </w:pPr>
      <w:r>
        <w:rPr>
          <w:rFonts w:ascii="宋体" w:hAnsi="宋体" w:eastAsia="宋体"/>
          <w:sz w:val="24"/>
        </w:rPr>
        <w:t>它亮了。</w:t>
      </w:r>
    </w:p>
    <w:p>
      <w:pPr>
        <w:spacing w:line="560" w:lineRule="exact"/>
        <w:ind w:firstLine="420"/>
      </w:pPr>
      <w:r>
        <w:rPr>
          <w:rFonts w:ascii="宋体" w:hAnsi="宋体" w:eastAsia="宋体"/>
          <w:sz w:val="24"/>
        </w:rPr>
        <w:t>一缕温润的青金色光芒从古玉中透出，穿过游戏舱，穿过数据流，穿过《天界》的虚拟世界，直接落在他胸口。</w:t>
      </w:r>
    </w:p>
    <w:p>
      <w:pPr>
        <w:spacing w:line="560" w:lineRule="exact"/>
        <w:ind w:firstLine="420"/>
      </w:pPr>
      <w:r>
        <w:rPr>
          <w:rFonts w:ascii="宋体" w:hAnsi="宋体" w:eastAsia="宋体"/>
          <w:sz w:val="24"/>
        </w:rPr>
        <w:t>林风瞳孔猛地一缩。</w:t>
      </w:r>
    </w:p>
    <w:p>
      <w:pPr>
        <w:spacing w:line="560" w:lineRule="exact"/>
        <w:ind w:firstLine="420"/>
      </w:pPr>
      <w:r>
        <w:rPr>
          <w:rFonts w:ascii="宋体" w:hAnsi="宋体" w:eastAsia="宋体"/>
          <w:sz w:val="24"/>
        </w:rPr>
        <w:t>这是古玉第一次发光。</w:t>
      </w:r>
    </w:p>
    <w:p>
      <w:pPr>
        <w:spacing w:line="560" w:lineRule="exact"/>
        <w:ind w:firstLine="420"/>
      </w:pPr>
      <w:r>
        <w:rPr>
          <w:rFonts w:ascii="宋体" w:hAnsi="宋体" w:eastAsia="宋体"/>
          <w:sz w:val="24"/>
        </w:rPr>
        <w:t>【叮！检测到创始者信物苏醒。】</w:t>
        <w:br/>
        <w:t>【隐藏权限开启。】</w:t>
        <w:br/>
        <w:t>【神豪之主终极形态完整解锁。】</w:t>
      </w:r>
    </w:p>
    <w:p>
      <w:pPr>
        <w:spacing w:line="560" w:lineRule="exact"/>
        <w:ind w:firstLine="420"/>
      </w:pPr>
      <w:r>
        <w:rPr>
          <w:rFonts w:ascii="宋体" w:hAnsi="宋体" w:eastAsia="宋体"/>
          <w:sz w:val="24"/>
        </w:rPr>
        <w:t>林风身上的金色羽翼瞬间变成青金色，背后浮现出一座虚幻神殿。神殿大门缓缓打开，里面有一道模糊身影，像是穿着古老长袍的人。</w:t>
      </w:r>
    </w:p>
    <w:p>
      <w:pPr>
        <w:spacing w:line="560" w:lineRule="exact"/>
        <w:ind w:firstLine="420"/>
      </w:pPr>
      <w:r>
        <w:rPr>
          <w:rFonts w:ascii="宋体" w:hAnsi="宋体" w:eastAsia="宋体"/>
          <w:sz w:val="24"/>
        </w:rPr>
        <w:t>那身影没有说话。</w:t>
      </w:r>
    </w:p>
    <w:p>
      <w:pPr>
        <w:spacing w:line="560" w:lineRule="exact"/>
        <w:ind w:firstLine="420"/>
      </w:pPr>
      <w:r>
        <w:rPr>
          <w:rFonts w:ascii="宋体" w:hAnsi="宋体" w:eastAsia="宋体"/>
          <w:sz w:val="24"/>
        </w:rPr>
        <w:t>只是抬起手，指向审判天使。</w:t>
      </w:r>
    </w:p>
    <w:p>
      <w:pPr>
        <w:spacing w:line="560" w:lineRule="exact"/>
        <w:ind w:firstLine="420"/>
      </w:pPr>
      <w:r>
        <w:rPr>
          <w:rFonts w:ascii="宋体" w:hAnsi="宋体" w:eastAsia="宋体"/>
          <w:sz w:val="24"/>
        </w:rPr>
        <w:t>林风心口一震，所有技能栏最深处，多出一个新技能。</w:t>
      </w:r>
    </w:p>
    <w:p>
      <w:pPr>
        <w:spacing w:line="560" w:lineRule="exact"/>
        <w:ind w:firstLine="420"/>
      </w:pPr>
      <w:r>
        <w:rPr>
          <w:rFonts w:ascii="宋体" w:hAnsi="宋体" w:eastAsia="宋体"/>
          <w:sz w:val="24"/>
        </w:rPr>
        <w:t>【神豪之主专属技能：创世充值！】</w:t>
        <w:br/>
        <w:t>【效果：以神豪权限覆盖当前区域规则，持续30秒。】</w:t>
      </w:r>
    </w:p>
    <w:p>
      <w:pPr>
        <w:spacing w:line="560" w:lineRule="exact"/>
        <w:ind w:firstLine="420"/>
      </w:pPr>
      <w:r>
        <w:rPr>
          <w:rFonts w:ascii="宋体" w:hAnsi="宋体" w:eastAsia="宋体"/>
          <w:sz w:val="24"/>
        </w:rPr>
        <w:t>林风笑了。</w:t>
      </w:r>
    </w:p>
    <w:p>
      <w:pPr>
        <w:spacing w:line="560" w:lineRule="exact"/>
        <w:ind w:firstLine="420"/>
      </w:pPr>
      <w:r>
        <w:rPr>
          <w:rFonts w:ascii="宋体" w:hAnsi="宋体" w:eastAsia="宋体"/>
          <w:sz w:val="24"/>
        </w:rPr>
        <w:t>“铁柱，夜影，退后。”</w:t>
      </w:r>
    </w:p>
    <w:p>
      <w:pPr>
        <w:spacing w:line="560" w:lineRule="exact"/>
        <w:ind w:firstLine="420"/>
      </w:pPr>
      <w:r>
        <w:rPr>
          <w:rFonts w:ascii="宋体" w:hAnsi="宋体" w:eastAsia="宋体"/>
          <w:sz w:val="24"/>
        </w:rPr>
        <w:t>赵铁柱虽然不知道他要干嘛，但还是立刻后撤。</w:t>
      </w:r>
    </w:p>
    <w:p>
      <w:pPr>
        <w:spacing w:line="560" w:lineRule="exact"/>
        <w:ind w:firstLine="420"/>
      </w:pPr>
      <w:r>
        <w:rPr>
          <w:rFonts w:ascii="宋体" w:hAnsi="宋体" w:eastAsia="宋体"/>
          <w:sz w:val="24"/>
        </w:rPr>
        <w:t>夜影也瞬间消失在阴影中。</w:t>
      </w:r>
    </w:p>
    <w:p>
      <w:pPr>
        <w:spacing w:line="560" w:lineRule="exact"/>
        <w:ind w:firstLine="420"/>
      </w:pPr>
      <w:r>
        <w:rPr>
          <w:rFonts w:ascii="宋体" w:hAnsi="宋体" w:eastAsia="宋体"/>
          <w:sz w:val="24"/>
        </w:rPr>
        <w:t>审判天使的最终审判落下。</w:t>
      </w:r>
    </w:p>
    <w:p>
      <w:pPr>
        <w:spacing w:line="560" w:lineRule="exact"/>
        <w:ind w:firstLine="420"/>
      </w:pPr>
      <w:r>
        <w:rPr>
          <w:rFonts w:ascii="宋体" w:hAnsi="宋体" w:eastAsia="宋体"/>
          <w:sz w:val="24"/>
        </w:rPr>
        <w:t>白色光柱贯穿天地。</w:t>
      </w:r>
    </w:p>
    <w:p>
      <w:pPr>
        <w:spacing w:line="560" w:lineRule="exact"/>
        <w:ind w:firstLine="420"/>
      </w:pPr>
      <w:r>
        <w:rPr>
          <w:rFonts w:ascii="宋体" w:hAnsi="宋体" w:eastAsia="宋体"/>
          <w:sz w:val="24"/>
        </w:rPr>
        <w:t>林风站在原地，抬起右手。</w:t>
      </w:r>
    </w:p>
    <w:p>
      <w:pPr>
        <w:spacing w:line="560" w:lineRule="exact"/>
        <w:ind w:firstLine="420"/>
      </w:pPr>
      <w:r>
        <w:rPr>
          <w:rFonts w:ascii="宋体" w:hAnsi="宋体" w:eastAsia="宋体"/>
          <w:sz w:val="24"/>
        </w:rPr>
        <w:t>【创世充值！】</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青金色光芒冲天而起。</w:t>
      </w:r>
    </w:p>
    <w:p>
      <w:pPr>
        <w:spacing w:line="560" w:lineRule="exact"/>
        <w:ind w:firstLine="420"/>
      </w:pPr>
      <w:r>
        <w:rPr>
          <w:rFonts w:ascii="宋体" w:hAnsi="宋体" w:eastAsia="宋体"/>
          <w:sz w:val="24"/>
        </w:rPr>
        <w:t>白色审判光柱撞上来，竟像撞上一堵看不见的墙，寸寸崩碎。</w:t>
      </w:r>
    </w:p>
    <w:p>
      <w:pPr>
        <w:spacing w:line="560" w:lineRule="exact"/>
        <w:ind w:firstLine="420"/>
      </w:pPr>
      <w:r>
        <w:rPr>
          <w:rFonts w:ascii="宋体" w:hAnsi="宋体" w:eastAsia="宋体"/>
          <w:sz w:val="24"/>
        </w:rPr>
        <w:t>【规则改写成功！】</w:t>
        <w:br/>
        <w:t>【最终审判无效化！】</w:t>
      </w:r>
    </w:p>
    <w:p>
      <w:pPr>
        <w:spacing w:line="560" w:lineRule="exact"/>
        <w:ind w:firstLine="420"/>
      </w:pPr>
      <w:r>
        <w:rPr>
          <w:rFonts w:ascii="宋体" w:hAnsi="宋体" w:eastAsia="宋体"/>
          <w:sz w:val="24"/>
        </w:rPr>
        <w:t>全场死寂。</w:t>
      </w:r>
    </w:p>
    <w:p>
      <w:pPr>
        <w:spacing w:line="560" w:lineRule="exact"/>
        <w:ind w:firstLine="420"/>
      </w:pPr>
      <w:r>
        <w:rPr>
          <w:rFonts w:ascii="宋体" w:hAnsi="宋体" w:eastAsia="宋体"/>
          <w:sz w:val="24"/>
        </w:rPr>
        <w:t>暗流黑袍人腿一软：“这……这怎么可能？”</w:t>
      </w:r>
    </w:p>
    <w:p>
      <w:pPr>
        <w:spacing w:line="560" w:lineRule="exact"/>
        <w:ind w:firstLine="420"/>
      </w:pPr>
      <w:r>
        <w:rPr>
          <w:rFonts w:ascii="宋体" w:hAnsi="宋体" w:eastAsia="宋体"/>
          <w:sz w:val="24"/>
        </w:rPr>
        <w:t>苏小雅直播间弹幕停了一秒，随后彻底爆炸。</w:t>
      </w:r>
    </w:p>
    <w:p>
      <w:pPr>
        <w:spacing w:line="560" w:lineRule="exact"/>
        <w:ind w:firstLine="420"/>
      </w:pPr>
      <w:r>
        <w:rPr>
          <w:rFonts w:ascii="宋体" w:hAnsi="宋体" w:eastAsia="宋体"/>
          <w:sz w:val="24"/>
        </w:rPr>
        <w:t>【卧槽卧槽卧槽！】</w:t>
        <w:br/>
        <w:t>【规则都能改？】</w:t>
        <w:br/>
        <w:t>【这游戏还能这么玩？】</w:t>
        <w:br/>
        <w:t>【风中追风不是玩家，是GM他爹吧！】</w:t>
      </w:r>
    </w:p>
    <w:p>
      <w:pPr>
        <w:spacing w:line="560" w:lineRule="exact"/>
        <w:ind w:firstLine="420"/>
      </w:pPr>
      <w:r>
        <w:rPr>
          <w:rFonts w:ascii="宋体" w:hAnsi="宋体" w:eastAsia="宋体"/>
          <w:sz w:val="24"/>
        </w:rPr>
        <w:t>林风没有停。</w:t>
      </w:r>
    </w:p>
    <w:p>
      <w:pPr>
        <w:spacing w:line="560" w:lineRule="exact"/>
        <w:ind w:firstLine="420"/>
      </w:pPr>
      <w:r>
        <w:rPr>
          <w:rFonts w:ascii="宋体" w:hAnsi="宋体" w:eastAsia="宋体"/>
          <w:sz w:val="24"/>
        </w:rPr>
        <w:t>他一步跨到审判天使面前，一拳轰在它胸口。</w:t>
      </w:r>
    </w:p>
    <w:p>
      <w:pPr>
        <w:spacing w:line="560" w:lineRule="exact"/>
        <w:ind w:firstLine="420"/>
      </w:pPr>
      <w:r>
        <w:rPr>
          <w:rFonts w:ascii="宋体" w:hAnsi="宋体" w:eastAsia="宋体"/>
          <w:sz w:val="24"/>
        </w:rPr>
        <w:t>【神豪平A：万界归一！】</w:t>
      </w:r>
    </w:p>
    <w:p>
      <w:pPr>
        <w:spacing w:line="560" w:lineRule="exact"/>
        <w:ind w:firstLine="420"/>
      </w:pPr>
      <w:r>
        <w:rPr>
          <w:rFonts w:ascii="宋体" w:hAnsi="宋体" w:eastAsia="宋体"/>
          <w:sz w:val="24"/>
        </w:rPr>
        <w:t>【-99999999！】</w:t>
      </w:r>
    </w:p>
    <w:p>
      <w:pPr>
        <w:spacing w:line="560" w:lineRule="exact"/>
        <w:ind w:firstLine="420"/>
      </w:pPr>
      <w:r>
        <w:rPr>
          <w:rFonts w:ascii="宋体" w:hAnsi="宋体" w:eastAsia="宋体"/>
          <w:sz w:val="24"/>
        </w:rPr>
        <w:t>审判天使身体僵住。</w:t>
      </w:r>
    </w:p>
    <w:p>
      <w:pPr>
        <w:spacing w:line="560" w:lineRule="exact"/>
        <w:ind w:firstLine="420"/>
      </w:pPr>
      <w:r>
        <w:rPr>
          <w:rFonts w:ascii="宋体" w:hAnsi="宋体" w:eastAsia="宋体"/>
          <w:sz w:val="24"/>
        </w:rPr>
        <w:t>夜影抓住机会，从背后补上最后一击。</w:t>
      </w:r>
    </w:p>
    <w:p>
      <w:pPr>
        <w:spacing w:line="560" w:lineRule="exact"/>
        <w:ind w:firstLine="420"/>
      </w:pPr>
      <w:r>
        <w:rPr>
          <w:rFonts w:ascii="宋体" w:hAnsi="宋体" w:eastAsia="宋体"/>
          <w:sz w:val="24"/>
        </w:rPr>
        <w:t>【影杀·终幕！】</w:t>
      </w:r>
    </w:p>
    <w:p>
      <w:pPr>
        <w:spacing w:line="560" w:lineRule="exact"/>
        <w:ind w:firstLine="420"/>
      </w:pPr>
      <w:r>
        <w:rPr>
          <w:rFonts w:ascii="宋体" w:hAnsi="宋体" w:eastAsia="宋体"/>
          <w:sz w:val="24"/>
        </w:rPr>
        <w:t>【-15000000！】</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审判天使炸成漫天数据碎片。</w:t>
      </w:r>
    </w:p>
    <w:p>
      <w:pPr>
        <w:spacing w:line="560" w:lineRule="exact"/>
        <w:ind w:firstLine="420"/>
      </w:pPr>
      <w:r>
        <w:rPr>
          <w:rFonts w:ascii="宋体" w:hAnsi="宋体" w:eastAsia="宋体"/>
          <w:sz w:val="24"/>
        </w:rPr>
        <w:t>【神豪殿击杀神域守门者·审判天使（伪）！】</w:t>
        <w:br/>
        <w:t>【神域终极副本入口已开启！】</w:t>
        <w:br/>
        <w:t>【唯一进入者：风中追风。】</w:t>
      </w:r>
    </w:p>
    <w:p>
      <w:pPr>
        <w:spacing w:line="560" w:lineRule="exact"/>
        <w:ind w:firstLine="420"/>
      </w:pPr>
      <w:r>
        <w:rPr>
          <w:rFonts w:ascii="宋体" w:hAnsi="宋体" w:eastAsia="宋体"/>
          <w:sz w:val="24"/>
        </w:rPr>
        <w:t>金色神殿大门，缓缓打开。</w:t>
      </w:r>
    </w:p>
    <w:p>
      <w:pPr>
        <w:spacing w:line="560" w:lineRule="exact"/>
        <w:ind w:firstLine="420"/>
      </w:pPr>
      <w:r>
        <w:rPr>
          <w:rFonts w:ascii="宋体" w:hAnsi="宋体" w:eastAsia="宋体"/>
          <w:sz w:val="24"/>
        </w:rPr>
        <w:t>门后不是光，而是一片星空。</w:t>
      </w:r>
    </w:p>
    <w:p>
      <w:pPr>
        <w:spacing w:line="560" w:lineRule="exact"/>
        <w:ind w:firstLine="420"/>
      </w:pPr>
      <w:r>
        <w:rPr>
          <w:rFonts w:ascii="宋体" w:hAnsi="宋体" w:eastAsia="宋体"/>
          <w:sz w:val="24"/>
        </w:rPr>
        <w:t>星空中央，悬着一块断裂的王座。</w:t>
      </w:r>
    </w:p>
    <w:p>
      <w:pPr>
        <w:spacing w:line="560" w:lineRule="exact"/>
        <w:ind w:firstLine="420"/>
      </w:pPr>
      <w:r>
        <w:rPr>
          <w:rFonts w:ascii="宋体" w:hAnsi="宋体" w:eastAsia="宋体"/>
          <w:sz w:val="24"/>
        </w:rPr>
        <w:t>林风刚要迈步，耳边忽然响起秦雨的声音。</w:t>
      </w:r>
    </w:p>
    <w:p>
      <w:pPr>
        <w:spacing w:line="560" w:lineRule="exact"/>
        <w:ind w:firstLine="420"/>
      </w:pPr>
      <w:r>
        <w:rPr>
          <w:rFonts w:ascii="宋体" w:hAnsi="宋体" w:eastAsia="宋体"/>
          <w:sz w:val="24"/>
        </w:rPr>
        <w:t>不是游戏通话。</w:t>
      </w:r>
    </w:p>
    <w:p>
      <w:pPr>
        <w:spacing w:line="560" w:lineRule="exact"/>
        <w:ind w:firstLine="420"/>
      </w:pPr>
      <w:r>
        <w:rPr>
          <w:rFonts w:ascii="宋体" w:hAnsi="宋体" w:eastAsia="宋体"/>
          <w:sz w:val="24"/>
        </w:rPr>
        <w:t>是现实通讯。</w:t>
      </w:r>
    </w:p>
    <w:p>
      <w:pPr>
        <w:spacing w:line="560" w:lineRule="exact"/>
        <w:ind w:firstLine="420"/>
      </w:pPr>
      <w:r>
        <w:rPr>
          <w:rFonts w:ascii="宋体" w:hAnsi="宋体" w:eastAsia="宋体"/>
          <w:sz w:val="24"/>
        </w:rPr>
        <w:t>“林风，别进去！”</w:t>
      </w:r>
    </w:p>
    <w:p>
      <w:pPr>
        <w:spacing w:line="560" w:lineRule="exact"/>
        <w:ind w:firstLine="420"/>
      </w:pPr>
      <w:r>
        <w:rPr>
          <w:rFonts w:ascii="宋体" w:hAnsi="宋体" w:eastAsia="宋体"/>
          <w:sz w:val="24"/>
        </w:rPr>
        <w:t>秦雨声音很急。</w:t>
      </w:r>
    </w:p>
    <w:p>
      <w:pPr>
        <w:spacing w:line="560" w:lineRule="exact"/>
        <w:ind w:firstLine="420"/>
      </w:pPr>
      <w:r>
        <w:rPr>
          <w:rFonts w:ascii="宋体" w:hAnsi="宋体" w:eastAsia="宋体"/>
          <w:sz w:val="24"/>
        </w:rPr>
        <w:t>“神域副本底层代码变了，里面出现了一段不属于自己的程序。天穹科技查不到来源，但它一直在读取你的生物数据！”</w:t>
      </w:r>
    </w:p>
    <w:p>
      <w:pPr>
        <w:spacing w:line="560" w:lineRule="exact"/>
        <w:ind w:firstLine="420"/>
      </w:pPr>
      <w:r>
        <w:rPr>
          <w:rFonts w:ascii="宋体" w:hAnsi="宋体" w:eastAsia="宋体"/>
          <w:sz w:val="24"/>
        </w:rPr>
        <w:t>林风脚步一顿。</w:t>
      </w:r>
    </w:p>
    <w:p>
      <w:pPr>
        <w:spacing w:line="560" w:lineRule="exact"/>
        <w:ind w:firstLine="420"/>
      </w:pPr>
      <w:r>
        <w:rPr>
          <w:rFonts w:ascii="宋体" w:hAnsi="宋体" w:eastAsia="宋体"/>
          <w:sz w:val="24"/>
        </w:rPr>
        <w:t>赵铁柱也听见了，脸色瞬间沉下来：“风哥？”</w:t>
      </w:r>
    </w:p>
    <w:p>
      <w:pPr>
        <w:spacing w:line="560" w:lineRule="exact"/>
        <w:ind w:firstLine="420"/>
      </w:pPr>
      <w:r>
        <w:rPr>
          <w:rFonts w:ascii="宋体" w:hAnsi="宋体" w:eastAsia="宋体"/>
          <w:sz w:val="24"/>
        </w:rPr>
        <w:t>苏小雅急得眼眶发红：“林风，秦雨姐不会开玩笑的。”</w:t>
      </w:r>
    </w:p>
    <w:p>
      <w:pPr>
        <w:spacing w:line="560" w:lineRule="exact"/>
        <w:ind w:firstLine="420"/>
      </w:pPr>
      <w:r>
        <w:rPr>
          <w:rFonts w:ascii="宋体" w:hAnsi="宋体" w:eastAsia="宋体"/>
          <w:sz w:val="24"/>
        </w:rPr>
        <w:t>夜影站在阴影里，轻声道：“如果你不想进，我们可以想办法。”</w:t>
      </w:r>
    </w:p>
    <w:p>
      <w:pPr>
        <w:spacing w:line="560" w:lineRule="exact"/>
        <w:ind w:firstLine="420"/>
      </w:pPr>
      <w:r>
        <w:rPr>
          <w:rFonts w:ascii="宋体" w:hAnsi="宋体" w:eastAsia="宋体"/>
          <w:sz w:val="24"/>
        </w:rPr>
        <w:t>凌天看着那扇金色大门，声音低沉：“可如果现在不进，神豪殿之前所有努力都白费。而且，暗流和暗流背后的组织，一定会抢先。”</w:t>
      </w:r>
    </w:p>
    <w:p>
      <w:pPr>
        <w:spacing w:line="560" w:lineRule="exact"/>
        <w:ind w:firstLine="420"/>
      </w:pPr>
      <w:r>
        <w:rPr>
          <w:rFonts w:ascii="宋体" w:hAnsi="宋体" w:eastAsia="宋体"/>
          <w:sz w:val="24"/>
        </w:rPr>
        <w:t>林风沉默两秒。</w:t>
      </w:r>
    </w:p>
    <w:p>
      <w:pPr>
        <w:spacing w:line="560" w:lineRule="exact"/>
        <w:ind w:firstLine="420"/>
      </w:pPr>
      <w:r>
        <w:rPr>
          <w:rFonts w:ascii="宋体" w:hAnsi="宋体" w:eastAsia="宋体"/>
          <w:sz w:val="24"/>
        </w:rPr>
        <w:t>他伸手握住胸前古玉。</w:t>
      </w:r>
    </w:p>
    <w:p>
      <w:pPr>
        <w:spacing w:line="560" w:lineRule="exact"/>
        <w:ind w:firstLine="420"/>
      </w:pPr>
      <w:r>
        <w:rPr>
          <w:rFonts w:ascii="宋体" w:hAnsi="宋体" w:eastAsia="宋体"/>
          <w:sz w:val="24"/>
        </w:rPr>
        <w:t>古玉还在发亮。</w:t>
      </w:r>
    </w:p>
    <w:p>
      <w:pPr>
        <w:spacing w:line="560" w:lineRule="exact"/>
        <w:ind w:firstLine="420"/>
      </w:pPr>
      <w:r>
        <w:rPr>
          <w:rFonts w:ascii="宋体" w:hAnsi="宋体" w:eastAsia="宋体"/>
          <w:sz w:val="24"/>
        </w:rPr>
        <w:t>这一次，光芒里浮现出一行极小的字。</w:t>
      </w:r>
    </w:p>
    <w:p>
      <w:pPr>
        <w:spacing w:line="560" w:lineRule="exact"/>
        <w:ind w:firstLine="420"/>
      </w:pPr>
      <w:r>
        <w:rPr>
          <w:rFonts w:ascii="宋体" w:hAnsi="宋体" w:eastAsia="宋体"/>
          <w:sz w:val="24"/>
        </w:rPr>
        <w:t>林风看清那行字，呼吸猛地停住。</w:t>
      </w:r>
    </w:p>
    <w:p>
      <w:pPr>
        <w:spacing w:line="560" w:lineRule="exact"/>
        <w:ind w:firstLine="420"/>
      </w:pPr>
      <w:r>
        <w:rPr>
          <w:rFonts w:ascii="宋体" w:hAnsi="宋体" w:eastAsia="宋体"/>
          <w:sz w:val="24"/>
        </w:rPr>
        <w:t>【创始人权限确认：林风，欢迎回家。】</w:t>
      </w:r>
    </w:p>
    <w:p>
      <w:pPr>
        <w:spacing w:line="560" w:lineRule="exact"/>
        <w:ind w:firstLine="420"/>
      </w:pPr>
      <w:r>
        <w:rPr>
          <w:rFonts w:ascii="宋体" w:hAnsi="宋体" w:eastAsia="宋体"/>
          <w:sz w:val="24"/>
        </w:rPr>
        <w:t>下一秒，系统提示在他脑海炸开。</w:t>
      </w:r>
    </w:p>
    <w:p>
      <w:pPr>
        <w:spacing w:line="560" w:lineRule="exact"/>
        <w:ind w:firstLine="420"/>
      </w:pPr>
      <w:r>
        <w:rPr>
          <w:rFonts w:ascii="宋体" w:hAnsi="宋体" w:eastAsia="宋体"/>
          <w:sz w:val="24"/>
        </w:rPr>
        <w:t>【叮！神域终极副本真实名称解锁。】</w:t>
        <w:br/>
        <w:t>【副本名称：父母遗产。】</w:t>
        <w:br/>
        <w:t>【警告：进入后，现实身份将被强制映射。】</w:t>
        <w:br/>
        <w:t>【提示：你父母的车祸记录，藏在副本核心。】</w:t>
      </w:r>
    </w:p>
    <w:p>
      <w:pPr>
        <w:spacing w:line="560" w:lineRule="exact"/>
        <w:ind w:firstLine="420"/>
      </w:pPr>
      <w:r>
        <w:rPr>
          <w:rFonts w:ascii="宋体" w:hAnsi="宋体" w:eastAsia="宋体"/>
          <w:sz w:val="24"/>
        </w:rPr>
        <w:t>林风眼神骤然变冷。</w:t>
      </w:r>
    </w:p>
    <w:p>
      <w:pPr>
        <w:spacing w:line="560" w:lineRule="exact"/>
        <w:ind w:firstLine="420"/>
      </w:pPr>
      <w:r>
        <w:rPr>
          <w:rFonts w:ascii="宋体" w:hAnsi="宋体" w:eastAsia="宋体"/>
          <w:sz w:val="24"/>
        </w:rPr>
        <w:t>他抬头，看向星空深处的王座。</w:t>
      </w:r>
    </w:p>
    <w:p>
      <w:pPr>
        <w:spacing w:line="560" w:lineRule="exact"/>
        <w:ind w:firstLine="420"/>
      </w:pPr>
      <w:r>
        <w:rPr>
          <w:rFonts w:ascii="宋体" w:hAnsi="宋体" w:eastAsia="宋体"/>
          <w:sz w:val="24"/>
        </w:rPr>
        <w:t>“铁柱，守门。”</w:t>
      </w:r>
    </w:p>
    <w:p>
      <w:pPr>
        <w:spacing w:line="560" w:lineRule="exact"/>
        <w:ind w:firstLine="420"/>
      </w:pPr>
      <w:r>
        <w:rPr>
          <w:rFonts w:ascii="宋体" w:hAnsi="宋体" w:eastAsia="宋体"/>
          <w:sz w:val="24"/>
        </w:rPr>
        <w:t>赵铁柱重重点头：“放心，谁敢动苏小雅和凌天一寸，我先把他脑袋砸进地里。”</w:t>
      </w:r>
    </w:p>
    <w:p>
      <w:pPr>
        <w:spacing w:line="560" w:lineRule="exact"/>
        <w:ind w:firstLine="420"/>
      </w:pPr>
      <w:r>
        <w:rPr>
          <w:rFonts w:ascii="宋体" w:hAnsi="宋体" w:eastAsia="宋体"/>
          <w:sz w:val="24"/>
        </w:rPr>
        <w:t>苏小雅咬唇：“林风，活着回来。”</w:t>
      </w:r>
    </w:p>
    <w:p>
      <w:pPr>
        <w:spacing w:line="560" w:lineRule="exact"/>
        <w:ind w:firstLine="420"/>
      </w:pPr>
      <w:r>
        <w:rPr>
          <w:rFonts w:ascii="宋体" w:hAnsi="宋体" w:eastAsia="宋体"/>
          <w:sz w:val="24"/>
        </w:rPr>
        <w:t>夜影看着他：“我等你。”</w:t>
      </w:r>
    </w:p>
    <w:p>
      <w:pPr>
        <w:spacing w:line="560" w:lineRule="exact"/>
        <w:ind w:firstLine="420"/>
      </w:pPr>
      <w:r>
        <w:rPr>
          <w:rFonts w:ascii="宋体" w:hAnsi="宋体" w:eastAsia="宋体"/>
          <w:sz w:val="24"/>
        </w:rPr>
        <w:t>林风迈步走进金色大门。</w:t>
      </w:r>
    </w:p>
    <w:p>
      <w:pPr>
        <w:spacing w:line="560" w:lineRule="exact"/>
        <w:ind w:firstLine="420"/>
      </w:pPr>
      <w:r>
        <w:rPr>
          <w:rFonts w:ascii="宋体" w:hAnsi="宋体" w:eastAsia="宋体"/>
          <w:sz w:val="24"/>
        </w:rPr>
        <w:t>就在他的身影即将消失时，神殿深处传来一道沙哑笑声。</w:t>
      </w:r>
    </w:p>
    <w:p>
      <w:pPr>
        <w:spacing w:line="560" w:lineRule="exact"/>
        <w:ind w:firstLine="420"/>
      </w:pPr>
      <w:r>
        <w:rPr>
          <w:rFonts w:ascii="宋体" w:hAnsi="宋体" w:eastAsia="宋体"/>
          <w:sz w:val="24"/>
        </w:rPr>
        <w:t>“终于来了。”</w:t>
      </w:r>
    </w:p>
    <w:p>
      <w:pPr>
        <w:spacing w:line="560" w:lineRule="exact"/>
        <w:ind w:firstLine="420"/>
      </w:pPr>
      <w:r>
        <w:rPr>
          <w:rFonts w:ascii="宋体" w:hAnsi="宋体" w:eastAsia="宋体"/>
          <w:sz w:val="24"/>
        </w:rPr>
        <w:t>“林风的儿子。”</w:t>
      </w:r>
    </w:p>
    <w:p>
      <w:r>
        <w:br w:type="page"/>
      </w:r>
    </w:p>
    <w:p>
      <w:pPr>
        <w:jc w:val="center"/>
      </w:pPr>
      <w:r>
        <w:rPr>
          <w:b/>
          <w:sz w:val="32"/>
        </w:rPr>
        <w:t>第042章 神域开启</w:t>
      </w:r>
    </w:p>
    <w:p>
      <w:pPr>
        <w:jc w:val="center"/>
      </w:pPr>
      <w:r>
        <w:rPr>
          <w:color w:val="999999"/>
          <w:sz w:val="18"/>
        </w:rPr>
        <w:t>（2,507字）</w:t>
      </w:r>
    </w:p>
    <w:p/>
    <w:p>
      <w:pPr>
        <w:spacing w:line="560" w:lineRule="exact"/>
        <w:ind w:firstLine="420"/>
      </w:pPr>
      <w:r>
        <w:rPr>
          <w:rFonts w:ascii="宋体" w:hAnsi="宋体" w:eastAsia="宋体"/>
          <w:sz w:val="24"/>
        </w:rPr>
        <w:t>神域入口刚亮起来，天界全服公告就炸了。</w:t>
      </w:r>
    </w:p>
    <w:p>
      <w:pPr>
        <w:spacing w:line="560" w:lineRule="exact"/>
        <w:ind w:firstLine="420"/>
      </w:pPr>
      <w:r>
        <w:rPr>
          <w:rFonts w:ascii="宋体" w:hAnsi="宋体" w:eastAsia="宋体"/>
          <w:sz w:val="24"/>
        </w:rPr>
        <w:t>【神域终极地图正式开启！前一千名玩家可进入神域外围，死亡惩罚翻倍，首通奖励将在神域核心结算！】</w:t>
      </w:r>
    </w:p>
    <w:p>
      <w:pPr>
        <w:spacing w:line="560" w:lineRule="exact"/>
        <w:ind w:firstLine="420"/>
      </w:pPr>
      <w:r>
        <w:rPr>
          <w:rFonts w:ascii="宋体" w:hAnsi="宋体" w:eastAsia="宋体"/>
          <w:sz w:val="24"/>
        </w:rPr>
        <w:t>可林风还没动，神豪殿的队伍就被堵在了传送广场。脚下的汉白玉石板上刻着古老的纹路，通往神域入口的大道两侧站满了玩家——人人都在盯着那扇石门，但没有一个人敢先动。</w:t>
      </w:r>
    </w:p>
    <w:p>
      <w:pPr>
        <w:spacing w:line="560" w:lineRule="exact"/>
        <w:ind w:firstLine="420"/>
      </w:pPr>
      <w:r>
        <w:rPr>
          <w:rFonts w:ascii="宋体" w:hAnsi="宋体" w:eastAsia="宋体"/>
          <w:sz w:val="24"/>
        </w:rPr>
        <w:t>帝临天下、血染江山、星辰阁、暗影盟……华夏区前十公会全到了，几十万玩家挤得连路都看不见。空气中弥漫着紧张的气氛，每个公会的旗帜都在夜风中猎猎作响。</w:t>
      </w:r>
    </w:p>
    <w:p>
      <w:pPr>
        <w:spacing w:line="560" w:lineRule="exact"/>
        <w:ind w:firstLine="420"/>
      </w:pPr>
      <w:r>
        <w:rPr>
          <w:rFonts w:ascii="宋体" w:hAnsi="宋体" w:eastAsia="宋体"/>
          <w:sz w:val="24"/>
        </w:rPr>
        <w:t>更离谱的是，入口前方那只三百米高的玄甲圣龙，正把一支百人团拍成白光。</w:t>
      </w:r>
    </w:p>
    <w:p>
      <w:pPr>
        <w:spacing w:line="560" w:lineRule="exact"/>
        <w:ind w:firstLine="420"/>
      </w:pPr>
      <w:r>
        <w:rPr>
          <w:rFonts w:ascii="宋体" w:hAnsi="宋体" w:eastAsia="宋体"/>
          <w:sz w:val="24"/>
        </w:rPr>
        <w:t>尸体像下雨一样往下砸，白光一片接一片。</w:t>
      </w:r>
    </w:p>
    <w:p>
      <w:pPr>
        <w:spacing w:line="560" w:lineRule="exact"/>
        <w:ind w:firstLine="420"/>
      </w:pPr>
      <w:r>
        <w:rPr>
          <w:rFonts w:ascii="宋体" w:hAnsi="宋体" w:eastAsia="宋体"/>
          <w:sz w:val="24"/>
        </w:rPr>
        <w:t>赵铁柱咽了口唾沫：“老大，这正门……是不是有点硬？”</w:t>
      </w:r>
    </w:p>
    <w:p>
      <w:pPr>
        <w:spacing w:line="560" w:lineRule="exact"/>
        <w:ind w:firstLine="420"/>
      </w:pPr>
      <w:r>
        <w:rPr>
          <w:rFonts w:ascii="宋体" w:hAnsi="宋体" w:eastAsia="宋体"/>
          <w:sz w:val="24"/>
        </w:rPr>
        <w:t>林风把黑色长剑往肩上一扛：“硬就砸开。”</w:t>
      </w:r>
    </w:p>
    <w:p>
      <w:pPr>
        <w:spacing w:line="560" w:lineRule="exact"/>
        <w:ind w:firstLine="420"/>
      </w:pPr>
      <w:r>
        <w:rPr>
          <w:rFonts w:ascii="宋体" w:hAnsi="宋体" w:eastAsia="宋体"/>
          <w:sz w:val="24"/>
        </w:rPr>
        <w:t>系统提示在眼前弹出。</w:t>
      </w:r>
    </w:p>
    <w:p>
      <w:pPr>
        <w:spacing w:line="560" w:lineRule="exact"/>
        <w:ind w:firstLine="420"/>
      </w:pPr>
      <w:r>
        <w:rPr>
          <w:rFonts w:ascii="宋体" w:hAnsi="宋体" w:eastAsia="宋体"/>
          <w:sz w:val="24"/>
        </w:rPr>
        <w:t>【神豪系统：检测到神域入口，是否充值开启神域通行？】</w:t>
      </w:r>
    </w:p>
    <w:p>
      <w:pPr>
        <w:spacing w:line="560" w:lineRule="exact"/>
        <w:ind w:firstLine="420"/>
      </w:pPr>
      <w:r>
        <w:rPr>
          <w:rFonts w:ascii="宋体" w:hAnsi="宋体" w:eastAsia="宋体"/>
          <w:sz w:val="24"/>
        </w:rPr>
        <w:t>【单人通行令：10000金币。】</w:t>
      </w:r>
    </w:p>
    <w:p>
      <w:pPr>
        <w:spacing w:line="560" w:lineRule="exact"/>
        <w:ind w:firstLine="420"/>
      </w:pPr>
      <w:r>
        <w:rPr>
          <w:rFonts w:ascii="宋体" w:hAnsi="宋体" w:eastAsia="宋体"/>
          <w:sz w:val="24"/>
        </w:rPr>
        <w:t>【公会全员通行令：99999999金币。】</w:t>
      </w:r>
    </w:p>
    <w:p>
      <w:pPr>
        <w:spacing w:line="560" w:lineRule="exact"/>
        <w:ind w:firstLine="420"/>
      </w:pPr>
      <w:r>
        <w:rPr>
          <w:rFonts w:ascii="宋体" w:hAnsi="宋体" w:eastAsia="宋体"/>
          <w:sz w:val="24"/>
        </w:rPr>
        <w:t>【提示：神域地图存在名额限制，消耗越高，优先权越高。】</w:t>
      </w:r>
    </w:p>
    <w:p>
      <w:pPr>
        <w:spacing w:line="560" w:lineRule="exact"/>
        <w:ind w:firstLine="420"/>
      </w:pPr>
      <w:r>
        <w:rPr>
          <w:rFonts w:ascii="宋体" w:hAnsi="宋体" w:eastAsia="宋体"/>
          <w:sz w:val="24"/>
        </w:rPr>
        <w:t>林风只看了一眼，就在心里回道：“给神豪殿全员开。”</w:t>
      </w:r>
    </w:p>
    <w:p>
      <w:pPr>
        <w:spacing w:line="560" w:lineRule="exact"/>
        <w:ind w:firstLine="420"/>
      </w:pPr>
      <w:r>
        <w:rPr>
          <w:rFonts w:ascii="宋体" w:hAnsi="宋体" w:eastAsia="宋体"/>
          <w:sz w:val="24"/>
        </w:rPr>
        <w:t>【已扣除99999999金币。】</w:t>
      </w:r>
    </w:p>
    <w:p>
      <w:pPr>
        <w:spacing w:line="560" w:lineRule="exact"/>
        <w:ind w:firstLine="420"/>
      </w:pPr>
      <w:r>
        <w:rPr>
          <w:rFonts w:ascii="宋体" w:hAnsi="宋体" w:eastAsia="宋体"/>
          <w:sz w:val="24"/>
        </w:rPr>
        <w:t>【余额：∞】</w:t>
      </w:r>
    </w:p>
    <w:p>
      <w:pPr>
        <w:spacing w:line="560" w:lineRule="exact"/>
        <w:ind w:firstLine="420"/>
      </w:pPr>
      <w:r>
        <w:rPr>
          <w:rFonts w:ascii="宋体" w:hAnsi="宋体" w:eastAsia="宋体"/>
          <w:sz w:val="24"/>
        </w:rPr>
        <w:t>下一秒，神豪殿所有人背包里同时多出一枚金色令牌，令牌上刻着“神域”两个字，边缘流动着银蓝色光纹。</w:t>
      </w:r>
    </w:p>
    <w:p>
      <w:pPr>
        <w:spacing w:line="560" w:lineRule="exact"/>
        <w:ind w:firstLine="420"/>
      </w:pPr>
      <w:r>
        <w:rPr>
          <w:rFonts w:ascii="宋体" w:hAnsi="宋体" w:eastAsia="宋体"/>
          <w:sz w:val="24"/>
        </w:rPr>
        <w:t>全服公告紧接着刷出。</w:t>
      </w:r>
    </w:p>
    <w:p>
      <w:pPr>
        <w:spacing w:line="560" w:lineRule="exact"/>
        <w:ind w:firstLine="420"/>
      </w:pPr>
      <w:r>
        <w:rPr>
          <w:rFonts w:ascii="宋体" w:hAnsi="宋体" w:eastAsia="宋体"/>
          <w:sz w:val="24"/>
        </w:rPr>
        <w:t>【公告：玩家风中追风为公会“神豪殿”全员开启神域通行权限！】</w:t>
      </w:r>
    </w:p>
    <w:p>
      <w:pPr>
        <w:spacing w:line="560" w:lineRule="exact"/>
        <w:ind w:firstLine="420"/>
      </w:pPr>
      <w:r>
        <w:rPr>
          <w:rFonts w:ascii="宋体" w:hAnsi="宋体" w:eastAsia="宋体"/>
          <w:sz w:val="24"/>
        </w:rPr>
        <w:t>【公告：神豪殿获得神域入口第一优先进入权！】</w:t>
      </w:r>
    </w:p>
    <w:p>
      <w:pPr>
        <w:spacing w:line="560" w:lineRule="exact"/>
        <w:ind w:firstLine="420"/>
      </w:pPr>
      <w:r>
        <w:rPr>
          <w:rFonts w:ascii="宋体" w:hAnsi="宋体" w:eastAsia="宋体"/>
          <w:sz w:val="24"/>
        </w:rPr>
        <w:t>广场上瞬间炸了。</w:t>
      </w:r>
    </w:p>
    <w:p>
      <w:pPr>
        <w:spacing w:line="560" w:lineRule="exact"/>
        <w:ind w:firstLine="420"/>
      </w:pPr>
      <w:r>
        <w:rPr>
          <w:rFonts w:ascii="宋体" w:hAnsi="宋体" w:eastAsia="宋体"/>
          <w:sz w:val="24"/>
        </w:rPr>
        <w:t>“我靠，风中追风又来？”</w:t>
      </w:r>
    </w:p>
    <w:p>
      <w:pPr>
        <w:spacing w:line="560" w:lineRule="exact"/>
        <w:ind w:firstLine="420"/>
      </w:pPr>
      <w:r>
        <w:rPr>
          <w:rFonts w:ascii="宋体" w:hAnsi="宋体" w:eastAsia="宋体"/>
          <w:sz w:val="24"/>
        </w:rPr>
        <w:t>“全员神域通行令？这得多少钱？”</w:t>
      </w:r>
    </w:p>
    <w:p>
      <w:pPr>
        <w:spacing w:line="560" w:lineRule="exact"/>
        <w:ind w:firstLine="420"/>
      </w:pPr>
      <w:r>
        <w:rPr>
          <w:rFonts w:ascii="宋体" w:hAnsi="宋体" w:eastAsia="宋体"/>
          <w:sz w:val="24"/>
        </w:rPr>
        <w:t>“神豪殿真就一个字，砸！”</w:t>
      </w:r>
    </w:p>
    <w:p>
      <w:pPr>
        <w:spacing w:line="560" w:lineRule="exact"/>
        <w:ind w:firstLine="420"/>
      </w:pPr>
      <w:r>
        <w:rPr>
          <w:rFonts w:ascii="宋体" w:hAnsi="宋体" w:eastAsia="宋体"/>
          <w:sz w:val="24"/>
        </w:rPr>
        <w:t>帝临天下的会长站在人群前方，脸色铁青：“风中追风，神域不是你一个人开的，别想带着一支公会独占入口！”</w:t>
      </w:r>
    </w:p>
    <w:p>
      <w:pPr>
        <w:spacing w:line="560" w:lineRule="exact"/>
        <w:ind w:firstLine="420"/>
      </w:pPr>
      <w:r>
        <w:rPr>
          <w:rFonts w:ascii="宋体" w:hAnsi="宋体" w:eastAsia="宋体"/>
          <w:sz w:val="24"/>
        </w:rPr>
        <w:t>血染江山的人也起哄：“就是，大家都是为了首通，你神豪殿算哪根葱？”</w:t>
      </w:r>
    </w:p>
    <w:p>
      <w:pPr>
        <w:spacing w:line="560" w:lineRule="exact"/>
        <w:ind w:firstLine="420"/>
      </w:pPr>
      <w:r>
        <w:rPr>
          <w:rFonts w:ascii="宋体" w:hAnsi="宋体" w:eastAsia="宋体"/>
          <w:sz w:val="24"/>
        </w:rPr>
        <w:t>林风看了他们一眼：“算你们打不过的那根。”</w:t>
      </w:r>
    </w:p>
    <w:p>
      <w:pPr>
        <w:spacing w:line="560" w:lineRule="exact"/>
        <w:ind w:firstLine="420"/>
      </w:pPr>
      <w:r>
        <w:rPr>
          <w:rFonts w:ascii="宋体" w:hAnsi="宋体" w:eastAsia="宋体"/>
          <w:sz w:val="24"/>
        </w:rPr>
        <w:t>赵铁柱乐了：“老大，这话我喜欢。”</w:t>
      </w:r>
    </w:p>
    <w:p>
      <w:pPr>
        <w:spacing w:line="560" w:lineRule="exact"/>
        <w:ind w:firstLine="420"/>
      </w:pPr>
      <w:r>
        <w:rPr>
          <w:rFonts w:ascii="宋体" w:hAnsi="宋体" w:eastAsia="宋体"/>
          <w:sz w:val="24"/>
        </w:rPr>
        <w:t>凌天在队伍频道里冷静开口：“别吵，玄甲圣龙还有三分钟刷新第二波攻击。想进神域，先过它。”</w:t>
      </w:r>
    </w:p>
    <w:p>
      <w:pPr>
        <w:spacing w:line="560" w:lineRule="exact"/>
        <w:ind w:firstLine="420"/>
      </w:pPr>
      <w:r>
        <w:rPr>
          <w:rFonts w:ascii="宋体" w:hAnsi="宋体" w:eastAsia="宋体"/>
          <w:sz w:val="24"/>
        </w:rPr>
        <w:t>林风抬头。</w:t>
      </w:r>
    </w:p>
    <w:p>
      <w:pPr>
        <w:spacing w:line="560" w:lineRule="exact"/>
        <w:ind w:firstLine="420"/>
      </w:pPr>
      <w:r>
        <w:rPr>
          <w:rFonts w:ascii="宋体" w:hAnsi="宋体" w:eastAsia="宋体"/>
          <w:sz w:val="24"/>
        </w:rPr>
        <w:t>那只玄甲圣龙盘踞在巨大石门之前，浑身覆盖黑金色鳞甲，每一片鳞甲都像磨盘那么大，双翼展开遮天蔽日。它每一次呼吸，地面都会震动一下，石门上的神纹便亮一分。</w:t>
      </w:r>
    </w:p>
    <w:p>
      <w:pPr>
        <w:spacing w:line="560" w:lineRule="exact"/>
        <w:ind w:firstLine="420"/>
      </w:pPr>
      <w:r>
        <w:rPr>
          <w:rFonts w:ascii="宋体" w:hAnsi="宋体" w:eastAsia="宋体"/>
          <w:sz w:val="24"/>
        </w:rPr>
        <w:t>【神域守卫·玄甲圣龙】</w:t>
      </w:r>
    </w:p>
    <w:p>
      <w:pPr>
        <w:spacing w:line="560" w:lineRule="exact"/>
        <w:ind w:firstLine="420"/>
      </w:pPr>
      <w:r>
        <w:rPr>
          <w:rFonts w:ascii="宋体" w:hAnsi="宋体" w:eastAsia="宋体"/>
          <w:sz w:val="24"/>
        </w:rPr>
        <w:t>【等级：85】</w:t>
      </w:r>
    </w:p>
    <w:p>
      <w:pPr>
        <w:spacing w:line="560" w:lineRule="exact"/>
        <w:ind w:firstLine="420"/>
      </w:pPr>
      <w:r>
        <w:rPr>
          <w:rFonts w:ascii="宋体" w:hAnsi="宋体" w:eastAsia="宋体"/>
          <w:sz w:val="24"/>
        </w:rPr>
        <w:t>【品阶：史诗级守门BOSS】</w:t>
      </w:r>
    </w:p>
    <w:p>
      <w:pPr>
        <w:spacing w:line="560" w:lineRule="exact"/>
        <w:ind w:firstLine="420"/>
      </w:pPr>
      <w:r>
        <w:rPr>
          <w:rFonts w:ascii="宋体" w:hAnsi="宋体" w:eastAsia="宋体"/>
          <w:sz w:val="24"/>
        </w:rPr>
        <w:t>【技能：圣龙吐息、玄甲反震、神罚之翼、龙魂镇压】</w:t>
      </w:r>
    </w:p>
    <w:p>
      <w:pPr>
        <w:spacing w:line="560" w:lineRule="exact"/>
        <w:ind w:firstLine="420"/>
      </w:pPr>
      <w:r>
        <w:rPr>
          <w:rFonts w:ascii="宋体" w:hAnsi="宋体" w:eastAsia="宋体"/>
          <w:sz w:val="24"/>
        </w:rPr>
        <w:t>【说明：神域入口试炼，击杀后可开启神域外围。】</w:t>
      </w:r>
    </w:p>
    <w:p>
      <w:pPr>
        <w:spacing w:line="560" w:lineRule="exact"/>
        <w:ind w:firstLine="420"/>
      </w:pPr>
      <w:r>
        <w:rPr>
          <w:rFonts w:ascii="宋体" w:hAnsi="宋体" w:eastAsia="宋体"/>
          <w:sz w:val="24"/>
        </w:rPr>
        <w:t>苏小雅看着BOSS属性，声音都紧了：“这玩意儿血量一亿二，还会反震，硬打很容易团灭。”</w:t>
      </w:r>
    </w:p>
    <w:p>
      <w:pPr>
        <w:spacing w:line="560" w:lineRule="exact"/>
        <w:ind w:firstLine="420"/>
      </w:pPr>
      <w:r>
        <w:rPr>
          <w:rFonts w:ascii="宋体" w:hAnsi="宋体" w:eastAsia="宋体"/>
          <w:sz w:val="24"/>
        </w:rPr>
        <w:t>夜影已经摸到了左侧阴影里，匕首在手里转了一圈：“那就别让它有反震的机会。”</w:t>
      </w:r>
    </w:p>
    <w:p>
      <w:pPr>
        <w:spacing w:line="560" w:lineRule="exact"/>
        <w:ind w:firstLine="420"/>
      </w:pPr>
      <w:r>
        <w:rPr>
          <w:rFonts w:ascii="宋体" w:hAnsi="宋体" w:eastAsia="宋体"/>
          <w:sz w:val="24"/>
        </w:rPr>
        <w:t>林风往前一步，长剑指向前方。</w:t>
      </w:r>
    </w:p>
    <w:p>
      <w:pPr>
        <w:spacing w:line="560" w:lineRule="exact"/>
        <w:ind w:firstLine="420"/>
      </w:pPr>
      <w:r>
        <w:rPr>
          <w:rFonts w:ascii="宋体" w:hAnsi="宋体" w:eastAsia="宋体"/>
          <w:sz w:val="24"/>
        </w:rPr>
        <w:t>“神豪殿听令。”</w:t>
      </w:r>
    </w:p>
    <w:p>
      <w:pPr>
        <w:spacing w:line="560" w:lineRule="exact"/>
        <w:ind w:firstLine="420"/>
      </w:pPr>
      <w:r>
        <w:rPr>
          <w:rFonts w:ascii="宋体" w:hAnsi="宋体" w:eastAsia="宋体"/>
          <w:sz w:val="24"/>
        </w:rPr>
        <w:t>所有神豪殿成员立刻安静下来。</w:t>
      </w:r>
    </w:p>
    <w:p>
      <w:pPr>
        <w:spacing w:line="560" w:lineRule="exact"/>
        <w:ind w:firstLine="420"/>
      </w:pPr>
      <w:r>
        <w:rPr>
          <w:rFonts w:ascii="宋体" w:hAnsi="宋体" w:eastAsia="宋体"/>
          <w:sz w:val="24"/>
        </w:rPr>
        <w:t>“坦克前顶，治疗分散，刺客找弱点，法师和弓手压输出。谁也别绕后门，谁也别偷鸡。”</w:t>
      </w:r>
    </w:p>
    <w:p>
      <w:pPr>
        <w:spacing w:line="560" w:lineRule="exact"/>
        <w:ind w:firstLine="420"/>
      </w:pPr>
      <w:r>
        <w:rPr>
          <w:rFonts w:ascii="宋体" w:hAnsi="宋体" w:eastAsia="宋体"/>
          <w:sz w:val="24"/>
        </w:rPr>
        <w:t>他顿了顿，声音不大，却传遍整个广场。</w:t>
      </w:r>
    </w:p>
    <w:p>
      <w:pPr>
        <w:spacing w:line="560" w:lineRule="exact"/>
        <w:ind w:firstLine="420"/>
      </w:pPr>
      <w:r>
        <w:rPr>
          <w:rFonts w:ascii="宋体" w:hAnsi="宋体" w:eastAsia="宋体"/>
          <w:sz w:val="24"/>
        </w:rPr>
        <w:t>“今天，神豪殿从正门进神域。”</w:t>
      </w:r>
    </w:p>
    <w:p>
      <w:pPr>
        <w:spacing w:line="560" w:lineRule="exact"/>
        <w:ind w:firstLine="420"/>
      </w:pPr>
      <w:r>
        <w:rPr>
          <w:rFonts w:ascii="宋体" w:hAnsi="宋体" w:eastAsia="宋体"/>
          <w:sz w:val="24"/>
        </w:rPr>
        <w:t>赵铁柱第一个冲出去，盾牌砸在地上，浑身金光大盛。</w:t>
      </w:r>
    </w:p>
    <w:p>
      <w:pPr>
        <w:spacing w:line="560" w:lineRule="exact"/>
        <w:ind w:firstLine="420"/>
      </w:pPr>
      <w:r>
        <w:rPr>
          <w:rFonts w:ascii="宋体" w:hAnsi="宋体" w:eastAsia="宋体"/>
          <w:sz w:val="24"/>
        </w:rPr>
        <w:t>“铁柱在此，谁敢动我老大！”</w:t>
      </w:r>
    </w:p>
    <w:p>
      <w:pPr>
        <w:spacing w:line="560" w:lineRule="exact"/>
        <w:ind w:firstLine="420"/>
      </w:pPr>
      <w:r>
        <w:rPr>
          <w:rFonts w:ascii="宋体" w:hAnsi="宋体" w:eastAsia="宋体"/>
          <w:sz w:val="24"/>
        </w:rPr>
        <w:t>【不动如山】</w:t>
      </w:r>
    </w:p>
    <w:p>
      <w:pPr>
        <w:spacing w:line="560" w:lineRule="exact"/>
        <w:ind w:firstLine="420"/>
      </w:pPr>
      <w:r>
        <w:rPr>
          <w:rFonts w:ascii="宋体" w:hAnsi="宋体" w:eastAsia="宋体"/>
          <w:sz w:val="24"/>
        </w:rPr>
        <w:t>【嘲讽壁垒】</w:t>
      </w:r>
    </w:p>
    <w:p>
      <w:pPr>
        <w:spacing w:line="560" w:lineRule="exact"/>
        <w:ind w:firstLine="420"/>
      </w:pPr>
      <w:r>
        <w:rPr>
          <w:rFonts w:ascii="宋体" w:hAnsi="宋体" w:eastAsia="宋体"/>
          <w:sz w:val="24"/>
        </w:rPr>
        <w:t>玄甲圣龙低吼一声，巨大龙爪拍下。</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地面裂开，赵铁柱头顶血条瞬间掉了一截。</w:t>
      </w:r>
    </w:p>
    <w:p>
      <w:pPr>
        <w:spacing w:line="560" w:lineRule="exact"/>
        <w:ind w:firstLine="420"/>
      </w:pPr>
      <w:r>
        <w:rPr>
          <w:rFonts w:ascii="宋体" w:hAnsi="宋体" w:eastAsia="宋体"/>
          <w:sz w:val="24"/>
        </w:rPr>
        <w:t>-187420！</w:t>
      </w:r>
    </w:p>
    <w:p>
      <w:pPr>
        <w:spacing w:line="560" w:lineRule="exact"/>
        <w:ind w:firstLine="420"/>
      </w:pPr>
      <w:r>
        <w:rPr>
          <w:rFonts w:ascii="宋体" w:hAnsi="宋体" w:eastAsia="宋体"/>
          <w:sz w:val="24"/>
        </w:rPr>
        <w:t>他咬牙顶着：“扛得住！小雅，奶一口！”</w:t>
      </w:r>
    </w:p>
    <w:p>
      <w:pPr>
        <w:spacing w:line="560" w:lineRule="exact"/>
        <w:ind w:firstLine="420"/>
      </w:pPr>
      <w:r>
        <w:rPr>
          <w:rFonts w:ascii="宋体" w:hAnsi="宋体" w:eastAsia="宋体"/>
          <w:sz w:val="24"/>
        </w:rPr>
        <w:t>苏小雅法杖高举，圣洁光雨落下。</w:t>
      </w:r>
    </w:p>
    <w:p>
      <w:pPr>
        <w:spacing w:line="560" w:lineRule="exact"/>
        <w:ind w:firstLine="420"/>
      </w:pPr>
      <w:r>
        <w:rPr>
          <w:rFonts w:ascii="宋体" w:hAnsi="宋体" w:eastAsia="宋体"/>
          <w:sz w:val="24"/>
        </w:rPr>
        <w:t>【群体治愈术】</w:t>
      </w:r>
    </w:p>
    <w:p>
      <w:pPr>
        <w:spacing w:line="560" w:lineRule="exact"/>
        <w:ind w:firstLine="420"/>
      </w:pPr>
      <w:r>
        <w:rPr>
          <w:rFonts w:ascii="宋体" w:hAnsi="宋体" w:eastAsia="宋体"/>
          <w:sz w:val="24"/>
        </w:rPr>
        <w:t>+86320！</w:t>
      </w:r>
    </w:p>
    <w:p>
      <w:pPr>
        <w:spacing w:line="560" w:lineRule="exact"/>
        <w:ind w:firstLine="420"/>
      </w:pPr>
      <w:r>
        <w:rPr>
          <w:rFonts w:ascii="宋体" w:hAnsi="宋体" w:eastAsia="宋体"/>
          <w:sz w:val="24"/>
        </w:rPr>
        <w:t>【净化圣歌】</w:t>
      </w:r>
    </w:p>
    <w:p>
      <w:pPr>
        <w:spacing w:line="560" w:lineRule="exact"/>
        <w:ind w:firstLine="420"/>
      </w:pPr>
      <w:r>
        <w:rPr>
          <w:rFonts w:ascii="宋体" w:hAnsi="宋体" w:eastAsia="宋体"/>
          <w:sz w:val="24"/>
        </w:rPr>
        <w:t>赵铁柱身上黑紫色龙威被驱散，血条重新稳住。</w:t>
      </w:r>
    </w:p>
    <w:p>
      <w:pPr>
        <w:spacing w:line="560" w:lineRule="exact"/>
        <w:ind w:firstLine="420"/>
      </w:pPr>
      <w:r>
        <w:rPr>
          <w:rFonts w:ascii="宋体" w:hAnsi="宋体" w:eastAsia="宋体"/>
          <w:sz w:val="24"/>
        </w:rPr>
        <w:t>林风紧随其后，剑锋拖过地面，火星四溅。</w:t>
      </w:r>
    </w:p>
    <w:p>
      <w:pPr>
        <w:spacing w:line="560" w:lineRule="exact"/>
        <w:ind w:firstLine="420"/>
      </w:pPr>
      <w:r>
        <w:rPr>
          <w:rFonts w:ascii="宋体" w:hAnsi="宋体" w:eastAsia="宋体"/>
          <w:sz w:val="24"/>
        </w:rPr>
        <w:t>“破穹斩！”</w:t>
      </w:r>
    </w:p>
    <w:p>
      <w:pPr>
        <w:spacing w:line="560" w:lineRule="exact"/>
        <w:ind w:firstLine="420"/>
      </w:pPr>
      <w:r>
        <w:rPr>
          <w:rFonts w:ascii="宋体" w:hAnsi="宋体" w:eastAsia="宋体"/>
          <w:sz w:val="24"/>
        </w:rPr>
        <w:t>黑色剑光冲天而起，狠狠斩在玄甲圣龙前爪关节处。</w:t>
      </w:r>
    </w:p>
    <w:p>
      <w:pPr>
        <w:spacing w:line="560" w:lineRule="exact"/>
        <w:ind w:firstLine="420"/>
      </w:pPr>
      <w:r>
        <w:rPr>
          <w:rFonts w:ascii="宋体" w:hAnsi="宋体" w:eastAsia="宋体"/>
          <w:sz w:val="24"/>
        </w:rPr>
        <w:t>-128764！</w:t>
      </w:r>
    </w:p>
    <w:p>
      <w:pPr>
        <w:spacing w:line="560" w:lineRule="exact"/>
        <w:ind w:firstLine="420"/>
      </w:pPr>
      <w:r>
        <w:rPr>
          <w:rFonts w:ascii="宋体" w:hAnsi="宋体" w:eastAsia="宋体"/>
          <w:sz w:val="24"/>
        </w:rPr>
        <w:t>玄甲圣龙吃痛，龙尾横扫。</w:t>
      </w:r>
    </w:p>
    <w:p>
      <w:pPr>
        <w:spacing w:line="560" w:lineRule="exact"/>
        <w:ind w:firstLine="420"/>
      </w:pPr>
      <w:r>
        <w:rPr>
          <w:rFonts w:ascii="宋体" w:hAnsi="宋体" w:eastAsia="宋体"/>
          <w:sz w:val="24"/>
        </w:rPr>
        <w:t>夜影身影一分为三，从龙尾阴影中穿出。</w:t>
      </w:r>
    </w:p>
    <w:p>
      <w:pPr>
        <w:spacing w:line="560" w:lineRule="exact"/>
        <w:ind w:firstLine="420"/>
      </w:pPr>
      <w:r>
        <w:rPr>
          <w:rFonts w:ascii="宋体" w:hAnsi="宋体" w:eastAsia="宋体"/>
          <w:sz w:val="24"/>
        </w:rPr>
        <w:t>【影袭】</w:t>
      </w:r>
    </w:p>
    <w:p>
      <w:pPr>
        <w:spacing w:line="560" w:lineRule="exact"/>
        <w:ind w:firstLine="420"/>
      </w:pPr>
      <w:r>
        <w:rPr>
          <w:rFonts w:ascii="宋体" w:hAnsi="宋体" w:eastAsia="宋体"/>
          <w:sz w:val="24"/>
        </w:rPr>
        <w:t>【背刺·裂魂】</w:t>
      </w:r>
    </w:p>
    <w:p>
      <w:pPr>
        <w:spacing w:line="560" w:lineRule="exact"/>
        <w:ind w:firstLine="420"/>
      </w:pPr>
      <w:r>
        <w:rPr>
          <w:rFonts w:ascii="宋体" w:hAnsi="宋体" w:eastAsia="宋体"/>
          <w:sz w:val="24"/>
        </w:rPr>
        <w:t>-93218！</w:t>
      </w:r>
    </w:p>
    <w:p>
      <w:pPr>
        <w:spacing w:line="560" w:lineRule="exact"/>
        <w:ind w:firstLine="420"/>
      </w:pPr>
      <w:r>
        <w:rPr>
          <w:rFonts w:ascii="宋体" w:hAnsi="宋体" w:eastAsia="宋体"/>
          <w:sz w:val="24"/>
        </w:rPr>
        <w:t>-156040！</w:t>
      </w:r>
    </w:p>
    <w:p>
      <w:pPr>
        <w:spacing w:line="560" w:lineRule="exact"/>
        <w:ind w:firstLine="420"/>
      </w:pPr>
      <w:r>
        <w:rPr>
          <w:rFonts w:ascii="宋体" w:hAnsi="宋体" w:eastAsia="宋体"/>
          <w:sz w:val="24"/>
        </w:rPr>
        <w:t>暴击数字跳出的瞬间，夜影已经消失在龙鳞缝隙里。</w:t>
      </w:r>
    </w:p>
    <w:p>
      <w:pPr>
        <w:spacing w:line="560" w:lineRule="exact"/>
        <w:ind w:firstLine="420"/>
      </w:pPr>
      <w:r>
        <w:rPr>
          <w:rFonts w:ascii="宋体" w:hAnsi="宋体" w:eastAsia="宋体"/>
          <w:sz w:val="24"/>
        </w:rPr>
        <w:t>“弱点在左前爪第三节鳞甲下面！”她喊道。</w:t>
      </w:r>
    </w:p>
    <w:p>
      <w:pPr>
        <w:spacing w:line="560" w:lineRule="exact"/>
        <w:ind w:firstLine="420"/>
      </w:pPr>
      <w:r>
        <w:rPr>
          <w:rFonts w:ascii="宋体" w:hAnsi="宋体" w:eastAsia="宋体"/>
          <w:sz w:val="24"/>
        </w:rPr>
        <w:t>凌天立刻接话：“所有人集火左前爪，三秒一轮爆发，铁柱把BOSS往石门左侧拉五米，别压人群。”</w:t>
      </w:r>
    </w:p>
    <w:p>
      <w:pPr>
        <w:spacing w:line="560" w:lineRule="exact"/>
        <w:ind w:firstLine="420"/>
      </w:pPr>
      <w:r>
        <w:rPr>
          <w:rFonts w:ascii="宋体" w:hAnsi="宋体" w:eastAsia="宋体"/>
          <w:sz w:val="24"/>
        </w:rPr>
        <w:t>林风脚下神纹展开，手中长剑化作无数残影。</w:t>
      </w:r>
    </w:p>
    <w:p>
      <w:pPr>
        <w:spacing w:line="560" w:lineRule="exact"/>
        <w:ind w:firstLine="420"/>
      </w:pPr>
      <w:r>
        <w:rPr>
          <w:rFonts w:ascii="宋体" w:hAnsi="宋体" w:eastAsia="宋体"/>
          <w:sz w:val="24"/>
        </w:rPr>
        <w:t>【万剑归宗】</w:t>
      </w:r>
    </w:p>
    <w:p>
      <w:pPr>
        <w:spacing w:line="560" w:lineRule="exact"/>
        <w:ind w:firstLine="420"/>
      </w:pPr>
      <w:r>
        <w:rPr>
          <w:rFonts w:ascii="宋体" w:hAnsi="宋体" w:eastAsia="宋体"/>
          <w:sz w:val="24"/>
        </w:rPr>
        <w:t>数百道剑影从天空落下，像暴雨一样砸在玄甲圣龙左前爪上。</w:t>
      </w:r>
    </w:p>
    <w:p>
      <w:pPr>
        <w:spacing w:line="560" w:lineRule="exact"/>
        <w:ind w:firstLine="420"/>
      </w:pPr>
      <w:r>
        <w:rPr>
          <w:rFonts w:ascii="宋体" w:hAnsi="宋体" w:eastAsia="宋体"/>
          <w:sz w:val="24"/>
        </w:rPr>
        <w:t>-426810！</w:t>
      </w:r>
    </w:p>
    <w:p>
      <w:pPr>
        <w:spacing w:line="560" w:lineRule="exact"/>
        <w:ind w:firstLine="420"/>
      </w:pPr>
      <w:r>
        <w:rPr>
          <w:rFonts w:ascii="宋体" w:hAnsi="宋体" w:eastAsia="宋体"/>
          <w:sz w:val="24"/>
        </w:rPr>
        <w:t>-391205！</w:t>
      </w:r>
    </w:p>
    <w:p>
      <w:pPr>
        <w:spacing w:line="560" w:lineRule="exact"/>
        <w:ind w:firstLine="420"/>
      </w:pPr>
      <w:r>
        <w:rPr>
          <w:rFonts w:ascii="宋体" w:hAnsi="宋体" w:eastAsia="宋体"/>
          <w:sz w:val="24"/>
        </w:rPr>
        <w:t>-402777！</w:t>
      </w:r>
    </w:p>
    <w:p>
      <w:pPr>
        <w:spacing w:line="560" w:lineRule="exact"/>
        <w:ind w:firstLine="420"/>
      </w:pPr>
      <w:r>
        <w:rPr>
          <w:rFonts w:ascii="宋体" w:hAnsi="宋体" w:eastAsia="宋体"/>
          <w:sz w:val="24"/>
        </w:rPr>
        <w:t>一连串伤害数字炸开，玄甲圣龙的血条终于掉了一小截。</w:t>
      </w:r>
    </w:p>
    <w:p>
      <w:pPr>
        <w:spacing w:line="560" w:lineRule="exact"/>
        <w:ind w:firstLine="420"/>
      </w:pPr>
      <w:r>
        <w:rPr>
          <w:rFonts w:ascii="宋体" w:hAnsi="宋体" w:eastAsia="宋体"/>
          <w:sz w:val="24"/>
        </w:rPr>
        <w:t>广场上其他公会也坐不住了。</w:t>
      </w:r>
    </w:p>
    <w:p>
      <w:pPr>
        <w:spacing w:line="560" w:lineRule="exact"/>
        <w:ind w:firstLine="420"/>
      </w:pPr>
      <w:r>
        <w:rPr>
          <w:rFonts w:ascii="宋体" w:hAnsi="宋体" w:eastAsia="宋体"/>
          <w:sz w:val="24"/>
        </w:rPr>
        <w:t>帝临天下的人开始组织攻击，星辰阁的法师团远程铺火，血染江山更狠，直接让一群狂战冲上去抢仇恨。</w:t>
      </w:r>
    </w:p>
    <w:p>
      <w:pPr>
        <w:spacing w:line="560" w:lineRule="exact"/>
        <w:ind w:firstLine="420"/>
      </w:pPr>
      <w:r>
        <w:rPr>
          <w:rFonts w:ascii="宋体" w:hAnsi="宋体" w:eastAsia="宋体"/>
          <w:sz w:val="24"/>
        </w:rPr>
        <w:t>可玄甲圣龙只是低头喷了一口气。</w:t>
      </w:r>
    </w:p>
    <w:p>
      <w:pPr>
        <w:spacing w:line="560" w:lineRule="exact"/>
        <w:ind w:firstLine="420"/>
      </w:pPr>
      <w:r>
        <w:rPr>
          <w:rFonts w:ascii="宋体" w:hAnsi="宋体" w:eastAsia="宋体"/>
          <w:sz w:val="24"/>
        </w:rPr>
        <w:t>【圣龙吐息】</w:t>
      </w:r>
    </w:p>
    <w:p>
      <w:pPr>
        <w:spacing w:line="560" w:lineRule="exact"/>
        <w:ind w:firstLine="420"/>
      </w:pPr>
      <w:r>
        <w:rPr>
          <w:rFonts w:ascii="宋体" w:hAnsi="宋体" w:eastAsia="宋体"/>
          <w:sz w:val="24"/>
        </w:rPr>
        <w:t>金色火焰横扫广场，冲得最猛的血染江山狂战团瞬间蒸发。</w:t>
      </w:r>
    </w:p>
    <w:p>
      <w:pPr>
        <w:spacing w:line="560" w:lineRule="exact"/>
        <w:ind w:firstLine="420"/>
      </w:pPr>
      <w:r>
        <w:rPr>
          <w:rFonts w:ascii="宋体" w:hAnsi="宋体" w:eastAsia="宋体"/>
          <w:sz w:val="24"/>
        </w:rPr>
        <w:t>-312000！</w:t>
      </w:r>
    </w:p>
    <w:p>
      <w:pPr>
        <w:spacing w:line="560" w:lineRule="exact"/>
        <w:ind w:firstLine="420"/>
      </w:pPr>
      <w:r>
        <w:rPr>
          <w:rFonts w:ascii="宋体" w:hAnsi="宋体" w:eastAsia="宋体"/>
          <w:sz w:val="24"/>
        </w:rPr>
        <w:t>-312000！</w:t>
      </w:r>
    </w:p>
    <w:p>
      <w:pPr>
        <w:spacing w:line="560" w:lineRule="exact"/>
        <w:ind w:firstLine="420"/>
      </w:pPr>
      <w:r>
        <w:rPr>
          <w:rFonts w:ascii="宋体" w:hAnsi="宋体" w:eastAsia="宋体"/>
          <w:sz w:val="24"/>
        </w:rPr>
        <w:t>-312000！</w:t>
      </w:r>
    </w:p>
    <w:p>
      <w:pPr>
        <w:spacing w:line="560" w:lineRule="exact"/>
        <w:ind w:firstLine="420"/>
      </w:pPr>
      <w:r>
        <w:rPr>
          <w:rFonts w:ascii="宋体" w:hAnsi="宋体" w:eastAsia="宋体"/>
          <w:sz w:val="24"/>
        </w:rPr>
        <w:t>白光连成一片。</w:t>
      </w:r>
    </w:p>
    <w:p>
      <w:pPr>
        <w:spacing w:line="560" w:lineRule="exact"/>
        <w:ind w:firstLine="420"/>
      </w:pPr>
      <w:r>
        <w:rPr>
          <w:rFonts w:ascii="宋体" w:hAnsi="宋体" w:eastAsia="宋体"/>
          <w:sz w:val="24"/>
        </w:rPr>
        <w:t>血染江山会长脸都绿了：“奶！奶啊！”</w:t>
      </w:r>
    </w:p>
    <w:p>
      <w:pPr>
        <w:spacing w:line="560" w:lineRule="exact"/>
        <w:ind w:firstLine="420"/>
      </w:pPr>
      <w:r>
        <w:rPr>
          <w:rFonts w:ascii="宋体" w:hAnsi="宋体" w:eastAsia="宋体"/>
          <w:sz w:val="24"/>
        </w:rPr>
        <w:t>他们的牧师刚抬手，玄甲圣龙双翼一震。</w:t>
      </w:r>
    </w:p>
    <w:p>
      <w:pPr>
        <w:spacing w:line="560" w:lineRule="exact"/>
        <w:ind w:firstLine="420"/>
      </w:pPr>
      <w:r>
        <w:rPr>
          <w:rFonts w:ascii="宋体" w:hAnsi="宋体" w:eastAsia="宋体"/>
          <w:sz w:val="24"/>
        </w:rPr>
        <w:t>【神罚之翼】</w:t>
      </w:r>
    </w:p>
    <w:p>
      <w:pPr>
        <w:spacing w:line="560" w:lineRule="exact"/>
        <w:ind w:firstLine="420"/>
      </w:pPr>
      <w:r>
        <w:rPr>
          <w:rFonts w:ascii="宋体" w:hAnsi="宋体" w:eastAsia="宋体"/>
          <w:sz w:val="24"/>
        </w:rPr>
        <w:t>无数光羽落下，帝临天下的前排被砸得人仰马翻。</w:t>
      </w:r>
    </w:p>
    <w:p>
      <w:pPr>
        <w:spacing w:line="560" w:lineRule="exact"/>
        <w:ind w:firstLine="420"/>
      </w:pPr>
      <w:r>
        <w:rPr>
          <w:rFonts w:ascii="宋体" w:hAnsi="宋体" w:eastAsia="宋体"/>
          <w:sz w:val="24"/>
        </w:rPr>
        <w:t>-74230！</w:t>
      </w:r>
    </w:p>
    <w:p>
      <w:pPr>
        <w:spacing w:line="560" w:lineRule="exact"/>
        <w:ind w:firstLine="420"/>
      </w:pPr>
      <w:r>
        <w:rPr>
          <w:rFonts w:ascii="宋体" w:hAnsi="宋体" w:eastAsia="宋体"/>
          <w:sz w:val="24"/>
        </w:rPr>
        <w:t>-81260！</w:t>
      </w:r>
    </w:p>
    <w:p>
      <w:pPr>
        <w:spacing w:line="560" w:lineRule="exact"/>
        <w:ind w:firstLine="420"/>
      </w:pPr>
      <w:r>
        <w:rPr>
          <w:rFonts w:ascii="宋体" w:hAnsi="宋体" w:eastAsia="宋体"/>
          <w:sz w:val="24"/>
        </w:rPr>
        <w:t>-69540！</w:t>
      </w:r>
    </w:p>
    <w:p>
      <w:pPr>
        <w:spacing w:line="560" w:lineRule="exact"/>
        <w:ind w:firstLine="420"/>
      </w:pPr>
      <w:r>
        <w:rPr>
          <w:rFonts w:ascii="宋体" w:hAnsi="宋体" w:eastAsia="宋体"/>
          <w:sz w:val="24"/>
        </w:rPr>
        <w:t>“这怎么打？”</w:t>
      </w:r>
    </w:p>
    <w:p>
      <w:pPr>
        <w:spacing w:line="560" w:lineRule="exact"/>
        <w:ind w:firstLine="420"/>
      </w:pPr>
      <w:r>
        <w:rPr>
          <w:rFonts w:ascii="宋体" w:hAnsi="宋体" w:eastAsia="宋体"/>
          <w:sz w:val="24"/>
        </w:rPr>
        <w:t>“神域入口是给人过的吗？”</w:t>
      </w:r>
    </w:p>
    <w:p>
      <w:pPr>
        <w:spacing w:line="560" w:lineRule="exact"/>
        <w:ind w:firstLine="420"/>
      </w:pPr>
      <w:r>
        <w:rPr>
          <w:rFonts w:ascii="宋体" w:hAnsi="宋体" w:eastAsia="宋体"/>
          <w:sz w:val="24"/>
        </w:rPr>
        <w:t>“神豪殿还真敢正面冲？”</w:t>
      </w:r>
    </w:p>
    <w:p>
      <w:pPr>
        <w:spacing w:line="560" w:lineRule="exact"/>
        <w:ind w:firstLine="420"/>
      </w:pPr>
      <w:r>
        <w:rPr>
          <w:rFonts w:ascii="宋体" w:hAnsi="宋体" w:eastAsia="宋体"/>
          <w:sz w:val="24"/>
        </w:rPr>
        <w:t>人群里有人骂，有人退，有人眼睛发红盯着林风。</w:t>
      </w:r>
    </w:p>
    <w:p>
      <w:pPr>
        <w:spacing w:line="560" w:lineRule="exact"/>
        <w:ind w:firstLine="420"/>
      </w:pPr>
      <w:r>
        <w:rPr>
          <w:rFonts w:ascii="宋体" w:hAnsi="宋体" w:eastAsia="宋体"/>
          <w:sz w:val="24"/>
        </w:rPr>
        <w:t>林风没管其他人怎么打，直接打开商城。</w:t>
      </w:r>
    </w:p>
    <w:p>
      <w:pPr>
        <w:spacing w:line="560" w:lineRule="exact"/>
        <w:ind w:firstLine="420"/>
      </w:pPr>
      <w:r>
        <w:rPr>
          <w:rFonts w:ascii="宋体" w:hAnsi="宋体" w:eastAsia="宋体"/>
          <w:sz w:val="24"/>
        </w:rPr>
        <w:t>他手指一点，全队每人配发十瓶神级药剂。</w:t>
      </w:r>
    </w:p>
    <w:p>
      <w:pPr>
        <w:spacing w:line="560" w:lineRule="exact"/>
        <w:ind w:firstLine="420"/>
      </w:pPr>
      <w:r>
        <w:rPr>
          <w:rFonts w:ascii="宋体" w:hAnsi="宋体" w:eastAsia="宋体"/>
          <w:sz w:val="24"/>
        </w:rPr>
        <w:t>赵铁柱看着背包里多出来的一排药剂，眼睛都亮了：“老大，你这哪是打BOSS，你这是拿钱砸龙脸。”</w:t>
      </w:r>
    </w:p>
    <w:p>
      <w:pPr>
        <w:spacing w:line="560" w:lineRule="exact"/>
        <w:ind w:firstLine="420"/>
      </w:pPr>
      <w:r>
        <w:rPr>
          <w:rFonts w:ascii="宋体" w:hAnsi="宋体" w:eastAsia="宋体"/>
          <w:sz w:val="24"/>
        </w:rPr>
        <w:t>“管用就行。”林风说。</w:t>
      </w:r>
    </w:p>
    <w:p>
      <w:pPr>
        <w:spacing w:line="560" w:lineRule="exact"/>
        <w:ind w:firstLine="420"/>
      </w:pPr>
      <w:r>
        <w:rPr>
          <w:rFonts w:ascii="宋体" w:hAnsi="宋体" w:eastAsia="宋体"/>
          <w:sz w:val="24"/>
        </w:rPr>
        <w:t>神豪殿的气势瞬间不一样了。前排防御拉满，后排火力翻倍，BOSS的血线稳步下降。</w:t>
      </w:r>
    </w:p>
    <w:p>
      <w:pPr>
        <w:spacing w:line="560" w:lineRule="exact"/>
        <w:ind w:firstLine="420"/>
      </w:pPr>
      <w:r>
        <w:rPr>
          <w:rFonts w:ascii="宋体" w:hAnsi="宋体" w:eastAsia="宋体"/>
          <w:sz w:val="24"/>
        </w:rPr>
        <w:t>玄甲圣龙暴怒之下发动【龙魂镇压】。金色龙影从天空压落，全队移速骤降70%。</w:t>
      </w:r>
    </w:p>
    <w:p>
      <w:pPr>
        <w:spacing w:line="560" w:lineRule="exact"/>
        <w:ind w:firstLine="420"/>
      </w:pPr>
      <w:r>
        <w:rPr>
          <w:rFonts w:ascii="宋体" w:hAnsi="宋体" w:eastAsia="宋体"/>
          <w:sz w:val="24"/>
        </w:rPr>
        <w:t>林风反手一枚神域祝福——全属性暴涨30%，压制解除。</w:t>
      </w:r>
    </w:p>
    <w:p>
      <w:pPr>
        <w:spacing w:line="560" w:lineRule="exact"/>
        <w:ind w:firstLine="420"/>
      </w:pPr>
      <w:r>
        <w:rPr>
          <w:rFonts w:ascii="宋体" w:hAnsi="宋体" w:eastAsia="宋体"/>
          <w:sz w:val="24"/>
        </w:rPr>
        <w:t>他身形暴起，一剑斩入玄甲圣龙左前爪的第三节鳞甲间隙中。</w:t>
      </w:r>
    </w:p>
    <w:p>
      <w:pPr>
        <w:spacing w:line="560" w:lineRule="exact"/>
        <w:ind w:firstLine="420"/>
      </w:pPr>
      <w:r>
        <w:rPr>
          <w:rFonts w:ascii="宋体" w:hAnsi="宋体" w:eastAsia="宋体"/>
          <w:sz w:val="24"/>
        </w:rPr>
        <w:t>【神豪裁决】</w:t>
      </w:r>
    </w:p>
    <w:p>
      <w:pPr>
        <w:spacing w:line="560" w:lineRule="exact"/>
        <w:ind w:firstLine="420"/>
      </w:pPr>
      <w:r>
        <w:rPr>
          <w:rFonts w:ascii="宋体" w:hAnsi="宋体" w:eastAsia="宋体"/>
          <w:sz w:val="24"/>
        </w:rPr>
        <w:t>-983200！</w:t>
      </w:r>
    </w:p>
    <w:p>
      <w:pPr>
        <w:spacing w:line="560" w:lineRule="exact"/>
        <w:ind w:firstLine="420"/>
      </w:pPr>
      <w:r>
        <w:rPr>
          <w:rFonts w:ascii="宋体" w:hAnsi="宋体" w:eastAsia="宋体"/>
          <w:sz w:val="24"/>
        </w:rPr>
        <w:t>暴击！</w:t>
      </w:r>
    </w:p>
    <w:p>
      <w:pPr>
        <w:spacing w:line="560" w:lineRule="exact"/>
        <w:ind w:firstLine="420"/>
      </w:pPr>
      <w:r>
        <w:rPr>
          <w:rFonts w:ascii="宋体" w:hAnsi="宋体" w:eastAsia="宋体"/>
          <w:sz w:val="24"/>
        </w:rPr>
        <w:t>玄甲圣龙发出一声震天怒吼，血条掉到85%。</w:t>
      </w:r>
    </w:p>
    <w:p>
      <w:pPr>
        <w:spacing w:line="560" w:lineRule="exact"/>
        <w:ind w:firstLine="420"/>
      </w:pPr>
      <w:r>
        <w:rPr>
          <w:rFonts w:ascii="宋体" w:hAnsi="宋体" w:eastAsia="宋体"/>
          <w:sz w:val="24"/>
        </w:rPr>
        <w:t>它终于不再把神豪殿当普通玩家对待——龙瞳锁定林风，一口圣龙吐息迎面喷来。</w:t>
      </w:r>
    </w:p>
    <w:p>
      <w:pPr>
        <w:spacing w:line="560" w:lineRule="exact"/>
        <w:ind w:firstLine="420"/>
      </w:pPr>
      <w:r>
        <w:rPr>
          <w:rFonts w:ascii="宋体" w:hAnsi="宋体" w:eastAsia="宋体"/>
          <w:sz w:val="24"/>
        </w:rPr>
        <w:t>金色烈焰吞没了林风的身影。</w:t>
      </w:r>
    </w:p>
    <w:p>
      <w:pPr>
        <w:spacing w:line="560" w:lineRule="exact"/>
        <w:ind w:firstLine="420"/>
      </w:pPr>
      <w:r>
        <w:rPr>
          <w:rFonts w:ascii="宋体" w:hAnsi="宋体" w:eastAsia="宋体"/>
          <w:sz w:val="24"/>
        </w:rPr>
        <w:t>-641200！</w:t>
      </w:r>
    </w:p>
    <w:p>
      <w:pPr>
        <w:spacing w:line="560" w:lineRule="exact"/>
        <w:ind w:firstLine="420"/>
      </w:pPr>
      <w:r>
        <w:rPr>
          <w:rFonts w:ascii="宋体" w:hAnsi="宋体" w:eastAsia="宋体"/>
          <w:sz w:val="24"/>
        </w:rPr>
        <w:t>血条瞬间见底！</w:t>
      </w:r>
    </w:p>
    <w:p>
      <w:pPr>
        <w:spacing w:line="560" w:lineRule="exact"/>
        <w:ind w:firstLine="420"/>
      </w:pPr>
      <w:r>
        <w:rPr>
          <w:rFonts w:ascii="宋体" w:hAnsi="宋体" w:eastAsia="宋体"/>
          <w:sz w:val="24"/>
        </w:rPr>
        <w:t>“老大——！”赵铁柱嘶吼。</w:t>
      </w:r>
    </w:p>
    <w:p>
      <w:pPr>
        <w:spacing w:line="560" w:lineRule="exact"/>
        <w:ind w:firstLine="420"/>
      </w:pPr>
      <w:r>
        <w:rPr>
          <w:rFonts w:ascii="宋体" w:hAnsi="宋体" w:eastAsia="宋体"/>
          <w:sz w:val="24"/>
        </w:rPr>
        <w:t>苏小雅法杖狂挥：【生命礼赞】【神圣复苏】【群体治愈术】三道光柱同时落下。</w:t>
      </w:r>
    </w:p>
    <w:p>
      <w:pPr>
        <w:spacing w:line="560" w:lineRule="exact"/>
        <w:ind w:firstLine="420"/>
      </w:pPr>
      <w:r>
        <w:rPr>
          <w:rFonts w:ascii="宋体" w:hAnsi="宋体" w:eastAsia="宋体"/>
          <w:sz w:val="24"/>
        </w:rPr>
        <w:t>林风血条被强行拉回。</w:t>
      </w:r>
    </w:p>
    <w:p>
      <w:pPr>
        <w:spacing w:line="560" w:lineRule="exact"/>
        <w:ind w:firstLine="420"/>
      </w:pPr>
      <w:r>
        <w:rPr>
          <w:rFonts w:ascii="宋体" w:hAnsi="宋体" w:eastAsia="宋体"/>
          <w:sz w:val="24"/>
        </w:rPr>
        <w:t>他抬起头，嘴角一咧：“死不了。”</w:t>
      </w:r>
    </w:p>
    <w:p>
      <w:pPr>
        <w:spacing w:line="560" w:lineRule="exact"/>
        <w:ind w:firstLine="420"/>
      </w:pPr>
      <w:r>
        <w:rPr>
          <w:rFonts w:ascii="宋体" w:hAnsi="宋体" w:eastAsia="宋体"/>
          <w:sz w:val="24"/>
        </w:rPr>
        <w:t>然后他反手一剑插进地面。</w:t>
      </w:r>
    </w:p>
    <w:p>
      <w:pPr>
        <w:spacing w:line="560" w:lineRule="exact"/>
        <w:ind w:firstLine="420"/>
      </w:pPr>
      <w:r>
        <w:rPr>
          <w:rFonts w:ascii="宋体" w:hAnsi="宋体" w:eastAsia="宋体"/>
          <w:sz w:val="24"/>
        </w:rPr>
        <w:t>【天穹剑壁】</w:t>
      </w:r>
    </w:p>
    <w:p>
      <w:pPr>
        <w:spacing w:line="560" w:lineRule="exact"/>
        <w:ind w:firstLine="420"/>
      </w:pPr>
      <w:r>
        <w:rPr>
          <w:rFonts w:ascii="宋体" w:hAnsi="宋体" w:eastAsia="宋体"/>
          <w:sz w:val="24"/>
        </w:rPr>
        <w:t>半透明的剑墙升起的瞬间，第二口吐息撞在上面，炸得整个广场都在震动。</w:t>
      </w:r>
    </w:p>
    <w:p>
      <w:pPr>
        <w:spacing w:line="560" w:lineRule="exact"/>
        <w:ind w:firstLine="420"/>
      </w:pPr>
      <w:r>
        <w:rPr>
          <w:rFonts w:ascii="宋体" w:hAnsi="宋体" w:eastAsia="宋体"/>
          <w:sz w:val="24"/>
        </w:rPr>
        <w:t>神豪殿的DPS趁机疯狂输出。</w:t>
      </w:r>
    </w:p>
    <w:p>
      <w:pPr>
        <w:spacing w:line="560" w:lineRule="exact"/>
        <w:ind w:firstLine="420"/>
      </w:pPr>
      <w:r>
        <w:rPr>
          <w:rFonts w:ascii="宋体" w:hAnsi="宋体" w:eastAsia="宋体"/>
          <w:sz w:val="24"/>
        </w:rPr>
        <w:t>三分钟。</w:t>
      </w:r>
    </w:p>
    <w:p>
      <w:pPr>
        <w:spacing w:line="560" w:lineRule="exact"/>
        <w:ind w:firstLine="420"/>
      </w:pPr>
      <w:r>
        <w:rPr>
          <w:rFonts w:ascii="宋体" w:hAnsi="宋体" w:eastAsia="宋体"/>
          <w:sz w:val="24"/>
        </w:rPr>
        <w:t>五分钟。</w:t>
      </w:r>
    </w:p>
    <w:p>
      <w:pPr>
        <w:spacing w:line="560" w:lineRule="exact"/>
        <w:ind w:firstLine="420"/>
      </w:pPr>
      <w:r>
        <w:rPr>
          <w:rFonts w:ascii="宋体" w:hAnsi="宋体" w:eastAsia="宋体"/>
          <w:sz w:val="24"/>
        </w:rPr>
        <w:t>八分钟。</w:t>
      </w:r>
    </w:p>
    <w:p>
      <w:pPr>
        <w:spacing w:line="560" w:lineRule="exact"/>
        <w:ind w:firstLine="420"/>
      </w:pPr>
      <w:r>
        <w:rPr>
          <w:rFonts w:ascii="宋体" w:hAnsi="宋体" w:eastAsia="宋体"/>
          <w:sz w:val="24"/>
        </w:rPr>
        <w:t>玄甲圣龙的血条从85%掉到52%，再从52%掉到27%。</w:t>
      </w:r>
    </w:p>
    <w:p>
      <w:pPr>
        <w:spacing w:line="560" w:lineRule="exact"/>
        <w:ind w:firstLine="420"/>
      </w:pPr>
      <w:r>
        <w:rPr>
          <w:rFonts w:ascii="宋体" w:hAnsi="宋体" w:eastAsia="宋体"/>
          <w:sz w:val="24"/>
        </w:rPr>
        <w:t>其他公会终于反应过来——他们再不发力，首通就彻底跟神豪殿跑了。</w:t>
      </w:r>
    </w:p>
    <w:p>
      <w:pPr>
        <w:spacing w:line="560" w:lineRule="exact"/>
        <w:ind w:firstLine="420"/>
      </w:pPr>
      <w:r>
        <w:rPr>
          <w:rFonts w:ascii="宋体" w:hAnsi="宋体" w:eastAsia="宋体"/>
          <w:sz w:val="24"/>
        </w:rPr>
        <w:t>帝临天下会长咬牙：“所有人集火，抢最后一击！”</w:t>
      </w:r>
    </w:p>
    <w:p>
      <w:pPr>
        <w:spacing w:line="560" w:lineRule="exact"/>
        <w:ind w:firstLine="420"/>
      </w:pPr>
      <w:r>
        <w:rPr>
          <w:rFonts w:ascii="宋体" w:hAnsi="宋体" w:eastAsia="宋体"/>
          <w:sz w:val="24"/>
        </w:rPr>
        <w:t>血染江山紧随其后：“尾刀归我们！”</w:t>
      </w:r>
    </w:p>
    <w:p>
      <w:pPr>
        <w:spacing w:line="560" w:lineRule="exact"/>
        <w:ind w:firstLine="420"/>
      </w:pPr>
      <w:r>
        <w:rPr>
          <w:rFonts w:ascii="宋体" w:hAnsi="宋体" w:eastAsia="宋体"/>
          <w:sz w:val="24"/>
        </w:rPr>
        <w:t>瞬间，所有公会的火力同时覆盖在玄甲圣龙身上。无数技能光效把夜空照得如同白昼，BOSS的血条以肉眼可见的速度往下掉。</w:t>
      </w:r>
    </w:p>
    <w:p>
      <w:pPr>
        <w:spacing w:line="560" w:lineRule="exact"/>
        <w:ind w:firstLine="420"/>
      </w:pPr>
      <w:r>
        <w:rPr>
          <w:rFonts w:ascii="宋体" w:hAnsi="宋体" w:eastAsia="宋体"/>
          <w:sz w:val="24"/>
        </w:rPr>
        <w:t>17%……12%……8%……</w:t>
      </w:r>
    </w:p>
    <w:p>
      <w:pPr>
        <w:spacing w:line="560" w:lineRule="exact"/>
        <w:ind w:firstLine="420"/>
      </w:pPr>
      <w:r>
        <w:rPr>
          <w:rFonts w:ascii="宋体" w:hAnsi="宋体" w:eastAsia="宋体"/>
          <w:sz w:val="24"/>
        </w:rPr>
        <w:t>林风在公会频道里冷冷地说：“凌天。”</w:t>
      </w:r>
    </w:p>
    <w:p>
      <w:pPr>
        <w:spacing w:line="560" w:lineRule="exact"/>
        <w:ind w:firstLine="420"/>
      </w:pPr>
      <w:r>
        <w:rPr>
          <w:rFonts w:ascii="宋体" w:hAnsi="宋体" w:eastAsia="宋体"/>
          <w:sz w:val="24"/>
        </w:rPr>
        <w:t>“在。”</w:t>
      </w:r>
    </w:p>
    <w:p>
      <w:pPr>
        <w:spacing w:line="560" w:lineRule="exact"/>
        <w:ind w:firstLine="420"/>
      </w:pPr>
      <w:r>
        <w:rPr>
          <w:rFonts w:ascii="宋体" w:hAnsi="宋体" w:eastAsia="宋体"/>
          <w:sz w:val="24"/>
        </w:rPr>
        <w:t>“准备抢尾刀。”</w:t>
      </w:r>
    </w:p>
    <w:p>
      <w:pPr>
        <w:spacing w:line="560" w:lineRule="exact"/>
        <w:ind w:firstLine="420"/>
      </w:pPr>
      <w:r>
        <w:rPr>
          <w:rFonts w:ascii="宋体" w:hAnsi="宋体" w:eastAsia="宋体"/>
          <w:sz w:val="24"/>
        </w:rPr>
        <w:t>凌天早已安排好。神豪殿的三十名法师齐刷刷举起法杖，同时在BOSS血量跌破5%的瞬间释放——三系法术叠加！</w:t>
      </w:r>
    </w:p>
    <w:p>
      <w:pPr>
        <w:spacing w:line="560" w:lineRule="exact"/>
        <w:ind w:firstLine="420"/>
      </w:pPr>
      <w:r>
        <w:rPr>
          <w:rFonts w:ascii="宋体" w:hAnsi="宋体" w:eastAsia="宋体"/>
          <w:sz w:val="24"/>
        </w:rPr>
        <w:t>【炎狱降临】【冰霜新星】【雷暴连锁】</w:t>
      </w:r>
    </w:p>
    <w:p>
      <w:pPr>
        <w:spacing w:line="560" w:lineRule="exact"/>
        <w:ind w:firstLine="420"/>
      </w:pPr>
      <w:r>
        <w:rPr>
          <w:rFonts w:ascii="宋体" w:hAnsi="宋体" w:eastAsia="宋体"/>
          <w:sz w:val="24"/>
        </w:rPr>
        <w:t>三道法术光柱从三个方向同时击中玄甲圣龙的头部！</w:t>
      </w:r>
    </w:p>
    <w:p>
      <w:pPr>
        <w:spacing w:line="560" w:lineRule="exact"/>
        <w:ind w:firstLine="420"/>
      </w:pPr>
      <w:r>
        <w:rPr>
          <w:rFonts w:ascii="宋体" w:hAnsi="宋体" w:eastAsia="宋体"/>
          <w:sz w:val="24"/>
        </w:rPr>
        <w:t>BOSS发出一声不甘的咆哮，庞大的身躯轰然倒地。整个广场的地面都在颤抖，金色的血液从龙尸下流淌而出，在石板上形成一片发光的水洼。</w:t>
      </w:r>
    </w:p>
    <w:p>
      <w:pPr>
        <w:spacing w:line="560" w:lineRule="exact"/>
        <w:ind w:firstLine="420"/>
      </w:pPr>
      <w:r>
        <w:rPr>
          <w:rFonts w:ascii="宋体" w:hAnsi="宋体" w:eastAsia="宋体"/>
          <w:sz w:val="24"/>
        </w:rPr>
        <w:t>石门上的神纹全部亮起——咔嚓一声，缓缓打开了一条缝隙。</w:t>
      </w:r>
    </w:p>
    <w:p>
      <w:pPr>
        <w:spacing w:line="560" w:lineRule="exact"/>
        <w:ind w:firstLine="420"/>
      </w:pPr>
      <w:r>
        <w:rPr>
          <w:rFonts w:ascii="宋体" w:hAnsi="宋体" w:eastAsia="宋体"/>
          <w:sz w:val="24"/>
        </w:rPr>
        <w:t>金色光芒从门缝中倾泻而出，照亮了所有人的脸。</w:t>
      </w:r>
    </w:p>
    <w:p>
      <w:pPr>
        <w:spacing w:line="560" w:lineRule="exact"/>
        <w:ind w:firstLine="420"/>
      </w:pPr>
      <w:r>
        <w:rPr>
          <w:rFonts w:ascii="宋体" w:hAnsi="宋体" w:eastAsia="宋体"/>
          <w:sz w:val="24"/>
        </w:rPr>
        <w:t>【全服公告：恭喜玩家'风中追风'率领神豪殿首杀玄甲圣龙！神域入口已开启！】</w:t>
      </w:r>
    </w:p>
    <w:p>
      <w:pPr>
        <w:spacing w:line="560" w:lineRule="exact"/>
        <w:ind w:firstLine="420"/>
      </w:pPr>
      <w:r>
        <w:rPr>
          <w:rFonts w:ascii="宋体" w:hAnsi="宋体" w:eastAsia="宋体"/>
          <w:sz w:val="24"/>
        </w:rPr>
        <w:t>【全服公告：神豪殿获得首批进入神域权限！名额：100人。】</w:t>
      </w:r>
    </w:p>
    <w:p>
      <w:pPr>
        <w:spacing w:line="560" w:lineRule="exact"/>
        <w:ind w:firstLine="420"/>
      </w:pPr>
      <w:r>
        <w:rPr>
          <w:rFonts w:ascii="宋体" w:hAnsi="宋体" w:eastAsia="宋体"/>
          <w:sz w:val="24"/>
        </w:rPr>
        <w:t>广场上安静了一秒，然后炸开了锅。</w:t>
      </w:r>
    </w:p>
    <w:p>
      <w:pPr>
        <w:spacing w:line="560" w:lineRule="exact"/>
        <w:ind w:firstLine="420"/>
      </w:pPr>
      <w:r>
        <w:rPr>
          <w:rFonts w:ascii="宋体" w:hAnsi="宋体" w:eastAsia="宋体"/>
          <w:sz w:val="24"/>
        </w:rPr>
        <w:t>「神豪殿牛逼！！！」</w:t>
        <w:br/>
        <w:t>「真从正门打进神域了……」</w:t>
        <w:br/>
        <w:t>「刚才那一剑暴击我看呆了，98万！」</w:t>
        <w:br/>
        <w:t>「洒洒水啦，人家充值几千万了还在乎这点？」</w:t>
      </w:r>
    </w:p>
    <w:p>
      <w:pPr>
        <w:spacing w:line="560" w:lineRule="exact"/>
        <w:ind w:firstLine="420"/>
      </w:pPr>
      <w:r>
        <w:rPr>
          <w:rFonts w:ascii="宋体" w:hAnsi="宋体" w:eastAsia="宋体"/>
          <w:sz w:val="24"/>
        </w:rPr>
        <w:t>林风无视了所有频道消息和身后其他公会会长的目光，站在神域入口前。金色的光芒从石门的缝隙中倾泻而出，在他身上镀上了一层金色的轮廓。</w:t>
      </w:r>
    </w:p>
    <w:p>
      <w:pPr>
        <w:spacing w:line="560" w:lineRule="exact"/>
        <w:ind w:firstLine="420"/>
      </w:pPr>
      <w:r>
        <w:rPr>
          <w:rFonts w:ascii="宋体" w:hAnsi="宋体" w:eastAsia="宋体"/>
          <w:sz w:val="24"/>
        </w:rPr>
        <w:t>金色光芒从裂开的石门中涌出，在他脚下投下一道长长的影子。</w:t>
      </w:r>
    </w:p>
    <w:p>
      <w:pPr>
        <w:spacing w:line="560" w:lineRule="exact"/>
        <w:ind w:firstLine="420"/>
      </w:pPr>
      <w:r>
        <w:rPr>
          <w:rFonts w:ascii="宋体" w:hAnsi="宋体" w:eastAsia="宋体"/>
          <w:sz w:val="24"/>
        </w:rPr>
        <w:t>“走了。”他说。</w:t>
      </w:r>
    </w:p>
    <w:p>
      <w:pPr>
        <w:spacing w:line="560" w:lineRule="exact"/>
        <w:ind w:firstLine="420"/>
      </w:pPr>
      <w:r>
        <w:rPr>
          <w:rFonts w:ascii="宋体" w:hAnsi="宋体" w:eastAsia="宋体"/>
          <w:sz w:val="24"/>
        </w:rPr>
        <w:t>剑尖一转，金色光芒在剑刃上游走。林风第一个迈步跨过了石门——脚下是悬浮在虚空中的金色台阶，一眼望不到尽头，每一级都在他踩上去的瞬间亮起。空气中弥漫着一种从未感受过的能量，比《天界》任何地图都要更浓稠、更古老。</w:t>
      </w:r>
    </w:p>
    <w:p>
      <w:pPr>
        <w:spacing w:line="560" w:lineRule="exact"/>
        <w:ind w:firstLine="420"/>
      </w:pPr>
      <w:r>
        <w:rPr>
          <w:rFonts w:ascii="宋体" w:hAnsi="宋体" w:eastAsia="宋体"/>
          <w:sz w:val="24"/>
        </w:rPr>
        <w:t>身后传来整齐的脚步声——神豪殿一百名精英鱼贯而入，每个人跨过石门时，头顶都会亮起一道金色的光柱。</w:t>
      </w:r>
    </w:p>
    <w:p>
      <w:pPr>
        <w:spacing w:line="560" w:lineRule="exact"/>
        <w:ind w:firstLine="420"/>
      </w:pPr>
      <w:r>
        <w:rPr>
          <w:rFonts w:ascii="宋体" w:hAnsi="宋体" w:eastAsia="宋体"/>
          <w:sz w:val="24"/>
        </w:rPr>
        <w:t>神域，到了。空气里弥漫着远古的气息，眼前的景象让所有人一时间说不出话来。</w:t>
      </w:r>
    </w:p>
    <w:p>
      <w:r>
        <w:br w:type="page"/>
      </w:r>
    </w:p>
    <w:p>
      <w:pPr>
        <w:jc w:val="center"/>
      </w:pPr>
      <w:r>
        <w:rPr>
          <w:b/>
          <w:sz w:val="32"/>
        </w:rPr>
        <w:t>第043章 诸神之战</w:t>
      </w:r>
    </w:p>
    <w:p>
      <w:pPr>
        <w:jc w:val="center"/>
      </w:pPr>
      <w:r>
        <w:rPr>
          <w:color w:val="999999"/>
          <w:sz w:val="18"/>
        </w:rPr>
        <w:t>（2,926字）</w:t>
      </w:r>
    </w:p>
    <w:p/>
    <w:p>
      <w:pPr>
        <w:spacing w:line="560" w:lineRule="exact"/>
        <w:ind w:firstLine="420"/>
      </w:pPr>
      <w:r>
        <w:rPr>
          <w:rFonts w:ascii="宋体" w:hAnsi="宋体" w:eastAsia="宋体"/>
          <w:sz w:val="24"/>
        </w:rPr>
        <w:t>岩石泰坦的巨拳砸下，神豪殿前排盾墙瞬间碎成三截。</w:t>
      </w:r>
    </w:p>
    <w:p>
      <w:pPr>
        <w:spacing w:line="560" w:lineRule="exact"/>
        <w:ind w:firstLine="420"/>
      </w:pPr>
      <w:r>
        <w:rPr>
          <w:rFonts w:ascii="宋体" w:hAnsi="宋体" w:eastAsia="宋体"/>
          <w:sz w:val="24"/>
        </w:rPr>
        <w:t>“铁柱，顶不住就撤！”苏小雅在语音里喊得嗓子都破了。</w:t>
      </w:r>
    </w:p>
    <w:p>
      <w:pPr>
        <w:spacing w:line="560" w:lineRule="exact"/>
        <w:ind w:firstLine="420"/>
      </w:pPr>
      <w:r>
        <w:rPr>
          <w:rFonts w:ascii="宋体" w:hAnsi="宋体" w:eastAsia="宋体"/>
          <w:sz w:val="24"/>
        </w:rPr>
        <w:t>赵铁柱顶着残血硬扛，血条像被刀割一样往下掉。</w:t>
      </w:r>
    </w:p>
    <w:p>
      <w:pPr>
        <w:spacing w:line="560" w:lineRule="exact"/>
        <w:ind w:firstLine="420"/>
      </w:pPr>
      <w:r>
        <w:rPr>
          <w:rFonts w:ascii="宋体" w:hAnsi="宋体" w:eastAsia="宋体"/>
          <w:sz w:val="24"/>
        </w:rPr>
        <w:t>“撤个屁！老子要是退了，风哥的脸往哪搁！”</w:t>
      </w:r>
    </w:p>
    <w:p>
      <w:pPr>
        <w:spacing w:line="560" w:lineRule="exact"/>
        <w:ind w:firstLine="420"/>
      </w:pPr>
      <w:r>
        <w:rPr>
          <w:rFonts w:ascii="宋体" w:hAnsi="宋体" w:eastAsia="宋体"/>
          <w:sz w:val="24"/>
        </w:rPr>
        <w:t>林风站在碎石风暴里，ID“风中追风”被系统金光托起，手中裁决巨剑已经亮到刺眼。</w:t>
      </w:r>
    </w:p>
    <w:p>
      <w:pPr>
        <w:spacing w:line="560" w:lineRule="exact"/>
        <w:ind w:firstLine="420"/>
      </w:pPr>
      <w:r>
        <w:rPr>
          <w:rFonts w:ascii="宋体" w:hAnsi="宋体" w:eastAsia="宋体"/>
          <w:sz w:val="24"/>
        </w:rPr>
        <w:t>“神豪殿，别怂。今天不是守门，是砸门。”</w:t>
      </w:r>
    </w:p>
    <w:p>
      <w:pPr>
        <w:spacing w:line="560" w:lineRule="exact"/>
        <w:ind w:firstLine="420"/>
      </w:pPr>
      <w:r>
        <w:rPr>
          <w:rFonts w:ascii="宋体" w:hAnsi="宋体" w:eastAsia="宋体"/>
          <w:sz w:val="24"/>
        </w:rPr>
        <w:t>岩石泰坦身高百米，浑身由黑曜岩和古神符文拼成，每一步都让神域入口震颤。它头顶血条猩红如血：</w:t>
      </w:r>
    </w:p>
    <w:p>
      <w:pPr>
        <w:spacing w:line="560" w:lineRule="exact"/>
        <w:ind w:firstLine="420"/>
      </w:pPr>
      <w:r>
        <w:rPr>
          <w:rFonts w:ascii="宋体" w:hAnsi="宋体" w:eastAsia="宋体"/>
          <w:sz w:val="24"/>
        </w:rPr>
        <w:t xml:space="preserve">【神域守卫·岩石泰坦】  </w:t>
        <w:br/>
        <w:t xml:space="preserve">【等级：120】  </w:t>
        <w:br/>
        <w:t>【状态：暴怒】</w:t>
      </w:r>
    </w:p>
    <w:p>
      <w:pPr>
        <w:spacing w:line="560" w:lineRule="exact"/>
        <w:ind w:firstLine="420"/>
      </w:pPr>
      <w:r>
        <w:rPr>
          <w:rFonts w:ascii="宋体" w:hAnsi="宋体" w:eastAsia="宋体"/>
          <w:sz w:val="24"/>
        </w:rPr>
        <w:t>它抬手，地面裂开，一根根岩刺从神豪殿脚下爆起。</w:t>
      </w:r>
    </w:p>
    <w:p>
      <w:pPr>
        <w:spacing w:line="560" w:lineRule="exact"/>
        <w:ind w:firstLine="420"/>
      </w:pPr>
      <w:r>
        <w:rPr>
          <w:rFonts w:ascii="宋体" w:hAnsi="宋体" w:eastAsia="宋体"/>
          <w:sz w:val="24"/>
        </w:rPr>
        <w:t>“地脉穿刺！”</w:t>
      </w:r>
    </w:p>
    <w:p>
      <w:pPr>
        <w:spacing w:line="560" w:lineRule="exact"/>
        <w:ind w:firstLine="420"/>
      </w:pPr>
      <w:r>
        <w:rPr>
          <w:rFonts w:ascii="宋体" w:hAnsi="宋体" w:eastAsia="宋体"/>
          <w:sz w:val="24"/>
        </w:rPr>
        <w:t>噗噗噗！</w:t>
      </w:r>
    </w:p>
    <w:p>
      <w:pPr>
        <w:spacing w:line="560" w:lineRule="exact"/>
        <w:ind w:firstLine="420"/>
      </w:pPr>
      <w:r>
        <w:rPr>
          <w:rFonts w:ascii="宋体" w:hAnsi="宋体" w:eastAsia="宋体"/>
          <w:sz w:val="24"/>
        </w:rPr>
        <w:t>七八个刺客玩家被顶飞，伤害数字疯狂跳出。</w:t>
      </w:r>
    </w:p>
    <w:p>
      <w:pPr>
        <w:spacing w:line="560" w:lineRule="exact"/>
        <w:ind w:firstLine="420"/>
      </w:pPr>
      <w:r>
        <w:rPr>
          <w:rFonts w:ascii="宋体" w:hAnsi="宋体" w:eastAsia="宋体"/>
          <w:sz w:val="24"/>
        </w:rPr>
        <w:t xml:space="preserve">-18760！  </w:t>
        <w:br/>
        <w:t xml:space="preserve">-21340！  </w:t>
        <w:br/>
        <w:t>-暴击！-39211！</w:t>
      </w:r>
    </w:p>
    <w:p>
      <w:pPr>
        <w:spacing w:line="560" w:lineRule="exact"/>
        <w:ind w:firstLine="420"/>
      </w:pPr>
      <w:r>
        <w:rPr>
          <w:rFonts w:ascii="宋体" w:hAnsi="宋体" w:eastAsia="宋体"/>
          <w:sz w:val="24"/>
        </w:rPr>
        <w:t>凌天声音冷静：“前排后撤三步，法师绕左翼，夜影等它出第二拳再切后排符文。小雅，把公会频道稳住。”</w:t>
      </w:r>
    </w:p>
    <w:p>
      <w:pPr>
        <w:spacing w:line="560" w:lineRule="exact"/>
        <w:ind w:firstLine="420"/>
      </w:pPr>
      <w:r>
        <w:rPr>
          <w:rFonts w:ascii="宋体" w:hAnsi="宋体" w:eastAsia="宋体"/>
          <w:sz w:val="24"/>
        </w:rPr>
        <w:t>苏小雅立刻开麦：“神豪殿所有人听好了！今天咱们是华夏区第一公会，不是来围观的！死的复活，没蓝的吃药，药不够风哥包了！”</w:t>
      </w:r>
    </w:p>
    <w:p>
      <w:pPr>
        <w:spacing w:line="560" w:lineRule="exact"/>
        <w:ind w:firstLine="420"/>
      </w:pPr>
      <w:r>
        <w:rPr>
          <w:rFonts w:ascii="宋体" w:hAnsi="宋体" w:eastAsia="宋体"/>
          <w:sz w:val="24"/>
        </w:rPr>
        <w:t>林风抬手，系统提示刷满全团。</w:t>
      </w:r>
    </w:p>
    <w:p>
      <w:pPr>
        <w:spacing w:line="560" w:lineRule="exact"/>
        <w:ind w:firstLine="420"/>
      </w:pPr>
      <w:r>
        <w:rPr>
          <w:rFonts w:ascii="宋体" w:hAnsi="宋体" w:eastAsia="宋体"/>
          <w:sz w:val="24"/>
        </w:rPr>
        <w:t>“叮！玩家风中追风为公会神豪殿开启【神豪补给阵】，持续三十分钟。”</w:t>
      </w:r>
    </w:p>
    <w:p>
      <w:pPr>
        <w:spacing w:line="560" w:lineRule="exact"/>
        <w:ind w:firstLine="420"/>
      </w:pPr>
      <w:r>
        <w:rPr>
          <w:rFonts w:ascii="宋体" w:hAnsi="宋体" w:eastAsia="宋体"/>
          <w:sz w:val="24"/>
        </w:rPr>
        <w:t>“叮！玩家风中追风消耗一亿游戏币，购买【泰坦克星药剂】一万瓶。”</w:t>
      </w:r>
    </w:p>
    <w:p>
      <w:pPr>
        <w:spacing w:line="560" w:lineRule="exact"/>
        <w:ind w:firstLine="420"/>
      </w:pPr>
      <w:r>
        <w:rPr>
          <w:rFonts w:ascii="宋体" w:hAnsi="宋体" w:eastAsia="宋体"/>
          <w:sz w:val="24"/>
        </w:rPr>
        <w:t>“叮！玩家风中追风消耗十亿游戏币，激活全团增益【诸神赐福】！”</w:t>
      </w:r>
    </w:p>
    <w:p>
      <w:pPr>
        <w:spacing w:line="560" w:lineRule="exact"/>
        <w:ind w:firstLine="420"/>
      </w:pPr>
      <w:r>
        <w:rPr>
          <w:rFonts w:ascii="宋体" w:hAnsi="宋体" w:eastAsia="宋体"/>
          <w:sz w:val="24"/>
        </w:rPr>
        <w:t>刹那间，神豪殿全员身上浮现金色神纹。</w:t>
      </w:r>
    </w:p>
    <w:p>
      <w:pPr>
        <w:spacing w:line="560" w:lineRule="exact"/>
        <w:ind w:firstLine="420"/>
      </w:pPr>
      <w:r>
        <w:rPr>
          <w:rFonts w:ascii="宋体" w:hAnsi="宋体" w:eastAsia="宋体"/>
          <w:sz w:val="24"/>
        </w:rPr>
        <w:t>赵铁柱愣了一秒：“卧槽，风哥，这药什么价？”</w:t>
      </w:r>
    </w:p>
    <w:p>
      <w:pPr>
        <w:spacing w:line="560" w:lineRule="exact"/>
        <w:ind w:firstLine="420"/>
      </w:pPr>
      <w:r>
        <w:rPr>
          <w:rFonts w:ascii="宋体" w:hAnsi="宋体" w:eastAsia="宋体"/>
          <w:sz w:val="24"/>
        </w:rPr>
        <w:t>“便宜，也就够我买瓶水。”林风甩出一瓶药剂，直接砸在赵铁柱脑门上。</w:t>
      </w:r>
    </w:p>
    <w:p>
      <w:pPr>
        <w:spacing w:line="560" w:lineRule="exact"/>
        <w:ind w:firstLine="420"/>
      </w:pPr>
      <w:r>
        <w:rPr>
          <w:rFonts w:ascii="宋体" w:hAnsi="宋体" w:eastAsia="宋体"/>
          <w:sz w:val="24"/>
        </w:rPr>
        <w:t>赵铁柱血条瞬间回满，头顶出现新状态：</w:t>
      </w:r>
    </w:p>
    <w:p>
      <w:pPr>
        <w:spacing w:line="560" w:lineRule="exact"/>
        <w:ind w:firstLine="420"/>
      </w:pPr>
      <w:r>
        <w:rPr>
          <w:rFonts w:ascii="宋体" w:hAnsi="宋体" w:eastAsia="宋体"/>
          <w:sz w:val="24"/>
        </w:rPr>
        <w:t>【泰坦克星】：对岩石系目标伤害提升300%，受到的岩石伤害降低80%。</w:t>
      </w:r>
    </w:p>
    <w:p>
      <w:pPr>
        <w:spacing w:line="560" w:lineRule="exact"/>
        <w:ind w:firstLine="420"/>
      </w:pPr>
      <w:r>
        <w:rPr>
          <w:rFonts w:ascii="宋体" w:hAnsi="宋体" w:eastAsia="宋体"/>
          <w:sz w:val="24"/>
        </w:rPr>
        <w:t>赵铁柱哈哈一笑，盾牌往地上一插。</w:t>
      </w:r>
    </w:p>
    <w:p>
      <w:pPr>
        <w:spacing w:line="560" w:lineRule="exact"/>
        <w:ind w:firstLine="420"/>
      </w:pPr>
      <w:r>
        <w:rPr>
          <w:rFonts w:ascii="宋体" w:hAnsi="宋体" w:eastAsia="宋体"/>
          <w:sz w:val="24"/>
        </w:rPr>
        <w:t>“泰坦克星？这名字我喜欢！来，大石头，咱俩掰掰手腕！”</w:t>
      </w:r>
    </w:p>
    <w:p>
      <w:pPr>
        <w:spacing w:line="560" w:lineRule="exact"/>
        <w:ind w:firstLine="420"/>
      </w:pPr>
      <w:r>
        <w:rPr>
          <w:rFonts w:ascii="宋体" w:hAnsi="宋体" w:eastAsia="宋体"/>
          <w:sz w:val="24"/>
        </w:rPr>
        <w:t>岩石泰坦怒吼，第二拳砸下。</w:t>
      </w:r>
    </w:p>
    <w:p>
      <w:pPr>
        <w:spacing w:line="560" w:lineRule="exact"/>
        <w:ind w:firstLine="420"/>
      </w:pPr>
      <w:r>
        <w:rPr>
          <w:rFonts w:ascii="宋体" w:hAnsi="宋体" w:eastAsia="宋体"/>
          <w:sz w:val="24"/>
        </w:rPr>
        <w:t>技能名在它掌心浮现：</w:t>
      </w:r>
    </w:p>
    <w:p>
      <w:pPr>
        <w:spacing w:line="560" w:lineRule="exact"/>
        <w:ind w:firstLine="420"/>
      </w:pPr>
      <w:r>
        <w:rPr>
          <w:rFonts w:ascii="宋体" w:hAnsi="宋体" w:eastAsia="宋体"/>
          <w:sz w:val="24"/>
        </w:rPr>
        <w:t>【泰坦·碎岳拳】</w:t>
      </w:r>
    </w:p>
    <w:p>
      <w:pPr>
        <w:spacing w:line="560" w:lineRule="exact"/>
        <w:ind w:firstLine="420"/>
      </w:pPr>
      <w:r>
        <w:rPr>
          <w:rFonts w:ascii="宋体" w:hAnsi="宋体" w:eastAsia="宋体"/>
          <w:sz w:val="24"/>
        </w:rPr>
        <w:t>赵铁柱不退反进，盾牌亮起厚重土黄色光芒。</w:t>
      </w:r>
    </w:p>
    <w:p>
      <w:pPr>
        <w:spacing w:line="560" w:lineRule="exact"/>
        <w:ind w:firstLine="420"/>
      </w:pPr>
      <w:r>
        <w:rPr>
          <w:rFonts w:ascii="宋体" w:hAnsi="宋体" w:eastAsia="宋体"/>
          <w:sz w:val="24"/>
        </w:rPr>
        <w:t>“铁壁无双！”</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冲击波炸开，地面塌陷一圈。</w:t>
      </w:r>
    </w:p>
    <w:p>
      <w:pPr>
        <w:spacing w:line="560" w:lineRule="exact"/>
        <w:ind w:firstLine="420"/>
      </w:pPr>
      <w:r>
        <w:rPr>
          <w:rFonts w:ascii="宋体" w:hAnsi="宋体" w:eastAsia="宋体"/>
          <w:sz w:val="24"/>
        </w:rPr>
        <w:t>赵铁柱被震退五米，但血条只掉了三分之一。</w:t>
      </w:r>
    </w:p>
    <w:p>
      <w:pPr>
        <w:spacing w:line="560" w:lineRule="exact"/>
        <w:ind w:firstLine="420"/>
      </w:pPr>
      <w:r>
        <w:rPr>
          <w:rFonts w:ascii="宋体" w:hAnsi="宋体" w:eastAsia="宋体"/>
          <w:sz w:val="24"/>
        </w:rPr>
        <w:t>-42108！</w:t>
      </w:r>
    </w:p>
    <w:p>
      <w:pPr>
        <w:spacing w:line="560" w:lineRule="exact"/>
        <w:ind w:firstLine="420"/>
      </w:pPr>
      <w:r>
        <w:rPr>
          <w:rFonts w:ascii="宋体" w:hAnsi="宋体" w:eastAsia="宋体"/>
          <w:sz w:val="24"/>
        </w:rPr>
        <w:t>“才四万？”赵铁柱眼睛都亮了，“风哥，这药牛逼啊！”</w:t>
      </w:r>
    </w:p>
    <w:p>
      <w:pPr>
        <w:spacing w:line="560" w:lineRule="exact"/>
        <w:ind w:firstLine="420"/>
      </w:pPr>
      <w:r>
        <w:rPr>
          <w:rFonts w:ascii="宋体" w:hAnsi="宋体" w:eastAsia="宋体"/>
          <w:sz w:val="24"/>
        </w:rPr>
        <w:t>林风没有废话，巨剑高举。</w:t>
      </w:r>
    </w:p>
    <w:p>
      <w:pPr>
        <w:spacing w:line="560" w:lineRule="exact"/>
        <w:ind w:firstLine="420"/>
      </w:pPr>
      <w:r>
        <w:rPr>
          <w:rFonts w:ascii="宋体" w:hAnsi="宋体" w:eastAsia="宋体"/>
          <w:sz w:val="24"/>
        </w:rPr>
        <w:t>“夜影。”</w:t>
      </w:r>
    </w:p>
    <w:p>
      <w:pPr>
        <w:spacing w:line="560" w:lineRule="exact"/>
        <w:ind w:firstLine="420"/>
      </w:pPr>
      <w:r>
        <w:rPr>
          <w:rFonts w:ascii="宋体" w:hAnsi="宋体" w:eastAsia="宋体"/>
          <w:sz w:val="24"/>
        </w:rPr>
        <w:t>“在。”</w:t>
      </w:r>
    </w:p>
    <w:p>
      <w:pPr>
        <w:spacing w:line="560" w:lineRule="exact"/>
        <w:ind w:firstLine="420"/>
      </w:pPr>
      <w:r>
        <w:rPr>
          <w:rFonts w:ascii="宋体" w:hAnsi="宋体" w:eastAsia="宋体"/>
          <w:sz w:val="24"/>
        </w:rPr>
        <w:t>女刺客的身影已经消失在阴影里。</w:t>
      </w:r>
    </w:p>
    <w:p>
      <w:pPr>
        <w:spacing w:line="560" w:lineRule="exact"/>
        <w:ind w:firstLine="420"/>
      </w:pPr>
      <w:r>
        <w:rPr>
          <w:rFonts w:ascii="宋体" w:hAnsi="宋体" w:eastAsia="宋体"/>
          <w:sz w:val="24"/>
        </w:rPr>
        <w:t>“切它背后三枚符文，给你十秒。”</w:t>
      </w:r>
    </w:p>
    <w:p>
      <w:pPr>
        <w:spacing w:line="560" w:lineRule="exact"/>
        <w:ind w:firstLine="420"/>
      </w:pPr>
      <w:r>
        <w:rPr>
          <w:rFonts w:ascii="宋体" w:hAnsi="宋体" w:eastAsia="宋体"/>
          <w:sz w:val="24"/>
        </w:rPr>
        <w:t>“够了。”</w:t>
      </w:r>
    </w:p>
    <w:p>
      <w:pPr>
        <w:spacing w:line="560" w:lineRule="exact"/>
        <w:ind w:firstLine="420"/>
      </w:pPr>
      <w:r>
        <w:rPr>
          <w:rFonts w:ascii="宋体" w:hAnsi="宋体" w:eastAsia="宋体"/>
          <w:sz w:val="24"/>
        </w:rPr>
        <w:t>夜影声音很冷，像刀出鞘。</w:t>
      </w:r>
    </w:p>
    <w:p>
      <w:pPr>
        <w:spacing w:line="560" w:lineRule="exact"/>
        <w:ind w:firstLine="420"/>
      </w:pPr>
      <w:r>
        <w:rPr>
          <w:rFonts w:ascii="宋体" w:hAnsi="宋体" w:eastAsia="宋体"/>
          <w:sz w:val="24"/>
        </w:rPr>
        <w:t>她贴着地面疾冲，技能发动。</w:t>
      </w:r>
    </w:p>
    <w:p>
      <w:pPr>
        <w:spacing w:line="560" w:lineRule="exact"/>
        <w:ind w:firstLine="420"/>
      </w:pPr>
      <w:r>
        <w:rPr>
          <w:rFonts w:ascii="宋体" w:hAnsi="宋体" w:eastAsia="宋体"/>
          <w:sz w:val="24"/>
        </w:rPr>
        <w:t>【影遁·无痕】</w:t>
      </w:r>
    </w:p>
    <w:p>
      <w:pPr>
        <w:spacing w:line="560" w:lineRule="exact"/>
        <w:ind w:firstLine="420"/>
      </w:pPr>
      <w:r>
        <w:rPr>
          <w:rFonts w:ascii="宋体" w:hAnsi="宋体" w:eastAsia="宋体"/>
          <w:sz w:val="24"/>
        </w:rPr>
        <w:t>岩石泰坦背后符文闪烁，夜影从影子里弹出，双匕划出两道黑色弧线。</w:t>
      </w:r>
    </w:p>
    <w:p>
      <w:pPr>
        <w:spacing w:line="560" w:lineRule="exact"/>
        <w:ind w:firstLine="420"/>
      </w:pPr>
      <w:r>
        <w:rPr>
          <w:rFonts w:ascii="宋体" w:hAnsi="宋体" w:eastAsia="宋体"/>
          <w:sz w:val="24"/>
        </w:rPr>
        <w:t>【断神刃】</w:t>
      </w:r>
    </w:p>
    <w:p>
      <w:pPr>
        <w:spacing w:line="560" w:lineRule="exact"/>
        <w:ind w:firstLine="420"/>
      </w:pPr>
      <w:r>
        <w:rPr>
          <w:rFonts w:ascii="宋体" w:hAnsi="宋体" w:eastAsia="宋体"/>
          <w:sz w:val="24"/>
        </w:rPr>
        <w:t>-126840！</w:t>
      </w:r>
    </w:p>
    <w:p>
      <w:pPr>
        <w:spacing w:line="560" w:lineRule="exact"/>
        <w:ind w:firstLine="420"/>
      </w:pPr>
      <w:r>
        <w:rPr>
          <w:rFonts w:ascii="宋体" w:hAnsi="宋体" w:eastAsia="宋体"/>
          <w:sz w:val="24"/>
        </w:rPr>
        <w:t>【背刺·裂魂】</w:t>
      </w:r>
    </w:p>
    <w:p>
      <w:pPr>
        <w:spacing w:line="560" w:lineRule="exact"/>
        <w:ind w:firstLine="420"/>
      </w:pPr>
      <w:r>
        <w:rPr>
          <w:rFonts w:ascii="宋体" w:hAnsi="宋体" w:eastAsia="宋体"/>
          <w:sz w:val="24"/>
        </w:rPr>
        <w:t>-198732！</w:t>
      </w:r>
    </w:p>
    <w:p>
      <w:pPr>
        <w:spacing w:line="560" w:lineRule="exact"/>
        <w:ind w:firstLine="420"/>
      </w:pPr>
      <w:r>
        <w:rPr>
          <w:rFonts w:ascii="宋体" w:hAnsi="宋体" w:eastAsia="宋体"/>
          <w:sz w:val="24"/>
        </w:rPr>
        <w:t>【影杀·三连】</w:t>
      </w:r>
    </w:p>
    <w:p>
      <w:pPr>
        <w:spacing w:line="560" w:lineRule="exact"/>
        <w:ind w:firstLine="420"/>
      </w:pPr>
      <w:r>
        <w:rPr>
          <w:rFonts w:ascii="宋体" w:hAnsi="宋体" w:eastAsia="宋体"/>
          <w:sz w:val="24"/>
        </w:rPr>
        <w:t xml:space="preserve">-88420！  </w:t>
        <w:br/>
        <w:t xml:space="preserve">-91205！  </w:t>
        <w:br/>
        <w:t>-暴击！-276610！</w:t>
      </w:r>
    </w:p>
    <w:p>
      <w:pPr>
        <w:spacing w:line="560" w:lineRule="exact"/>
        <w:ind w:firstLine="420"/>
      </w:pPr>
      <w:r>
        <w:rPr>
          <w:rFonts w:ascii="宋体" w:hAnsi="宋体" w:eastAsia="宋体"/>
          <w:sz w:val="24"/>
        </w:rPr>
        <w:t>三枚符文同时碎裂，岩石泰坦动作一滞。</w:t>
      </w:r>
    </w:p>
    <w:p>
      <w:pPr>
        <w:spacing w:line="560" w:lineRule="exact"/>
        <w:ind w:firstLine="420"/>
      </w:pPr>
      <w:r>
        <w:rPr>
          <w:rFonts w:ascii="宋体" w:hAnsi="宋体" w:eastAsia="宋体"/>
          <w:sz w:val="24"/>
        </w:rPr>
        <w:t>凌天抓住机会：“输出！就是现在！”</w:t>
      </w:r>
    </w:p>
    <w:p>
      <w:pPr>
        <w:spacing w:line="560" w:lineRule="exact"/>
        <w:ind w:firstLine="420"/>
      </w:pPr>
      <w:r>
        <w:rPr>
          <w:rFonts w:ascii="宋体" w:hAnsi="宋体" w:eastAsia="宋体"/>
          <w:sz w:val="24"/>
        </w:rPr>
        <w:t>神豪殿的法师、弓箭手、召唤师同时开火。</w:t>
      </w:r>
    </w:p>
    <w:p>
      <w:pPr>
        <w:spacing w:line="560" w:lineRule="exact"/>
        <w:ind w:firstLine="420"/>
      </w:pPr>
      <w:r>
        <w:rPr>
          <w:rFonts w:ascii="宋体" w:hAnsi="宋体" w:eastAsia="宋体"/>
          <w:sz w:val="24"/>
        </w:rPr>
        <w:t>火球、雷链、冰箭像暴雨一样砸在泰坦身上。</w:t>
      </w:r>
    </w:p>
    <w:p>
      <w:pPr>
        <w:spacing w:line="560" w:lineRule="exact"/>
        <w:ind w:firstLine="420"/>
      </w:pPr>
      <w:r>
        <w:rPr>
          <w:rFonts w:ascii="宋体" w:hAnsi="宋体" w:eastAsia="宋体"/>
          <w:sz w:val="24"/>
        </w:rPr>
        <w:t>【烈焰风暴】</w:t>
      </w:r>
    </w:p>
    <w:p>
      <w:pPr>
        <w:spacing w:line="560" w:lineRule="exact"/>
        <w:ind w:firstLine="420"/>
      </w:pPr>
      <w:r>
        <w:rPr>
          <w:rFonts w:ascii="宋体" w:hAnsi="宋体" w:eastAsia="宋体"/>
          <w:sz w:val="24"/>
        </w:rPr>
        <w:t>-55231！</w:t>
      </w:r>
    </w:p>
    <w:p>
      <w:pPr>
        <w:spacing w:line="560" w:lineRule="exact"/>
        <w:ind w:firstLine="420"/>
      </w:pPr>
      <w:r>
        <w:rPr>
          <w:rFonts w:ascii="宋体" w:hAnsi="宋体" w:eastAsia="宋体"/>
          <w:sz w:val="24"/>
        </w:rPr>
        <w:t>【雷霆审判】</w:t>
      </w:r>
    </w:p>
    <w:p>
      <w:pPr>
        <w:spacing w:line="560" w:lineRule="exact"/>
        <w:ind w:firstLine="420"/>
      </w:pPr>
      <w:r>
        <w:rPr>
          <w:rFonts w:ascii="宋体" w:hAnsi="宋体" w:eastAsia="宋体"/>
          <w:sz w:val="24"/>
        </w:rPr>
        <w:t>-61044！</w:t>
      </w:r>
    </w:p>
    <w:p>
      <w:pPr>
        <w:spacing w:line="560" w:lineRule="exact"/>
        <w:ind w:firstLine="420"/>
      </w:pPr>
      <w:r>
        <w:rPr>
          <w:rFonts w:ascii="宋体" w:hAnsi="宋体" w:eastAsia="宋体"/>
          <w:sz w:val="24"/>
        </w:rPr>
        <w:t>【冰霜新星】</w:t>
      </w:r>
    </w:p>
    <w:p>
      <w:pPr>
        <w:spacing w:line="560" w:lineRule="exact"/>
        <w:ind w:firstLine="420"/>
      </w:pPr>
      <w:r>
        <w:rPr>
          <w:rFonts w:ascii="宋体" w:hAnsi="宋体" w:eastAsia="宋体"/>
          <w:sz w:val="24"/>
        </w:rPr>
        <w:t>-47809！</w:t>
      </w:r>
    </w:p>
    <w:p>
      <w:pPr>
        <w:spacing w:line="560" w:lineRule="exact"/>
        <w:ind w:firstLine="420"/>
      </w:pPr>
      <w:r>
        <w:rPr>
          <w:rFonts w:ascii="宋体" w:hAnsi="宋体" w:eastAsia="宋体"/>
          <w:sz w:val="24"/>
        </w:rPr>
        <w:t>岩石泰坦血条掉了将近一成，但它胸口的泰坦核心猛地亮起。</w:t>
      </w:r>
    </w:p>
    <w:p>
      <w:pPr>
        <w:spacing w:line="560" w:lineRule="exact"/>
        <w:ind w:firstLine="420"/>
      </w:pPr>
      <w:r>
        <w:rPr>
          <w:rFonts w:ascii="宋体" w:hAnsi="宋体" w:eastAsia="宋体"/>
          <w:sz w:val="24"/>
        </w:rPr>
        <w:t>“吼！”</w:t>
      </w:r>
    </w:p>
    <w:p>
      <w:pPr>
        <w:spacing w:line="560" w:lineRule="exact"/>
        <w:ind w:firstLine="420"/>
      </w:pPr>
      <w:r>
        <w:rPr>
          <w:rFonts w:ascii="宋体" w:hAnsi="宋体" w:eastAsia="宋体"/>
          <w:sz w:val="24"/>
        </w:rPr>
        <w:t>一圈岩浪扩散。</w:t>
      </w:r>
    </w:p>
    <w:p>
      <w:pPr>
        <w:spacing w:line="560" w:lineRule="exact"/>
        <w:ind w:firstLine="420"/>
      </w:pPr>
      <w:r>
        <w:rPr>
          <w:rFonts w:ascii="宋体" w:hAnsi="宋体" w:eastAsia="宋体"/>
          <w:sz w:val="24"/>
        </w:rPr>
        <w:t>【泰坦·地裂】</w:t>
      </w:r>
    </w:p>
    <w:p>
      <w:pPr>
        <w:spacing w:line="560" w:lineRule="exact"/>
        <w:ind w:firstLine="420"/>
      </w:pPr>
      <w:r>
        <w:rPr>
          <w:rFonts w:ascii="宋体" w:hAnsi="宋体" w:eastAsia="宋体"/>
          <w:sz w:val="24"/>
        </w:rPr>
        <w:t>前排玩家被掀飞，几个脆皮直接倒地。</w:t>
      </w:r>
    </w:p>
    <w:p>
      <w:pPr>
        <w:spacing w:line="560" w:lineRule="exact"/>
        <w:ind w:firstLine="420"/>
      </w:pPr>
      <w:r>
        <w:rPr>
          <w:rFonts w:ascii="宋体" w:hAnsi="宋体" w:eastAsia="宋体"/>
          <w:sz w:val="24"/>
        </w:rPr>
        <w:t>苏小雅急道：“复活点已经挤爆了！风哥，这怪机制不对，它血越低越疯！”</w:t>
      </w:r>
    </w:p>
    <w:p>
      <w:pPr>
        <w:spacing w:line="560" w:lineRule="exact"/>
        <w:ind w:firstLine="420"/>
      </w:pPr>
      <w:r>
        <w:rPr>
          <w:rFonts w:ascii="宋体" w:hAnsi="宋体" w:eastAsia="宋体"/>
          <w:sz w:val="24"/>
        </w:rPr>
        <w:t>林风看着泰坦胸口核心，眼神一沉。</w:t>
      </w:r>
    </w:p>
    <w:p>
      <w:pPr>
        <w:spacing w:line="560" w:lineRule="exact"/>
        <w:ind w:firstLine="420"/>
      </w:pPr>
      <w:r>
        <w:rPr>
          <w:rFonts w:ascii="宋体" w:hAnsi="宋体" w:eastAsia="宋体"/>
          <w:sz w:val="24"/>
        </w:rPr>
        <w:t>“那就先拆核心。”</w:t>
      </w:r>
    </w:p>
    <w:p>
      <w:pPr>
        <w:spacing w:line="560" w:lineRule="exact"/>
        <w:ind w:firstLine="420"/>
      </w:pPr>
      <w:r>
        <w:rPr>
          <w:rFonts w:ascii="宋体" w:hAnsi="宋体" w:eastAsia="宋体"/>
          <w:sz w:val="24"/>
        </w:rPr>
        <w:t>他打开商城，没有看价格。</w:t>
      </w:r>
    </w:p>
    <w:p>
      <w:pPr>
        <w:spacing w:line="560" w:lineRule="exact"/>
        <w:ind w:firstLine="420"/>
      </w:pPr>
      <w:r>
        <w:rPr>
          <w:rFonts w:ascii="宋体" w:hAnsi="宋体" w:eastAsia="宋体"/>
          <w:sz w:val="24"/>
        </w:rPr>
        <w:t>“购买【星陨炮台】十座。”</w:t>
      </w:r>
    </w:p>
    <w:p>
      <w:pPr>
        <w:spacing w:line="560" w:lineRule="exact"/>
        <w:ind w:firstLine="420"/>
      </w:pPr>
      <w:r>
        <w:rPr>
          <w:rFonts w:ascii="宋体" w:hAnsi="宋体" w:eastAsia="宋体"/>
          <w:sz w:val="24"/>
        </w:rPr>
        <w:t>“叮！购买成功。”</w:t>
      </w:r>
    </w:p>
    <w:p>
      <w:pPr>
        <w:spacing w:line="560" w:lineRule="exact"/>
        <w:ind w:firstLine="420"/>
      </w:pPr>
      <w:r>
        <w:rPr>
          <w:rFonts w:ascii="宋体" w:hAnsi="宋体" w:eastAsia="宋体"/>
          <w:sz w:val="24"/>
        </w:rPr>
        <w:t>十座银色炮台从天而降，落在神豪殿四周，炮口对准岩石泰坦。</w:t>
      </w:r>
    </w:p>
    <w:p>
      <w:pPr>
        <w:spacing w:line="560" w:lineRule="exact"/>
        <w:ind w:firstLine="420"/>
      </w:pPr>
      <w:r>
        <w:rPr>
          <w:rFonts w:ascii="宋体" w:hAnsi="宋体" w:eastAsia="宋体"/>
          <w:sz w:val="24"/>
        </w:rPr>
        <w:t>“购买【诸神封印链】一条。”</w:t>
      </w:r>
    </w:p>
    <w:p>
      <w:pPr>
        <w:spacing w:line="560" w:lineRule="exact"/>
        <w:ind w:firstLine="420"/>
      </w:pPr>
      <w:r>
        <w:rPr>
          <w:rFonts w:ascii="宋体" w:hAnsi="宋体" w:eastAsia="宋体"/>
          <w:sz w:val="24"/>
        </w:rPr>
        <w:t>“叮！购买成功。”</w:t>
      </w:r>
    </w:p>
    <w:p>
      <w:pPr>
        <w:spacing w:line="560" w:lineRule="exact"/>
        <w:ind w:firstLine="420"/>
      </w:pPr>
      <w:r>
        <w:rPr>
          <w:rFonts w:ascii="宋体" w:hAnsi="宋体" w:eastAsia="宋体"/>
          <w:sz w:val="24"/>
        </w:rPr>
        <w:t>粗大的金色锁链从虚空伸出，直接缠住岩石泰坦双臂。</w:t>
      </w:r>
    </w:p>
    <w:p>
      <w:pPr>
        <w:spacing w:line="560" w:lineRule="exact"/>
        <w:ind w:firstLine="420"/>
      </w:pPr>
      <w:r>
        <w:rPr>
          <w:rFonts w:ascii="宋体" w:hAnsi="宋体" w:eastAsia="宋体"/>
          <w:sz w:val="24"/>
        </w:rPr>
        <w:t>岩石泰坦疯狂挣扎，血条上方出现状态：</w:t>
      </w:r>
    </w:p>
    <w:p>
      <w:pPr>
        <w:spacing w:line="560" w:lineRule="exact"/>
        <w:ind w:firstLine="420"/>
      </w:pPr>
      <w:r>
        <w:rPr>
          <w:rFonts w:ascii="宋体" w:hAnsi="宋体" w:eastAsia="宋体"/>
          <w:sz w:val="24"/>
        </w:rPr>
        <w:t>【封印】：攻击速度降低40%，移动速度降低30%。</w:t>
      </w:r>
    </w:p>
    <w:p>
      <w:pPr>
        <w:spacing w:line="560" w:lineRule="exact"/>
        <w:ind w:firstLine="420"/>
      </w:pPr>
      <w:r>
        <w:rPr>
          <w:rFonts w:ascii="宋体" w:hAnsi="宋体" w:eastAsia="宋体"/>
          <w:sz w:val="24"/>
        </w:rPr>
        <w:t>赵铁柱乐了：“风哥，这玩意儿能不能买辆坦克进来？”</w:t>
      </w:r>
    </w:p>
    <w:p>
      <w:pPr>
        <w:spacing w:line="560" w:lineRule="exact"/>
        <w:ind w:firstLine="420"/>
      </w:pPr>
      <w:r>
        <w:rPr>
          <w:rFonts w:ascii="宋体" w:hAnsi="宋体" w:eastAsia="宋体"/>
          <w:sz w:val="24"/>
        </w:rPr>
        <w:t>林风：“能，但这里不让开。”</w:t>
      </w:r>
    </w:p>
    <w:p>
      <w:pPr>
        <w:spacing w:line="560" w:lineRule="exact"/>
        <w:ind w:firstLine="420"/>
      </w:pPr>
      <w:r>
        <w:rPr>
          <w:rFonts w:ascii="宋体" w:hAnsi="宋体" w:eastAsia="宋体"/>
          <w:sz w:val="24"/>
        </w:rPr>
        <w:t>“靠，差评！”</w:t>
      </w:r>
    </w:p>
    <w:p>
      <w:pPr>
        <w:spacing w:line="560" w:lineRule="exact"/>
        <w:ind w:firstLine="420"/>
      </w:pPr>
      <w:r>
        <w:rPr>
          <w:rFonts w:ascii="宋体" w:hAnsi="宋体" w:eastAsia="宋体"/>
          <w:sz w:val="24"/>
        </w:rPr>
        <w:t>林风抬手，巨剑指向天空。</w:t>
      </w:r>
    </w:p>
    <w:p>
      <w:pPr>
        <w:spacing w:line="560" w:lineRule="exact"/>
        <w:ind w:firstLine="420"/>
      </w:pPr>
      <w:r>
        <w:rPr>
          <w:rFonts w:ascii="宋体" w:hAnsi="宋体" w:eastAsia="宋体"/>
          <w:sz w:val="24"/>
        </w:rPr>
        <w:t>“星陨炮台，开火。”</w:t>
      </w:r>
    </w:p>
    <w:p>
      <w:pPr>
        <w:spacing w:line="560" w:lineRule="exact"/>
        <w:ind w:firstLine="420"/>
      </w:pPr>
      <w:r>
        <w:rPr>
          <w:rFonts w:ascii="宋体" w:hAnsi="宋体" w:eastAsia="宋体"/>
          <w:sz w:val="24"/>
        </w:rPr>
        <w:t>十座炮台同时轰鸣，赤金色星焰拖着尾光砸下。</w:t>
      </w:r>
    </w:p>
    <w:p>
      <w:pPr>
        <w:spacing w:line="560" w:lineRule="exact"/>
        <w:ind w:firstLine="420"/>
      </w:pPr>
      <w:r>
        <w:rPr>
          <w:rFonts w:ascii="宋体" w:hAnsi="宋体" w:eastAsia="宋体"/>
          <w:sz w:val="24"/>
        </w:rPr>
        <w:t>【星陨审判】</w:t>
      </w:r>
    </w:p>
    <w:p>
      <w:pPr>
        <w:spacing w:line="560" w:lineRule="exact"/>
        <w:ind w:firstLine="420"/>
      </w:pPr>
      <w:r>
        <w:rPr>
          <w:rFonts w:ascii="宋体" w:hAnsi="宋体" w:eastAsia="宋体"/>
          <w:sz w:val="24"/>
        </w:rPr>
        <w:t>轰！轰！轰！</w:t>
      </w:r>
    </w:p>
    <w:p>
      <w:pPr>
        <w:spacing w:line="560" w:lineRule="exact"/>
        <w:ind w:firstLine="420"/>
      </w:pPr>
      <w:r>
        <w:rPr>
          <w:rFonts w:ascii="宋体" w:hAnsi="宋体" w:eastAsia="宋体"/>
          <w:sz w:val="24"/>
        </w:rPr>
        <w:t>十道爆炸在泰坦身上炸开，伤害数字疯狂刷屏。</w:t>
      </w:r>
    </w:p>
    <w:p>
      <w:pPr>
        <w:spacing w:line="560" w:lineRule="exact"/>
        <w:ind w:firstLine="420"/>
      </w:pPr>
      <w:r>
        <w:rPr>
          <w:rFonts w:ascii="宋体" w:hAnsi="宋体" w:eastAsia="宋体"/>
          <w:sz w:val="24"/>
        </w:rPr>
        <w:t xml:space="preserve">-328440！  </w:t>
        <w:br/>
        <w:t xml:space="preserve">-341209！  </w:t>
        <w:br/>
        <w:t xml:space="preserve">-暴击！-682418！  </w:t>
        <w:br/>
        <w:t>-暴击！-701335！</w:t>
      </w:r>
    </w:p>
    <w:p>
      <w:pPr>
        <w:spacing w:line="560" w:lineRule="exact"/>
        <w:ind w:firstLine="420"/>
      </w:pPr>
      <w:r>
        <w:rPr>
          <w:rFonts w:ascii="宋体" w:hAnsi="宋体" w:eastAsia="宋体"/>
          <w:sz w:val="24"/>
        </w:rPr>
        <w:t>岩石泰坦发出痛苦咆哮，右腿崩碎一半。</w:t>
      </w:r>
    </w:p>
    <w:p>
      <w:pPr>
        <w:spacing w:line="560" w:lineRule="exact"/>
        <w:ind w:firstLine="420"/>
      </w:pPr>
      <w:r>
        <w:rPr>
          <w:rFonts w:ascii="宋体" w:hAnsi="宋体" w:eastAsia="宋体"/>
          <w:sz w:val="24"/>
        </w:rPr>
        <w:t>夜影再次出手。</w:t>
      </w:r>
    </w:p>
    <w:p>
      <w:pPr>
        <w:spacing w:line="560" w:lineRule="exact"/>
        <w:ind w:firstLine="420"/>
      </w:pPr>
      <w:r>
        <w:rPr>
          <w:rFonts w:ascii="宋体" w:hAnsi="宋体" w:eastAsia="宋体"/>
          <w:sz w:val="24"/>
        </w:rPr>
        <w:t>【暗影突袭】</w:t>
      </w:r>
    </w:p>
    <w:p>
      <w:pPr>
        <w:spacing w:line="560" w:lineRule="exact"/>
        <w:ind w:firstLine="420"/>
      </w:pPr>
      <w:r>
        <w:rPr>
          <w:rFonts w:ascii="宋体" w:hAnsi="宋体" w:eastAsia="宋体"/>
          <w:sz w:val="24"/>
        </w:rPr>
        <w:t>她出现在泰坦膝后，匕首狠狠刺入岩缝。</w:t>
      </w:r>
    </w:p>
    <w:p>
      <w:pPr>
        <w:spacing w:line="560" w:lineRule="exact"/>
        <w:ind w:firstLine="420"/>
      </w:pPr>
      <w:r>
        <w:rPr>
          <w:rFonts w:ascii="宋体" w:hAnsi="宋体" w:eastAsia="宋体"/>
          <w:sz w:val="24"/>
        </w:rPr>
        <w:t>【弱点撕裂】</w:t>
      </w:r>
    </w:p>
    <w:p>
      <w:pPr>
        <w:spacing w:line="560" w:lineRule="exact"/>
        <w:ind w:firstLine="420"/>
      </w:pPr>
      <w:r>
        <w:rPr>
          <w:rFonts w:ascii="宋体" w:hAnsi="宋体" w:eastAsia="宋体"/>
          <w:sz w:val="24"/>
        </w:rPr>
        <w:t>-214880！</w:t>
      </w:r>
    </w:p>
    <w:p>
      <w:pPr>
        <w:spacing w:line="560" w:lineRule="exact"/>
        <w:ind w:firstLine="420"/>
      </w:pPr>
      <w:r>
        <w:rPr>
          <w:rFonts w:ascii="宋体" w:hAnsi="宋体" w:eastAsia="宋体"/>
          <w:sz w:val="24"/>
        </w:rPr>
        <w:t>赵铁柱抓住机会，盾牌燃起金光。</w:t>
      </w:r>
    </w:p>
    <w:p>
      <w:pPr>
        <w:spacing w:line="560" w:lineRule="exact"/>
        <w:ind w:firstLine="420"/>
      </w:pPr>
      <w:r>
        <w:rPr>
          <w:rFonts w:ascii="宋体" w:hAnsi="宋体" w:eastAsia="宋体"/>
          <w:sz w:val="24"/>
        </w:rPr>
        <w:t>“看我的！不动如山！”</w:t>
      </w:r>
    </w:p>
    <w:p>
      <w:pPr>
        <w:spacing w:line="560" w:lineRule="exact"/>
        <w:ind w:firstLine="420"/>
      </w:pPr>
      <w:r>
        <w:rPr>
          <w:rFonts w:ascii="宋体" w:hAnsi="宋体" w:eastAsia="宋体"/>
          <w:sz w:val="24"/>
        </w:rPr>
        <w:t>他猛地撞向泰坦膝盖。</w:t>
      </w:r>
    </w:p>
    <w:p>
      <w:pPr>
        <w:spacing w:line="560" w:lineRule="exact"/>
        <w:ind w:firstLine="420"/>
      </w:pPr>
      <w:r>
        <w:rPr>
          <w:rFonts w:ascii="宋体" w:hAnsi="宋体" w:eastAsia="宋体"/>
          <w:sz w:val="24"/>
        </w:rPr>
        <w:t>【盾击·撼地】</w:t>
      </w:r>
    </w:p>
    <w:p>
      <w:pPr>
        <w:spacing w:line="560" w:lineRule="exact"/>
        <w:ind w:firstLine="420"/>
      </w:pPr>
      <w:r>
        <w:rPr>
          <w:rFonts w:ascii="宋体" w:hAnsi="宋体" w:eastAsia="宋体"/>
          <w:sz w:val="24"/>
        </w:rPr>
        <w:t>-136502！</w:t>
      </w:r>
    </w:p>
    <w:p>
      <w:pPr>
        <w:spacing w:line="560" w:lineRule="exact"/>
        <w:ind w:firstLine="420"/>
      </w:pPr>
      <w:r>
        <w:rPr>
          <w:rFonts w:ascii="宋体" w:hAnsi="宋体" w:eastAsia="宋体"/>
          <w:sz w:val="24"/>
        </w:rPr>
        <w:t>岩石泰坦单膝跪地，整个神域入口都在震动。</w:t>
      </w:r>
    </w:p>
    <w:p>
      <w:pPr>
        <w:spacing w:line="560" w:lineRule="exact"/>
        <w:ind w:firstLine="420"/>
      </w:pPr>
      <w:r>
        <w:rPr>
          <w:rFonts w:ascii="宋体" w:hAnsi="宋体" w:eastAsia="宋体"/>
          <w:sz w:val="24"/>
        </w:rPr>
        <w:t>苏小雅直播间弹幕已经疯了。</w:t>
      </w:r>
    </w:p>
    <w:p>
      <w:pPr>
        <w:spacing w:line="560" w:lineRule="exact"/>
        <w:ind w:firstLine="420"/>
      </w:pPr>
      <w:r>
        <w:rPr>
          <w:rFonts w:ascii="宋体" w:hAnsi="宋体" w:eastAsia="宋体"/>
          <w:sz w:val="24"/>
        </w:rPr>
        <w:t xml:space="preserve">“神豪殿真第一公会！”  </w:t>
        <w:br/>
        <w:t xml:space="preserve">“风中追风这充值速度是人？”  </w:t>
        <w:br/>
        <w:t>“这哪是打BOSS，这是拿钱砸神！”</w:t>
      </w:r>
    </w:p>
    <w:p>
      <w:pPr>
        <w:spacing w:line="560" w:lineRule="exact"/>
        <w:ind w:firstLine="420"/>
      </w:pPr>
      <w:r>
        <w:rPr>
          <w:rFonts w:ascii="宋体" w:hAnsi="宋体" w:eastAsia="宋体"/>
          <w:sz w:val="24"/>
        </w:rPr>
        <w:t>林风听见，只回了一句：“钱不够，再充。”</w:t>
      </w:r>
    </w:p>
    <w:p>
      <w:pPr>
        <w:spacing w:line="560" w:lineRule="exact"/>
        <w:ind w:firstLine="420"/>
      </w:pPr>
      <w:r>
        <w:rPr>
          <w:rFonts w:ascii="宋体" w:hAnsi="宋体" w:eastAsia="宋体"/>
          <w:sz w:val="24"/>
        </w:rPr>
        <w:t>系统提示立刻弹出。</w:t>
      </w:r>
    </w:p>
    <w:p>
      <w:pPr>
        <w:spacing w:line="560" w:lineRule="exact"/>
        <w:ind w:firstLine="420"/>
      </w:pPr>
      <w:r>
        <w:rPr>
          <w:rFonts w:ascii="宋体" w:hAnsi="宋体" w:eastAsia="宋体"/>
          <w:sz w:val="24"/>
        </w:rPr>
        <w:t>“叮！玩家风中追风充值成功，当前余额：∞。”</w:t>
      </w:r>
    </w:p>
    <w:p>
      <w:pPr>
        <w:spacing w:line="560" w:lineRule="exact"/>
        <w:ind w:firstLine="420"/>
      </w:pPr>
      <w:r>
        <w:rPr>
          <w:rFonts w:ascii="宋体" w:hAnsi="宋体" w:eastAsia="宋体"/>
          <w:sz w:val="24"/>
        </w:rPr>
        <w:t>赵铁柱咧嘴：“风哥，你这话我听着踏实。”</w:t>
      </w:r>
    </w:p>
    <w:p>
      <w:pPr>
        <w:spacing w:line="560" w:lineRule="exact"/>
        <w:ind w:firstLine="420"/>
      </w:pPr>
      <w:r>
        <w:rPr>
          <w:rFonts w:ascii="宋体" w:hAnsi="宋体" w:eastAsia="宋体"/>
          <w:sz w:val="24"/>
        </w:rPr>
        <w:t>岩石泰坦彻底暴怒，胸口核心裂开，露出一只猩红巨眼。</w:t>
      </w:r>
    </w:p>
    <w:p>
      <w:pPr>
        <w:spacing w:line="560" w:lineRule="exact"/>
        <w:ind w:firstLine="420"/>
      </w:pPr>
      <w:r>
        <w:rPr>
          <w:rFonts w:ascii="宋体" w:hAnsi="宋体" w:eastAsia="宋体"/>
          <w:sz w:val="24"/>
        </w:rPr>
        <w:t>【最终技能：泰坦·灭世重压】</w:t>
      </w:r>
    </w:p>
    <w:p>
      <w:pPr>
        <w:spacing w:line="560" w:lineRule="exact"/>
        <w:ind w:firstLine="420"/>
      </w:pPr>
      <w:r>
        <w:rPr>
          <w:rFonts w:ascii="宋体" w:hAnsi="宋体" w:eastAsia="宋体"/>
          <w:sz w:val="24"/>
        </w:rPr>
        <w:t>天空暗了下来，一块山岳般的巨石悬在所有人头顶。</w:t>
      </w:r>
    </w:p>
    <w:p>
      <w:pPr>
        <w:spacing w:line="560" w:lineRule="exact"/>
        <w:ind w:firstLine="420"/>
      </w:pPr>
      <w:r>
        <w:rPr>
          <w:rFonts w:ascii="宋体" w:hAnsi="宋体" w:eastAsia="宋体"/>
          <w:sz w:val="24"/>
        </w:rPr>
        <w:t>苏小雅声音发紧：“这技能要是落下，神豪殿至少死一半！”</w:t>
      </w:r>
    </w:p>
    <w:p>
      <w:pPr>
        <w:spacing w:line="560" w:lineRule="exact"/>
        <w:ind w:firstLine="420"/>
      </w:pPr>
      <w:r>
        <w:rPr>
          <w:rFonts w:ascii="宋体" w:hAnsi="宋体" w:eastAsia="宋体"/>
          <w:sz w:val="24"/>
        </w:rPr>
        <w:t>凌天快速说道：“铁柱开减伤，夜影断核心，林风准备打断。所有人集火巨眼！”</w:t>
      </w:r>
    </w:p>
    <w:p>
      <w:pPr>
        <w:spacing w:line="560" w:lineRule="exact"/>
        <w:ind w:firstLine="420"/>
      </w:pPr>
      <w:r>
        <w:rPr>
          <w:rFonts w:ascii="宋体" w:hAnsi="宋体" w:eastAsia="宋体"/>
          <w:sz w:val="24"/>
        </w:rPr>
        <w:t>林风点头：“执行。”</w:t>
      </w:r>
    </w:p>
    <w:p>
      <w:pPr>
        <w:spacing w:line="560" w:lineRule="exact"/>
        <w:ind w:firstLine="420"/>
      </w:pPr>
      <w:r>
        <w:rPr>
          <w:rFonts w:ascii="宋体" w:hAnsi="宋体" w:eastAsia="宋体"/>
          <w:sz w:val="24"/>
        </w:rPr>
        <w:t>巨石落下。</w:t>
      </w:r>
    </w:p>
    <w:p>
      <w:pPr>
        <w:spacing w:line="560" w:lineRule="exact"/>
        <w:ind w:firstLine="420"/>
      </w:pPr>
      <w:r>
        <w:rPr>
          <w:rFonts w:ascii="宋体" w:hAnsi="宋体" w:eastAsia="宋体"/>
          <w:sz w:val="24"/>
        </w:rPr>
        <w:t>赵铁柱怒吼：“铁壁无双·二重！”</w:t>
      </w:r>
    </w:p>
    <w:p>
      <w:pPr>
        <w:spacing w:line="560" w:lineRule="exact"/>
        <w:ind w:firstLine="420"/>
      </w:pPr>
      <w:r>
        <w:rPr>
          <w:rFonts w:ascii="宋体" w:hAnsi="宋体" w:eastAsia="宋体"/>
          <w:sz w:val="24"/>
        </w:rPr>
        <w:t>金色盾墙升起。</w:t>
      </w:r>
    </w:p>
    <w:p>
      <w:pPr>
        <w:spacing w:line="560" w:lineRule="exact"/>
        <w:ind w:firstLine="420"/>
      </w:pPr>
      <w:r>
        <w:rPr>
          <w:rFonts w:ascii="宋体" w:hAnsi="宋体" w:eastAsia="宋体"/>
          <w:sz w:val="24"/>
        </w:rPr>
        <w:t>夜影化作黑线，直扑泰坦胸口。</w:t>
      </w:r>
    </w:p>
    <w:p>
      <w:pPr>
        <w:spacing w:line="560" w:lineRule="exact"/>
        <w:ind w:firstLine="420"/>
      </w:pPr>
      <w:r>
        <w:rPr>
          <w:rFonts w:ascii="宋体" w:hAnsi="宋体" w:eastAsia="宋体"/>
          <w:sz w:val="24"/>
        </w:rPr>
        <w:t>【影步·穿心】</w:t>
      </w:r>
    </w:p>
    <w:p>
      <w:pPr>
        <w:spacing w:line="560" w:lineRule="exact"/>
        <w:ind w:firstLine="420"/>
      </w:pPr>
      <w:r>
        <w:rPr>
          <w:rFonts w:ascii="宋体" w:hAnsi="宋体" w:eastAsia="宋体"/>
          <w:sz w:val="24"/>
        </w:rPr>
        <w:t>她穿过岩甲缝隙，双匕狠狠扎进巨眼边缘。</w:t>
      </w:r>
    </w:p>
    <w:p>
      <w:pPr>
        <w:spacing w:line="560" w:lineRule="exact"/>
        <w:ind w:firstLine="420"/>
      </w:pPr>
      <w:r>
        <w:rPr>
          <w:rFonts w:ascii="宋体" w:hAnsi="宋体" w:eastAsia="宋体"/>
          <w:sz w:val="24"/>
        </w:rPr>
        <w:t>【破神瞳】</w:t>
      </w:r>
    </w:p>
    <w:p>
      <w:pPr>
        <w:spacing w:line="560" w:lineRule="exact"/>
        <w:ind w:firstLine="420"/>
      </w:pPr>
      <w:r>
        <w:rPr>
          <w:rFonts w:ascii="宋体" w:hAnsi="宋体" w:eastAsia="宋体"/>
          <w:sz w:val="24"/>
        </w:rPr>
        <w:t>-302190！</w:t>
      </w:r>
    </w:p>
    <w:p>
      <w:pPr>
        <w:spacing w:line="560" w:lineRule="exact"/>
        <w:ind w:firstLine="420"/>
      </w:pPr>
      <w:r>
        <w:rPr>
          <w:rFonts w:ascii="宋体" w:hAnsi="宋体" w:eastAsia="宋体"/>
          <w:sz w:val="24"/>
        </w:rPr>
        <w:t>巨眼疯狂闪烁。</w:t>
      </w:r>
    </w:p>
    <w:p>
      <w:pPr>
        <w:spacing w:line="560" w:lineRule="exact"/>
        <w:ind w:firstLine="420"/>
      </w:pPr>
      <w:r>
        <w:rPr>
          <w:rFonts w:ascii="宋体" w:hAnsi="宋体" w:eastAsia="宋体"/>
          <w:sz w:val="24"/>
        </w:rPr>
        <w:t>林风也动了。</w:t>
      </w:r>
    </w:p>
    <w:p>
      <w:pPr>
        <w:spacing w:line="560" w:lineRule="exact"/>
        <w:ind w:firstLine="420"/>
      </w:pPr>
      <w:r>
        <w:rPr>
          <w:rFonts w:ascii="宋体" w:hAnsi="宋体" w:eastAsia="宋体"/>
          <w:sz w:val="24"/>
        </w:rPr>
        <w:t>他没有用普通技能，而是直接打开系统商城最顶端的一排灰色图标。</w:t>
      </w:r>
    </w:p>
    <w:p>
      <w:pPr>
        <w:spacing w:line="560" w:lineRule="exact"/>
        <w:ind w:firstLine="420"/>
      </w:pPr>
      <w:r>
        <w:rPr>
          <w:rFonts w:ascii="宋体" w:hAnsi="宋体" w:eastAsia="宋体"/>
          <w:sz w:val="24"/>
        </w:rPr>
        <w:t>【一次性神级技能：创世裁决】</w:t>
      </w:r>
    </w:p>
    <w:p>
      <w:pPr>
        <w:spacing w:line="560" w:lineRule="exact"/>
        <w:ind w:firstLine="420"/>
      </w:pPr>
      <w:r>
        <w:rPr>
          <w:rFonts w:ascii="宋体" w:hAnsi="宋体" w:eastAsia="宋体"/>
          <w:sz w:val="24"/>
        </w:rPr>
        <w:t>售价：一兆游戏币。</w:t>
      </w:r>
    </w:p>
    <w:p>
      <w:pPr>
        <w:spacing w:line="560" w:lineRule="exact"/>
        <w:ind w:firstLine="420"/>
      </w:pPr>
      <w:r>
        <w:rPr>
          <w:rFonts w:ascii="宋体" w:hAnsi="宋体" w:eastAsia="宋体"/>
          <w:sz w:val="24"/>
        </w:rPr>
        <w:t>林风连眼睛都没眨。</w:t>
      </w:r>
    </w:p>
    <w:p>
      <w:pPr>
        <w:spacing w:line="560" w:lineRule="exact"/>
        <w:ind w:firstLine="420"/>
      </w:pPr>
      <w:r>
        <w:rPr>
          <w:rFonts w:ascii="宋体" w:hAnsi="宋体" w:eastAsia="宋体"/>
          <w:sz w:val="24"/>
        </w:rPr>
        <w:t>“购买，使用。”</w:t>
      </w:r>
    </w:p>
    <w:p>
      <w:pPr>
        <w:spacing w:line="560" w:lineRule="exact"/>
        <w:ind w:firstLine="420"/>
      </w:pPr>
      <w:r>
        <w:rPr>
          <w:rFonts w:ascii="宋体" w:hAnsi="宋体" w:eastAsia="宋体"/>
          <w:sz w:val="24"/>
        </w:rPr>
        <w:t>系统音都像是卡了一下。</w:t>
      </w:r>
    </w:p>
    <w:p>
      <w:pPr>
        <w:spacing w:line="560" w:lineRule="exact"/>
        <w:ind w:firstLine="420"/>
      </w:pPr>
      <w:r>
        <w:rPr>
          <w:rFonts w:ascii="宋体" w:hAnsi="宋体" w:eastAsia="宋体"/>
          <w:sz w:val="24"/>
        </w:rPr>
        <w:t>“叮！玩家风中追风购买【创世裁决】成功。”</w:t>
      </w:r>
    </w:p>
    <w:p>
      <w:pPr>
        <w:spacing w:line="560" w:lineRule="exact"/>
        <w:ind w:firstLine="420"/>
      </w:pPr>
      <w:r>
        <w:rPr>
          <w:rFonts w:ascii="宋体" w:hAnsi="宋体" w:eastAsia="宋体"/>
          <w:sz w:val="24"/>
        </w:rPr>
        <w:t>裁决巨剑瞬间化作万丈金光，剑身上浮现无数古老神纹。</w:t>
      </w:r>
    </w:p>
    <w:p>
      <w:pPr>
        <w:spacing w:line="560" w:lineRule="exact"/>
        <w:ind w:firstLine="420"/>
      </w:pPr>
      <w:r>
        <w:rPr>
          <w:rFonts w:ascii="宋体" w:hAnsi="宋体" w:eastAsia="宋体"/>
          <w:sz w:val="24"/>
        </w:rPr>
        <w:t>林风一剑斩下。</w:t>
      </w:r>
    </w:p>
    <w:p>
      <w:pPr>
        <w:spacing w:line="560" w:lineRule="exact"/>
        <w:ind w:firstLine="420"/>
      </w:pPr>
      <w:r>
        <w:rPr>
          <w:rFonts w:ascii="宋体" w:hAnsi="宋体" w:eastAsia="宋体"/>
          <w:sz w:val="24"/>
        </w:rPr>
        <w:t>【创世裁决】</w:t>
      </w:r>
    </w:p>
    <w:p>
      <w:pPr>
        <w:spacing w:line="560" w:lineRule="exact"/>
        <w:ind w:firstLine="420"/>
      </w:pPr>
      <w:r>
        <w:rPr>
          <w:rFonts w:ascii="宋体" w:hAnsi="宋体" w:eastAsia="宋体"/>
          <w:sz w:val="24"/>
        </w:rPr>
        <w:t>金色剑光贯穿天地，直接劈在岩石泰坦胸口。</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泰坦巨眼炸裂，胸口核心碎成两半。</w:t>
      </w:r>
    </w:p>
    <w:p>
      <w:pPr>
        <w:spacing w:line="560" w:lineRule="exact"/>
        <w:ind w:firstLine="420"/>
      </w:pPr>
      <w:r>
        <w:rPr>
          <w:rFonts w:ascii="宋体" w:hAnsi="宋体" w:eastAsia="宋体"/>
          <w:sz w:val="24"/>
        </w:rPr>
        <w:t>伤害数字爆出全服公告级别的血红：</w:t>
      </w:r>
    </w:p>
    <w:p>
      <w:pPr>
        <w:spacing w:line="560" w:lineRule="exact"/>
        <w:ind w:firstLine="420"/>
      </w:pPr>
      <w:r>
        <w:rPr>
          <w:rFonts w:ascii="宋体" w:hAnsi="宋体" w:eastAsia="宋体"/>
          <w:sz w:val="24"/>
        </w:rPr>
        <w:t>-暴击！-9999999！</w:t>
      </w:r>
    </w:p>
    <w:p>
      <w:pPr>
        <w:spacing w:line="560" w:lineRule="exact"/>
        <w:ind w:firstLine="420"/>
      </w:pPr>
      <w:r>
        <w:rPr>
          <w:rFonts w:ascii="宋体" w:hAnsi="宋体" w:eastAsia="宋体"/>
          <w:sz w:val="24"/>
        </w:rPr>
        <w:t>岩石泰坦血条清空。</w:t>
      </w:r>
    </w:p>
    <w:p>
      <w:pPr>
        <w:spacing w:line="560" w:lineRule="exact"/>
        <w:ind w:firstLine="420"/>
      </w:pPr>
      <w:r>
        <w:rPr>
          <w:rFonts w:ascii="宋体" w:hAnsi="宋体" w:eastAsia="宋体"/>
          <w:sz w:val="24"/>
        </w:rPr>
        <w:t>它庞大的身躯僵在半空，随后一寸寸崩碎。</w:t>
      </w:r>
    </w:p>
    <w:p>
      <w:pPr>
        <w:spacing w:line="560" w:lineRule="exact"/>
        <w:ind w:firstLine="420"/>
      </w:pPr>
      <w:r>
        <w:rPr>
          <w:rFonts w:ascii="宋体" w:hAnsi="宋体" w:eastAsia="宋体"/>
          <w:sz w:val="24"/>
        </w:rPr>
        <w:t xml:space="preserve">【击杀神域守卫·岩石泰坦】  </w:t>
        <w:br/>
        <w:t xml:space="preserve">【神豪殿获得首通奖励：神域钥匙×1】  </w:t>
        <w:br/>
        <w:t>【风中追风获得称号：诸神叩门者】</w:t>
      </w:r>
    </w:p>
    <w:p>
      <w:pPr>
        <w:spacing w:line="560" w:lineRule="exact"/>
        <w:ind w:firstLine="420"/>
      </w:pPr>
      <w:r>
        <w:rPr>
          <w:rFonts w:ascii="宋体" w:hAnsi="宋体" w:eastAsia="宋体"/>
          <w:sz w:val="24"/>
        </w:rPr>
        <w:t>赵铁柱一屁股坐在地上：“爽是爽，就是腿有点软。”</w:t>
      </w:r>
    </w:p>
    <w:p>
      <w:pPr>
        <w:spacing w:line="560" w:lineRule="exact"/>
        <w:ind w:firstLine="420"/>
      </w:pPr>
      <w:r>
        <w:rPr>
          <w:rFonts w:ascii="宋体" w:hAnsi="宋体" w:eastAsia="宋体"/>
          <w:sz w:val="24"/>
        </w:rPr>
        <w:t>苏小雅喘着气笑：“你腿软个屁，刚才你站得比谁都硬。”</w:t>
      </w:r>
    </w:p>
    <w:p>
      <w:pPr>
        <w:spacing w:line="560" w:lineRule="exact"/>
        <w:ind w:firstLine="420"/>
      </w:pPr>
      <w:r>
        <w:rPr>
          <w:rFonts w:ascii="宋体" w:hAnsi="宋体" w:eastAsia="宋体"/>
          <w:sz w:val="24"/>
        </w:rPr>
        <w:t>夜影收起匕首，看向神域深处：“别高兴太早。门开了。”</w:t>
      </w:r>
    </w:p>
    <w:p>
      <w:pPr>
        <w:spacing w:line="560" w:lineRule="exact"/>
        <w:ind w:firstLine="420"/>
      </w:pPr>
      <w:r>
        <w:rPr>
          <w:rFonts w:ascii="宋体" w:hAnsi="宋体" w:eastAsia="宋体"/>
          <w:sz w:val="24"/>
        </w:rPr>
        <w:t>神域入口后，原本黑暗的空间亮起白光。</w:t>
      </w:r>
    </w:p>
    <w:p>
      <w:pPr>
        <w:spacing w:line="560" w:lineRule="exact"/>
        <w:ind w:firstLine="420"/>
      </w:pPr>
      <w:r>
        <w:rPr>
          <w:rFonts w:ascii="宋体" w:hAnsi="宋体" w:eastAsia="宋体"/>
          <w:sz w:val="24"/>
        </w:rPr>
        <w:t>一座悬浮在星海中的神殿缓缓展开。</w:t>
      </w:r>
    </w:p>
    <w:p>
      <w:pPr>
        <w:spacing w:line="560" w:lineRule="exact"/>
        <w:ind w:firstLine="420"/>
      </w:pPr>
      <w:r>
        <w:rPr>
          <w:rFonts w:ascii="宋体" w:hAnsi="宋体" w:eastAsia="宋体"/>
          <w:sz w:val="24"/>
        </w:rPr>
        <w:t>神殿没有台阶，没有大门，只有一道由无数代码和神纹组成的王座。</w:t>
      </w:r>
    </w:p>
    <w:p>
      <w:pPr>
        <w:spacing w:line="560" w:lineRule="exact"/>
        <w:ind w:firstLine="420"/>
      </w:pPr>
      <w:r>
        <w:rPr>
          <w:rFonts w:ascii="宋体" w:hAnsi="宋体" w:eastAsia="宋体"/>
          <w:sz w:val="24"/>
        </w:rPr>
        <w:t>王座之上，坐着一个穿白袍的人影。</w:t>
      </w:r>
    </w:p>
    <w:p>
      <w:pPr>
        <w:spacing w:line="560" w:lineRule="exact"/>
        <w:ind w:firstLine="420"/>
      </w:pPr>
      <w:r>
        <w:rPr>
          <w:rFonts w:ascii="宋体" w:hAnsi="宋体" w:eastAsia="宋体"/>
          <w:sz w:val="24"/>
        </w:rPr>
        <w:t>那人影睁开眼，整个《天界》的天空都像被按下了暂停键。</w:t>
      </w:r>
    </w:p>
    <w:p>
      <w:pPr>
        <w:spacing w:line="560" w:lineRule="exact"/>
        <w:ind w:firstLine="420"/>
      </w:pPr>
      <w:r>
        <w:rPr>
          <w:rFonts w:ascii="宋体" w:hAnsi="宋体" w:eastAsia="宋体"/>
          <w:sz w:val="24"/>
        </w:rPr>
        <w:t>系统公告没有响起。</w:t>
      </w:r>
    </w:p>
    <w:p>
      <w:pPr>
        <w:spacing w:line="560" w:lineRule="exact"/>
        <w:ind w:firstLine="420"/>
      </w:pPr>
      <w:r>
        <w:rPr>
          <w:rFonts w:ascii="宋体" w:hAnsi="宋体" w:eastAsia="宋体"/>
          <w:sz w:val="24"/>
        </w:rPr>
        <w:t>世界频道却突然全部黑屏。</w:t>
      </w:r>
    </w:p>
    <w:p>
      <w:pPr>
        <w:spacing w:line="560" w:lineRule="exact"/>
        <w:ind w:firstLine="420"/>
      </w:pPr>
      <w:r>
        <w:rPr>
          <w:rFonts w:ascii="宋体" w:hAnsi="宋体" w:eastAsia="宋体"/>
          <w:sz w:val="24"/>
        </w:rPr>
        <w:t>下一秒，所有玩家耳边同时响起一道声音。</w:t>
      </w:r>
    </w:p>
    <w:p>
      <w:pPr>
        <w:spacing w:line="560" w:lineRule="exact"/>
        <w:ind w:firstLine="420"/>
      </w:pPr>
      <w:r>
        <w:rPr>
          <w:rFonts w:ascii="宋体" w:hAnsi="宋体" w:eastAsia="宋体"/>
          <w:sz w:val="24"/>
        </w:rPr>
        <w:t>“凡人，你们越界了。”</w:t>
      </w:r>
    </w:p>
    <w:p>
      <w:pPr>
        <w:spacing w:line="560" w:lineRule="exact"/>
        <w:ind w:firstLine="420"/>
      </w:pPr>
      <w:r>
        <w:rPr>
          <w:rFonts w:ascii="宋体" w:hAnsi="宋体" w:eastAsia="宋体"/>
          <w:sz w:val="24"/>
        </w:rPr>
        <w:t>林风抬头，看见对方头顶的名字。</w:t>
      </w:r>
    </w:p>
    <w:p>
      <w:pPr>
        <w:spacing w:line="560" w:lineRule="exact"/>
        <w:ind w:firstLine="420"/>
      </w:pPr>
      <w:r>
        <w:rPr>
          <w:rFonts w:ascii="宋体" w:hAnsi="宋体" w:eastAsia="宋体"/>
          <w:sz w:val="24"/>
        </w:rPr>
        <w:t>【最终BOSS·创造者阿卡迪亚】</w:t>
      </w:r>
    </w:p>
    <w:p>
      <w:pPr>
        <w:spacing w:line="560" w:lineRule="exact"/>
        <w:ind w:firstLine="420"/>
      </w:pPr>
      <w:r>
        <w:rPr>
          <w:rFonts w:ascii="宋体" w:hAnsi="宋体" w:eastAsia="宋体"/>
          <w:sz w:val="24"/>
        </w:rPr>
        <w:t>苏小雅脸色变了：“最终BOSS？不是通关神域才出现吗？”</w:t>
      </w:r>
    </w:p>
    <w:p>
      <w:pPr>
        <w:spacing w:line="560" w:lineRule="exact"/>
        <w:ind w:firstLine="420"/>
      </w:pPr>
      <w:r>
        <w:rPr>
          <w:rFonts w:ascii="宋体" w:hAnsi="宋体" w:eastAsia="宋体"/>
          <w:sz w:val="24"/>
        </w:rPr>
        <w:t>凌天盯着阿卡迪亚脚下蔓延的代码：“不是刷新，他一直在这里。”</w:t>
      </w:r>
    </w:p>
    <w:p>
      <w:pPr>
        <w:spacing w:line="560" w:lineRule="exact"/>
        <w:ind w:firstLine="420"/>
      </w:pPr>
      <w:r>
        <w:rPr>
          <w:rFonts w:ascii="宋体" w:hAnsi="宋体" w:eastAsia="宋体"/>
          <w:sz w:val="24"/>
        </w:rPr>
        <w:t>赵铁柱爬起来，握紧盾牌：“管他创造者还是毁灭者，敢挡路，就干翻他。”</w:t>
      </w:r>
    </w:p>
    <w:p>
      <w:pPr>
        <w:spacing w:line="560" w:lineRule="exact"/>
        <w:ind w:firstLine="420"/>
      </w:pPr>
      <w:r>
        <w:rPr>
          <w:rFonts w:ascii="宋体" w:hAnsi="宋体" w:eastAsia="宋体"/>
          <w:sz w:val="24"/>
        </w:rPr>
        <w:t>阿卡迪亚缓缓站起。</w:t>
      </w:r>
    </w:p>
    <w:p>
      <w:pPr>
        <w:spacing w:line="560" w:lineRule="exact"/>
        <w:ind w:firstLine="420"/>
      </w:pPr>
      <w:r>
        <w:rPr>
          <w:rFonts w:ascii="宋体" w:hAnsi="宋体" w:eastAsia="宋体"/>
          <w:sz w:val="24"/>
        </w:rPr>
        <w:t>他没有武器，只是抬手一点。</w:t>
      </w:r>
    </w:p>
    <w:p>
      <w:pPr>
        <w:spacing w:line="560" w:lineRule="exact"/>
        <w:ind w:firstLine="420"/>
      </w:pPr>
      <w:r>
        <w:rPr>
          <w:rFonts w:ascii="宋体" w:hAnsi="宋体" w:eastAsia="宋体"/>
          <w:sz w:val="24"/>
        </w:rPr>
        <w:t>林风身上的【诸神赐福】突然闪烁，像被什么东西强行改写。</w:t>
      </w:r>
    </w:p>
    <w:p>
      <w:pPr>
        <w:spacing w:line="560" w:lineRule="exact"/>
        <w:ind w:firstLine="420"/>
      </w:pPr>
      <w:r>
        <w:rPr>
          <w:rFonts w:ascii="宋体" w:hAnsi="宋体" w:eastAsia="宋体"/>
          <w:sz w:val="24"/>
        </w:rPr>
        <w:t>系统提示疯狂弹出。</w:t>
      </w:r>
    </w:p>
    <w:p>
      <w:pPr>
        <w:spacing w:line="560" w:lineRule="exact"/>
        <w:ind w:firstLine="420"/>
      </w:pPr>
      <w:r>
        <w:rPr>
          <w:rFonts w:ascii="宋体" w:hAnsi="宋体" w:eastAsia="宋体"/>
          <w:sz w:val="24"/>
        </w:rPr>
        <w:t>“警告！技能【诸神赐福】被篡改。”</w:t>
      </w:r>
    </w:p>
    <w:p>
      <w:pPr>
        <w:spacing w:line="560" w:lineRule="exact"/>
        <w:ind w:firstLine="420"/>
      </w:pPr>
      <w:r>
        <w:rPr>
          <w:rFonts w:ascii="宋体" w:hAnsi="宋体" w:eastAsia="宋体"/>
          <w:sz w:val="24"/>
        </w:rPr>
        <w:t>“警告！技能【泰坦克星】被删除。”</w:t>
      </w:r>
    </w:p>
    <w:p>
      <w:pPr>
        <w:spacing w:line="560" w:lineRule="exact"/>
        <w:ind w:firstLine="420"/>
      </w:pPr>
      <w:r>
        <w:rPr>
          <w:rFonts w:ascii="宋体" w:hAnsi="宋体" w:eastAsia="宋体"/>
          <w:sz w:val="24"/>
        </w:rPr>
        <w:t>“警告！玩家风中追风背包内一次性道具失效。”</w:t>
      </w:r>
    </w:p>
    <w:p>
      <w:pPr>
        <w:spacing w:line="560" w:lineRule="exact"/>
        <w:ind w:firstLine="420"/>
      </w:pPr>
      <w:r>
        <w:rPr>
          <w:rFonts w:ascii="宋体" w:hAnsi="宋体" w:eastAsia="宋体"/>
          <w:sz w:val="24"/>
        </w:rPr>
        <w:t>林风瞳孔一缩。</w:t>
      </w:r>
    </w:p>
    <w:p>
      <w:pPr>
        <w:spacing w:line="560" w:lineRule="exact"/>
        <w:ind w:firstLine="420"/>
      </w:pPr>
      <w:r>
        <w:rPr>
          <w:rFonts w:ascii="宋体" w:hAnsi="宋体" w:eastAsia="宋体"/>
          <w:sz w:val="24"/>
        </w:rPr>
        <w:t>阿卡迪亚开口：“在我的神域，规则由我写。”</w:t>
      </w:r>
    </w:p>
    <w:p>
      <w:pPr>
        <w:spacing w:line="560" w:lineRule="exact"/>
        <w:ind w:firstLine="420"/>
      </w:pPr>
      <w:r>
        <w:rPr>
          <w:rFonts w:ascii="宋体" w:hAnsi="宋体" w:eastAsia="宋体"/>
          <w:sz w:val="24"/>
        </w:rPr>
        <w:t>夜影第一时间冲出。</w:t>
      </w:r>
    </w:p>
    <w:p>
      <w:pPr>
        <w:spacing w:line="560" w:lineRule="exact"/>
        <w:ind w:firstLine="420"/>
      </w:pPr>
      <w:r>
        <w:rPr>
          <w:rFonts w:ascii="宋体" w:hAnsi="宋体" w:eastAsia="宋体"/>
          <w:sz w:val="24"/>
        </w:rPr>
        <w:t>【影杀·绝息】</w:t>
      </w:r>
    </w:p>
    <w:p>
      <w:pPr>
        <w:spacing w:line="560" w:lineRule="exact"/>
        <w:ind w:firstLine="420"/>
      </w:pPr>
      <w:r>
        <w:rPr>
          <w:rFonts w:ascii="宋体" w:hAnsi="宋体" w:eastAsia="宋体"/>
          <w:sz w:val="24"/>
        </w:rPr>
        <w:t>她绕到阿卡迪亚背后，匕首刺入白袍。</w:t>
      </w:r>
    </w:p>
    <w:p>
      <w:pPr>
        <w:spacing w:line="560" w:lineRule="exact"/>
        <w:ind w:firstLine="420"/>
      </w:pPr>
      <w:r>
        <w:rPr>
          <w:rFonts w:ascii="宋体" w:hAnsi="宋体" w:eastAsia="宋体"/>
          <w:sz w:val="24"/>
        </w:rPr>
        <w:t>结果匕首停在半空，像扎进透明墙壁。</w:t>
      </w:r>
    </w:p>
    <w:p>
      <w:pPr>
        <w:spacing w:line="560" w:lineRule="exact"/>
        <w:ind w:firstLine="420"/>
      </w:pPr>
      <w:r>
        <w:rPr>
          <w:rFonts w:ascii="宋体" w:hAnsi="宋体" w:eastAsia="宋体"/>
          <w:sz w:val="24"/>
        </w:rPr>
        <w:t>阿卡迪亚没有回头。</w:t>
      </w:r>
    </w:p>
    <w:p>
      <w:pPr>
        <w:spacing w:line="560" w:lineRule="exact"/>
        <w:ind w:firstLine="420"/>
      </w:pPr>
      <w:r>
        <w:rPr>
          <w:rFonts w:ascii="宋体" w:hAnsi="宋体" w:eastAsia="宋体"/>
          <w:sz w:val="24"/>
        </w:rPr>
        <w:t>【万象归零】</w:t>
      </w:r>
    </w:p>
    <w:p>
      <w:pPr>
        <w:spacing w:line="560" w:lineRule="exact"/>
        <w:ind w:firstLine="420"/>
      </w:pPr>
      <w:r>
        <w:rPr>
          <w:rFonts w:ascii="宋体" w:hAnsi="宋体" w:eastAsia="宋体"/>
          <w:sz w:val="24"/>
        </w:rPr>
        <w:t>夜影被无形力量震飞，血条瞬间见底。</w:t>
      </w:r>
    </w:p>
    <w:p>
      <w:pPr>
        <w:spacing w:line="560" w:lineRule="exact"/>
        <w:ind w:firstLine="420"/>
      </w:pPr>
      <w:r>
        <w:rPr>
          <w:rFonts w:ascii="宋体" w:hAnsi="宋体" w:eastAsia="宋体"/>
          <w:sz w:val="24"/>
        </w:rPr>
        <w:t>-512000！</w:t>
      </w:r>
    </w:p>
    <w:p>
      <w:pPr>
        <w:spacing w:line="560" w:lineRule="exact"/>
        <w:ind w:firstLine="420"/>
      </w:pPr>
      <w:r>
        <w:rPr>
          <w:rFonts w:ascii="宋体" w:hAnsi="宋体" w:eastAsia="宋体"/>
          <w:sz w:val="24"/>
        </w:rPr>
        <w:t>赵铁柱怒吼着冲上去。</w:t>
      </w:r>
    </w:p>
    <w:p>
      <w:pPr>
        <w:spacing w:line="560" w:lineRule="exact"/>
        <w:ind w:firstLine="420"/>
      </w:pPr>
      <w:r>
        <w:rPr>
          <w:rFonts w:ascii="宋体" w:hAnsi="宋体" w:eastAsia="宋体"/>
          <w:sz w:val="24"/>
        </w:rPr>
        <w:t>“盾击·撼地！”</w:t>
      </w:r>
    </w:p>
    <w:p>
      <w:pPr>
        <w:spacing w:line="560" w:lineRule="exact"/>
        <w:ind w:firstLine="420"/>
      </w:pPr>
      <w:r>
        <w:rPr>
          <w:rFonts w:ascii="宋体" w:hAnsi="宋体" w:eastAsia="宋体"/>
          <w:sz w:val="24"/>
        </w:rPr>
        <w:t>盾牌砸在地面，金色冲击波扩散。</w:t>
      </w:r>
    </w:p>
    <w:p>
      <w:pPr>
        <w:spacing w:line="560" w:lineRule="exact"/>
        <w:ind w:firstLine="420"/>
      </w:pPr>
      <w:r>
        <w:rPr>
          <w:rFonts w:ascii="宋体" w:hAnsi="宋体" w:eastAsia="宋体"/>
          <w:sz w:val="24"/>
        </w:rPr>
        <w:t>阿卡迪亚只是抬手。</w:t>
      </w:r>
    </w:p>
    <w:p>
      <w:pPr>
        <w:spacing w:line="560" w:lineRule="exact"/>
        <w:ind w:firstLine="420"/>
      </w:pPr>
      <w:r>
        <w:rPr>
          <w:rFonts w:ascii="宋体" w:hAnsi="宋体" w:eastAsia="宋体"/>
          <w:sz w:val="24"/>
        </w:rPr>
        <w:t>【创世代码·静止】</w:t>
      </w:r>
    </w:p>
    <w:p>
      <w:pPr>
        <w:spacing w:line="560" w:lineRule="exact"/>
        <w:ind w:firstLine="420"/>
      </w:pPr>
      <w:r>
        <w:rPr>
          <w:rFonts w:ascii="宋体" w:hAnsi="宋体" w:eastAsia="宋体"/>
          <w:sz w:val="24"/>
        </w:rPr>
        <w:t>赵铁柱整个人僵在原地，连表情都凝固了。</w:t>
      </w:r>
    </w:p>
    <w:p>
      <w:pPr>
        <w:spacing w:line="560" w:lineRule="exact"/>
        <w:ind w:firstLine="420"/>
      </w:pPr>
      <w:r>
        <w:rPr>
          <w:rFonts w:ascii="宋体" w:hAnsi="宋体" w:eastAsia="宋体"/>
          <w:sz w:val="24"/>
        </w:rPr>
        <w:t>林风心中一沉。</w:t>
      </w:r>
    </w:p>
    <w:p>
      <w:pPr>
        <w:spacing w:line="560" w:lineRule="exact"/>
        <w:ind w:firstLine="420"/>
      </w:pPr>
      <w:r>
        <w:rPr>
          <w:rFonts w:ascii="宋体" w:hAnsi="宋体" w:eastAsia="宋体"/>
          <w:sz w:val="24"/>
        </w:rPr>
        <w:t>“铁柱！”</w:t>
      </w:r>
    </w:p>
    <w:p>
      <w:pPr>
        <w:spacing w:line="560" w:lineRule="exact"/>
        <w:ind w:firstLine="420"/>
      </w:pPr>
      <w:r>
        <w:rPr>
          <w:rFonts w:ascii="宋体" w:hAnsi="宋体" w:eastAsia="宋体"/>
          <w:sz w:val="24"/>
        </w:rPr>
        <w:t>阿卡迪亚看向林风，目光像穿透了游戏角色，落在他现实中的脸上。</w:t>
      </w:r>
    </w:p>
    <w:p>
      <w:pPr>
        <w:spacing w:line="560" w:lineRule="exact"/>
        <w:ind w:firstLine="420"/>
      </w:pPr>
      <w:r>
        <w:rPr>
          <w:rFonts w:ascii="宋体" w:hAnsi="宋体" w:eastAsia="宋体"/>
          <w:sz w:val="24"/>
        </w:rPr>
        <w:t>“风中追风，或者说……林风。”</w:t>
      </w:r>
    </w:p>
    <w:p>
      <w:pPr>
        <w:spacing w:line="560" w:lineRule="exact"/>
        <w:ind w:firstLine="420"/>
      </w:pPr>
      <w:r>
        <w:rPr>
          <w:rFonts w:ascii="宋体" w:hAnsi="宋体" w:eastAsia="宋体"/>
          <w:sz w:val="24"/>
        </w:rPr>
        <w:t>林风握紧巨剑：“你认识我？”</w:t>
      </w:r>
    </w:p>
    <w:p>
      <w:pPr>
        <w:spacing w:line="560" w:lineRule="exact"/>
        <w:ind w:firstLine="420"/>
      </w:pPr>
      <w:r>
        <w:rPr>
          <w:rFonts w:ascii="宋体" w:hAnsi="宋体" w:eastAsia="宋体"/>
          <w:sz w:val="24"/>
        </w:rPr>
        <w:t>阿卡迪亚没有回答，而是抬起右手。</w:t>
      </w:r>
    </w:p>
    <w:p>
      <w:pPr>
        <w:spacing w:line="560" w:lineRule="exact"/>
        <w:ind w:firstLine="420"/>
      </w:pPr>
      <w:r>
        <w:rPr>
          <w:rFonts w:ascii="宋体" w:hAnsi="宋体" w:eastAsia="宋体"/>
          <w:sz w:val="24"/>
        </w:rPr>
        <w:t>神殿上方，无数黑色代码汇聚成一只巨大手掌。</w:t>
      </w:r>
    </w:p>
    <w:p>
      <w:pPr>
        <w:spacing w:line="560" w:lineRule="exact"/>
        <w:ind w:firstLine="420"/>
      </w:pPr>
      <w:r>
        <w:rPr>
          <w:rFonts w:ascii="宋体" w:hAnsi="宋体" w:eastAsia="宋体"/>
          <w:sz w:val="24"/>
        </w:rPr>
        <w:t>【神罚之链】</w:t>
      </w:r>
    </w:p>
    <w:p>
      <w:pPr>
        <w:spacing w:line="560" w:lineRule="exact"/>
        <w:ind w:firstLine="420"/>
      </w:pPr>
      <w:r>
        <w:rPr>
          <w:rFonts w:ascii="宋体" w:hAnsi="宋体" w:eastAsia="宋体"/>
          <w:sz w:val="24"/>
        </w:rPr>
        <w:t>金色锁链从天而降，分别缠住林风、夜影、赵铁柱和苏小雅。</w:t>
      </w:r>
    </w:p>
    <w:p>
      <w:pPr>
        <w:spacing w:line="560" w:lineRule="exact"/>
        <w:ind w:firstLine="420"/>
      </w:pPr>
      <w:r>
        <w:rPr>
          <w:rFonts w:ascii="宋体" w:hAnsi="宋体" w:eastAsia="宋体"/>
          <w:sz w:val="24"/>
        </w:rPr>
        <w:t>苏小雅被锁在半空，还不忘骂：“你有病吧！打我就打我，锁主播算什么本事！”</w:t>
      </w:r>
    </w:p>
    <w:p>
      <w:pPr>
        <w:spacing w:line="560" w:lineRule="exact"/>
        <w:ind w:firstLine="420"/>
      </w:pPr>
      <w:r>
        <w:rPr>
          <w:rFonts w:ascii="宋体" w:hAnsi="宋体" w:eastAsia="宋体"/>
          <w:sz w:val="24"/>
        </w:rPr>
        <w:t>阿卡迪亚眼神微冷。</w:t>
      </w:r>
    </w:p>
    <w:p>
      <w:pPr>
        <w:spacing w:line="560" w:lineRule="exact"/>
        <w:ind w:firstLine="420"/>
      </w:pPr>
      <w:r>
        <w:rPr>
          <w:rFonts w:ascii="宋体" w:hAnsi="宋体" w:eastAsia="宋体"/>
          <w:sz w:val="24"/>
        </w:rPr>
        <w:t>“聒噪。”</w:t>
      </w:r>
    </w:p>
    <w:p>
      <w:pPr>
        <w:spacing w:line="560" w:lineRule="exact"/>
        <w:ind w:firstLine="420"/>
      </w:pPr>
      <w:r>
        <w:rPr>
          <w:rFonts w:ascii="宋体" w:hAnsi="宋体" w:eastAsia="宋体"/>
          <w:sz w:val="24"/>
        </w:rPr>
        <w:t>苏小雅血条猛地掉了一截。</w:t>
      </w:r>
    </w:p>
    <w:p>
      <w:pPr>
        <w:spacing w:line="560" w:lineRule="exact"/>
        <w:ind w:firstLine="420"/>
      </w:pPr>
      <w:r>
        <w:rPr>
          <w:rFonts w:ascii="宋体" w:hAnsi="宋体" w:eastAsia="宋体"/>
          <w:sz w:val="24"/>
        </w:rPr>
        <w:t>-128000！</w:t>
      </w:r>
    </w:p>
    <w:p>
      <w:pPr>
        <w:spacing w:line="560" w:lineRule="exact"/>
        <w:ind w:firstLine="420"/>
      </w:pPr>
      <w:r>
        <w:rPr>
          <w:rFonts w:ascii="宋体" w:hAnsi="宋体" w:eastAsia="宋体"/>
          <w:sz w:val="24"/>
        </w:rPr>
        <w:t>林风眼中寒光炸开。</w:t>
      </w:r>
    </w:p>
    <w:p>
      <w:pPr>
        <w:spacing w:line="560" w:lineRule="exact"/>
        <w:ind w:firstLine="420"/>
      </w:pPr>
      <w:r>
        <w:rPr>
          <w:rFonts w:ascii="宋体" w:hAnsi="宋体" w:eastAsia="宋体"/>
          <w:sz w:val="24"/>
        </w:rPr>
        <w:t>“你动她试试。”</w:t>
      </w:r>
    </w:p>
    <w:p>
      <w:pPr>
        <w:spacing w:line="560" w:lineRule="exact"/>
        <w:ind w:firstLine="420"/>
      </w:pPr>
      <w:r>
        <w:rPr>
          <w:rFonts w:ascii="宋体" w:hAnsi="宋体" w:eastAsia="宋体"/>
          <w:sz w:val="24"/>
        </w:rPr>
        <w:t>他强行扯动锁链，系统提示疯狂警告。</w:t>
      </w:r>
    </w:p>
    <w:p>
      <w:pPr>
        <w:spacing w:line="560" w:lineRule="exact"/>
        <w:ind w:firstLine="420"/>
      </w:pPr>
      <w:r>
        <w:rPr>
          <w:rFonts w:ascii="宋体" w:hAnsi="宋体" w:eastAsia="宋体"/>
          <w:sz w:val="24"/>
        </w:rPr>
        <w:t>“无法挣脱！”</w:t>
      </w:r>
    </w:p>
    <w:p>
      <w:pPr>
        <w:spacing w:line="560" w:lineRule="exact"/>
        <w:ind w:firstLine="420"/>
      </w:pPr>
      <w:r>
        <w:rPr>
          <w:rFonts w:ascii="宋体" w:hAnsi="宋体" w:eastAsia="宋体"/>
          <w:sz w:val="24"/>
        </w:rPr>
        <w:t>“无法挣脱！”</w:t>
      </w:r>
    </w:p>
    <w:p>
      <w:pPr>
        <w:spacing w:line="560" w:lineRule="exact"/>
        <w:ind w:firstLine="420"/>
      </w:pPr>
      <w:r>
        <w:rPr>
          <w:rFonts w:ascii="宋体" w:hAnsi="宋体" w:eastAsia="宋体"/>
          <w:sz w:val="24"/>
        </w:rPr>
        <w:t>“无法挣脱！”</w:t>
      </w:r>
    </w:p>
    <w:p>
      <w:pPr>
        <w:spacing w:line="560" w:lineRule="exact"/>
        <w:ind w:firstLine="420"/>
      </w:pPr>
      <w:r>
        <w:rPr>
          <w:rFonts w:ascii="宋体" w:hAnsi="宋体" w:eastAsia="宋体"/>
          <w:sz w:val="24"/>
        </w:rPr>
        <w:t>林风冷笑：“系统不让，我自己来。”</w:t>
      </w:r>
    </w:p>
    <w:p>
      <w:pPr>
        <w:spacing w:line="560" w:lineRule="exact"/>
        <w:ind w:firstLine="420"/>
      </w:pPr>
      <w:r>
        <w:rPr>
          <w:rFonts w:ascii="宋体" w:hAnsi="宋体" w:eastAsia="宋体"/>
          <w:sz w:val="24"/>
        </w:rPr>
        <w:t>他胸口古玉忽然发烫。</w:t>
      </w:r>
    </w:p>
    <w:p>
      <w:pPr>
        <w:spacing w:line="560" w:lineRule="exact"/>
        <w:ind w:firstLine="420"/>
      </w:pPr>
      <w:r>
        <w:rPr>
          <w:rFonts w:ascii="宋体" w:hAnsi="宋体" w:eastAsia="宋体"/>
          <w:sz w:val="24"/>
        </w:rPr>
        <w:t>那枚父母留下的古玉，从游戏角色胸口位置透出温润青光，竟然和阿卡迪亚身上的代码产生共鸣。</w:t>
      </w:r>
    </w:p>
    <w:p>
      <w:pPr>
        <w:spacing w:line="560" w:lineRule="exact"/>
        <w:ind w:firstLine="420"/>
      </w:pPr>
      <w:r>
        <w:rPr>
          <w:rFonts w:ascii="宋体" w:hAnsi="宋体" w:eastAsia="宋体"/>
          <w:sz w:val="24"/>
        </w:rPr>
        <w:t>阿卡迪亚第一次变色。</w:t>
      </w:r>
    </w:p>
    <w:p>
      <w:pPr>
        <w:spacing w:line="560" w:lineRule="exact"/>
        <w:ind w:firstLine="420"/>
      </w:pPr>
      <w:r>
        <w:rPr>
          <w:rFonts w:ascii="宋体" w:hAnsi="宋体" w:eastAsia="宋体"/>
          <w:sz w:val="24"/>
        </w:rPr>
        <w:t>“古玉？”</w:t>
      </w:r>
    </w:p>
    <w:p>
      <w:pPr>
        <w:spacing w:line="560" w:lineRule="exact"/>
        <w:ind w:firstLine="420"/>
      </w:pPr>
      <w:r>
        <w:rPr>
          <w:rFonts w:ascii="宋体" w:hAnsi="宋体" w:eastAsia="宋体"/>
          <w:sz w:val="24"/>
        </w:rPr>
        <w:t>林风抓住机会，巨剑爆发出新的光芒。</w:t>
      </w:r>
    </w:p>
    <w:p>
      <w:pPr>
        <w:spacing w:line="560" w:lineRule="exact"/>
        <w:ind w:firstLine="420"/>
      </w:pPr>
      <w:r>
        <w:rPr>
          <w:rFonts w:ascii="宋体" w:hAnsi="宋体" w:eastAsia="宋体"/>
          <w:sz w:val="24"/>
        </w:rPr>
        <w:t>【神豪系统·无限充值】</w:t>
      </w:r>
    </w:p>
    <w:p>
      <w:pPr>
        <w:spacing w:line="560" w:lineRule="exact"/>
        <w:ind w:firstLine="420"/>
      </w:pPr>
      <w:r>
        <w:rPr>
          <w:rFonts w:ascii="宋体" w:hAnsi="宋体" w:eastAsia="宋体"/>
          <w:sz w:val="24"/>
        </w:rPr>
        <w:t>【现实映射启动】</w:t>
      </w:r>
    </w:p>
    <w:p>
      <w:pPr>
        <w:spacing w:line="560" w:lineRule="exact"/>
        <w:ind w:firstLine="420"/>
      </w:pPr>
      <w:r>
        <w:rPr>
          <w:rFonts w:ascii="宋体" w:hAnsi="宋体" w:eastAsia="宋体"/>
          <w:sz w:val="24"/>
        </w:rPr>
        <w:t>【临时权限：5秒】</w:t>
      </w:r>
    </w:p>
    <w:p>
      <w:pPr>
        <w:spacing w:line="560" w:lineRule="exact"/>
        <w:ind w:firstLine="420"/>
      </w:pPr>
      <w:r>
        <w:rPr>
          <w:rFonts w:ascii="宋体" w:hAnsi="宋体" w:eastAsia="宋体"/>
          <w:sz w:val="24"/>
        </w:rPr>
        <w:t>凌天立刻喊道：“林风，五秒！只够一次机会！”</w:t>
      </w:r>
    </w:p>
    <w:p>
      <w:pPr>
        <w:spacing w:line="560" w:lineRule="exact"/>
        <w:ind w:firstLine="420"/>
      </w:pPr>
      <w:r>
        <w:rPr>
          <w:rFonts w:ascii="宋体" w:hAnsi="宋体" w:eastAsia="宋体"/>
          <w:sz w:val="24"/>
        </w:rPr>
        <w:t>夜影咬牙：“我来开路！”</w:t>
      </w:r>
    </w:p>
    <w:p>
      <w:pPr>
        <w:spacing w:line="560" w:lineRule="exact"/>
        <w:ind w:firstLine="420"/>
      </w:pPr>
      <w:r>
        <w:rPr>
          <w:rFonts w:ascii="宋体" w:hAnsi="宋体" w:eastAsia="宋体"/>
          <w:sz w:val="24"/>
        </w:rPr>
        <w:t>她硬生生割断一根锁链，血条掉到残血，却重新冲出。</w:t>
      </w:r>
    </w:p>
    <w:p>
      <w:pPr>
        <w:spacing w:line="560" w:lineRule="exact"/>
        <w:ind w:firstLine="420"/>
      </w:pPr>
      <w:r>
        <w:rPr>
          <w:rFonts w:ascii="宋体" w:hAnsi="宋体" w:eastAsia="宋体"/>
          <w:sz w:val="24"/>
        </w:rPr>
        <w:t>【影遁·无光】</w:t>
      </w:r>
    </w:p>
    <w:p>
      <w:pPr>
        <w:spacing w:line="560" w:lineRule="exact"/>
        <w:ind w:firstLine="420"/>
      </w:pPr>
      <w:r>
        <w:rPr>
          <w:rFonts w:ascii="宋体" w:hAnsi="宋体" w:eastAsia="宋体"/>
          <w:sz w:val="24"/>
        </w:rPr>
        <w:t>赵铁柱也挣脱静止，怒吼：“不动如山！”</w:t>
      </w:r>
    </w:p>
    <w:p>
      <w:pPr>
        <w:spacing w:line="560" w:lineRule="exact"/>
        <w:ind w:firstLine="420"/>
      </w:pPr>
      <w:r>
        <w:rPr>
          <w:rFonts w:ascii="宋体" w:hAnsi="宋体" w:eastAsia="宋体"/>
          <w:sz w:val="24"/>
        </w:rPr>
        <w:t>他替夜影挡住一道神罚。</w:t>
      </w:r>
    </w:p>
    <w:p>
      <w:pPr>
        <w:spacing w:line="560" w:lineRule="exact"/>
        <w:ind w:firstLine="420"/>
      </w:pPr>
      <w:r>
        <w:rPr>
          <w:rFonts w:ascii="宋体" w:hAnsi="宋体" w:eastAsia="宋体"/>
          <w:sz w:val="24"/>
        </w:rPr>
        <w:t>-376210！</w:t>
      </w:r>
    </w:p>
    <w:p>
      <w:pPr>
        <w:spacing w:line="560" w:lineRule="exact"/>
        <w:ind w:firstLine="420"/>
      </w:pPr>
      <w:r>
        <w:rPr>
          <w:rFonts w:ascii="宋体" w:hAnsi="宋体" w:eastAsia="宋体"/>
          <w:sz w:val="24"/>
        </w:rPr>
        <w:t>苏小雅被锁着，声音发颤却坚定：“风哥，我直播间还开着，全华夏都看着神豪殿！”</w:t>
      </w:r>
    </w:p>
    <w:p>
      <w:pPr>
        <w:spacing w:line="560" w:lineRule="exact"/>
        <w:ind w:firstLine="420"/>
      </w:pPr>
      <w:r>
        <w:rPr>
          <w:rFonts w:ascii="宋体" w:hAnsi="宋体" w:eastAsia="宋体"/>
          <w:sz w:val="24"/>
        </w:rPr>
        <w:t>林风没有回头。</w:t>
      </w:r>
    </w:p>
    <w:p>
      <w:pPr>
        <w:spacing w:line="560" w:lineRule="exact"/>
        <w:ind w:firstLine="420"/>
      </w:pPr>
      <w:r>
        <w:rPr>
          <w:rFonts w:ascii="宋体" w:hAnsi="宋体" w:eastAsia="宋体"/>
          <w:sz w:val="24"/>
        </w:rPr>
        <w:t>他举起裁决巨剑，五秒倒计时在眼前跳动。</w:t>
      </w:r>
    </w:p>
    <w:p>
      <w:pPr>
        <w:spacing w:line="560" w:lineRule="exact"/>
        <w:ind w:firstLine="420"/>
      </w:pPr>
      <w:r>
        <w:rPr>
          <w:rFonts w:ascii="宋体" w:hAnsi="宋体" w:eastAsia="宋体"/>
          <w:sz w:val="24"/>
        </w:rPr>
        <w:t>5。</w:t>
      </w:r>
    </w:p>
    <w:p>
      <w:pPr>
        <w:spacing w:line="560" w:lineRule="exact"/>
        <w:ind w:firstLine="420"/>
      </w:pPr>
      <w:r>
        <w:rPr>
          <w:rFonts w:ascii="宋体" w:hAnsi="宋体" w:eastAsia="宋体"/>
          <w:sz w:val="24"/>
        </w:rPr>
        <w:t>阿卡迪亚抬手，神殿王座后方出现无数玩家角色虚影，像被他提前制造好的替身。</w:t>
      </w:r>
    </w:p>
    <w:p>
      <w:pPr>
        <w:spacing w:line="560" w:lineRule="exact"/>
        <w:ind w:firstLine="420"/>
      </w:pPr>
      <w:r>
        <w:rPr>
          <w:rFonts w:ascii="宋体" w:hAnsi="宋体" w:eastAsia="宋体"/>
          <w:sz w:val="24"/>
        </w:rPr>
        <w:t>4。</w:t>
      </w:r>
    </w:p>
    <w:p>
      <w:pPr>
        <w:spacing w:line="560" w:lineRule="exact"/>
        <w:ind w:firstLine="420"/>
      </w:pPr>
      <w:r>
        <w:rPr>
          <w:rFonts w:ascii="宋体" w:hAnsi="宋体" w:eastAsia="宋体"/>
          <w:sz w:val="24"/>
        </w:rPr>
        <w:t>夜影冲过三道代码墙，背后被割出深深血痕。</w:t>
      </w:r>
    </w:p>
    <w:p>
      <w:pPr>
        <w:spacing w:line="560" w:lineRule="exact"/>
        <w:ind w:firstLine="420"/>
      </w:pPr>
      <w:r>
        <w:rPr>
          <w:rFonts w:ascii="宋体" w:hAnsi="宋体" w:eastAsia="宋体"/>
          <w:sz w:val="24"/>
        </w:rPr>
        <w:t>3。</w:t>
      </w:r>
    </w:p>
    <w:p>
      <w:pPr>
        <w:spacing w:line="560" w:lineRule="exact"/>
        <w:ind w:firstLine="420"/>
      </w:pPr>
      <w:r>
        <w:rPr>
          <w:rFonts w:ascii="宋体" w:hAnsi="宋体" w:eastAsia="宋体"/>
          <w:sz w:val="24"/>
        </w:rPr>
        <w:t>赵铁柱盾牌碎裂，仍死死顶住神罚之链。</w:t>
      </w:r>
    </w:p>
    <w:p>
      <w:pPr>
        <w:spacing w:line="560" w:lineRule="exact"/>
        <w:ind w:firstLine="420"/>
      </w:pPr>
      <w:r>
        <w:rPr>
          <w:rFonts w:ascii="宋体" w:hAnsi="宋体" w:eastAsia="宋体"/>
          <w:sz w:val="24"/>
        </w:rPr>
        <w:t>2。</w:t>
      </w:r>
    </w:p>
    <w:p>
      <w:pPr>
        <w:spacing w:line="560" w:lineRule="exact"/>
        <w:ind w:firstLine="420"/>
      </w:pPr>
      <w:r>
        <w:rPr>
          <w:rFonts w:ascii="宋体" w:hAnsi="宋体" w:eastAsia="宋体"/>
          <w:sz w:val="24"/>
        </w:rPr>
        <w:t>林风一剑斩出。</w:t>
      </w:r>
    </w:p>
    <w:p>
      <w:pPr>
        <w:spacing w:line="560" w:lineRule="exact"/>
        <w:ind w:firstLine="420"/>
      </w:pPr>
      <w:r>
        <w:rPr>
          <w:rFonts w:ascii="宋体" w:hAnsi="宋体" w:eastAsia="宋体"/>
          <w:sz w:val="24"/>
        </w:rPr>
        <w:t>【创世裁决·破限版】</w:t>
      </w:r>
    </w:p>
    <w:p>
      <w:pPr>
        <w:spacing w:line="560" w:lineRule="exact"/>
        <w:ind w:firstLine="420"/>
      </w:pPr>
      <w:r>
        <w:rPr>
          <w:rFonts w:ascii="宋体" w:hAnsi="宋体" w:eastAsia="宋体"/>
          <w:sz w:val="24"/>
        </w:rPr>
        <w:t>剑光没有劈向阿卡迪亚本体，而是斩向他胸口那一串最亮的代码。</w:t>
      </w:r>
    </w:p>
    <w:p>
      <w:pPr>
        <w:spacing w:line="560" w:lineRule="exact"/>
        <w:ind w:firstLine="420"/>
      </w:pPr>
      <w:r>
        <w:rPr>
          <w:rFonts w:ascii="宋体" w:hAnsi="宋体" w:eastAsia="宋体"/>
          <w:sz w:val="24"/>
        </w:rPr>
        <w:t>1。</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神殿裂开一道缝。</w:t>
      </w:r>
    </w:p>
    <w:p>
      <w:pPr>
        <w:spacing w:line="560" w:lineRule="exact"/>
        <w:ind w:firstLine="420"/>
      </w:pPr>
      <w:r>
        <w:rPr>
          <w:rFonts w:ascii="宋体" w:hAnsi="宋体" w:eastAsia="宋体"/>
          <w:sz w:val="24"/>
        </w:rPr>
        <w:t>阿卡迪亚身体第一次出现破损，白袍下露出密密麻麻的黑色数据流。</w:t>
      </w:r>
    </w:p>
    <w:p>
      <w:pPr>
        <w:spacing w:line="560" w:lineRule="exact"/>
        <w:ind w:firstLine="420"/>
      </w:pPr>
      <w:r>
        <w:rPr>
          <w:rFonts w:ascii="宋体" w:hAnsi="宋体" w:eastAsia="宋体"/>
          <w:sz w:val="24"/>
        </w:rPr>
        <w:t>伤害数字跳出：</w:t>
      </w:r>
    </w:p>
    <w:p>
      <w:pPr>
        <w:spacing w:line="560" w:lineRule="exact"/>
        <w:ind w:firstLine="420"/>
      </w:pPr>
      <w:r>
        <w:rPr>
          <w:rFonts w:ascii="宋体" w:hAnsi="宋体" w:eastAsia="宋体"/>
          <w:sz w:val="24"/>
        </w:rPr>
        <w:t>-暴击！-7777777！</w:t>
      </w:r>
    </w:p>
    <w:p>
      <w:pPr>
        <w:spacing w:line="560" w:lineRule="exact"/>
        <w:ind w:firstLine="420"/>
      </w:pPr>
      <w:r>
        <w:rPr>
          <w:rFonts w:ascii="宋体" w:hAnsi="宋体" w:eastAsia="宋体"/>
          <w:sz w:val="24"/>
        </w:rPr>
        <w:t>阿卡迪亚后退半步，声音终于不再平静。</w:t>
      </w:r>
    </w:p>
    <w:p>
      <w:pPr>
        <w:spacing w:line="560" w:lineRule="exact"/>
        <w:ind w:firstLine="420"/>
      </w:pPr>
      <w:r>
        <w:rPr>
          <w:rFonts w:ascii="宋体" w:hAnsi="宋体" w:eastAsia="宋体"/>
          <w:sz w:val="24"/>
        </w:rPr>
        <w:t>“不可能……你没有创始权限。”</w:t>
      </w:r>
    </w:p>
    <w:p>
      <w:pPr>
        <w:spacing w:line="560" w:lineRule="exact"/>
        <w:ind w:firstLine="420"/>
      </w:pPr>
      <w:r>
        <w:rPr>
          <w:rFonts w:ascii="宋体" w:hAnsi="宋体" w:eastAsia="宋体"/>
          <w:sz w:val="24"/>
        </w:rPr>
        <w:t>林风胸口古玉青光暴涨，一道模糊的投影从他身后浮现。</w:t>
      </w:r>
    </w:p>
    <w:p>
      <w:pPr>
        <w:spacing w:line="560" w:lineRule="exact"/>
        <w:ind w:firstLine="420"/>
      </w:pPr>
      <w:r>
        <w:rPr>
          <w:rFonts w:ascii="宋体" w:hAnsi="宋体" w:eastAsia="宋体"/>
          <w:sz w:val="24"/>
        </w:rPr>
        <w:t>那不是系统NPC。</w:t>
      </w:r>
    </w:p>
    <w:p>
      <w:pPr>
        <w:spacing w:line="560" w:lineRule="exact"/>
        <w:ind w:firstLine="420"/>
      </w:pPr>
      <w:r>
        <w:rPr>
          <w:rFonts w:ascii="宋体" w:hAnsi="宋体" w:eastAsia="宋体"/>
          <w:sz w:val="24"/>
        </w:rPr>
        <w:t>那是一个中年男人的轮廓。</w:t>
      </w:r>
    </w:p>
    <w:p>
      <w:pPr>
        <w:spacing w:line="560" w:lineRule="exact"/>
        <w:ind w:firstLine="420"/>
      </w:pPr>
      <w:r>
        <w:rPr>
          <w:rFonts w:ascii="宋体" w:hAnsi="宋体" w:eastAsia="宋体"/>
          <w:sz w:val="24"/>
        </w:rPr>
        <w:t>男人看着阿卡迪亚，声音沙哑。</w:t>
      </w:r>
    </w:p>
    <w:p>
      <w:pPr>
        <w:spacing w:line="560" w:lineRule="exact"/>
        <w:ind w:firstLine="420"/>
      </w:pPr>
      <w:r>
        <w:rPr>
          <w:rFonts w:ascii="宋体" w:hAnsi="宋体" w:eastAsia="宋体"/>
          <w:sz w:val="24"/>
        </w:rPr>
        <w:t>“阿卡迪亚，你把天界做成牢笼</w:t>
      </w:r>
    </w:p>
    <w:p>
      <w:r>
        <w:br w:type="page"/>
      </w:r>
    </w:p>
    <w:p>
      <w:pPr>
        <w:jc w:val="center"/>
      </w:pPr>
      <w:r>
        <w:rPr>
          <w:b/>
          <w:sz w:val="32"/>
        </w:rPr>
        <w:t>第044章 诸神之战（上）</w:t>
      </w:r>
    </w:p>
    <w:p>
      <w:pPr>
        <w:jc w:val="center"/>
      </w:pPr>
      <w:r>
        <w:rPr>
          <w:color w:val="999999"/>
          <w:sz w:val="18"/>
        </w:rPr>
        <w:t>（2,586字）</w:t>
      </w:r>
    </w:p>
    <w:p/>
    <w:p>
      <w:pPr>
        <w:spacing w:line="560" w:lineRule="exact"/>
        <w:ind w:firstLine="420"/>
      </w:pPr>
      <w:r>
        <w:rPr>
          <w:rFonts w:ascii="宋体" w:hAnsi="宋体" w:eastAsia="宋体"/>
          <w:sz w:val="24"/>
        </w:rPr>
        <w:t>神域——开启。</w:t>
      </w:r>
    </w:p>
    <w:p>
      <w:pPr>
        <w:spacing w:line="560" w:lineRule="exact"/>
        <w:ind w:firstLine="420"/>
      </w:pPr>
      <w:r>
        <w:rPr>
          <w:rFonts w:ascii="宋体" w:hAnsi="宋体" w:eastAsia="宋体"/>
          <w:sz w:val="24"/>
        </w:rPr>
        <w:t>一道通天彻地的金色光柱从《天界》世界地图的最中心冲天而起，光柱穿透云层，直入苍穹。整个世界的天空都被染成了金色，仿佛神明降世。</w:t>
      </w:r>
    </w:p>
    <w:p>
      <w:pPr>
        <w:spacing w:line="560" w:lineRule="exact"/>
        <w:ind w:firstLine="420"/>
      </w:pPr>
      <w:r>
        <w:rPr>
          <w:rFonts w:ascii="宋体" w:hAnsi="宋体" w:eastAsia="宋体"/>
          <w:sz w:val="24"/>
        </w:rPr>
        <w:t>紧接着，一道全服公告在所有玩家的屏幕上炸开——</w:t>
      </w:r>
    </w:p>
    <w:p>
      <w:pPr>
        <w:spacing w:line="560" w:lineRule="exact"/>
        <w:ind w:firstLine="420"/>
      </w:pPr>
      <w:r>
        <w:rPr>
          <w:rFonts w:ascii="宋体" w:hAnsi="宋体" w:eastAsia="宋体"/>
          <w:sz w:val="24"/>
        </w:rPr>
        <w:t>【全服公告：隐藏地图·神域已经开启！】</w:t>
        <w:br/>
        <w:t>【神域是《天界》的终极地图，唯有最强公会方可挑战。】</w:t>
        <w:br/>
        <w:t>【神域之主——创造者·阿卡迪亚，等级？？？，生命值？？？】</w:t>
        <w:br/>
        <w:t>【首通奖励：唯一称号「创世征服者」+ 传说级装备自选箱×3 + 全服唯一坐骑·创世龙皇】</w:t>
      </w:r>
    </w:p>
    <w:p>
      <w:pPr>
        <w:spacing w:line="560" w:lineRule="exact"/>
        <w:ind w:firstLine="420"/>
      </w:pPr>
      <w:r>
        <w:rPr>
          <w:rFonts w:ascii="宋体" w:hAnsi="宋体" w:eastAsia="宋体"/>
          <w:sz w:val="24"/>
        </w:rPr>
        <w:t>整个《天界》沸腾了！</w:t>
      </w:r>
    </w:p>
    <w:p>
      <w:pPr>
        <w:spacing w:line="560" w:lineRule="exact"/>
        <w:ind w:firstLine="420"/>
      </w:pPr>
      <w:r>
        <w:rPr>
          <w:rFonts w:ascii="宋体" w:hAnsi="宋体" w:eastAsia="宋体"/>
          <w:sz w:val="24"/>
        </w:rPr>
        <w:t>世界频道被瞬间刷屏，消息滚动的速度快到根本看不清：</w:t>
      </w:r>
    </w:p>
    <w:p>
      <w:pPr>
        <w:spacing w:line="560" w:lineRule="exact"/>
        <w:ind w:firstLine="420"/>
      </w:pPr>
      <w:r>
        <w:rPr>
          <w:rFonts w:ascii="宋体" w:hAnsi="宋体" w:eastAsia="宋体"/>
          <w:sz w:val="24"/>
        </w:rPr>
        <w:t>"卧槽！神域！最终BOSS终于出了！"</w:t>
        <w:br/>
        <w:t>"创造者·阿卡迪亚……这名字一听就是终极BOSS！"</w:t>
        <w:br/>
        <w:t>"首通奖励三个传说自选箱？！还有唯一坐骑？！"</w:t>
        <w:br/>
        <w:t>"这奖励，哪个公会拿到就直接起飞了！"</w:t>
        <w:br/>
        <w:t>"国服能不能抢到首通？还是被美服拿走？"</w:t>
        <w:br/>
        <w:t>"别说了，韩服已经集结了！"</w:t>
      </w:r>
    </w:p>
    <w:p>
      <w:pPr>
        <w:spacing w:line="560" w:lineRule="exact"/>
        <w:ind w:firstLine="420"/>
      </w:pPr>
      <w:r>
        <w:rPr>
          <w:rFonts w:ascii="宋体" w:hAnsi="宋体" w:eastAsia="宋体"/>
          <w:sz w:val="24"/>
        </w:rPr>
        <w:t>天风城，神豪殿总部。</w:t>
      </w:r>
    </w:p>
    <w:p>
      <w:pPr>
        <w:spacing w:line="560" w:lineRule="exact"/>
        <w:ind w:firstLine="420"/>
      </w:pPr>
      <w:r>
        <w:rPr>
          <w:rFonts w:ascii="宋体" w:hAnsi="宋体" w:eastAsia="宋体"/>
          <w:sz w:val="24"/>
        </w:rPr>
        <w:t>林风站在公会大厅中央，面前是一张巨大的魔法地图。地图上，神域的位置闪烁着金色的光芒——它位于无尽之海的最深处，一座漂浮在空中的巨型岛屿，周围环绕着浓厚的云层和雷霆。</w:t>
      </w:r>
    </w:p>
    <w:p>
      <w:pPr>
        <w:spacing w:line="560" w:lineRule="exact"/>
        <w:ind w:firstLine="420"/>
      </w:pPr>
      <w:r>
        <w:rPr>
          <w:rFonts w:ascii="宋体" w:hAnsi="宋体" w:eastAsia="宋体"/>
          <w:sz w:val="24"/>
        </w:rPr>
        <w:t>公会大厅里，神豪殿的核心成员全部到齐。赵铁柱、苏小雅、夜影、凌天，以及各战队队长，站满了整个大厅。</w:t>
      </w:r>
    </w:p>
    <w:p>
      <w:pPr>
        <w:spacing w:line="560" w:lineRule="exact"/>
        <w:ind w:firstLine="420"/>
      </w:pPr>
      <w:r>
        <w:rPr>
          <w:rFonts w:ascii="宋体" w:hAnsi="宋体" w:eastAsia="宋体"/>
          <w:sz w:val="24"/>
        </w:rPr>
        <w:t>"神域开了。"林风的声音平静而坚定，"这是我们等了两个月的终极挑战。"</w:t>
      </w:r>
    </w:p>
    <w:p>
      <w:pPr>
        <w:spacing w:line="560" w:lineRule="exact"/>
        <w:ind w:firstLine="420"/>
      </w:pPr>
      <w:r>
        <w:rPr>
          <w:rFonts w:ascii="宋体" w:hAnsi="宋体" w:eastAsia="宋体"/>
          <w:sz w:val="24"/>
        </w:rPr>
        <w:t>"会长，各路情报都过来了。"凌天走上前，将一份清单投射到魔法地图上，"目前至少有三十个公会已经宣布要争首通，包括美服的星辰国度、韩服的不败神话重组版、日服的樱花武士团、欧服的圣殿骑士团……还有国服内的七个顶级公会。"</w:t>
      </w:r>
    </w:p>
    <w:p>
      <w:pPr>
        <w:spacing w:line="560" w:lineRule="exact"/>
        <w:ind w:firstLine="420"/>
      </w:pPr>
      <w:r>
        <w:rPr>
          <w:rFonts w:ascii="宋体" w:hAnsi="宋体" w:eastAsia="宋体"/>
          <w:sz w:val="24"/>
        </w:rPr>
        <w:t>赵铁柱倒吸一口凉气："三十个公会？！这不得打个天昏地暗？"</w:t>
      </w:r>
    </w:p>
    <w:p>
      <w:pPr>
        <w:spacing w:line="560" w:lineRule="exact"/>
        <w:ind w:firstLine="420"/>
      </w:pPr>
      <w:r>
        <w:rPr>
          <w:rFonts w:ascii="宋体" w:hAnsi="宋体" w:eastAsia="宋体"/>
          <w:sz w:val="24"/>
        </w:rPr>
        <w:t>"不止。"夜影冷冷开口，靠在墙边，双臂抱胸，"暗影组织也在行动。根据我收到的情报，暗夜君王已经秘密集结了三千精英，目标就是神域首通。而且——他们有内部情报。"</w:t>
      </w:r>
    </w:p>
    <w:p>
      <w:pPr>
        <w:spacing w:line="560" w:lineRule="exact"/>
        <w:ind w:firstLine="420"/>
      </w:pPr>
      <w:r>
        <w:rPr>
          <w:rFonts w:ascii="宋体" w:hAnsi="宋体" w:eastAsia="宋体"/>
          <w:sz w:val="24"/>
        </w:rPr>
        <w:t>提到暗夜君王，大厅里的气氛凝重了几分。自从国战后暗影组织浮出水面，林风就知道——最终的对手，从来不是那些外国公会。</w:t>
      </w:r>
    </w:p>
    <w:p>
      <w:pPr>
        <w:spacing w:line="560" w:lineRule="exact"/>
        <w:ind w:firstLine="420"/>
      </w:pPr>
      <w:r>
        <w:rPr>
          <w:rFonts w:ascii="宋体" w:hAnsi="宋体" w:eastAsia="宋体"/>
          <w:sz w:val="24"/>
        </w:rPr>
        <w:t>苏小雅在公会频道开了直播预热，弹幕已经刷疯了：</w:t>
      </w:r>
    </w:p>
    <w:p>
      <w:pPr>
        <w:spacing w:line="560" w:lineRule="exact"/>
        <w:ind w:firstLine="420"/>
      </w:pPr>
      <w:r>
        <w:rPr>
          <w:rFonts w:ascii="宋体" w:hAnsi="宋体" w:eastAsia="宋体"/>
          <w:sz w:val="24"/>
        </w:rPr>
        <w:t>"神豪殿冲啊！国服之光！"</w:t>
        <w:br/>
        <w:t>"暗影的人太阴了，会长小心！"</w:t>
        <w:br/>
        <w:t>"今晚我请假也要看直播！"</w:t>
        <w:br/>
        <w:t>"风中追风！永远的神！"</w:t>
      </w:r>
    </w:p>
    <w:p>
      <w:pPr>
        <w:spacing w:line="560" w:lineRule="exact"/>
        <w:ind w:firstLine="420"/>
      </w:pPr>
      <w:r>
        <w:rPr>
          <w:rFonts w:ascii="宋体" w:hAnsi="宋体" w:eastAsia="宋体"/>
          <w:sz w:val="24"/>
        </w:rPr>
        <w:t>"那就让他们都来。"林风笑了笑，打开神豪系统，看了一眼余额——</w:t>
      </w:r>
    </w:p>
    <w:p>
      <w:pPr>
        <w:spacing w:line="560" w:lineRule="exact"/>
        <w:ind w:firstLine="420"/>
      </w:pPr>
      <w:r>
        <w:rPr>
          <w:rFonts w:ascii="宋体" w:hAnsi="宋体" w:eastAsia="宋体"/>
          <w:sz w:val="24"/>
        </w:rPr>
        <w:t>游戏币余额：∞（无限）</w:t>
        <w:br/>
        <w:t>累计充值：已超过50亿游戏币</w:t>
        <w:br/>
        <w:t>等级：100级（满级）</w:t>
        <w:br/>
        <w:t>战力：1,284,500（全服第一）</w:t>
        <w:br/>
        <w:t>声望：华夏服·传奇</w:t>
      </w:r>
    </w:p>
    <w:p>
      <w:pPr>
        <w:spacing w:line="560" w:lineRule="exact"/>
        <w:ind w:firstLine="420"/>
      </w:pPr>
      <w:r>
        <w:rPr>
          <w:rFonts w:ascii="宋体" w:hAnsi="宋体" w:eastAsia="宋体"/>
          <w:sz w:val="24"/>
        </w:rPr>
        <w:t>"神域，不是谁都能进的。"他抬起头，目光扫过在场的每一个人，"神豪殿——全员备战！三天后，进军神域！"</w:t>
      </w:r>
    </w:p>
    <w:p>
      <w:pPr>
        <w:spacing w:line="560" w:lineRule="exact"/>
        <w:ind w:firstLine="420"/>
      </w:pPr>
      <w:r>
        <w:rPr>
          <w:rFonts w:ascii="宋体" w:hAnsi="宋体" w:eastAsia="宋体"/>
          <w:sz w:val="24"/>
        </w:rPr>
        <w:t>"是！"</w:t>
      </w:r>
    </w:p>
    <w:p>
      <w:pPr>
        <w:spacing w:line="560" w:lineRule="exact"/>
        <w:ind w:firstLine="420"/>
      </w:pPr>
      <w:r>
        <w:rPr>
          <w:rFonts w:ascii="宋体" w:hAnsi="宋体" w:eastAsia="宋体"/>
          <w:sz w:val="24"/>
        </w:rPr>
        <w:t>五千人的声音在公会大厅中回荡，震得天花板上的吊灯都在摇晃。</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三天后。</w:t>
      </w:r>
    </w:p>
    <w:p>
      <w:pPr>
        <w:spacing w:line="560" w:lineRule="exact"/>
        <w:ind w:firstLine="420"/>
      </w:pPr>
      <w:r>
        <w:rPr>
          <w:rFonts w:ascii="宋体" w:hAnsi="宋体" w:eastAsia="宋体"/>
          <w:sz w:val="24"/>
        </w:rPr>
        <w:t>神域入口——无尽之海上空，那座漂浮的巨型岛屿下方，聚集了来自全服的上万名玩家。</w:t>
      </w:r>
    </w:p>
    <w:p>
      <w:pPr>
        <w:spacing w:line="560" w:lineRule="exact"/>
        <w:ind w:firstLine="420"/>
      </w:pPr>
      <w:r>
        <w:rPr>
          <w:rFonts w:ascii="宋体" w:hAnsi="宋体" w:eastAsia="宋体"/>
          <w:sz w:val="24"/>
        </w:rPr>
        <w:t>美服的星辰国度来了，三千人，装备整齐划一，全部是传说级套装，阵型森严。星辰领主站在最前方，一身白金铠甲，手持一把燃烧着金色火焰的巨剑，气势逼人。</w:t>
      </w:r>
    </w:p>
    <w:p>
      <w:pPr>
        <w:spacing w:line="560" w:lineRule="exact"/>
        <w:ind w:firstLine="420"/>
      </w:pPr>
      <w:r>
        <w:rPr>
          <w:rFonts w:ascii="宋体" w:hAnsi="宋体" w:eastAsia="宋体"/>
          <w:sz w:val="24"/>
        </w:rPr>
        <w:t>韩服的不败神话重组版来了，两千人，清一色的刺客和法师搭配，阵型灵活机动，一看就是打游击战的行家。</w:t>
      </w:r>
    </w:p>
    <w:p>
      <w:pPr>
        <w:spacing w:line="560" w:lineRule="exact"/>
        <w:ind w:firstLine="420"/>
      </w:pPr>
      <w:r>
        <w:rPr>
          <w:rFonts w:ascii="宋体" w:hAnsi="宋体" w:eastAsia="宋体"/>
          <w:sz w:val="24"/>
        </w:rPr>
        <w:t>日服的樱花武士团来了，一千五百人，武士刀在阳光下闪着寒光，他们的眼神坚定，像是随时准备切腹也要维护尊严。</w:t>
      </w:r>
    </w:p>
    <w:p>
      <w:pPr>
        <w:spacing w:line="560" w:lineRule="exact"/>
        <w:ind w:firstLine="420"/>
      </w:pPr>
      <w:r>
        <w:rPr>
          <w:rFonts w:ascii="宋体" w:hAnsi="宋体" w:eastAsia="宋体"/>
          <w:sz w:val="24"/>
        </w:rPr>
        <w:t>还有欧服、东南亚服、澳服……各个服务器的顶级公会全部到齐。</w:t>
      </w:r>
    </w:p>
    <w:p>
      <w:pPr>
        <w:spacing w:line="560" w:lineRule="exact"/>
        <w:ind w:firstLine="420"/>
      </w:pPr>
      <w:r>
        <w:rPr>
          <w:rFonts w:ascii="宋体" w:hAnsi="宋体" w:eastAsia="宋体"/>
          <w:sz w:val="24"/>
        </w:rPr>
        <w:t>以及——暗影联盟。</w:t>
      </w:r>
    </w:p>
    <w:p>
      <w:pPr>
        <w:spacing w:line="560" w:lineRule="exact"/>
        <w:ind w:firstLine="420"/>
      </w:pPr>
      <w:r>
        <w:rPr>
          <w:rFonts w:ascii="宋体" w:hAnsi="宋体" w:eastAsia="宋体"/>
          <w:sz w:val="24"/>
        </w:rPr>
        <w:t>暗夜君王站在暗影联盟的最前方，一身漆黑铠甲，只露出一双闪烁着幽光的眼睛。他的目光穿过人群，落在神豪殿的阵列上，嘴角微微勾起——那笑容里既有敌意，也有某种说不清的意味。</w:t>
      </w:r>
    </w:p>
    <w:p>
      <w:pPr>
        <w:spacing w:line="560" w:lineRule="exact"/>
        <w:ind w:firstLine="420"/>
      </w:pPr>
      <w:r>
        <w:rPr>
          <w:rFonts w:ascii="宋体" w:hAnsi="宋体" w:eastAsia="宋体"/>
          <w:sz w:val="24"/>
        </w:rPr>
        <w:t>神豪殿——五千人。</w:t>
      </w:r>
    </w:p>
    <w:p>
      <w:pPr>
        <w:spacing w:line="560" w:lineRule="exact"/>
        <w:ind w:firstLine="420"/>
      </w:pPr>
      <w:r>
        <w:rPr>
          <w:rFonts w:ascii="宋体" w:hAnsi="宋体" w:eastAsia="宋体"/>
          <w:sz w:val="24"/>
        </w:rPr>
        <w:t>公会标志——枚金色的神豪徽章，在阳光下熠熠生辉。这五千人，是林风花了数不清的游戏币堆出来的。每个人的装备都是传说级起步，核心成员甚至配备了神装。</w:t>
      </w:r>
    </w:p>
    <w:p>
      <w:pPr>
        <w:spacing w:line="560" w:lineRule="exact"/>
        <w:ind w:firstLine="420"/>
      </w:pPr>
      <w:r>
        <w:rPr>
          <w:rFonts w:ascii="宋体" w:hAnsi="宋体" w:eastAsia="宋体"/>
          <w:sz w:val="24"/>
        </w:rPr>
        <w:t>林风站在最前方，身披传说级套装·神豪之铠，手持神豪之剑。身后，赵铁柱扛着公会战旗，旗面上绣着「神豪殿」三个大字，在风中猎猎作响。</w:t>
      </w:r>
    </w:p>
    <w:p>
      <w:pPr>
        <w:spacing w:line="560" w:lineRule="exact"/>
        <w:ind w:firstLine="420"/>
      </w:pPr>
      <w:r>
        <w:rPr>
          <w:rFonts w:ascii="宋体" w:hAnsi="宋体" w:eastAsia="宋体"/>
          <w:sz w:val="24"/>
        </w:rPr>
        <w:t>"今天这场面，比我高考还紧张。"赵铁柱小声嘀咕。</w:t>
      </w:r>
    </w:p>
    <w:p>
      <w:pPr>
        <w:spacing w:line="560" w:lineRule="exact"/>
        <w:ind w:firstLine="420"/>
      </w:pPr>
      <w:r>
        <w:rPr>
          <w:rFonts w:ascii="宋体" w:hAnsi="宋体" w:eastAsia="宋体"/>
          <w:sz w:val="24"/>
        </w:rPr>
        <w:t>苏小雅的直播间已经开了，在线人数突破了五百万："家人们！神域首通战！全服顶级公会都来了！这排面你们见过吗？！"</w:t>
      </w:r>
    </w:p>
    <w:p>
      <w:pPr>
        <w:spacing w:line="560" w:lineRule="exact"/>
        <w:ind w:firstLine="420"/>
      </w:pPr>
      <w:r>
        <w:rPr>
          <w:rFonts w:ascii="宋体" w:hAnsi="宋体" w:eastAsia="宋体"/>
          <w:sz w:val="24"/>
        </w:rPr>
        <w:t>弹幕疯狂滚动——</w:t>
      </w:r>
    </w:p>
    <w:p>
      <w:pPr>
        <w:spacing w:line="560" w:lineRule="exact"/>
        <w:ind w:firstLine="420"/>
      </w:pPr>
      <w:r>
        <w:rPr>
          <w:rFonts w:ascii="宋体" w:hAnsi="宋体" w:eastAsia="宋体"/>
          <w:sz w:val="24"/>
        </w:rPr>
        <w:t>"神豪殿加油！"</w:t>
        <w:br/>
        <w:t>"风中追风牛逼！干翻暗影！"</w:t>
        <w:br/>
        <w:t>"华夏服必须拿下首通！"</w:t>
        <w:br/>
        <w:t>"五千对三万多，能行吗？"</w:t>
        <w:br/>
        <w:t>"有神豪在怕什么！"</w:t>
      </w:r>
    </w:p>
    <w:p>
      <w:pPr>
        <w:spacing w:line="560" w:lineRule="exact"/>
        <w:ind w:firstLine="420"/>
      </w:pPr>
      <w:r>
        <w:rPr>
          <w:rFonts w:ascii="宋体" w:hAnsi="宋体" w:eastAsia="宋体"/>
          <w:sz w:val="24"/>
        </w:rPr>
        <w:t>凌天走到林风身边，低声道："会长，暗影联盟那边有动作。他们好像……不打算从正门进。"</w:t>
      </w:r>
    </w:p>
    <w:p>
      <w:pPr>
        <w:spacing w:line="560" w:lineRule="exact"/>
        <w:ind w:firstLine="420"/>
      </w:pPr>
      <w:r>
        <w:rPr>
          <w:rFonts w:ascii="宋体" w:hAnsi="宋体" w:eastAsia="宋体"/>
          <w:sz w:val="24"/>
        </w:rPr>
        <w:t>林风顺着凌天的目光看去——暗影联盟的队伍正在缓慢向岛屿侧面移动。</w:t>
      </w:r>
    </w:p>
    <w:p>
      <w:pPr>
        <w:spacing w:line="560" w:lineRule="exact"/>
        <w:ind w:firstLine="420"/>
      </w:pPr>
      <w:r>
        <w:rPr>
          <w:rFonts w:ascii="宋体" w:hAnsi="宋体" w:eastAsia="宋体"/>
          <w:sz w:val="24"/>
        </w:rPr>
        <w:t>"他们有密道。"夜影的声音在通讯频道中响起，"我查到了。暗影组织早在神域开启前就知道具体坐标，他们一直在秘密攻略。"</w:t>
      </w:r>
    </w:p>
    <w:p>
      <w:pPr>
        <w:spacing w:line="560" w:lineRule="exact"/>
        <w:ind w:firstLine="420"/>
      </w:pPr>
      <w:r>
        <w:rPr>
          <w:rFonts w:ascii="宋体" w:hAnsi="宋体" w:eastAsia="宋体"/>
          <w:sz w:val="24"/>
        </w:rPr>
        <w:t>林风眯起眼睛。</w:t>
      </w:r>
    </w:p>
    <w:p>
      <w:pPr>
        <w:spacing w:line="560" w:lineRule="exact"/>
        <w:ind w:firstLine="420"/>
      </w:pPr>
      <w:r>
        <w:rPr>
          <w:rFonts w:ascii="宋体" w:hAnsi="宋体" w:eastAsia="宋体"/>
          <w:sz w:val="24"/>
        </w:rPr>
        <w:t>暗影组织……果然和这个游戏的底层代码有关系。</w:t>
      </w:r>
    </w:p>
    <w:p>
      <w:pPr>
        <w:spacing w:line="560" w:lineRule="exact"/>
        <w:ind w:firstLine="420"/>
      </w:pPr>
      <w:r>
        <w:rPr>
          <w:rFonts w:ascii="宋体" w:hAnsi="宋体" w:eastAsia="宋体"/>
          <w:sz w:val="24"/>
        </w:rPr>
        <w:t>"那就不让他们得逞。"林风打开公会频道，"神豪殿全体听令——正面突破！第一个冲进神域的，奖励一百万金币！"</w:t>
      </w:r>
    </w:p>
    <w:p>
      <w:pPr>
        <w:spacing w:line="560" w:lineRule="exact"/>
        <w:ind w:firstLine="420"/>
      </w:pPr>
      <w:r>
        <w:rPr>
          <w:rFonts w:ascii="宋体" w:hAnsi="宋体" w:eastAsia="宋体"/>
          <w:sz w:val="24"/>
        </w:rPr>
        <w:t>公会频道瞬间沸腾！</w:t>
      </w:r>
    </w:p>
    <w:p>
      <w:pPr>
        <w:spacing w:line="560" w:lineRule="exact"/>
        <w:ind w:firstLine="420"/>
      </w:pPr>
      <w:r>
        <w:rPr>
          <w:rFonts w:ascii="宋体" w:hAnsi="宋体" w:eastAsia="宋体"/>
          <w:sz w:val="24"/>
        </w:rPr>
        <w:t>"冲啊———！！！"</w:t>
      </w:r>
    </w:p>
    <w:p>
      <w:pPr>
        <w:spacing w:line="560" w:lineRule="exact"/>
        <w:ind w:firstLine="420"/>
      </w:pPr>
      <w:r>
        <w:rPr>
          <w:rFonts w:ascii="宋体" w:hAnsi="宋体" w:eastAsia="宋体"/>
          <w:sz w:val="24"/>
        </w:rPr>
        <w:t>五千人同时启动，如同一道金色的洪流，朝神域入口奔腾而去！地面在脚下震动，呐喊声震天动地！</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神域之内，是一片完全不同的世界。</w:t>
      </w:r>
    </w:p>
    <w:p>
      <w:pPr>
        <w:spacing w:line="560" w:lineRule="exact"/>
        <w:ind w:firstLine="420"/>
      </w:pPr>
      <w:r>
        <w:rPr>
          <w:rFonts w:ascii="宋体" w:hAnsi="宋体" w:eastAsia="宋体"/>
          <w:sz w:val="24"/>
        </w:rPr>
        <w:t>天空是暗紫色的，云层中不断有闪电劈落，每一次闪电都伴随着雷鸣般的巨响。地面是黑色的焦土，龟裂的缝隙中渗出暗红色的光芒，空气中弥漫着硫磺和血腥的气息。</w:t>
      </w:r>
    </w:p>
    <w:p>
      <w:pPr>
        <w:spacing w:line="560" w:lineRule="exact"/>
        <w:ind w:firstLine="420"/>
      </w:pPr>
      <w:r>
        <w:rPr>
          <w:rFonts w:ascii="宋体" w:hAnsi="宋体" w:eastAsia="宋体"/>
          <w:sz w:val="24"/>
        </w:rPr>
        <w:t>远处，一座巨大的黑色宫殿矗立在天地之间，宫殿顶端悬浮着一枚暗红色的能量球，如同末日审判之眼，缓缓旋转着，散发出压迫性的威压。</w:t>
      </w:r>
    </w:p>
    <w:p>
      <w:pPr>
        <w:spacing w:line="560" w:lineRule="exact"/>
        <w:ind w:firstLine="420"/>
      </w:pPr>
      <w:r>
        <w:rPr>
          <w:rFonts w:ascii="宋体" w:hAnsi="宋体" w:eastAsia="宋体"/>
          <w:sz w:val="24"/>
        </w:rPr>
        <w:t>这就是神域——创造者·阿卡迪亚的领地。</w:t>
      </w:r>
    </w:p>
    <w:p>
      <w:pPr>
        <w:spacing w:line="560" w:lineRule="exact"/>
        <w:ind w:firstLine="420"/>
      </w:pPr>
      <w:r>
        <w:rPr>
          <w:rFonts w:ascii="宋体" w:hAnsi="宋体" w:eastAsia="宋体"/>
          <w:sz w:val="24"/>
        </w:rPr>
        <w:t>神豪殿的先头部队刚踏入神域，前方的地面就开始剧烈震动！</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一只巨大的岩石手臂从地下破土而出！紧接着，第二只、第三只……数十只岩石巨人从地面爬起，每一只都有三层楼那么高！它们的身体由暗黑色的岩石构成，眼睛中燃烧着红色的火焰。</w:t>
      </w:r>
    </w:p>
    <w:p>
      <w:pPr>
        <w:spacing w:line="560" w:lineRule="exact"/>
        <w:ind w:firstLine="420"/>
      </w:pPr>
      <w:r>
        <w:rPr>
          <w:rFonts w:ascii="宋体" w:hAnsi="宋体" w:eastAsia="宋体"/>
          <w:sz w:val="24"/>
        </w:rPr>
        <w:t>【神域守卫·岩石泰坦 Lv.120】</w:t>
        <w:br/>
        <w:t>生命值：500,000/500,000</w:t>
        <w:br/>
        <w:t>攻击力：5,000</w:t>
        <w:br/>
        <w:t>防御力：3,000</w:t>
        <w:br/>
        <w:t>技能：大地震击、岩石投掷、泰坦践踏</w:t>
      </w:r>
    </w:p>
    <w:p>
      <w:pPr>
        <w:spacing w:line="560" w:lineRule="exact"/>
        <w:ind w:firstLine="420"/>
      </w:pPr>
      <w:r>
        <w:rPr>
          <w:rFonts w:ascii="宋体" w:hAnsi="宋体" w:eastAsia="宋体"/>
          <w:sz w:val="24"/>
        </w:rPr>
        <w:t>"120级的精英怪！"凌天脸色一变，"普通公会遇上这个就得团灭！"</w:t>
      </w:r>
    </w:p>
    <w:p>
      <w:pPr>
        <w:spacing w:line="560" w:lineRule="exact"/>
        <w:ind w:firstLine="420"/>
      </w:pPr>
      <w:r>
        <w:rPr>
          <w:rFonts w:ascii="宋体" w:hAnsi="宋体" w:eastAsia="宋体"/>
          <w:sz w:val="24"/>
        </w:rPr>
        <w:t>但神豪殿不是普通公会。</w:t>
      </w:r>
    </w:p>
    <w:p>
      <w:pPr>
        <w:spacing w:line="560" w:lineRule="exact"/>
        <w:ind w:firstLine="420"/>
      </w:pPr>
      <w:r>
        <w:rPr>
          <w:rFonts w:ascii="宋体" w:hAnsi="宋体" w:eastAsia="宋体"/>
          <w:sz w:val="24"/>
        </w:rPr>
        <w:t>林风一马当先，神豪之剑上金色光芒大盛！</w:t>
      </w:r>
    </w:p>
    <w:p>
      <w:pPr>
        <w:spacing w:line="560" w:lineRule="exact"/>
        <w:ind w:firstLine="420"/>
      </w:pPr>
      <w:r>
        <w:rPr>
          <w:rFonts w:ascii="宋体" w:hAnsi="宋体" w:eastAsia="宋体"/>
          <w:sz w:val="24"/>
        </w:rPr>
        <w:t>"金钱冲击·改！"</w:t>
      </w:r>
    </w:p>
    <w:p>
      <w:pPr>
        <w:spacing w:line="560" w:lineRule="exact"/>
        <w:ind w:firstLine="420"/>
      </w:pPr>
      <w:r>
        <w:rPr>
          <w:rFonts w:ascii="宋体" w:hAnsi="宋体" w:eastAsia="宋体"/>
          <w:sz w:val="24"/>
        </w:rPr>
        <w:t>一道比之前更加粗壮的金色光柱从天而降，直接轰在最前面的岩石泰坦身上！</w:t>
      </w:r>
    </w:p>
    <w:p>
      <w:pPr>
        <w:spacing w:line="560" w:lineRule="exact"/>
        <w:ind w:firstLine="420"/>
      </w:pPr>
      <w:r>
        <w:rPr>
          <w:rFonts w:ascii="宋体" w:hAnsi="宋体" w:eastAsia="宋体"/>
          <w:sz w:val="24"/>
        </w:rPr>
        <w:t>-50,000！</w:t>
      </w:r>
    </w:p>
    <w:p>
      <w:pPr>
        <w:spacing w:line="560" w:lineRule="exact"/>
        <w:ind w:firstLine="420"/>
      </w:pPr>
      <w:r>
        <w:rPr>
          <w:rFonts w:ascii="宋体" w:hAnsi="宋体" w:eastAsia="宋体"/>
          <w:sz w:val="24"/>
        </w:rPr>
        <w:t>一个恐怖的数字从泰坦头顶飘起！</w:t>
      </w:r>
    </w:p>
    <w:p>
      <w:pPr>
        <w:spacing w:line="560" w:lineRule="exact"/>
        <w:ind w:firstLine="420"/>
      </w:pPr>
      <w:r>
        <w:rPr>
          <w:rFonts w:ascii="宋体" w:hAnsi="宋体" w:eastAsia="宋体"/>
          <w:sz w:val="24"/>
        </w:rPr>
        <w:t>全体神豪殿成员士气大振！</w:t>
      </w:r>
    </w:p>
    <w:p>
      <w:pPr>
        <w:spacing w:line="560" w:lineRule="exact"/>
        <w:ind w:firstLine="420"/>
      </w:pPr>
      <w:r>
        <w:rPr>
          <w:rFonts w:ascii="宋体" w:hAnsi="宋体" w:eastAsia="宋体"/>
          <w:sz w:val="24"/>
        </w:rPr>
        <w:t>"会长伤害五万？！"</w:t>
        <w:br/>
        <w:t>"这是什么神仙输出！"</w:t>
        <w:br/>
        <w:t>"跟着会长冲！"</w:t>
      </w:r>
    </w:p>
    <w:p>
      <w:pPr>
        <w:spacing w:line="560" w:lineRule="exact"/>
        <w:ind w:firstLine="420"/>
      </w:pPr>
      <w:r>
        <w:rPr>
          <w:rFonts w:ascii="宋体" w:hAnsi="宋体" w:eastAsia="宋体"/>
          <w:sz w:val="24"/>
        </w:rPr>
        <w:t>五千人如同金色洪流，与岩石泰坦军团正面碰撞！战斗瞬间进入白热化——</w:t>
      </w:r>
    </w:p>
    <w:p>
      <w:pPr>
        <w:spacing w:line="560" w:lineRule="exact"/>
        <w:ind w:firstLine="420"/>
      </w:pPr>
      <w:r>
        <w:rPr>
          <w:rFonts w:ascii="宋体" w:hAnsi="宋体" w:eastAsia="宋体"/>
          <w:sz w:val="24"/>
        </w:rPr>
        <w:t>剑光与魔法交织，技能的光芒照亮了暗紫色的天空。不断有玩家化作白光被传送出去，也不断有泰坦轰然倒地。</w:t>
      </w:r>
    </w:p>
    <w:p>
      <w:pPr>
        <w:spacing w:line="560" w:lineRule="exact"/>
        <w:ind w:firstLine="420"/>
      </w:pPr>
      <w:r>
        <w:rPr>
          <w:rFonts w:ascii="宋体" w:hAnsi="宋体" w:eastAsia="宋体"/>
          <w:sz w:val="24"/>
        </w:rPr>
        <w:t>林风在泰坦群中穿梭，每一次剑光闪烁，都带走一只泰坦上万的生命值。他的速度快到只剩一道残影，金色剑气在空气中留下一道道绚丽的轨迹。</w:t>
      </w:r>
    </w:p>
    <w:p>
      <w:pPr>
        <w:spacing w:line="560" w:lineRule="exact"/>
        <w:ind w:firstLine="420"/>
      </w:pPr>
      <w:r>
        <w:rPr>
          <w:rFonts w:ascii="宋体" w:hAnsi="宋体" w:eastAsia="宋体"/>
          <w:sz w:val="24"/>
        </w:rPr>
        <w:t>但伤亡也在快速增加。</w:t>
      </w:r>
    </w:p>
    <w:p>
      <w:pPr>
        <w:spacing w:line="560" w:lineRule="exact"/>
        <w:ind w:firstLine="420"/>
      </w:pPr>
      <w:r>
        <w:rPr>
          <w:rFonts w:ascii="宋体" w:hAnsi="宋体" w:eastAsia="宋体"/>
          <w:sz w:val="24"/>
        </w:rPr>
        <w:t>"第一战队减员20%！"</w:t>
        <w:br/>
        <w:t>"第三战队坦克线快顶不住了！"</w:t>
        <w:br/>
        <w:t>"后方有刷新！又有新的泰坦从地下爬出来了！"</w:t>
        <w:br/>
        <w:t>"治疗！治疗顶不住！"</w:t>
      </w:r>
    </w:p>
    <w:p>
      <w:pPr>
        <w:spacing w:line="560" w:lineRule="exact"/>
        <w:ind w:firstLine="420"/>
      </w:pPr>
      <w:r>
        <w:rPr>
          <w:rFonts w:ascii="宋体" w:hAnsi="宋体" w:eastAsia="宋体"/>
          <w:sz w:val="24"/>
        </w:rPr>
        <w:t>凌天的声音在频道中不断响起。神豪殿的推进速度开始放缓。</w:t>
      </w:r>
    </w:p>
    <w:p>
      <w:pPr>
        <w:spacing w:line="560" w:lineRule="exact"/>
        <w:ind w:firstLine="420"/>
      </w:pPr>
      <w:r>
        <w:rPr>
          <w:rFonts w:ascii="宋体" w:hAnsi="宋体" w:eastAsia="宋体"/>
          <w:sz w:val="24"/>
        </w:rPr>
        <w:t>林风看了一眼远处那座黑色宫殿——还有至少两公里的距离。而前方，泰坦的数量似乎无穷无尽。</w:t>
      </w:r>
    </w:p>
    <w:p>
      <w:pPr>
        <w:spacing w:line="560" w:lineRule="exact"/>
        <w:ind w:firstLine="420"/>
      </w:pPr>
      <w:r>
        <w:rPr>
          <w:rFonts w:ascii="宋体" w:hAnsi="宋体" w:eastAsia="宋体"/>
          <w:sz w:val="24"/>
        </w:rPr>
        <w:t>他深吸一口气，打开神豪系统。</w:t>
      </w:r>
    </w:p>
    <w:p>
      <w:pPr>
        <w:spacing w:line="560" w:lineRule="exact"/>
        <w:ind w:firstLine="420"/>
      </w:pPr>
      <w:r>
        <w:rPr>
          <w:rFonts w:ascii="宋体" w:hAnsi="宋体" w:eastAsia="宋体"/>
          <w:sz w:val="24"/>
        </w:rPr>
        <w:t>"系统，最高级群体增益——多少钱都行。"</w:t>
      </w:r>
    </w:p>
    <w:p>
      <w:pPr>
        <w:spacing w:line="560" w:lineRule="exact"/>
        <w:ind w:firstLine="420"/>
      </w:pPr>
      <w:r>
        <w:rPr>
          <w:rFonts w:ascii="宋体" w:hAnsi="宋体" w:eastAsia="宋体"/>
          <w:sz w:val="24"/>
        </w:rPr>
        <w:t>【群体增益·神豪祝福：消耗5000万游戏币，全公会成员攻击力+50%，防御力+50%，移动速度+30%，持续30分钟。】</w:t>
      </w:r>
    </w:p>
    <w:p>
      <w:pPr>
        <w:spacing w:line="560" w:lineRule="exact"/>
        <w:ind w:firstLine="420"/>
      </w:pPr>
      <w:r>
        <w:rPr>
          <w:rFonts w:ascii="宋体" w:hAnsi="宋体" w:eastAsia="宋体"/>
          <w:sz w:val="24"/>
        </w:rPr>
        <w:t>"确认。"</w:t>
      </w:r>
    </w:p>
    <w:p>
      <w:pPr>
        <w:spacing w:line="560" w:lineRule="exact"/>
        <w:ind w:firstLine="420"/>
      </w:pPr>
      <w:r>
        <w:rPr>
          <w:rFonts w:ascii="宋体" w:hAnsi="宋体" w:eastAsia="宋体"/>
          <w:sz w:val="24"/>
        </w:rPr>
        <w:t>一道金色的光环以林风为中心，向四面八方扩散开来！</w:t>
      </w:r>
    </w:p>
    <w:p>
      <w:pPr>
        <w:spacing w:line="560" w:lineRule="exact"/>
        <w:ind w:firstLine="420"/>
      </w:pPr>
      <w:r>
        <w:rPr>
          <w:rFonts w:ascii="宋体" w:hAnsi="宋体" w:eastAsia="宋体"/>
          <w:sz w:val="24"/>
        </w:rPr>
        <w:t>每一个神豪殿成员的身上都亮起了金色的光芒！所有人的武器和盔甲都被镀上了一层金光，如同神兵天降！</w:t>
      </w:r>
    </w:p>
    <w:p>
      <w:pPr>
        <w:spacing w:line="560" w:lineRule="exact"/>
        <w:ind w:firstLine="420"/>
      </w:pPr>
      <w:r>
        <w:rPr>
          <w:rFonts w:ascii="宋体" w:hAnsi="宋体" w:eastAsia="宋体"/>
          <w:sz w:val="24"/>
        </w:rPr>
        <w:t>"卧槽！我的攻击力翻了一半！"</w:t>
        <w:br/>
        <w:t>"这什么Buff？太猛了吧！"</w:t>
        <w:br/>
        <w:t>"会长又氪金了！兄弟们冲啊！"</w:t>
      </w:r>
    </w:p>
    <w:p>
      <w:pPr>
        <w:spacing w:line="560" w:lineRule="exact"/>
        <w:ind w:firstLine="420"/>
      </w:pPr>
      <w:r>
        <w:rPr>
          <w:rFonts w:ascii="宋体" w:hAnsi="宋体" w:eastAsia="宋体"/>
          <w:sz w:val="24"/>
        </w:rPr>
        <w:t>五千人身上的光芒汇聚成一片金色的海洋，以不可阻挡的气势向前推进！</w:t>
      </w:r>
    </w:p>
    <w:p>
      <w:pPr>
        <w:spacing w:line="560" w:lineRule="exact"/>
        <w:ind w:firstLine="420"/>
      </w:pPr>
      <w:r>
        <w:rPr>
          <w:rFonts w:ascii="宋体" w:hAnsi="宋体" w:eastAsia="宋体"/>
          <w:sz w:val="24"/>
        </w:rPr>
        <w:t>一只又一只岩石泰坦倒下。神豪殿的战线稳步向前推进。</w:t>
      </w:r>
    </w:p>
    <w:p>
      <w:pPr>
        <w:spacing w:line="560" w:lineRule="exact"/>
        <w:ind w:firstLine="420"/>
      </w:pPr>
      <w:r>
        <w:rPr>
          <w:rFonts w:ascii="宋体" w:hAnsi="宋体" w:eastAsia="宋体"/>
          <w:sz w:val="24"/>
        </w:rPr>
        <w:t>一公里。</w:t>
      </w:r>
    </w:p>
    <w:p>
      <w:pPr>
        <w:spacing w:line="560" w:lineRule="exact"/>
        <w:ind w:firstLine="420"/>
      </w:pPr>
      <w:r>
        <w:rPr>
          <w:rFonts w:ascii="宋体" w:hAnsi="宋体" w:eastAsia="宋体"/>
          <w:sz w:val="24"/>
        </w:rPr>
        <w:t>五百米。</w:t>
      </w:r>
    </w:p>
    <w:p>
      <w:pPr>
        <w:spacing w:line="560" w:lineRule="exact"/>
        <w:ind w:firstLine="420"/>
      </w:pPr>
      <w:r>
        <w:rPr>
          <w:rFonts w:ascii="宋体" w:hAnsi="宋体" w:eastAsia="宋体"/>
          <w:sz w:val="24"/>
        </w:rPr>
        <w:t>三百米。</w:t>
      </w:r>
    </w:p>
    <w:p>
      <w:pPr>
        <w:spacing w:line="560" w:lineRule="exact"/>
        <w:ind w:firstLine="420"/>
      </w:pPr>
      <w:r>
        <w:rPr>
          <w:rFonts w:ascii="宋体" w:hAnsi="宋体" w:eastAsia="宋体"/>
          <w:sz w:val="24"/>
        </w:rPr>
        <w:t>黑色宫殿的大门，就在眼前了。</w:t>
      </w:r>
    </w:p>
    <w:p>
      <w:pPr>
        <w:spacing w:line="560" w:lineRule="exact"/>
        <w:ind w:firstLine="420"/>
      </w:pPr>
      <w:r>
        <w:rPr>
          <w:rFonts w:ascii="宋体" w:hAnsi="宋体" w:eastAsia="宋体"/>
          <w:sz w:val="24"/>
        </w:rPr>
        <w:t>但就在这时——</w:t>
      </w:r>
    </w:p>
    <w:p>
      <w:pPr>
        <w:spacing w:line="560" w:lineRule="exact"/>
        <w:ind w:firstLine="420"/>
      </w:pPr>
      <w:r>
        <w:rPr>
          <w:rFonts w:ascii="宋体" w:hAnsi="宋体" w:eastAsia="宋体"/>
          <w:sz w:val="24"/>
        </w:rPr>
        <w:t>宫殿的大门缓缓打开。</w:t>
      </w:r>
    </w:p>
    <w:p>
      <w:pPr>
        <w:spacing w:line="560" w:lineRule="exact"/>
        <w:ind w:firstLine="420"/>
      </w:pPr>
      <w:r>
        <w:rPr>
          <w:rFonts w:ascii="宋体" w:hAnsi="宋体" w:eastAsia="宋体"/>
          <w:sz w:val="24"/>
        </w:rPr>
        <w:t>一股恐怖的气息从门内涌出，让全场一万多名玩家同时感到一阵寒意。</w:t>
      </w:r>
    </w:p>
    <w:p>
      <w:pPr>
        <w:spacing w:line="560" w:lineRule="exact"/>
        <w:ind w:firstLine="420"/>
      </w:pPr>
      <w:r>
        <w:rPr>
          <w:rFonts w:ascii="宋体" w:hAnsi="宋体" w:eastAsia="宋体"/>
          <w:sz w:val="24"/>
        </w:rPr>
        <w:t>一个低沉而威严的声音，在每一个人的脑海中响起：</w:t>
      </w:r>
    </w:p>
    <w:p>
      <w:pPr>
        <w:spacing w:line="560" w:lineRule="exact"/>
        <w:ind w:firstLine="420"/>
      </w:pPr>
      <w:r>
        <w:rPr>
          <w:rFonts w:ascii="宋体" w:hAnsi="宋体" w:eastAsia="宋体"/>
          <w:sz w:val="24"/>
        </w:rPr>
        <w:t>"凡人……你们终于来了。"</w:t>
      </w:r>
    </w:p>
    <w:p>
      <w:pPr>
        <w:spacing w:line="560" w:lineRule="exact"/>
        <w:ind w:firstLine="420"/>
      </w:pPr>
      <w:r>
        <w:rPr>
          <w:rFonts w:ascii="宋体" w:hAnsi="宋体" w:eastAsia="宋体"/>
          <w:sz w:val="24"/>
        </w:rPr>
        <w:t>一道巨大的黑影，从宫殿中缓缓走出。</w:t>
      </w:r>
    </w:p>
    <w:p>
      <w:r>
        <w:br w:type="page"/>
      </w:r>
    </w:p>
    <w:p>
      <w:pPr>
        <w:jc w:val="center"/>
      </w:pPr>
      <w:r>
        <w:rPr>
          <w:b/>
          <w:sz w:val="32"/>
        </w:rPr>
        <w:t>第045章 诸神之战（中）</w:t>
      </w:r>
    </w:p>
    <w:p>
      <w:pPr>
        <w:jc w:val="center"/>
      </w:pPr>
      <w:r>
        <w:rPr>
          <w:color w:val="999999"/>
          <w:sz w:val="18"/>
        </w:rPr>
        <w:t>（2,704字）</w:t>
      </w:r>
    </w:p>
    <w:p/>
    <w:p>
      <w:pPr>
        <w:spacing w:line="560" w:lineRule="exact"/>
        <w:ind w:firstLine="420"/>
      </w:pPr>
      <w:r>
        <w:rPr>
          <w:rFonts w:ascii="宋体" w:hAnsi="宋体" w:eastAsia="宋体"/>
          <w:sz w:val="24"/>
        </w:rPr>
        <w:t>圣裁落下的一瞬间，林风只看见自己头顶炸开一串猩红数字。</w:t>
      </w:r>
    </w:p>
    <w:p>
      <w:pPr>
        <w:spacing w:line="560" w:lineRule="exact"/>
        <w:ind w:firstLine="420"/>
      </w:pPr>
      <w:r>
        <w:rPr>
          <w:rFonts w:ascii="宋体" w:hAnsi="宋体" w:eastAsia="宋体"/>
          <w:sz w:val="24"/>
        </w:rPr>
        <w:t>-999999！</w:t>
      </w:r>
    </w:p>
    <w:p>
      <w:pPr>
        <w:spacing w:line="560" w:lineRule="exact"/>
        <w:ind w:firstLine="420"/>
      </w:pPr>
      <w:r>
        <w:rPr>
          <w:rFonts w:ascii="宋体" w:hAnsi="宋体" w:eastAsia="宋体"/>
          <w:sz w:val="24"/>
        </w:rPr>
        <w:t>“靠！”</w:t>
      </w:r>
    </w:p>
    <w:p>
      <w:pPr>
        <w:spacing w:line="560" w:lineRule="exact"/>
        <w:ind w:firstLine="420"/>
      </w:pPr>
      <w:r>
        <w:rPr>
          <w:rFonts w:ascii="宋体" w:hAnsi="宋体" w:eastAsia="宋体"/>
          <w:sz w:val="24"/>
        </w:rPr>
        <w:t>赵铁柱的怒吼还没喊完，林风的身体已经像被光撕碎，化作漫天碎片。</w:t>
      </w:r>
    </w:p>
    <w:p>
      <w:pPr>
        <w:spacing w:line="560" w:lineRule="exact"/>
        <w:ind w:firstLine="420"/>
      </w:pPr>
      <w:r>
        <w:rPr>
          <w:rFonts w:ascii="宋体" w:hAnsi="宋体" w:eastAsia="宋体"/>
          <w:sz w:val="24"/>
        </w:rPr>
        <w:t>【玩家“风中追风”已死亡。】</w:t>
      </w:r>
    </w:p>
    <w:p>
      <w:pPr>
        <w:spacing w:line="560" w:lineRule="exact"/>
        <w:ind w:firstLine="420"/>
      </w:pPr>
      <w:r>
        <w:rPr>
          <w:rFonts w:ascii="宋体" w:hAnsi="宋体" w:eastAsia="宋体"/>
          <w:sz w:val="24"/>
        </w:rPr>
        <w:t>【是否回最近复活点复活？】</w:t>
      </w:r>
    </w:p>
    <w:p>
      <w:pPr>
        <w:spacing w:line="560" w:lineRule="exact"/>
        <w:ind w:firstLine="420"/>
      </w:pPr>
      <w:r>
        <w:rPr>
          <w:rFonts w:ascii="宋体" w:hAnsi="宋体" w:eastAsia="宋体"/>
          <w:sz w:val="24"/>
        </w:rPr>
        <w:t>林风眼前一黑，再睁眼时，已经站在诸神祭坛外的复活神殿。</w:t>
      </w:r>
    </w:p>
    <w:p>
      <w:pPr>
        <w:spacing w:line="560" w:lineRule="exact"/>
        <w:ind w:firstLine="420"/>
      </w:pPr>
      <w:r>
        <w:rPr>
          <w:rFonts w:ascii="宋体" w:hAnsi="宋体" w:eastAsia="宋体"/>
          <w:sz w:val="24"/>
        </w:rPr>
        <w:t>神殿外雷声滚滚，远处那座高耸入云的金色王座正在震颤。</w:t>
      </w:r>
    </w:p>
    <w:p>
      <w:pPr>
        <w:spacing w:line="560" w:lineRule="exact"/>
        <w:ind w:firstLine="420"/>
      </w:pPr>
      <w:r>
        <w:rPr>
          <w:rFonts w:ascii="宋体" w:hAnsi="宋体" w:eastAsia="宋体"/>
          <w:sz w:val="24"/>
        </w:rPr>
        <w:t>阿卡迪亚，半神之王，终于认真了。</w:t>
      </w:r>
    </w:p>
    <w:p>
      <w:pPr>
        <w:spacing w:line="560" w:lineRule="exact"/>
        <w:ind w:firstLine="420"/>
      </w:pPr>
      <w:r>
        <w:rPr>
          <w:rFonts w:ascii="宋体" w:hAnsi="宋体" w:eastAsia="宋体"/>
          <w:sz w:val="24"/>
        </w:rPr>
        <w:t>神豪殿全员频道里，瞬间炸锅。</w:t>
      </w:r>
    </w:p>
    <w:p>
      <w:pPr>
        <w:spacing w:line="560" w:lineRule="exact"/>
        <w:ind w:firstLine="420"/>
      </w:pPr>
      <w:r>
        <w:rPr>
          <w:rFonts w:ascii="宋体" w:hAnsi="宋体" w:eastAsia="宋体"/>
          <w:sz w:val="24"/>
        </w:rPr>
        <w:t>赵铁柱：“老大没了？！”</w:t>
      </w:r>
    </w:p>
    <w:p>
      <w:pPr>
        <w:spacing w:line="560" w:lineRule="exact"/>
        <w:ind w:firstLine="420"/>
      </w:pPr>
      <w:r>
        <w:rPr>
          <w:rFonts w:ascii="宋体" w:hAnsi="宋体" w:eastAsia="宋体"/>
          <w:sz w:val="24"/>
        </w:rPr>
        <w:t>苏小雅：“直播间弹幕全疯了，说这是全服第一次有人被阿卡迪亚秒了！”</w:t>
      </w:r>
    </w:p>
    <w:p>
      <w:pPr>
        <w:spacing w:line="560" w:lineRule="exact"/>
        <w:ind w:firstLine="420"/>
      </w:pPr>
      <w:r>
        <w:rPr>
          <w:rFonts w:ascii="宋体" w:hAnsi="宋体" w:eastAsia="宋体"/>
          <w:sz w:val="24"/>
        </w:rPr>
        <w:t>夜影：“别慌。凌天，报状态。”</w:t>
      </w:r>
    </w:p>
    <w:p>
      <w:pPr>
        <w:spacing w:line="560" w:lineRule="exact"/>
        <w:ind w:firstLine="420"/>
      </w:pPr>
      <w:r>
        <w:rPr>
          <w:rFonts w:ascii="宋体" w:hAnsi="宋体" w:eastAsia="宋体"/>
          <w:sz w:val="24"/>
        </w:rPr>
        <w:t>凌天声音冷静，但语速明显快了：“阿卡迪亚血量还剩31%。神豪殿主力阵亡127人，精英队还剩四十三人。铁柱，你还能扛二十秒。”</w:t>
      </w:r>
    </w:p>
    <w:p>
      <w:pPr>
        <w:spacing w:line="560" w:lineRule="exact"/>
        <w:ind w:firstLine="420"/>
      </w:pPr>
      <w:r>
        <w:rPr>
          <w:rFonts w:ascii="宋体" w:hAnsi="宋体" w:eastAsia="宋体"/>
          <w:sz w:val="24"/>
        </w:rPr>
        <w:t>赵铁柱咬牙：“别说二十秒，两秒我也得给他挡了！”</w:t>
      </w:r>
    </w:p>
    <w:p>
      <w:pPr>
        <w:spacing w:line="560" w:lineRule="exact"/>
        <w:ind w:firstLine="420"/>
      </w:pPr>
      <w:r>
        <w:rPr>
          <w:rFonts w:ascii="宋体" w:hAnsi="宋体" w:eastAsia="宋体"/>
          <w:sz w:val="24"/>
        </w:rPr>
        <w:t>他双手举盾，整个人像一座铁塔般顶在阿卡迪亚面前。</w:t>
      </w:r>
    </w:p>
    <w:p>
      <w:pPr>
        <w:spacing w:line="560" w:lineRule="exact"/>
        <w:ind w:firstLine="420"/>
      </w:pPr>
      <w:r>
        <w:rPr>
          <w:rFonts w:ascii="宋体" w:hAnsi="宋体" w:eastAsia="宋体"/>
          <w:sz w:val="24"/>
        </w:rPr>
        <w:t>【技能：不屈壁垒】</w:t>
      </w:r>
    </w:p>
    <w:p>
      <w:pPr>
        <w:spacing w:line="560" w:lineRule="exact"/>
        <w:ind w:firstLine="420"/>
      </w:pPr>
      <w:r>
        <w:rPr>
          <w:rFonts w:ascii="宋体" w:hAnsi="宋体" w:eastAsia="宋体"/>
          <w:sz w:val="24"/>
        </w:rPr>
        <w:t>【技能：泰坦怒吼】</w:t>
      </w:r>
    </w:p>
    <w:p>
      <w:pPr>
        <w:spacing w:line="560" w:lineRule="exact"/>
        <w:ind w:firstLine="420"/>
      </w:pPr>
      <w:r>
        <w:rPr>
          <w:rFonts w:ascii="宋体" w:hAnsi="宋体" w:eastAsia="宋体"/>
          <w:sz w:val="24"/>
        </w:rPr>
        <w:t>金色巨剑劈下，赵铁柱头顶接连跳出数字。</w:t>
      </w:r>
    </w:p>
    <w:p>
      <w:pPr>
        <w:spacing w:line="560" w:lineRule="exact"/>
        <w:ind w:firstLine="420"/>
      </w:pPr>
      <w:r>
        <w:rPr>
          <w:rFonts w:ascii="宋体" w:hAnsi="宋体" w:eastAsia="宋体"/>
          <w:sz w:val="24"/>
        </w:rPr>
        <w:t>-128760！</w:t>
      </w:r>
    </w:p>
    <w:p>
      <w:pPr>
        <w:spacing w:line="560" w:lineRule="exact"/>
        <w:ind w:firstLine="420"/>
      </w:pPr>
      <w:r>
        <w:rPr>
          <w:rFonts w:ascii="宋体" w:hAnsi="宋体" w:eastAsia="宋体"/>
          <w:sz w:val="24"/>
        </w:rPr>
        <w:t>-132440！</w:t>
      </w:r>
    </w:p>
    <w:p>
      <w:pPr>
        <w:spacing w:line="560" w:lineRule="exact"/>
        <w:ind w:firstLine="420"/>
      </w:pPr>
      <w:r>
        <w:rPr>
          <w:rFonts w:ascii="宋体" w:hAnsi="宋体" w:eastAsia="宋体"/>
          <w:sz w:val="24"/>
        </w:rPr>
        <w:t>他的血条瞬间见底，又被他硬灌药抬了回来。</w:t>
      </w:r>
    </w:p>
    <w:p>
      <w:pPr>
        <w:spacing w:line="560" w:lineRule="exact"/>
        <w:ind w:firstLine="420"/>
      </w:pPr>
      <w:r>
        <w:rPr>
          <w:rFonts w:ascii="宋体" w:hAnsi="宋体" w:eastAsia="宋体"/>
          <w:sz w:val="24"/>
        </w:rPr>
        <w:t>“来啊！”</w:t>
      </w:r>
    </w:p>
    <w:p>
      <w:pPr>
        <w:spacing w:line="560" w:lineRule="exact"/>
        <w:ind w:firstLine="420"/>
      </w:pPr>
      <w:r>
        <w:rPr>
          <w:rFonts w:ascii="宋体" w:hAnsi="宋体" w:eastAsia="宋体"/>
          <w:sz w:val="24"/>
        </w:rPr>
        <w:t>赵铁柱吼得嗓子都破了，“你砍我啊！我赵铁柱今天要是退半步，以后直播吃键盘！”</w:t>
      </w:r>
    </w:p>
    <w:p>
      <w:pPr>
        <w:spacing w:line="560" w:lineRule="exact"/>
        <w:ind w:firstLine="420"/>
      </w:pPr>
      <w:r>
        <w:rPr>
          <w:rFonts w:ascii="宋体" w:hAnsi="宋体" w:eastAsia="宋体"/>
          <w:sz w:val="24"/>
        </w:rPr>
        <w:t>阿卡迪亚没有情绪，金色眼眸里只有冰冷的审判。</w:t>
      </w:r>
    </w:p>
    <w:p>
      <w:pPr>
        <w:spacing w:line="560" w:lineRule="exact"/>
        <w:ind w:firstLine="420"/>
      </w:pPr>
      <w:r>
        <w:rPr>
          <w:rFonts w:ascii="宋体" w:hAnsi="宋体" w:eastAsia="宋体"/>
          <w:sz w:val="24"/>
        </w:rPr>
        <w:t>“凡人之勇，不配触碰神座。”</w:t>
      </w:r>
    </w:p>
    <w:p>
      <w:pPr>
        <w:spacing w:line="560" w:lineRule="exact"/>
        <w:ind w:firstLine="420"/>
      </w:pPr>
      <w:r>
        <w:rPr>
          <w:rFonts w:ascii="宋体" w:hAnsi="宋体" w:eastAsia="宋体"/>
          <w:sz w:val="24"/>
        </w:rPr>
        <w:t>它抬起手，王座后方浮现出十二道巨大光轮。</w:t>
      </w:r>
    </w:p>
    <w:p>
      <w:pPr>
        <w:spacing w:line="560" w:lineRule="exact"/>
        <w:ind w:firstLine="420"/>
      </w:pPr>
      <w:r>
        <w:rPr>
          <w:rFonts w:ascii="宋体" w:hAnsi="宋体" w:eastAsia="宋体"/>
          <w:sz w:val="24"/>
        </w:rPr>
        <w:t>凌天脸色一变：“全员分散！这是大范围神罚！”</w:t>
      </w:r>
    </w:p>
    <w:p>
      <w:pPr>
        <w:spacing w:line="560" w:lineRule="exact"/>
        <w:ind w:firstLine="420"/>
      </w:pPr>
      <w:r>
        <w:rPr>
          <w:rFonts w:ascii="宋体" w:hAnsi="宋体" w:eastAsia="宋体"/>
          <w:sz w:val="24"/>
        </w:rPr>
        <w:t>晚了。</w:t>
      </w:r>
    </w:p>
    <w:p>
      <w:pPr>
        <w:spacing w:line="560" w:lineRule="exact"/>
        <w:ind w:firstLine="420"/>
      </w:pPr>
      <w:r>
        <w:rPr>
          <w:rFonts w:ascii="宋体" w:hAnsi="宋体" w:eastAsia="宋体"/>
          <w:sz w:val="24"/>
        </w:rPr>
        <w:t>十二道光轮同时旋转。</w:t>
      </w:r>
    </w:p>
    <w:p>
      <w:pPr>
        <w:spacing w:line="560" w:lineRule="exact"/>
        <w:ind w:firstLine="420"/>
      </w:pPr>
      <w:r>
        <w:rPr>
          <w:rFonts w:ascii="宋体" w:hAnsi="宋体" w:eastAsia="宋体"/>
          <w:sz w:val="24"/>
        </w:rPr>
        <w:t>【阿卡迪亚释放技能：诸神黄昏！】</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整个祭坛被白光吞没。</w:t>
      </w:r>
    </w:p>
    <w:p>
      <w:pPr>
        <w:spacing w:line="560" w:lineRule="exact"/>
        <w:ind w:firstLine="420"/>
      </w:pPr>
      <w:r>
        <w:rPr>
          <w:rFonts w:ascii="宋体" w:hAnsi="宋体" w:eastAsia="宋体"/>
          <w:sz w:val="24"/>
        </w:rPr>
        <w:t>苏小雅正在后方开直播，镜头瞬间白屏，弹幕疯狂滚动。</w:t>
      </w:r>
    </w:p>
    <w:p>
      <w:pPr>
        <w:spacing w:line="560" w:lineRule="exact"/>
        <w:ind w:firstLine="420"/>
      </w:pPr>
      <w:r>
        <w:rPr>
          <w:rFonts w:ascii="宋体" w:hAnsi="宋体" w:eastAsia="宋体"/>
          <w:sz w:val="24"/>
        </w:rPr>
        <w:t>“完了完了！”</w:t>
      </w:r>
    </w:p>
    <w:p>
      <w:pPr>
        <w:spacing w:line="560" w:lineRule="exact"/>
        <w:ind w:firstLine="420"/>
      </w:pPr>
      <w:r>
        <w:rPr>
          <w:rFonts w:ascii="宋体" w:hAnsi="宋体" w:eastAsia="宋体"/>
          <w:sz w:val="24"/>
        </w:rPr>
        <w:t>“神豪殿要团灭？”</w:t>
      </w:r>
    </w:p>
    <w:p>
      <w:pPr>
        <w:spacing w:line="560" w:lineRule="exact"/>
        <w:ind w:firstLine="420"/>
      </w:pPr>
      <w:r>
        <w:rPr>
          <w:rFonts w:ascii="宋体" w:hAnsi="宋体" w:eastAsia="宋体"/>
          <w:sz w:val="24"/>
        </w:rPr>
        <w:t>“风中追风刚死，神豪殿扛不住了啊！”</w:t>
      </w:r>
    </w:p>
    <w:p>
      <w:pPr>
        <w:spacing w:line="560" w:lineRule="exact"/>
        <w:ind w:firstLine="420"/>
      </w:pPr>
      <w:r>
        <w:rPr>
          <w:rFonts w:ascii="宋体" w:hAnsi="宋体" w:eastAsia="宋体"/>
          <w:sz w:val="24"/>
        </w:rPr>
        <w:t>“这可是华夏区第一公会！”</w:t>
      </w:r>
    </w:p>
    <w:p>
      <w:pPr>
        <w:spacing w:line="560" w:lineRule="exact"/>
        <w:ind w:firstLine="420"/>
      </w:pPr>
      <w:r>
        <w:rPr>
          <w:rFonts w:ascii="宋体" w:hAnsi="宋体" w:eastAsia="宋体"/>
          <w:sz w:val="24"/>
        </w:rPr>
        <w:t>苏小雅握着鼠标的手都在抖，可她嘴上还硬撑着：“兄弟们别慌，我哥还没回来，神豪殿还没输！”</w:t>
      </w:r>
    </w:p>
    <w:p>
      <w:pPr>
        <w:spacing w:line="560" w:lineRule="exact"/>
        <w:ind w:firstLine="420"/>
      </w:pPr>
      <w:r>
        <w:rPr>
          <w:rFonts w:ascii="宋体" w:hAnsi="宋体" w:eastAsia="宋体"/>
          <w:sz w:val="24"/>
        </w:rPr>
        <w:t>夜影的身影在白光边缘一闪而过。</w:t>
      </w:r>
    </w:p>
    <w:p>
      <w:pPr>
        <w:spacing w:line="560" w:lineRule="exact"/>
        <w:ind w:firstLine="420"/>
      </w:pPr>
      <w:r>
        <w:rPr>
          <w:rFonts w:ascii="宋体" w:hAnsi="宋体" w:eastAsia="宋体"/>
          <w:sz w:val="24"/>
        </w:rPr>
        <w:t>【技能：影遁】</w:t>
      </w:r>
    </w:p>
    <w:p>
      <w:pPr>
        <w:spacing w:line="560" w:lineRule="exact"/>
        <w:ind w:firstLine="420"/>
      </w:pPr>
      <w:r>
        <w:rPr>
          <w:rFonts w:ascii="宋体" w:hAnsi="宋体" w:eastAsia="宋体"/>
          <w:sz w:val="24"/>
        </w:rPr>
        <w:t>【技能：背刺·断喉】</w:t>
      </w:r>
    </w:p>
    <w:p>
      <w:pPr>
        <w:spacing w:line="560" w:lineRule="exact"/>
        <w:ind w:firstLine="420"/>
      </w:pPr>
      <w:r>
        <w:rPr>
          <w:rFonts w:ascii="宋体" w:hAnsi="宋体" w:eastAsia="宋体"/>
          <w:sz w:val="24"/>
        </w:rPr>
        <w:t>她强行贴着阿卡迪亚身后，匕首刺入神甲缝隙。</w:t>
      </w:r>
    </w:p>
    <w:p>
      <w:pPr>
        <w:spacing w:line="560" w:lineRule="exact"/>
        <w:ind w:firstLine="420"/>
      </w:pPr>
      <w:r>
        <w:rPr>
          <w:rFonts w:ascii="宋体" w:hAnsi="宋体" w:eastAsia="宋体"/>
          <w:sz w:val="24"/>
        </w:rPr>
        <w:t>-88420！</w:t>
      </w:r>
    </w:p>
    <w:p>
      <w:pPr>
        <w:spacing w:line="560" w:lineRule="exact"/>
        <w:ind w:firstLine="420"/>
      </w:pPr>
      <w:r>
        <w:rPr>
          <w:rFonts w:ascii="宋体" w:hAnsi="宋体" w:eastAsia="宋体"/>
          <w:sz w:val="24"/>
        </w:rPr>
        <w:t>-暴击！-176840！</w:t>
      </w:r>
    </w:p>
    <w:p>
      <w:pPr>
        <w:spacing w:line="560" w:lineRule="exact"/>
        <w:ind w:firstLine="420"/>
      </w:pPr>
      <w:r>
        <w:rPr>
          <w:rFonts w:ascii="宋体" w:hAnsi="宋体" w:eastAsia="宋体"/>
          <w:sz w:val="24"/>
        </w:rPr>
        <w:t>阿卡迪亚血条掉了一小截。</w:t>
      </w:r>
    </w:p>
    <w:p>
      <w:pPr>
        <w:spacing w:line="560" w:lineRule="exact"/>
        <w:ind w:firstLine="420"/>
      </w:pPr>
      <w:r>
        <w:rPr>
          <w:rFonts w:ascii="宋体" w:hAnsi="宋体" w:eastAsia="宋体"/>
          <w:sz w:val="24"/>
        </w:rPr>
        <w:t>可下一瞬，它反手一挥。</w:t>
      </w:r>
    </w:p>
    <w:p>
      <w:pPr>
        <w:spacing w:line="560" w:lineRule="exact"/>
        <w:ind w:firstLine="420"/>
      </w:pPr>
      <w:r>
        <w:rPr>
          <w:rFonts w:ascii="宋体" w:hAnsi="宋体" w:eastAsia="宋体"/>
          <w:sz w:val="24"/>
        </w:rPr>
        <w:t>夜影闷哼一声，整个人被震飞。</w:t>
      </w:r>
    </w:p>
    <w:p>
      <w:pPr>
        <w:spacing w:line="560" w:lineRule="exact"/>
        <w:ind w:firstLine="420"/>
      </w:pPr>
      <w:r>
        <w:rPr>
          <w:rFonts w:ascii="宋体" w:hAnsi="宋体" w:eastAsia="宋体"/>
          <w:sz w:val="24"/>
        </w:rPr>
        <w:t>【夜影生命值剩余：3%】</w:t>
      </w:r>
    </w:p>
    <w:p>
      <w:pPr>
        <w:spacing w:line="560" w:lineRule="exact"/>
        <w:ind w:firstLine="420"/>
      </w:pPr>
      <w:r>
        <w:rPr>
          <w:rFonts w:ascii="宋体" w:hAnsi="宋体" w:eastAsia="宋体"/>
          <w:sz w:val="24"/>
        </w:rPr>
        <w:t>苏小雅急得眼睛发红：“夜影姐！”</w:t>
      </w:r>
    </w:p>
    <w:p>
      <w:pPr>
        <w:spacing w:line="560" w:lineRule="exact"/>
        <w:ind w:firstLine="420"/>
      </w:pPr>
      <w:r>
        <w:rPr>
          <w:rFonts w:ascii="宋体" w:hAnsi="宋体" w:eastAsia="宋体"/>
          <w:sz w:val="24"/>
        </w:rPr>
        <w:t>凌天立刻下令：“后撤！治疗保夜影！铁柱，别硬吃了，撤！”</w:t>
      </w:r>
    </w:p>
    <w:p>
      <w:pPr>
        <w:spacing w:line="560" w:lineRule="exact"/>
        <w:ind w:firstLine="420"/>
      </w:pPr>
      <w:r>
        <w:rPr>
          <w:rFonts w:ascii="宋体" w:hAnsi="宋体" w:eastAsia="宋体"/>
          <w:sz w:val="24"/>
        </w:rPr>
        <w:t>赵铁柱却一步不退。</w:t>
      </w:r>
    </w:p>
    <w:p>
      <w:pPr>
        <w:spacing w:line="560" w:lineRule="exact"/>
        <w:ind w:firstLine="420"/>
      </w:pPr>
      <w:r>
        <w:rPr>
          <w:rFonts w:ascii="宋体" w:hAnsi="宋体" w:eastAsia="宋体"/>
          <w:sz w:val="24"/>
        </w:rPr>
        <w:t>“撤个屁！我退了，谁来给老大争取时间？”</w:t>
      </w:r>
    </w:p>
    <w:p>
      <w:pPr>
        <w:spacing w:line="560" w:lineRule="exact"/>
        <w:ind w:firstLine="420"/>
      </w:pPr>
      <w:r>
        <w:rPr>
          <w:rFonts w:ascii="宋体" w:hAnsi="宋体" w:eastAsia="宋体"/>
          <w:sz w:val="24"/>
        </w:rPr>
        <w:t>他猛地开启背包里的一排顶级药剂。</w:t>
      </w:r>
    </w:p>
    <w:p>
      <w:pPr>
        <w:spacing w:line="560" w:lineRule="exact"/>
        <w:ind w:firstLine="420"/>
      </w:pPr>
      <w:r>
        <w:rPr>
          <w:rFonts w:ascii="宋体" w:hAnsi="宋体" w:eastAsia="宋体"/>
          <w:sz w:val="24"/>
        </w:rPr>
        <w:t>【使用：不朽战神药剂】</w:t>
      </w:r>
    </w:p>
    <w:p>
      <w:pPr>
        <w:spacing w:line="560" w:lineRule="exact"/>
        <w:ind w:firstLine="420"/>
      </w:pPr>
      <w:r>
        <w:rPr>
          <w:rFonts w:ascii="宋体" w:hAnsi="宋体" w:eastAsia="宋体"/>
          <w:sz w:val="24"/>
        </w:rPr>
        <w:t>【使用：泰坦之心药剂】</w:t>
      </w:r>
    </w:p>
    <w:p>
      <w:pPr>
        <w:spacing w:line="560" w:lineRule="exact"/>
        <w:ind w:firstLine="420"/>
      </w:pPr>
      <w:r>
        <w:rPr>
          <w:rFonts w:ascii="宋体" w:hAnsi="宋体" w:eastAsia="宋体"/>
          <w:sz w:val="24"/>
        </w:rPr>
        <w:t>【使用：神豪殿特供复活卷轴×3】</w:t>
      </w:r>
    </w:p>
    <w:p>
      <w:pPr>
        <w:spacing w:line="560" w:lineRule="exact"/>
        <w:ind w:firstLine="420"/>
      </w:pPr>
      <w:r>
        <w:rPr>
          <w:rFonts w:ascii="宋体" w:hAnsi="宋体" w:eastAsia="宋体"/>
          <w:sz w:val="24"/>
        </w:rPr>
        <w:t>他的身体暴涨一圈，盾牌上浮现出神豪殿的金龙徽章。</w:t>
      </w:r>
    </w:p>
    <w:p>
      <w:pPr>
        <w:spacing w:line="560" w:lineRule="exact"/>
        <w:ind w:firstLine="420"/>
      </w:pPr>
      <w:r>
        <w:rPr>
          <w:rFonts w:ascii="宋体" w:hAnsi="宋体" w:eastAsia="宋体"/>
          <w:sz w:val="24"/>
        </w:rPr>
        <w:t>赵铁柱咧嘴，笑得比哭还难看：“老大说过，充钱能解决的事，都不是事。今天这BOSS，我拿钱砸也给它砸趴下！”</w:t>
      </w:r>
    </w:p>
    <w:p>
      <w:pPr>
        <w:spacing w:line="560" w:lineRule="exact"/>
        <w:ind w:firstLine="420"/>
      </w:pPr>
      <w:r>
        <w:rPr>
          <w:rFonts w:ascii="宋体" w:hAnsi="宋体" w:eastAsia="宋体"/>
          <w:sz w:val="24"/>
        </w:rPr>
        <w:t>阿卡迪亚眼神微动。</w:t>
      </w:r>
    </w:p>
    <w:p>
      <w:pPr>
        <w:spacing w:line="560" w:lineRule="exact"/>
        <w:ind w:firstLine="420"/>
      </w:pPr>
      <w:r>
        <w:rPr>
          <w:rFonts w:ascii="宋体" w:hAnsi="宋体" w:eastAsia="宋体"/>
          <w:sz w:val="24"/>
        </w:rPr>
        <w:t>“财富，亦是虚妄。”</w:t>
      </w:r>
    </w:p>
    <w:p>
      <w:pPr>
        <w:spacing w:line="560" w:lineRule="exact"/>
        <w:ind w:firstLine="420"/>
      </w:pPr>
      <w:r>
        <w:rPr>
          <w:rFonts w:ascii="宋体" w:hAnsi="宋体" w:eastAsia="宋体"/>
          <w:sz w:val="24"/>
        </w:rPr>
        <w:t>它一脚踏下。</w:t>
      </w:r>
    </w:p>
    <w:p>
      <w:pPr>
        <w:spacing w:line="560" w:lineRule="exact"/>
        <w:ind w:firstLine="420"/>
      </w:pPr>
      <w:r>
        <w:rPr>
          <w:rFonts w:ascii="宋体" w:hAnsi="宋体" w:eastAsia="宋体"/>
          <w:sz w:val="24"/>
        </w:rPr>
        <w:t>祭坛碎裂。</w:t>
      </w:r>
    </w:p>
    <w:p>
      <w:pPr>
        <w:spacing w:line="560" w:lineRule="exact"/>
        <w:ind w:firstLine="420"/>
      </w:pPr>
      <w:r>
        <w:rPr>
          <w:rFonts w:ascii="宋体" w:hAnsi="宋体" w:eastAsia="宋体"/>
          <w:sz w:val="24"/>
        </w:rPr>
        <w:t>赵铁柱的血条瞬间清空。</w:t>
      </w:r>
    </w:p>
    <w:p>
      <w:pPr>
        <w:spacing w:line="560" w:lineRule="exact"/>
        <w:ind w:firstLine="420"/>
      </w:pPr>
      <w:r>
        <w:rPr>
          <w:rFonts w:ascii="宋体" w:hAnsi="宋体" w:eastAsia="宋体"/>
          <w:sz w:val="24"/>
        </w:rPr>
        <w:t>【赵铁柱已死亡。】</w:t>
      </w:r>
    </w:p>
    <w:p>
      <w:pPr>
        <w:spacing w:line="560" w:lineRule="exact"/>
        <w:ind w:firstLine="420"/>
      </w:pPr>
      <w:r>
        <w:rPr>
          <w:rFonts w:ascii="宋体" w:hAnsi="宋体" w:eastAsia="宋体"/>
          <w:sz w:val="24"/>
        </w:rPr>
        <w:t>苏小雅直播间彻底炸了。</w:t>
      </w:r>
    </w:p>
    <w:p>
      <w:pPr>
        <w:spacing w:line="560" w:lineRule="exact"/>
        <w:ind w:firstLine="420"/>
      </w:pPr>
      <w:r>
        <w:rPr>
          <w:rFonts w:ascii="宋体" w:hAnsi="宋体" w:eastAsia="宋体"/>
          <w:sz w:val="24"/>
        </w:rPr>
        <w:t>“铁柱也倒了！”</w:t>
      </w:r>
    </w:p>
    <w:p>
      <w:pPr>
        <w:spacing w:line="560" w:lineRule="exact"/>
        <w:ind w:firstLine="420"/>
      </w:pPr>
      <w:r>
        <w:rPr>
          <w:rFonts w:ascii="宋体" w:hAnsi="宋体" w:eastAsia="宋体"/>
          <w:sz w:val="24"/>
        </w:rPr>
        <w:t>“神豪殿顶不住了！”</w:t>
      </w:r>
    </w:p>
    <w:p>
      <w:pPr>
        <w:spacing w:line="560" w:lineRule="exact"/>
        <w:ind w:firstLine="420"/>
      </w:pPr>
      <w:r>
        <w:rPr>
          <w:rFonts w:ascii="宋体" w:hAnsi="宋体" w:eastAsia="宋体"/>
          <w:sz w:val="24"/>
        </w:rPr>
        <w:t>“风中追风呢？！”</w:t>
      </w:r>
    </w:p>
    <w:p>
      <w:pPr>
        <w:spacing w:line="560" w:lineRule="exact"/>
        <w:ind w:firstLine="420"/>
      </w:pPr>
      <w:r>
        <w:rPr>
          <w:rFonts w:ascii="宋体" w:hAnsi="宋体" w:eastAsia="宋体"/>
          <w:sz w:val="24"/>
        </w:rPr>
        <w:t>复活神殿内。</w:t>
      </w:r>
    </w:p>
    <w:p>
      <w:pPr>
        <w:spacing w:line="560" w:lineRule="exact"/>
        <w:ind w:firstLine="420"/>
      </w:pPr>
      <w:r>
        <w:rPr>
          <w:rFonts w:ascii="宋体" w:hAnsi="宋体" w:eastAsia="宋体"/>
          <w:sz w:val="24"/>
        </w:rPr>
        <w:t>林风没有立刻点复活。</w:t>
      </w:r>
    </w:p>
    <w:p>
      <w:pPr>
        <w:spacing w:line="560" w:lineRule="exact"/>
        <w:ind w:firstLine="420"/>
      </w:pPr>
      <w:r>
        <w:rPr>
          <w:rFonts w:ascii="宋体" w:hAnsi="宋体" w:eastAsia="宋体"/>
          <w:sz w:val="24"/>
        </w:rPr>
        <w:t>他低头看着胸口。</w:t>
      </w:r>
    </w:p>
    <w:p>
      <w:pPr>
        <w:spacing w:line="560" w:lineRule="exact"/>
        <w:ind w:firstLine="420"/>
      </w:pPr>
      <w:r>
        <w:rPr>
          <w:rFonts w:ascii="宋体" w:hAnsi="宋体" w:eastAsia="宋体"/>
          <w:sz w:val="24"/>
        </w:rPr>
        <w:t>那里，一枚古朴青玉正隔着游戏角色身体发出滚烫的热意。</w:t>
      </w:r>
    </w:p>
    <w:p>
      <w:pPr>
        <w:spacing w:line="560" w:lineRule="exact"/>
        <w:ind w:firstLine="420"/>
      </w:pPr>
      <w:r>
        <w:rPr>
          <w:rFonts w:ascii="宋体" w:hAnsi="宋体" w:eastAsia="宋体"/>
          <w:sz w:val="24"/>
        </w:rPr>
        <w:t>那是父母留下的古玉。</w:t>
      </w:r>
    </w:p>
    <w:p>
      <w:pPr>
        <w:spacing w:line="560" w:lineRule="exact"/>
        <w:ind w:firstLine="420"/>
      </w:pPr>
      <w:r>
        <w:rPr>
          <w:rFonts w:ascii="宋体" w:hAnsi="宋体" w:eastAsia="宋体"/>
          <w:sz w:val="24"/>
        </w:rPr>
        <w:t>车祸之后，它就一直挂在他脖子上。</w:t>
      </w:r>
    </w:p>
    <w:p>
      <w:pPr>
        <w:spacing w:line="560" w:lineRule="exact"/>
        <w:ind w:firstLine="420"/>
      </w:pPr>
      <w:r>
        <w:rPr>
          <w:rFonts w:ascii="宋体" w:hAnsi="宋体" w:eastAsia="宋体"/>
          <w:sz w:val="24"/>
        </w:rPr>
        <w:t>进入《天界》后，古玉以特殊形态同步映射，原本只是安静地悬在角色胸前。</w:t>
      </w:r>
    </w:p>
    <w:p>
      <w:pPr>
        <w:spacing w:line="560" w:lineRule="exact"/>
        <w:ind w:firstLine="420"/>
      </w:pPr>
      <w:r>
        <w:rPr>
          <w:rFonts w:ascii="宋体" w:hAnsi="宋体" w:eastAsia="宋体"/>
          <w:sz w:val="24"/>
        </w:rPr>
        <w:t>可现在，它烫得像一块烧红的铁。</w:t>
      </w:r>
    </w:p>
    <w:p>
      <w:pPr>
        <w:spacing w:line="560" w:lineRule="exact"/>
        <w:ind w:firstLine="420"/>
      </w:pPr>
      <w:r>
        <w:rPr>
          <w:rFonts w:ascii="宋体" w:hAnsi="宋体" w:eastAsia="宋体"/>
          <w:sz w:val="24"/>
        </w:rPr>
        <w:t>林风皱眉：“怎么回事？”</w:t>
      </w:r>
    </w:p>
    <w:p>
      <w:pPr>
        <w:spacing w:line="560" w:lineRule="exact"/>
        <w:ind w:firstLine="420"/>
      </w:pPr>
      <w:r>
        <w:rPr>
          <w:rFonts w:ascii="宋体" w:hAnsi="宋体" w:eastAsia="宋体"/>
          <w:sz w:val="24"/>
        </w:rPr>
        <w:t>下一秒，古玉表面裂开一道极细的金纹。</w:t>
      </w:r>
    </w:p>
    <w:p>
      <w:pPr>
        <w:spacing w:line="560" w:lineRule="exact"/>
        <w:ind w:firstLine="420"/>
      </w:pPr>
      <w:r>
        <w:rPr>
          <w:rFonts w:ascii="宋体" w:hAnsi="宋体" w:eastAsia="宋体"/>
          <w:sz w:val="24"/>
        </w:rPr>
        <w:t>嗡！</w:t>
      </w:r>
    </w:p>
    <w:p>
      <w:pPr>
        <w:spacing w:line="560" w:lineRule="exact"/>
        <w:ind w:firstLine="420"/>
      </w:pPr>
      <w:r>
        <w:rPr>
          <w:rFonts w:ascii="宋体" w:hAnsi="宋体" w:eastAsia="宋体"/>
          <w:sz w:val="24"/>
        </w:rPr>
        <w:t>一道只有林风能听见的声音，在脑海深处响起。</w:t>
      </w:r>
    </w:p>
    <w:p>
      <w:pPr>
        <w:spacing w:line="560" w:lineRule="exact"/>
        <w:ind w:firstLine="420"/>
      </w:pPr>
      <w:r>
        <w:rPr>
          <w:rFonts w:ascii="宋体" w:hAnsi="宋体" w:eastAsia="宋体"/>
          <w:sz w:val="24"/>
        </w:rPr>
        <w:t>“血脉确认。”</w:t>
      </w:r>
    </w:p>
    <w:p>
      <w:pPr>
        <w:spacing w:line="560" w:lineRule="exact"/>
        <w:ind w:firstLine="420"/>
      </w:pPr>
      <w:r>
        <w:rPr>
          <w:rFonts w:ascii="宋体" w:hAnsi="宋体" w:eastAsia="宋体"/>
          <w:sz w:val="24"/>
        </w:rPr>
        <w:t>“守护者权限，已唤醒。”</w:t>
      </w:r>
    </w:p>
    <w:p>
      <w:pPr>
        <w:spacing w:line="560" w:lineRule="exact"/>
        <w:ind w:firstLine="420"/>
      </w:pPr>
      <w:r>
        <w:rPr>
          <w:rFonts w:ascii="宋体" w:hAnsi="宋体" w:eastAsia="宋体"/>
          <w:sz w:val="24"/>
        </w:rPr>
        <w:t>“天界创始人信物，正在与玩家‘风中追风’绑定。”</w:t>
      </w:r>
    </w:p>
    <w:p>
      <w:pPr>
        <w:spacing w:line="560" w:lineRule="exact"/>
        <w:ind w:firstLine="420"/>
      </w:pPr>
      <w:r>
        <w:rPr>
          <w:rFonts w:ascii="宋体" w:hAnsi="宋体" w:eastAsia="宋体"/>
          <w:sz w:val="24"/>
        </w:rPr>
        <w:t>林风瞳孔骤缩。</w:t>
      </w:r>
    </w:p>
    <w:p>
      <w:pPr>
        <w:spacing w:line="560" w:lineRule="exact"/>
        <w:ind w:firstLine="420"/>
      </w:pPr>
      <w:r>
        <w:rPr>
          <w:rFonts w:ascii="宋体" w:hAnsi="宋体" w:eastAsia="宋体"/>
          <w:sz w:val="24"/>
        </w:rPr>
        <w:t>“什么意思？”</w:t>
      </w:r>
    </w:p>
    <w:p>
      <w:pPr>
        <w:spacing w:line="560" w:lineRule="exact"/>
        <w:ind w:firstLine="420"/>
      </w:pPr>
      <w:r>
        <w:rPr>
          <w:rFonts w:ascii="宋体" w:hAnsi="宋体" w:eastAsia="宋体"/>
          <w:sz w:val="24"/>
        </w:rPr>
        <w:t>【检测到特殊媒介：古玉】</w:t>
      </w:r>
    </w:p>
    <w:p>
      <w:pPr>
        <w:spacing w:line="560" w:lineRule="exact"/>
        <w:ind w:firstLine="420"/>
      </w:pPr>
      <w:r>
        <w:rPr>
          <w:rFonts w:ascii="宋体" w:hAnsi="宋体" w:eastAsia="宋体"/>
          <w:sz w:val="24"/>
        </w:rPr>
        <w:t>【检测到玩家死亡触发条件】</w:t>
      </w:r>
    </w:p>
    <w:p>
      <w:pPr>
        <w:spacing w:line="560" w:lineRule="exact"/>
        <w:ind w:firstLine="420"/>
      </w:pPr>
      <w:r>
        <w:rPr>
          <w:rFonts w:ascii="宋体" w:hAnsi="宋体" w:eastAsia="宋体"/>
          <w:sz w:val="24"/>
        </w:rPr>
        <w:t>【隐藏权限开启中……】</w:t>
      </w:r>
    </w:p>
    <w:p>
      <w:pPr>
        <w:spacing w:line="560" w:lineRule="exact"/>
        <w:ind w:firstLine="420"/>
      </w:pPr>
      <w:r>
        <w:rPr>
          <w:rFonts w:ascii="宋体" w:hAnsi="宋体" w:eastAsia="宋体"/>
          <w:sz w:val="24"/>
        </w:rPr>
        <w:t>【10%……】</w:t>
      </w:r>
    </w:p>
    <w:p>
      <w:pPr>
        <w:spacing w:line="560" w:lineRule="exact"/>
        <w:ind w:firstLine="420"/>
      </w:pPr>
      <w:r>
        <w:rPr>
          <w:rFonts w:ascii="宋体" w:hAnsi="宋体" w:eastAsia="宋体"/>
          <w:sz w:val="24"/>
        </w:rPr>
        <w:t>【35%……】</w:t>
      </w:r>
    </w:p>
    <w:p>
      <w:pPr>
        <w:spacing w:line="560" w:lineRule="exact"/>
        <w:ind w:firstLine="420"/>
      </w:pPr>
      <w:r>
        <w:rPr>
          <w:rFonts w:ascii="宋体" w:hAnsi="宋体" w:eastAsia="宋体"/>
          <w:sz w:val="24"/>
        </w:rPr>
        <w:t>【78%……】</w:t>
      </w:r>
    </w:p>
    <w:p>
      <w:pPr>
        <w:spacing w:line="560" w:lineRule="exact"/>
        <w:ind w:firstLine="420"/>
      </w:pPr>
      <w:r>
        <w:rPr>
          <w:rFonts w:ascii="宋体" w:hAnsi="宋体" w:eastAsia="宋体"/>
          <w:sz w:val="24"/>
        </w:rPr>
        <w:t>【100%！】</w:t>
      </w:r>
    </w:p>
    <w:p>
      <w:pPr>
        <w:spacing w:line="560" w:lineRule="exact"/>
        <w:ind w:firstLine="420"/>
      </w:pPr>
      <w:r>
        <w:rPr>
          <w:rFonts w:ascii="宋体" w:hAnsi="宋体" w:eastAsia="宋体"/>
          <w:sz w:val="24"/>
        </w:rPr>
        <w:t>【恭喜玩家“风中追风”，解锁终极形态：神豪天命！】</w:t>
      </w:r>
    </w:p>
    <w:p>
      <w:pPr>
        <w:spacing w:line="560" w:lineRule="exact"/>
        <w:ind w:firstLine="420"/>
      </w:pPr>
      <w:r>
        <w:rPr>
          <w:rFonts w:ascii="宋体" w:hAnsi="宋体" w:eastAsia="宋体"/>
          <w:sz w:val="24"/>
        </w:rPr>
        <w:t>【神豪天命：全属性提升300%，所有技能冷却缩减80%，获得被动“神座豁免”，免疫一次致命伤害，开启终极技能“神豪裁决”。】</w:t>
      </w:r>
    </w:p>
    <w:p>
      <w:pPr>
        <w:spacing w:line="560" w:lineRule="exact"/>
        <w:ind w:firstLine="420"/>
      </w:pPr>
      <w:r>
        <w:rPr>
          <w:rFonts w:ascii="宋体" w:hAnsi="宋体" w:eastAsia="宋体"/>
          <w:sz w:val="24"/>
        </w:rPr>
        <w:t>【提示：该形态仅可在古玉共鸣状态下开启。】</w:t>
      </w:r>
    </w:p>
    <w:p>
      <w:pPr>
        <w:spacing w:line="560" w:lineRule="exact"/>
        <w:ind w:firstLine="420"/>
      </w:pPr>
      <w:r>
        <w:rPr>
          <w:rFonts w:ascii="宋体" w:hAnsi="宋体" w:eastAsia="宋体"/>
          <w:sz w:val="24"/>
        </w:rPr>
        <w:t>林风看着眼前一连串系统提示，沉默了两秒。</w:t>
      </w:r>
    </w:p>
    <w:p>
      <w:pPr>
        <w:spacing w:line="560" w:lineRule="exact"/>
        <w:ind w:firstLine="420"/>
      </w:pPr>
      <w:r>
        <w:rPr>
          <w:rFonts w:ascii="宋体" w:hAnsi="宋体" w:eastAsia="宋体"/>
          <w:sz w:val="24"/>
        </w:rPr>
        <w:t>然后，他笑了。</w:t>
      </w:r>
    </w:p>
    <w:p>
      <w:pPr>
        <w:spacing w:line="560" w:lineRule="exact"/>
        <w:ind w:firstLine="420"/>
      </w:pPr>
      <w:r>
        <w:rPr>
          <w:rFonts w:ascii="宋体" w:hAnsi="宋体" w:eastAsia="宋体"/>
          <w:sz w:val="24"/>
        </w:rPr>
        <w:t>“老头，老妈，你们给我留的这东西，藏得够深啊。”</w:t>
      </w:r>
    </w:p>
    <w:p>
      <w:pPr>
        <w:spacing w:line="560" w:lineRule="exact"/>
        <w:ind w:firstLine="420"/>
      </w:pPr>
      <w:r>
        <w:rPr>
          <w:rFonts w:ascii="宋体" w:hAnsi="宋体" w:eastAsia="宋体"/>
          <w:sz w:val="24"/>
        </w:rPr>
        <w:t>他没有再犹豫，直接点击复活。</w:t>
      </w:r>
    </w:p>
    <w:p>
      <w:pPr>
        <w:spacing w:line="560" w:lineRule="exact"/>
        <w:ind w:firstLine="420"/>
      </w:pPr>
      <w:r>
        <w:rPr>
          <w:rFonts w:ascii="宋体" w:hAnsi="宋体" w:eastAsia="宋体"/>
          <w:sz w:val="24"/>
        </w:rPr>
        <w:t>【复活成功。】</w:t>
      </w:r>
    </w:p>
    <w:p>
      <w:pPr>
        <w:spacing w:line="560" w:lineRule="exact"/>
        <w:ind w:firstLine="420"/>
      </w:pPr>
      <w:r>
        <w:rPr>
          <w:rFonts w:ascii="宋体" w:hAnsi="宋体" w:eastAsia="宋体"/>
          <w:sz w:val="24"/>
        </w:rPr>
        <w:t>白光在复活神殿炸开。</w:t>
      </w:r>
    </w:p>
    <w:p>
      <w:pPr>
        <w:spacing w:line="560" w:lineRule="exact"/>
        <w:ind w:firstLine="420"/>
      </w:pPr>
      <w:r>
        <w:rPr>
          <w:rFonts w:ascii="宋体" w:hAnsi="宋体" w:eastAsia="宋体"/>
          <w:sz w:val="24"/>
        </w:rPr>
        <w:t>林风重新出现在诸神祭坛边缘。</w:t>
      </w:r>
    </w:p>
    <w:p>
      <w:pPr>
        <w:spacing w:line="560" w:lineRule="exact"/>
        <w:ind w:firstLine="420"/>
      </w:pPr>
      <w:r>
        <w:rPr>
          <w:rFonts w:ascii="宋体" w:hAnsi="宋体" w:eastAsia="宋体"/>
          <w:sz w:val="24"/>
        </w:rPr>
        <w:t>此刻的神豪殿，已经快撑不住了。</w:t>
      </w:r>
    </w:p>
    <w:p>
      <w:pPr>
        <w:spacing w:line="560" w:lineRule="exact"/>
        <w:ind w:firstLine="420"/>
      </w:pPr>
      <w:r>
        <w:rPr>
          <w:rFonts w:ascii="宋体" w:hAnsi="宋体" w:eastAsia="宋体"/>
          <w:sz w:val="24"/>
        </w:rPr>
        <w:t>阿卡迪亚的血量还有24%。</w:t>
      </w:r>
    </w:p>
    <w:p>
      <w:pPr>
        <w:spacing w:line="560" w:lineRule="exact"/>
        <w:ind w:firstLine="420"/>
      </w:pPr>
      <w:r>
        <w:rPr>
          <w:rFonts w:ascii="宋体" w:hAnsi="宋体" w:eastAsia="宋体"/>
          <w:sz w:val="24"/>
        </w:rPr>
        <w:t>可神豪殿的人倒了一片又一片。</w:t>
      </w:r>
    </w:p>
    <w:p>
      <w:pPr>
        <w:spacing w:line="560" w:lineRule="exact"/>
        <w:ind w:firstLine="420"/>
      </w:pPr>
      <w:r>
        <w:rPr>
          <w:rFonts w:ascii="宋体" w:hAnsi="宋体" w:eastAsia="宋体"/>
          <w:sz w:val="24"/>
        </w:rPr>
        <w:t>苏小雅脸色惨白，还在坚持直播：“还没结束！我哥一定会回来！”</w:t>
      </w:r>
    </w:p>
    <w:p>
      <w:pPr>
        <w:spacing w:line="560" w:lineRule="exact"/>
        <w:ind w:firstLine="420"/>
      </w:pPr>
      <w:r>
        <w:rPr>
          <w:rFonts w:ascii="宋体" w:hAnsi="宋体" w:eastAsia="宋体"/>
          <w:sz w:val="24"/>
        </w:rPr>
        <w:t>凌天盯着战场，声音沙哑：“还有三秒，阿卡迪亚会释放第二次诸神黄昏。届时没人能扛住。”</w:t>
      </w:r>
    </w:p>
    <w:p>
      <w:pPr>
        <w:spacing w:line="560" w:lineRule="exact"/>
        <w:ind w:firstLine="420"/>
      </w:pPr>
      <w:r>
        <w:rPr>
          <w:rFonts w:ascii="宋体" w:hAnsi="宋体" w:eastAsia="宋体"/>
          <w:sz w:val="24"/>
        </w:rPr>
        <w:t>夜影捂着胸口，强行站起来：“我还能刺一刀。”</w:t>
      </w:r>
    </w:p>
    <w:p>
      <w:pPr>
        <w:spacing w:line="560" w:lineRule="exact"/>
        <w:ind w:firstLine="420"/>
      </w:pPr>
      <w:r>
        <w:rPr>
          <w:rFonts w:ascii="宋体" w:hAnsi="宋体" w:eastAsia="宋体"/>
          <w:sz w:val="24"/>
        </w:rPr>
        <w:t>苏小雅咬牙：“我也还能放技能！”</w:t>
      </w:r>
    </w:p>
    <w:p>
      <w:pPr>
        <w:spacing w:line="560" w:lineRule="exact"/>
        <w:ind w:firstLine="420"/>
      </w:pPr>
      <w:r>
        <w:rPr>
          <w:rFonts w:ascii="宋体" w:hAnsi="宋体" w:eastAsia="宋体"/>
          <w:sz w:val="24"/>
        </w:rPr>
        <w:t>赵铁柱的尸体躺在祭坛上，他的盾碎成两半。</w:t>
      </w:r>
    </w:p>
    <w:p>
      <w:pPr>
        <w:spacing w:line="560" w:lineRule="exact"/>
        <w:ind w:firstLine="420"/>
      </w:pPr>
      <w:r>
        <w:rPr>
          <w:rFonts w:ascii="宋体" w:hAnsi="宋体" w:eastAsia="宋体"/>
          <w:sz w:val="24"/>
        </w:rPr>
        <w:t>阿卡迪亚举起巨剑，十二道光轮再次浮现。</w:t>
      </w:r>
    </w:p>
    <w:p>
      <w:pPr>
        <w:spacing w:line="560" w:lineRule="exact"/>
        <w:ind w:firstLine="420"/>
      </w:pPr>
      <w:r>
        <w:rPr>
          <w:rFonts w:ascii="宋体" w:hAnsi="宋体" w:eastAsia="宋体"/>
          <w:sz w:val="24"/>
        </w:rPr>
        <w:t>“凡人的挣扎，到此为止。”</w:t>
      </w:r>
    </w:p>
    <w:p>
      <w:pPr>
        <w:spacing w:line="560" w:lineRule="exact"/>
        <w:ind w:firstLine="420"/>
      </w:pPr>
      <w:r>
        <w:rPr>
          <w:rFonts w:ascii="宋体" w:hAnsi="宋体" w:eastAsia="宋体"/>
          <w:sz w:val="24"/>
        </w:rPr>
        <w:t>它声音落下。</w:t>
      </w:r>
    </w:p>
    <w:p>
      <w:pPr>
        <w:spacing w:line="560" w:lineRule="exact"/>
        <w:ind w:firstLine="420"/>
      </w:pPr>
      <w:r>
        <w:rPr>
          <w:rFonts w:ascii="宋体" w:hAnsi="宋体" w:eastAsia="宋体"/>
          <w:sz w:val="24"/>
        </w:rPr>
        <w:t>天地失色。</w:t>
      </w:r>
    </w:p>
    <w:p>
      <w:pPr>
        <w:spacing w:line="560" w:lineRule="exact"/>
        <w:ind w:firstLine="420"/>
      </w:pPr>
      <w:r>
        <w:rPr>
          <w:rFonts w:ascii="宋体" w:hAnsi="宋体" w:eastAsia="宋体"/>
          <w:sz w:val="24"/>
        </w:rPr>
        <w:t>所有神豪殿成员头顶都出现了死亡倒计时。</w:t>
      </w:r>
    </w:p>
    <w:p>
      <w:pPr>
        <w:spacing w:line="560" w:lineRule="exact"/>
        <w:ind w:firstLine="420"/>
      </w:pPr>
      <w:r>
        <w:rPr>
          <w:rFonts w:ascii="宋体" w:hAnsi="宋体" w:eastAsia="宋体"/>
          <w:sz w:val="24"/>
        </w:rPr>
        <w:t>苏小雅眼眶红了：“哥……”</w:t>
      </w:r>
    </w:p>
    <w:p>
      <w:pPr>
        <w:spacing w:line="560" w:lineRule="exact"/>
        <w:ind w:firstLine="420"/>
      </w:pPr>
      <w:r>
        <w:rPr>
          <w:rFonts w:ascii="宋体" w:hAnsi="宋体" w:eastAsia="宋体"/>
          <w:sz w:val="24"/>
        </w:rPr>
        <w:t>凌天闭了闭眼：“准备记录数据。就算团灭，也要把阿卡迪亚第二阶段技能摸出来。”</w:t>
      </w:r>
    </w:p>
    <w:p>
      <w:pPr>
        <w:spacing w:line="560" w:lineRule="exact"/>
        <w:ind w:firstLine="420"/>
      </w:pPr>
      <w:r>
        <w:rPr>
          <w:rFonts w:ascii="宋体" w:hAnsi="宋体" w:eastAsia="宋体"/>
          <w:sz w:val="24"/>
        </w:rPr>
        <w:t>就在这时。</w:t>
      </w:r>
    </w:p>
    <w:p>
      <w:pPr>
        <w:spacing w:line="560" w:lineRule="exact"/>
        <w:ind w:firstLine="420"/>
      </w:pPr>
      <w:r>
        <w:rPr>
          <w:rFonts w:ascii="宋体" w:hAnsi="宋体" w:eastAsia="宋体"/>
          <w:sz w:val="24"/>
        </w:rPr>
        <w:t>一道金色身影从天而降。</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林风砸在赵铁柱尸体前，脚下金色神纹扩散，硬生生把阿卡迪亚的神罚光轮震停。</w:t>
      </w:r>
    </w:p>
    <w:p>
      <w:pPr>
        <w:spacing w:line="560" w:lineRule="exact"/>
        <w:ind w:firstLine="420"/>
      </w:pPr>
      <w:r>
        <w:rPr>
          <w:rFonts w:ascii="宋体" w:hAnsi="宋体" w:eastAsia="宋体"/>
          <w:sz w:val="24"/>
        </w:rPr>
        <w:t>全频道死寂了一秒。</w:t>
      </w:r>
    </w:p>
    <w:p>
      <w:pPr>
        <w:spacing w:line="560" w:lineRule="exact"/>
        <w:ind w:firstLine="420"/>
      </w:pPr>
      <w:r>
        <w:rPr>
          <w:rFonts w:ascii="宋体" w:hAnsi="宋体" w:eastAsia="宋体"/>
          <w:sz w:val="24"/>
        </w:rPr>
        <w:t>然后，苏小雅尖叫出声：“我哥回来了！”</w:t>
      </w:r>
    </w:p>
    <w:p>
      <w:pPr>
        <w:spacing w:line="560" w:lineRule="exact"/>
        <w:ind w:firstLine="420"/>
      </w:pPr>
      <w:r>
        <w:rPr>
          <w:rFonts w:ascii="宋体" w:hAnsi="宋体" w:eastAsia="宋体"/>
          <w:sz w:val="24"/>
        </w:rPr>
        <w:t>赵铁柱虽然死了，可复活神殿里传来他震天动地的吼声：“老大！我就知道你没那么容易死！”</w:t>
      </w:r>
    </w:p>
    <w:p>
      <w:pPr>
        <w:spacing w:line="560" w:lineRule="exact"/>
        <w:ind w:firstLine="420"/>
      </w:pPr>
      <w:r>
        <w:rPr>
          <w:rFonts w:ascii="宋体" w:hAnsi="宋体" w:eastAsia="宋体"/>
          <w:sz w:val="24"/>
        </w:rPr>
        <w:t>阿卡迪亚缓缓转头。</w:t>
      </w:r>
    </w:p>
    <w:p>
      <w:pPr>
        <w:spacing w:line="560" w:lineRule="exact"/>
        <w:ind w:firstLine="420"/>
      </w:pPr>
      <w:r>
        <w:rPr>
          <w:rFonts w:ascii="宋体" w:hAnsi="宋体" w:eastAsia="宋体"/>
          <w:sz w:val="24"/>
        </w:rPr>
        <w:t>金色眼眸第一次出现明显波动。</w:t>
      </w:r>
    </w:p>
    <w:p>
      <w:pPr>
        <w:spacing w:line="560" w:lineRule="exact"/>
        <w:ind w:firstLine="420"/>
      </w:pPr>
      <w:r>
        <w:rPr>
          <w:rFonts w:ascii="宋体" w:hAnsi="宋体" w:eastAsia="宋体"/>
          <w:sz w:val="24"/>
        </w:rPr>
        <w:t>“你……不该再站起。”</w:t>
      </w:r>
    </w:p>
    <w:p>
      <w:pPr>
        <w:spacing w:line="560" w:lineRule="exact"/>
        <w:ind w:firstLine="420"/>
      </w:pPr>
      <w:r>
        <w:rPr>
          <w:rFonts w:ascii="宋体" w:hAnsi="宋体" w:eastAsia="宋体"/>
          <w:sz w:val="24"/>
        </w:rPr>
        <w:t>林风抬手，摸了摸胸前发烫的古玉。</w:t>
      </w:r>
    </w:p>
    <w:p>
      <w:pPr>
        <w:spacing w:line="560" w:lineRule="exact"/>
        <w:ind w:firstLine="420"/>
      </w:pPr>
      <w:r>
        <w:rPr>
          <w:rFonts w:ascii="宋体" w:hAnsi="宋体" w:eastAsia="宋体"/>
          <w:sz w:val="24"/>
        </w:rPr>
        <w:t>“不好意思，我这个人，就喜欢不讲道理。”</w:t>
      </w:r>
    </w:p>
    <w:p>
      <w:pPr>
        <w:spacing w:line="560" w:lineRule="exact"/>
        <w:ind w:firstLine="420"/>
      </w:pPr>
      <w:r>
        <w:rPr>
          <w:rFonts w:ascii="宋体" w:hAnsi="宋体" w:eastAsia="宋体"/>
          <w:sz w:val="24"/>
        </w:rPr>
        <w:t>【林风开启终极形态：神豪天命！】</w:t>
      </w:r>
    </w:p>
    <w:p>
      <w:pPr>
        <w:spacing w:line="560" w:lineRule="exact"/>
        <w:ind w:firstLine="420"/>
      </w:pPr>
      <w:r>
        <w:rPr>
          <w:rFonts w:ascii="宋体" w:hAnsi="宋体" w:eastAsia="宋体"/>
          <w:sz w:val="24"/>
        </w:rPr>
        <w:t>【全属性提升300%！】</w:t>
      </w:r>
    </w:p>
    <w:p>
      <w:pPr>
        <w:spacing w:line="560" w:lineRule="exact"/>
        <w:ind w:firstLine="420"/>
      </w:pPr>
      <w:r>
        <w:rPr>
          <w:rFonts w:ascii="宋体" w:hAnsi="宋体" w:eastAsia="宋体"/>
          <w:sz w:val="24"/>
        </w:rPr>
        <w:t>【技能冷却缩减80%！】</w:t>
      </w:r>
    </w:p>
    <w:p>
      <w:pPr>
        <w:spacing w:line="560" w:lineRule="exact"/>
        <w:ind w:firstLine="420"/>
      </w:pPr>
      <w:r>
        <w:rPr>
          <w:rFonts w:ascii="宋体" w:hAnsi="宋体" w:eastAsia="宋体"/>
          <w:sz w:val="24"/>
        </w:rPr>
        <w:t>【神座豁免生效！】</w:t>
      </w:r>
    </w:p>
    <w:p>
      <w:pPr>
        <w:spacing w:line="560" w:lineRule="exact"/>
        <w:ind w:firstLine="420"/>
      </w:pPr>
      <w:r>
        <w:rPr>
          <w:rFonts w:ascii="宋体" w:hAnsi="宋体" w:eastAsia="宋体"/>
          <w:sz w:val="24"/>
        </w:rPr>
        <w:t>直播间弹幕瞬间刷爆。</w:t>
      </w:r>
    </w:p>
    <w:p>
      <w:pPr>
        <w:spacing w:line="560" w:lineRule="exact"/>
        <w:ind w:firstLine="420"/>
      </w:pPr>
      <w:r>
        <w:rPr>
          <w:rFonts w:ascii="宋体" w:hAnsi="宋体" w:eastAsia="宋体"/>
          <w:sz w:val="24"/>
        </w:rPr>
        <w:t>“这是什么形态？！”</w:t>
      </w:r>
    </w:p>
    <w:p>
      <w:pPr>
        <w:spacing w:line="560" w:lineRule="exact"/>
        <w:ind w:firstLine="420"/>
      </w:pPr>
      <w:r>
        <w:rPr>
          <w:rFonts w:ascii="宋体" w:hAnsi="宋体" w:eastAsia="宋体"/>
          <w:sz w:val="24"/>
        </w:rPr>
        <w:t>“风中追风开挂了？！”</w:t>
      </w:r>
    </w:p>
    <w:p>
      <w:pPr>
        <w:spacing w:line="560" w:lineRule="exact"/>
        <w:ind w:firstLine="420"/>
      </w:pPr>
      <w:r>
        <w:rPr>
          <w:rFonts w:ascii="宋体" w:hAnsi="宋体" w:eastAsia="宋体"/>
          <w:sz w:val="24"/>
        </w:rPr>
        <w:t>“神豪天命？没听过啊！”</w:t>
      </w:r>
    </w:p>
    <w:p>
      <w:pPr>
        <w:spacing w:line="560" w:lineRule="exact"/>
        <w:ind w:firstLine="420"/>
      </w:pPr>
      <w:r>
        <w:rPr>
          <w:rFonts w:ascii="宋体" w:hAnsi="宋体" w:eastAsia="宋体"/>
          <w:sz w:val="24"/>
        </w:rPr>
        <w:t>“官方直播呢？秦雨呢？快出来解释！”</w:t>
      </w:r>
    </w:p>
    <w:p>
      <w:pPr>
        <w:spacing w:line="560" w:lineRule="exact"/>
        <w:ind w:firstLine="420"/>
      </w:pPr>
      <w:r>
        <w:rPr>
          <w:rFonts w:ascii="宋体" w:hAnsi="宋体" w:eastAsia="宋体"/>
          <w:sz w:val="24"/>
        </w:rPr>
        <w:t>天穹科技运营中心。</w:t>
      </w:r>
    </w:p>
    <w:p>
      <w:pPr>
        <w:spacing w:line="560" w:lineRule="exact"/>
        <w:ind w:firstLine="420"/>
      </w:pPr>
      <w:r>
        <w:rPr>
          <w:rFonts w:ascii="宋体" w:hAnsi="宋体" w:eastAsia="宋体"/>
          <w:sz w:val="24"/>
        </w:rPr>
        <w:t>秦雨猛地从椅子上站起来，盯着监控画面，脸色变了。</w:t>
      </w:r>
    </w:p>
    <w:p>
      <w:pPr>
        <w:spacing w:line="560" w:lineRule="exact"/>
        <w:ind w:firstLine="420"/>
      </w:pPr>
      <w:r>
        <w:rPr>
          <w:rFonts w:ascii="宋体" w:hAnsi="宋体" w:eastAsia="宋体"/>
          <w:sz w:val="24"/>
        </w:rPr>
        <w:t>“古玉共鸣……怎么会现在触发？”</w:t>
      </w:r>
    </w:p>
    <w:p>
      <w:pPr>
        <w:spacing w:line="560" w:lineRule="exact"/>
        <w:ind w:firstLine="420"/>
      </w:pPr>
      <w:r>
        <w:rPr>
          <w:rFonts w:ascii="宋体" w:hAnsi="宋体" w:eastAsia="宋体"/>
          <w:sz w:val="24"/>
        </w:rPr>
        <w:t>旁边工作人员急了：“秦主管，要不要切断林风账号？”</w:t>
      </w:r>
    </w:p>
    <w:p>
      <w:pPr>
        <w:spacing w:line="560" w:lineRule="exact"/>
        <w:ind w:firstLine="420"/>
      </w:pPr>
      <w:r>
        <w:rPr>
          <w:rFonts w:ascii="宋体" w:hAnsi="宋体" w:eastAsia="宋体"/>
          <w:sz w:val="24"/>
        </w:rPr>
        <w:t>秦雨咬牙：“你敢！他现在要是掉线，整个《天界》核心映射都可能崩！”</w:t>
      </w:r>
    </w:p>
    <w:p>
      <w:pPr>
        <w:spacing w:line="560" w:lineRule="exact"/>
        <w:ind w:firstLine="420"/>
      </w:pPr>
      <w:r>
        <w:rPr>
          <w:rFonts w:ascii="宋体" w:hAnsi="宋体" w:eastAsia="宋体"/>
          <w:sz w:val="24"/>
        </w:rPr>
        <w:t>她抓起通讯器，声音发紧：“通知苏总，古玉醒了。”</w:t>
      </w:r>
    </w:p>
    <w:p>
      <w:pPr>
        <w:spacing w:line="560" w:lineRule="exact"/>
        <w:ind w:firstLine="420"/>
      </w:pPr>
      <w:r>
        <w:rPr>
          <w:rFonts w:ascii="宋体" w:hAnsi="宋体" w:eastAsia="宋体"/>
          <w:sz w:val="24"/>
        </w:rPr>
        <w:t>另一边，风婉集团顶层。</w:t>
      </w:r>
    </w:p>
    <w:p>
      <w:pPr>
        <w:spacing w:line="560" w:lineRule="exact"/>
        <w:ind w:firstLine="420"/>
      </w:pPr>
      <w:r>
        <w:rPr>
          <w:rFonts w:ascii="宋体" w:hAnsi="宋体" w:eastAsia="宋体"/>
          <w:sz w:val="24"/>
        </w:rPr>
        <w:t>苏婉清正站在落地窗前，看着手机上传来的战场画面。</w:t>
      </w:r>
    </w:p>
    <w:p>
      <w:pPr>
        <w:spacing w:line="560" w:lineRule="exact"/>
        <w:ind w:firstLine="420"/>
      </w:pPr>
      <w:r>
        <w:rPr>
          <w:rFonts w:ascii="宋体" w:hAnsi="宋体" w:eastAsia="宋体"/>
          <w:sz w:val="24"/>
        </w:rPr>
        <w:t>听到这句话，她握着手机的手指微微收紧。</w:t>
      </w:r>
    </w:p>
    <w:p>
      <w:pPr>
        <w:spacing w:line="560" w:lineRule="exact"/>
        <w:ind w:firstLine="420"/>
      </w:pPr>
      <w:r>
        <w:rPr>
          <w:rFonts w:ascii="宋体" w:hAnsi="宋体" w:eastAsia="宋体"/>
          <w:sz w:val="24"/>
        </w:rPr>
        <w:t>“终于醒了么。”</w:t>
      </w:r>
    </w:p>
    <w:p>
      <w:pPr>
        <w:spacing w:line="560" w:lineRule="exact"/>
        <w:ind w:firstLine="420"/>
      </w:pPr>
      <w:r>
        <w:rPr>
          <w:rFonts w:ascii="宋体" w:hAnsi="宋体" w:eastAsia="宋体"/>
          <w:sz w:val="24"/>
        </w:rPr>
        <w:t>祭坛上。</w:t>
      </w:r>
    </w:p>
    <w:p>
      <w:pPr>
        <w:spacing w:line="560" w:lineRule="exact"/>
        <w:ind w:firstLine="420"/>
      </w:pPr>
      <w:r>
        <w:rPr>
          <w:rFonts w:ascii="宋体" w:hAnsi="宋体" w:eastAsia="宋体"/>
          <w:sz w:val="24"/>
        </w:rPr>
        <w:t>林风没有给阿卡迪亚任何机会。</w:t>
      </w:r>
    </w:p>
    <w:p>
      <w:pPr>
        <w:spacing w:line="560" w:lineRule="exact"/>
        <w:ind w:firstLine="420"/>
      </w:pPr>
      <w:r>
        <w:rPr>
          <w:rFonts w:ascii="宋体" w:hAnsi="宋体" w:eastAsia="宋体"/>
          <w:sz w:val="24"/>
        </w:rPr>
        <w:t>他一步踏出。</w:t>
      </w:r>
    </w:p>
    <w:p>
      <w:pPr>
        <w:spacing w:line="560" w:lineRule="exact"/>
        <w:ind w:firstLine="420"/>
      </w:pPr>
      <w:r>
        <w:rPr>
          <w:rFonts w:ascii="宋体" w:hAnsi="宋体" w:eastAsia="宋体"/>
          <w:sz w:val="24"/>
        </w:rPr>
        <w:t>【技能：神豪冲锋】</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他整个人化作金色流星，撞在阿卡迪亚胸前。</w:t>
      </w:r>
    </w:p>
    <w:p>
      <w:pPr>
        <w:spacing w:line="560" w:lineRule="exact"/>
        <w:ind w:firstLine="420"/>
      </w:pPr>
      <w:r>
        <w:rPr>
          <w:rFonts w:ascii="宋体" w:hAnsi="宋体" w:eastAsia="宋体"/>
          <w:sz w:val="24"/>
        </w:rPr>
        <w:t>-286420！</w:t>
      </w:r>
    </w:p>
    <w:p>
      <w:pPr>
        <w:spacing w:line="560" w:lineRule="exact"/>
        <w:ind w:firstLine="420"/>
      </w:pPr>
      <w:r>
        <w:rPr>
          <w:rFonts w:ascii="宋体" w:hAnsi="宋体" w:eastAsia="宋体"/>
          <w:sz w:val="24"/>
        </w:rPr>
        <w:t>阿卡迪亚第一次后退。</w:t>
      </w:r>
    </w:p>
    <w:p>
      <w:pPr>
        <w:spacing w:line="560" w:lineRule="exact"/>
        <w:ind w:firstLine="420"/>
      </w:pPr>
      <w:r>
        <w:rPr>
          <w:rFonts w:ascii="宋体" w:hAnsi="宋体" w:eastAsia="宋体"/>
          <w:sz w:val="24"/>
        </w:rPr>
        <w:t>林风反手拔刀。</w:t>
      </w:r>
    </w:p>
    <w:p>
      <w:pPr>
        <w:spacing w:line="560" w:lineRule="exact"/>
        <w:ind w:firstLine="420"/>
      </w:pPr>
      <w:r>
        <w:rPr>
          <w:rFonts w:ascii="宋体" w:hAnsi="宋体" w:eastAsia="宋体"/>
          <w:sz w:val="24"/>
        </w:rPr>
        <w:t>【技能：裁决斩】</w:t>
      </w:r>
    </w:p>
    <w:p>
      <w:pPr>
        <w:spacing w:line="560" w:lineRule="exact"/>
        <w:ind w:firstLine="420"/>
      </w:pPr>
      <w:r>
        <w:rPr>
          <w:rFonts w:ascii="宋体" w:hAnsi="宋体" w:eastAsia="宋体"/>
          <w:sz w:val="24"/>
        </w:rPr>
        <w:t>-319870！</w:t>
      </w:r>
    </w:p>
    <w:p>
      <w:pPr>
        <w:spacing w:line="560" w:lineRule="exact"/>
        <w:ind w:firstLine="420"/>
      </w:pPr>
      <w:r>
        <w:rPr>
          <w:rFonts w:ascii="宋体" w:hAnsi="宋体" w:eastAsia="宋体"/>
          <w:sz w:val="24"/>
        </w:rPr>
        <w:t>【技能：破神连击】</w:t>
      </w:r>
    </w:p>
    <w:p>
      <w:pPr>
        <w:spacing w:line="560" w:lineRule="exact"/>
        <w:ind w:firstLine="420"/>
      </w:pPr>
      <w:r>
        <w:rPr>
          <w:rFonts w:ascii="宋体" w:hAnsi="宋体" w:eastAsia="宋体"/>
          <w:sz w:val="24"/>
        </w:rPr>
        <w:t>-124560！</w:t>
      </w:r>
    </w:p>
    <w:p>
      <w:pPr>
        <w:spacing w:line="560" w:lineRule="exact"/>
        <w:ind w:firstLine="420"/>
      </w:pPr>
      <w:r>
        <w:rPr>
          <w:rFonts w:ascii="宋体" w:hAnsi="宋体" w:eastAsia="宋体"/>
          <w:sz w:val="24"/>
        </w:rPr>
        <w:t>-128930！</w:t>
      </w:r>
    </w:p>
    <w:p>
      <w:pPr>
        <w:spacing w:line="560" w:lineRule="exact"/>
        <w:ind w:firstLine="420"/>
      </w:pPr>
      <w:r>
        <w:rPr>
          <w:rFonts w:ascii="宋体" w:hAnsi="宋体" w:eastAsia="宋体"/>
          <w:sz w:val="24"/>
        </w:rPr>
        <w:t>-131240！</w:t>
      </w:r>
    </w:p>
    <w:p>
      <w:pPr>
        <w:spacing w:line="560" w:lineRule="exact"/>
        <w:ind w:firstLine="420"/>
      </w:pPr>
      <w:r>
        <w:rPr>
          <w:rFonts w:ascii="宋体" w:hAnsi="宋体" w:eastAsia="宋体"/>
          <w:sz w:val="24"/>
        </w:rPr>
        <w:t>阿卡迪亚巨剑横扫。</w:t>
      </w:r>
    </w:p>
    <w:p>
      <w:pPr>
        <w:spacing w:line="560" w:lineRule="exact"/>
        <w:ind w:firstLine="420"/>
      </w:pPr>
      <w:r>
        <w:rPr>
          <w:rFonts w:ascii="宋体" w:hAnsi="宋体" w:eastAsia="宋体"/>
          <w:sz w:val="24"/>
        </w:rPr>
        <w:t>【技能：神罚斩】</w:t>
      </w:r>
    </w:p>
    <w:p>
      <w:pPr>
        <w:spacing w:line="560" w:lineRule="exact"/>
        <w:ind w:firstLine="420"/>
      </w:pPr>
      <w:r>
        <w:rPr>
          <w:rFonts w:ascii="宋体" w:hAnsi="宋体" w:eastAsia="宋体"/>
          <w:sz w:val="24"/>
        </w:rPr>
        <w:t>-520000！</w:t>
      </w:r>
    </w:p>
    <w:p>
      <w:pPr>
        <w:spacing w:line="560" w:lineRule="exact"/>
        <w:ind w:firstLine="420"/>
      </w:pPr>
      <w:r>
        <w:rPr>
          <w:rFonts w:ascii="宋体" w:hAnsi="宋体" w:eastAsia="宋体"/>
          <w:sz w:val="24"/>
        </w:rPr>
        <w:t>林风血条掉了半截，但头顶立刻浮现一层金色护盾。</w:t>
      </w:r>
    </w:p>
    <w:p>
      <w:pPr>
        <w:spacing w:line="560" w:lineRule="exact"/>
        <w:ind w:firstLine="420"/>
      </w:pPr>
      <w:r>
        <w:rPr>
          <w:rFonts w:ascii="宋体" w:hAnsi="宋体" w:eastAsia="宋体"/>
          <w:sz w:val="24"/>
        </w:rPr>
        <w:t>【神座豁免抵消致命伤害！】</w:t>
      </w:r>
    </w:p>
    <w:p>
      <w:pPr>
        <w:spacing w:line="560" w:lineRule="exact"/>
        <w:ind w:firstLine="420"/>
      </w:pPr>
      <w:r>
        <w:rPr>
          <w:rFonts w:ascii="宋体" w:hAnsi="宋体" w:eastAsia="宋体"/>
          <w:sz w:val="24"/>
        </w:rPr>
        <w:t>阿卡迪亚眼神一冷：“神座之力？”</w:t>
      </w:r>
    </w:p>
    <w:p>
      <w:pPr>
        <w:spacing w:line="560" w:lineRule="exact"/>
        <w:ind w:firstLine="420"/>
      </w:pPr>
      <w:r>
        <w:rPr>
          <w:rFonts w:ascii="宋体" w:hAnsi="宋体" w:eastAsia="宋体"/>
          <w:sz w:val="24"/>
        </w:rPr>
        <w:t>林风咧嘴：“惊讶吗？更惊讶的还在后面。”</w:t>
      </w:r>
    </w:p>
    <w:p>
      <w:pPr>
        <w:spacing w:line="560" w:lineRule="exact"/>
        <w:ind w:firstLine="420"/>
      </w:pPr>
      <w:r>
        <w:rPr>
          <w:rFonts w:ascii="宋体" w:hAnsi="宋体" w:eastAsia="宋体"/>
          <w:sz w:val="24"/>
        </w:rPr>
        <w:t>他抬手，身后浮现出一座巨大金殿虚影。</w:t>
      </w:r>
    </w:p>
    <w:p>
      <w:pPr>
        <w:spacing w:line="560" w:lineRule="exact"/>
        <w:ind w:firstLine="420"/>
      </w:pPr>
      <w:r>
        <w:rPr>
          <w:rFonts w:ascii="宋体" w:hAnsi="宋体" w:eastAsia="宋体"/>
          <w:sz w:val="24"/>
        </w:rPr>
        <w:t>神豪殿！</w:t>
      </w:r>
    </w:p>
    <w:p>
      <w:pPr>
        <w:spacing w:line="560" w:lineRule="exact"/>
        <w:ind w:firstLine="420"/>
      </w:pPr>
      <w:r>
        <w:rPr>
          <w:rFonts w:ascii="宋体" w:hAnsi="宋体" w:eastAsia="宋体"/>
          <w:sz w:val="24"/>
        </w:rPr>
        <w:t>无数神豪殿成员虽然倒下，可他们的公会徽章在金光中亮起。</w:t>
      </w:r>
    </w:p>
    <w:p>
      <w:pPr>
        <w:spacing w:line="560" w:lineRule="exact"/>
        <w:ind w:firstLine="420"/>
      </w:pPr>
      <w:r>
        <w:rPr>
          <w:rFonts w:ascii="宋体" w:hAnsi="宋体" w:eastAsia="宋体"/>
          <w:sz w:val="24"/>
        </w:rPr>
        <w:t>赵铁柱在复活神殿里看呆了：“老大，这技能也太帅了吧？”</w:t>
      </w:r>
    </w:p>
    <w:p>
      <w:pPr>
        <w:spacing w:line="560" w:lineRule="exact"/>
        <w:ind w:firstLine="420"/>
      </w:pPr>
      <w:r>
        <w:rPr>
          <w:rFonts w:ascii="宋体" w:hAnsi="宋体" w:eastAsia="宋体"/>
          <w:sz w:val="24"/>
        </w:rPr>
        <w:t>苏小雅边哭边喊：“兄弟们看到了吗？这就是我们神豪殿！”</w:t>
      </w:r>
    </w:p>
    <w:p>
      <w:pPr>
        <w:spacing w:line="560" w:lineRule="exact"/>
        <w:ind w:firstLine="420"/>
      </w:pPr>
      <w:r>
        <w:rPr>
          <w:rFonts w:ascii="宋体" w:hAnsi="宋体" w:eastAsia="宋体"/>
          <w:sz w:val="24"/>
        </w:rPr>
        <w:t>夜影重新隐入阴影。</w:t>
      </w:r>
    </w:p>
    <w:p>
      <w:pPr>
        <w:spacing w:line="560" w:lineRule="exact"/>
        <w:ind w:firstLine="420"/>
      </w:pPr>
      <w:r>
        <w:rPr>
          <w:rFonts w:ascii="宋体" w:hAnsi="宋体" w:eastAsia="宋体"/>
          <w:sz w:val="24"/>
        </w:rPr>
        <w:t>“凌天，给我开道。”</w:t>
      </w:r>
    </w:p>
    <w:p>
      <w:pPr>
        <w:spacing w:line="560" w:lineRule="exact"/>
        <w:ind w:firstLine="420"/>
      </w:pPr>
      <w:r>
        <w:rPr>
          <w:rFonts w:ascii="宋体" w:hAnsi="宋体" w:eastAsia="宋体"/>
          <w:sz w:val="24"/>
        </w:rPr>
        <w:t>凌天立刻下令：“所有人，复活后别急着冲！给夜影和老大铺技能链！治疗优先保夜影！”</w:t>
      </w:r>
    </w:p>
    <w:p>
      <w:pPr>
        <w:spacing w:line="560" w:lineRule="exact"/>
        <w:ind w:firstLine="420"/>
      </w:pPr>
      <w:r>
        <w:rPr>
          <w:rFonts w:ascii="宋体" w:hAnsi="宋体" w:eastAsia="宋体"/>
          <w:sz w:val="24"/>
        </w:rPr>
        <w:t>神豪殿残存成员纷纷爬起。</w:t>
      </w:r>
    </w:p>
    <w:p>
      <w:pPr>
        <w:spacing w:line="560" w:lineRule="exact"/>
        <w:ind w:firstLine="420"/>
      </w:pPr>
      <w:r>
        <w:rPr>
          <w:rFonts w:ascii="宋体" w:hAnsi="宋体" w:eastAsia="宋体"/>
          <w:sz w:val="24"/>
        </w:rPr>
        <w:t>“神豪殿！”</w:t>
      </w:r>
    </w:p>
    <w:p>
      <w:pPr>
        <w:spacing w:line="560" w:lineRule="exact"/>
        <w:ind w:firstLine="420"/>
      </w:pPr>
      <w:r>
        <w:rPr>
          <w:rFonts w:ascii="宋体" w:hAnsi="宋体" w:eastAsia="宋体"/>
          <w:sz w:val="24"/>
        </w:rPr>
        <w:t>“神豪殿！”</w:t>
      </w:r>
    </w:p>
    <w:p>
      <w:pPr>
        <w:spacing w:line="560" w:lineRule="exact"/>
        <w:ind w:firstLine="420"/>
      </w:pPr>
      <w:r>
        <w:rPr>
          <w:rFonts w:ascii="宋体" w:hAnsi="宋体" w:eastAsia="宋体"/>
          <w:sz w:val="24"/>
        </w:rPr>
        <w:t>“神豪殿！”</w:t>
      </w:r>
    </w:p>
    <w:p>
      <w:pPr>
        <w:spacing w:line="560" w:lineRule="exact"/>
        <w:ind w:firstLine="420"/>
      </w:pPr>
      <w:r>
        <w:rPr>
          <w:rFonts w:ascii="宋体" w:hAnsi="宋体" w:eastAsia="宋体"/>
          <w:sz w:val="24"/>
        </w:rPr>
        <w:t>吼声从复活点一路传到祭坛。</w:t>
      </w:r>
    </w:p>
    <w:p>
      <w:pPr>
        <w:spacing w:line="560" w:lineRule="exact"/>
        <w:ind w:firstLine="420"/>
      </w:pPr>
      <w:r>
        <w:rPr>
          <w:rFonts w:ascii="宋体" w:hAnsi="宋体" w:eastAsia="宋体"/>
          <w:sz w:val="24"/>
        </w:rPr>
        <w:t>林风头顶血条再次拉满。</w:t>
      </w:r>
    </w:p>
    <w:p>
      <w:pPr>
        <w:spacing w:line="560" w:lineRule="exact"/>
        <w:ind w:firstLine="420"/>
      </w:pPr>
      <w:r>
        <w:rPr>
          <w:rFonts w:ascii="宋体" w:hAnsi="宋体" w:eastAsia="宋体"/>
          <w:sz w:val="24"/>
        </w:rPr>
        <w:t>【技能：神豪馈赠】</w:t>
      </w:r>
    </w:p>
    <w:p>
      <w:pPr>
        <w:spacing w:line="560" w:lineRule="exact"/>
        <w:ind w:firstLine="420"/>
      </w:pPr>
      <w:r>
        <w:rPr>
          <w:rFonts w:ascii="宋体" w:hAnsi="宋体" w:eastAsia="宋体"/>
          <w:sz w:val="24"/>
        </w:rPr>
        <w:t>【为范围内友方目标恢复30%生命值，并附加“神豪护佑”！】</w:t>
      </w:r>
    </w:p>
    <w:p>
      <w:pPr>
        <w:spacing w:line="560" w:lineRule="exact"/>
        <w:ind w:firstLine="420"/>
      </w:pPr>
      <w:r>
        <w:rPr>
          <w:rFonts w:ascii="宋体" w:hAnsi="宋体" w:eastAsia="宋体"/>
          <w:sz w:val="24"/>
        </w:rPr>
        <w:t>金光洒落。</w:t>
      </w:r>
    </w:p>
    <w:p>
      <w:pPr>
        <w:spacing w:line="560" w:lineRule="exact"/>
        <w:ind w:firstLine="420"/>
      </w:pPr>
      <w:r>
        <w:rPr>
          <w:rFonts w:ascii="宋体" w:hAnsi="宋体" w:eastAsia="宋体"/>
          <w:sz w:val="24"/>
        </w:rPr>
        <w:t>赵铁柱刚复活，血条直接回了一大截。</w:t>
      </w:r>
    </w:p>
    <w:p>
      <w:pPr>
        <w:spacing w:line="560" w:lineRule="exact"/>
        <w:ind w:firstLine="420"/>
      </w:pPr>
      <w:r>
        <w:rPr>
          <w:rFonts w:ascii="宋体" w:hAnsi="宋体" w:eastAsia="宋体"/>
          <w:sz w:val="24"/>
        </w:rPr>
        <w:t>他冲出复活点，重新举盾：“我回来了！老大，这次我给你扛！”</w:t>
      </w:r>
    </w:p>
    <w:p>
      <w:pPr>
        <w:spacing w:line="560" w:lineRule="exact"/>
        <w:ind w:firstLine="420"/>
      </w:pPr>
      <w:r>
        <w:rPr>
          <w:rFonts w:ascii="宋体" w:hAnsi="宋体" w:eastAsia="宋体"/>
          <w:sz w:val="24"/>
        </w:rPr>
        <w:t>林风头也不回：“别送，站我后面喊666。”</w:t>
      </w:r>
    </w:p>
    <w:p>
      <w:pPr>
        <w:spacing w:line="560" w:lineRule="exact"/>
        <w:ind w:firstLine="420"/>
      </w:pPr>
      <w:r>
        <w:rPr>
          <w:rFonts w:ascii="宋体" w:hAnsi="宋体" w:eastAsia="宋体"/>
          <w:sz w:val="24"/>
        </w:rPr>
        <w:t>赵铁柱：“那不行，我是坦克，喊666是辅助的事。”</w:t>
      </w:r>
    </w:p>
    <w:p>
      <w:pPr>
        <w:spacing w:line="560" w:lineRule="exact"/>
        <w:ind w:firstLine="420"/>
      </w:pPr>
      <w:r>
        <w:rPr>
          <w:rFonts w:ascii="宋体" w:hAnsi="宋体" w:eastAsia="宋体"/>
          <w:sz w:val="24"/>
        </w:rPr>
        <w:t>苏小雅：“我辅助我喊！老大666！”</w:t>
      </w:r>
    </w:p>
    <w:p>
      <w:pPr>
        <w:spacing w:line="560" w:lineRule="exact"/>
        <w:ind w:firstLine="420"/>
      </w:pPr>
      <w:r>
        <w:rPr>
          <w:rFonts w:ascii="宋体" w:hAnsi="宋体" w:eastAsia="宋体"/>
          <w:sz w:val="24"/>
        </w:rPr>
        <w:t>夜影的身影已经贴到阿卡迪亚背后。</w:t>
      </w:r>
    </w:p>
    <w:p>
      <w:pPr>
        <w:spacing w:line="560" w:lineRule="exact"/>
        <w:ind w:firstLine="420"/>
      </w:pPr>
      <w:r>
        <w:rPr>
          <w:rFonts w:ascii="宋体" w:hAnsi="宋体" w:eastAsia="宋体"/>
          <w:sz w:val="24"/>
        </w:rPr>
        <w:t>【技能：影杀·绝息】</w:t>
      </w:r>
    </w:p>
    <w:p>
      <w:pPr>
        <w:spacing w:line="560" w:lineRule="exact"/>
        <w:ind w:firstLine="420"/>
      </w:pPr>
      <w:r>
        <w:rPr>
          <w:rFonts w:ascii="宋体" w:hAnsi="宋体" w:eastAsia="宋体"/>
          <w:sz w:val="24"/>
        </w:rPr>
        <w:t>-241680！</w:t>
      </w:r>
    </w:p>
    <w:p>
      <w:pPr>
        <w:spacing w:line="560" w:lineRule="exact"/>
        <w:ind w:firstLine="420"/>
      </w:pPr>
      <w:r>
        <w:rPr>
          <w:rFonts w:ascii="宋体" w:hAnsi="宋体" w:eastAsia="宋体"/>
          <w:sz w:val="24"/>
        </w:rPr>
        <w:t>【技能：致命弱点】</w:t>
      </w:r>
    </w:p>
    <w:p>
      <w:pPr>
        <w:spacing w:line="560" w:lineRule="exact"/>
        <w:ind w:firstLine="420"/>
      </w:pPr>
      <w:r>
        <w:rPr>
          <w:rFonts w:ascii="宋体" w:hAnsi="宋体" w:eastAsia="宋体"/>
          <w:sz w:val="24"/>
        </w:rPr>
        <w:t>阿卡迪亚头顶出现破甲标记。</w:t>
      </w:r>
    </w:p>
    <w:p>
      <w:pPr>
        <w:spacing w:line="560" w:lineRule="exact"/>
        <w:ind w:firstLine="420"/>
      </w:pPr>
      <w:r>
        <w:rPr>
          <w:rFonts w:ascii="宋体" w:hAnsi="宋体" w:eastAsia="宋体"/>
          <w:sz w:val="24"/>
        </w:rPr>
        <w:t>林风抓住机会，双手握刀。</w:t>
      </w:r>
    </w:p>
    <w:p>
      <w:pPr>
        <w:spacing w:line="560" w:lineRule="exact"/>
        <w:ind w:firstLine="420"/>
      </w:pPr>
      <w:r>
        <w:rPr>
          <w:rFonts w:ascii="宋体" w:hAnsi="宋体" w:eastAsia="宋体"/>
          <w:sz w:val="24"/>
        </w:rPr>
        <w:t>【终极技能：神豪裁决】</w:t>
      </w:r>
    </w:p>
    <w:p>
      <w:pPr>
        <w:spacing w:line="560" w:lineRule="exact"/>
        <w:ind w:firstLine="420"/>
      </w:pPr>
      <w:r>
        <w:rPr>
          <w:rFonts w:ascii="宋体" w:hAnsi="宋体" w:eastAsia="宋体"/>
          <w:sz w:val="24"/>
        </w:rPr>
        <w:t>天空裂开。</w:t>
      </w:r>
    </w:p>
    <w:p>
      <w:pPr>
        <w:spacing w:line="560" w:lineRule="exact"/>
        <w:ind w:firstLine="420"/>
      </w:pPr>
      <w:r>
        <w:rPr>
          <w:rFonts w:ascii="宋体" w:hAnsi="宋体" w:eastAsia="宋体"/>
          <w:sz w:val="24"/>
        </w:rPr>
        <w:t>一座比阿卡迪亚王座更耀眼的金色神座缓缓浮现。</w:t>
      </w:r>
    </w:p>
    <w:p>
      <w:pPr>
        <w:spacing w:line="560" w:lineRule="exact"/>
        <w:ind w:firstLine="420"/>
      </w:pPr>
      <w:r>
        <w:rPr>
          <w:rFonts w:ascii="宋体" w:hAnsi="宋体" w:eastAsia="宋体"/>
          <w:sz w:val="24"/>
        </w:rPr>
        <w:t>神座上，古玉纹路与林风角色重叠。</w:t>
      </w:r>
    </w:p>
    <w:p>
      <w:pPr>
        <w:spacing w:line="560" w:lineRule="exact"/>
        <w:ind w:firstLine="420"/>
      </w:pPr>
      <w:r>
        <w:rPr>
          <w:rFonts w:ascii="宋体" w:hAnsi="宋体" w:eastAsia="宋体"/>
          <w:sz w:val="24"/>
        </w:rPr>
        <w:t>阿卡迪亚第一次露出怒意。</w:t>
      </w:r>
    </w:p>
    <w:p>
      <w:pPr>
        <w:spacing w:line="560" w:lineRule="exact"/>
        <w:ind w:firstLine="420"/>
      </w:pPr>
      <w:r>
        <w:rPr>
          <w:rFonts w:ascii="宋体" w:hAnsi="宋体" w:eastAsia="宋体"/>
          <w:sz w:val="24"/>
        </w:rPr>
        <w:t>“凡人，你凭什么审判神明？”</w:t>
      </w:r>
    </w:p>
    <w:p>
      <w:pPr>
        <w:spacing w:line="560" w:lineRule="exact"/>
        <w:ind w:firstLine="420"/>
      </w:pPr>
      <w:r>
        <w:rPr>
          <w:rFonts w:ascii="宋体" w:hAnsi="宋体" w:eastAsia="宋体"/>
          <w:sz w:val="24"/>
        </w:rPr>
        <w:t>林风一刀斩下。</w:t>
      </w:r>
    </w:p>
    <w:p>
      <w:pPr>
        <w:spacing w:line="560" w:lineRule="exact"/>
        <w:ind w:firstLine="420"/>
      </w:pPr>
      <w:r>
        <w:rPr>
          <w:rFonts w:ascii="宋体" w:hAnsi="宋体" w:eastAsia="宋体"/>
          <w:sz w:val="24"/>
        </w:rPr>
        <w:t>“凭我充的钱，凭我身后的人，也凭我爸妈留给我的东西！”</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金色刀光贯穿祭坛。</w:t>
      </w:r>
    </w:p>
    <w:p>
      <w:pPr>
        <w:spacing w:line="560" w:lineRule="exact"/>
        <w:ind w:firstLine="420"/>
      </w:pPr>
      <w:r>
        <w:rPr>
          <w:rFonts w:ascii="宋体" w:hAnsi="宋体" w:eastAsia="宋体"/>
          <w:sz w:val="24"/>
        </w:rPr>
        <w:t>-1888888！</w:t>
      </w:r>
    </w:p>
    <w:p>
      <w:pPr>
        <w:spacing w:line="560" w:lineRule="exact"/>
        <w:ind w:firstLine="420"/>
      </w:pPr>
      <w:r>
        <w:rPr>
          <w:rFonts w:ascii="宋体" w:hAnsi="宋体" w:eastAsia="宋体"/>
          <w:sz w:val="24"/>
        </w:rPr>
        <w:t>阿卡迪亚血条瞬间从24%跌到9%！</w:t>
      </w:r>
    </w:p>
    <w:p>
      <w:pPr>
        <w:spacing w:line="560" w:lineRule="exact"/>
        <w:ind w:firstLine="420"/>
      </w:pPr>
      <w:r>
        <w:rPr>
          <w:rFonts w:ascii="宋体" w:hAnsi="宋体" w:eastAsia="宋体"/>
          <w:sz w:val="24"/>
        </w:rPr>
        <w:t>全服直播频道彻底爆炸。</w:t>
      </w:r>
    </w:p>
    <w:p>
      <w:pPr>
        <w:spacing w:line="560" w:lineRule="exact"/>
        <w:ind w:firstLine="420"/>
      </w:pPr>
      <w:r>
        <w:rPr>
          <w:rFonts w:ascii="宋体" w:hAnsi="宋体" w:eastAsia="宋体"/>
          <w:sz w:val="24"/>
        </w:rPr>
        <w:t>“一刀一百八十八万？！”</w:t>
      </w:r>
    </w:p>
    <w:p>
      <w:pPr>
        <w:spacing w:line="560" w:lineRule="exact"/>
        <w:ind w:firstLine="420"/>
      </w:pPr>
      <w:r>
        <w:rPr>
          <w:rFonts w:ascii="宋体" w:hAnsi="宋体" w:eastAsia="宋体"/>
          <w:sz w:val="24"/>
        </w:rPr>
        <w:t>“这BOSS快死了！”</w:t>
      </w:r>
    </w:p>
    <w:p>
      <w:pPr>
        <w:spacing w:line="560" w:lineRule="exact"/>
        <w:ind w:firstLine="420"/>
      </w:pPr>
      <w:r>
        <w:rPr>
          <w:rFonts w:ascii="宋体" w:hAnsi="宋体" w:eastAsia="宋体"/>
          <w:sz w:val="24"/>
        </w:rPr>
        <w:t>“神豪殿要首通诸神之战了！”</w:t>
      </w:r>
    </w:p>
    <w:p>
      <w:pPr>
        <w:spacing w:line="560" w:lineRule="exact"/>
        <w:ind w:firstLine="420"/>
      </w:pPr>
      <w:r>
        <w:rPr>
          <w:rFonts w:ascii="宋体" w:hAnsi="宋体" w:eastAsia="宋体"/>
          <w:sz w:val="24"/>
        </w:rPr>
        <w:t>阿卡迪亚身上的神甲开始龟裂。</w:t>
      </w:r>
    </w:p>
    <w:p>
      <w:pPr>
        <w:spacing w:line="560" w:lineRule="exact"/>
        <w:ind w:firstLine="420"/>
      </w:pPr>
      <w:r>
        <w:rPr>
          <w:rFonts w:ascii="宋体" w:hAnsi="宋体" w:eastAsia="宋体"/>
          <w:sz w:val="24"/>
        </w:rPr>
        <w:t>它仰天怒吼，背后王座崩碎。</w:t>
      </w:r>
    </w:p>
    <w:p>
      <w:pPr>
        <w:spacing w:line="560" w:lineRule="exact"/>
        <w:ind w:firstLine="420"/>
      </w:pPr>
      <w:r>
        <w:rPr>
          <w:rFonts w:ascii="宋体" w:hAnsi="宋体" w:eastAsia="宋体"/>
          <w:sz w:val="24"/>
        </w:rPr>
        <w:t>“既然神座不容凡人，那便让世界陪葬！”</w:t>
      </w:r>
    </w:p>
    <w:p>
      <w:pPr>
        <w:spacing w:line="560" w:lineRule="exact"/>
        <w:ind w:firstLine="420"/>
      </w:pPr>
      <w:r>
        <w:rPr>
          <w:rFonts w:ascii="宋体" w:hAnsi="宋体" w:eastAsia="宋体"/>
          <w:sz w:val="24"/>
        </w:rPr>
        <w:t>它胸口裂开，露出一颗黑色核心。</w:t>
      </w:r>
    </w:p>
    <w:p>
      <w:pPr>
        <w:spacing w:line="560" w:lineRule="exact"/>
        <w:ind w:firstLine="420"/>
      </w:pPr>
      <w:r>
        <w:rPr>
          <w:rFonts w:ascii="宋体" w:hAnsi="宋体" w:eastAsia="宋体"/>
          <w:sz w:val="24"/>
        </w:rPr>
        <w:t>凌天脸色剧变：“不对！它还有第三阶段！”</w:t>
      </w:r>
    </w:p>
    <w:p>
      <w:pPr>
        <w:spacing w:line="560" w:lineRule="exact"/>
        <w:ind w:firstLine="420"/>
      </w:pPr>
      <w:r>
        <w:rPr>
          <w:rFonts w:ascii="宋体" w:hAnsi="宋体" w:eastAsia="宋体"/>
          <w:sz w:val="24"/>
        </w:rPr>
        <w:t>林风握紧刀，眼神沉下。</w:t>
      </w:r>
    </w:p>
    <w:p>
      <w:pPr>
        <w:spacing w:line="560" w:lineRule="exact"/>
        <w:ind w:firstLine="420"/>
      </w:pPr>
      <w:r>
        <w:rPr>
          <w:rFonts w:ascii="宋体" w:hAnsi="宋体" w:eastAsia="宋体"/>
          <w:sz w:val="24"/>
        </w:rPr>
        <w:t>“来。”</w:t>
      </w:r>
    </w:p>
    <w:p>
      <w:pPr>
        <w:spacing w:line="560" w:lineRule="exact"/>
        <w:ind w:firstLine="420"/>
      </w:pPr>
      <w:r>
        <w:rPr>
          <w:rFonts w:ascii="宋体" w:hAnsi="宋体" w:eastAsia="宋体"/>
          <w:sz w:val="24"/>
        </w:rPr>
        <w:t>阿卡迪亚黑色核心猛然炸开。</w:t>
      </w:r>
    </w:p>
    <w:p>
      <w:pPr>
        <w:spacing w:line="560" w:lineRule="exact"/>
        <w:ind w:firstLine="420"/>
      </w:pPr>
      <w:r>
        <w:rPr>
          <w:rFonts w:ascii="宋体" w:hAnsi="宋体" w:eastAsia="宋体"/>
          <w:sz w:val="24"/>
        </w:rPr>
        <w:t>【警告！BOSS“阿卡迪亚”进入隐藏阶段：灭世形态！】</w:t>
      </w:r>
    </w:p>
    <w:p>
      <w:pPr>
        <w:spacing w:line="560" w:lineRule="exact"/>
        <w:ind w:firstLine="420"/>
      </w:pPr>
      <w:r>
        <w:rPr>
          <w:rFonts w:ascii="宋体" w:hAnsi="宋体" w:eastAsia="宋体"/>
          <w:sz w:val="24"/>
        </w:rPr>
        <w:t>【警告！检测到暗流能量侵蚀！】</w:t>
      </w:r>
    </w:p>
    <w:p>
      <w:pPr>
        <w:spacing w:line="560" w:lineRule="exact"/>
        <w:ind w:firstLine="420"/>
      </w:pPr>
      <w:r>
        <w:rPr>
          <w:rFonts w:ascii="宋体" w:hAnsi="宋体" w:eastAsia="宋体"/>
          <w:sz w:val="24"/>
        </w:rPr>
        <w:t>【警告！现实映射通道正在被强行打开！】</w:t>
      </w:r>
    </w:p>
    <w:p>
      <w:pPr>
        <w:spacing w:line="560" w:lineRule="exact"/>
        <w:ind w:firstLine="420"/>
      </w:pPr>
      <w:r>
        <w:rPr>
          <w:rFonts w:ascii="宋体" w:hAnsi="宋体" w:eastAsia="宋体"/>
          <w:sz w:val="24"/>
        </w:rPr>
        <w:t>下一秒，整个《天界》天空变成血红色。</w:t>
      </w:r>
    </w:p>
    <w:p>
      <w:pPr>
        <w:spacing w:line="560" w:lineRule="exact"/>
        <w:ind w:firstLine="420"/>
      </w:pPr>
      <w:r>
        <w:rPr>
          <w:rFonts w:ascii="宋体" w:hAnsi="宋体" w:eastAsia="宋体"/>
          <w:sz w:val="24"/>
        </w:rPr>
        <w:t>阿卡迪亚身后，缓缓走出一个黑色人影。</w:t>
      </w:r>
    </w:p>
    <w:p>
      <w:pPr>
        <w:spacing w:line="560" w:lineRule="exact"/>
        <w:ind w:firstLine="420"/>
      </w:pPr>
      <w:r>
        <w:rPr>
          <w:rFonts w:ascii="宋体" w:hAnsi="宋体" w:eastAsia="宋体"/>
          <w:sz w:val="24"/>
        </w:rPr>
        <w:t>那人影头顶没有玩家ID。</w:t>
      </w:r>
    </w:p>
    <w:p>
      <w:pPr>
        <w:spacing w:line="560" w:lineRule="exact"/>
        <w:ind w:firstLine="420"/>
      </w:pPr>
      <w:r>
        <w:rPr>
          <w:rFonts w:ascii="宋体" w:hAnsi="宋体" w:eastAsia="宋体"/>
          <w:sz w:val="24"/>
        </w:rPr>
        <w:t>只有一行猩红称号。</w:t>
      </w:r>
    </w:p>
    <w:p>
      <w:pPr>
        <w:spacing w:line="560" w:lineRule="exact"/>
        <w:ind w:firstLine="420"/>
      </w:pPr>
      <w:r>
        <w:rPr>
          <w:rFonts w:ascii="宋体" w:hAnsi="宋体" w:eastAsia="宋体"/>
          <w:sz w:val="24"/>
        </w:rPr>
        <w:t>【暗流·零】</w:t>
      </w:r>
    </w:p>
    <w:p>
      <w:pPr>
        <w:spacing w:line="560" w:lineRule="exact"/>
        <w:ind w:firstLine="420"/>
      </w:pPr>
      <w:r>
        <w:rPr>
          <w:rFonts w:ascii="宋体" w:hAnsi="宋体" w:eastAsia="宋体"/>
          <w:sz w:val="24"/>
        </w:rPr>
        <w:t>林风胸前的古玉猛地一烫。</w:t>
      </w:r>
    </w:p>
    <w:p>
      <w:pPr>
        <w:spacing w:line="560" w:lineRule="exact"/>
        <w:ind w:firstLine="420"/>
      </w:pPr>
      <w:r>
        <w:rPr>
          <w:rFonts w:ascii="宋体" w:hAnsi="宋体" w:eastAsia="宋体"/>
          <w:sz w:val="24"/>
        </w:rPr>
        <w:t>那人影抬眼，看向林风。</w:t>
      </w:r>
    </w:p>
    <w:p>
      <w:pPr>
        <w:spacing w:line="560" w:lineRule="exact"/>
        <w:ind w:firstLine="420"/>
      </w:pPr>
      <w:r>
        <w:rPr>
          <w:rFonts w:ascii="宋体" w:hAnsi="宋体" w:eastAsia="宋体"/>
          <w:sz w:val="24"/>
        </w:rPr>
        <w:t>“终于找到你了，古玉继承者。”</w:t>
      </w:r>
    </w:p>
    <w:p>
      <w:r>
        <w:br w:type="page"/>
      </w:r>
    </w:p>
    <w:p>
      <w:pPr>
        <w:jc w:val="center"/>
      </w:pPr>
      <w:r>
        <w:rPr>
          <w:b/>
          <w:sz w:val="32"/>
        </w:rPr>
        <w:t>第046章 最终真相</w:t>
      </w:r>
    </w:p>
    <w:p>
      <w:pPr>
        <w:jc w:val="center"/>
      </w:pPr>
      <w:r>
        <w:rPr>
          <w:color w:val="999999"/>
          <w:sz w:val="18"/>
        </w:rPr>
        <w:t>（2,993字）</w:t>
      </w:r>
    </w:p>
    <w:p/>
    <w:p>
      <w:pPr>
        <w:spacing w:line="560" w:lineRule="exact"/>
        <w:ind w:firstLine="420"/>
      </w:pPr>
      <w:r>
        <w:rPr>
          <w:rFonts w:ascii="宋体" w:hAnsi="宋体" w:eastAsia="宋体"/>
          <w:sz w:val="24"/>
        </w:rPr>
        <w:t>神域最深处。</w:t>
      </w:r>
    </w:p>
    <w:p>
      <w:pPr>
        <w:spacing w:line="560" w:lineRule="exact"/>
        <w:ind w:firstLine="420"/>
      </w:pPr>
      <w:r>
        <w:rPr>
          <w:rFonts w:ascii="宋体" w:hAnsi="宋体" w:eastAsia="宋体"/>
          <w:sz w:val="24"/>
        </w:rPr>
        <w:t>阿卡迪亚跪倒在地，权杖脱手，血红宝石碎裂成无数碎片，散落在虚空中发出微弱的荧光。它的身体开始崩解，从脚底开始化作点点金色的光芒，如同一座正在坍塌的沙堡，金色的光点如同萤火虫般在暗紫色的天空中飞舞。</w:t>
      </w:r>
    </w:p>
    <w:p>
      <w:pPr>
        <w:spacing w:line="560" w:lineRule="exact"/>
        <w:ind w:firstLine="420"/>
      </w:pPr>
      <w:r>
        <w:rPr>
          <w:rFonts w:ascii="宋体" w:hAnsi="宋体" w:eastAsia="宋体"/>
          <w:sz w:val="24"/>
        </w:rPr>
        <w:t>"你……终究还是来了……"阿卡迪亚的声音变得虚弱而苍老，那双曾经俯视众生的金色眼睛此刻只剩下疲惫，"持有信物之人……"</w:t>
      </w:r>
    </w:p>
    <w:p>
      <w:pPr>
        <w:spacing w:line="560" w:lineRule="exact"/>
        <w:ind w:firstLine="420"/>
      </w:pPr>
      <w:r>
        <w:rPr>
          <w:rFonts w:ascii="宋体" w:hAnsi="宋体" w:eastAsia="宋体"/>
          <w:sz w:val="24"/>
        </w:rPr>
        <w:t>林风站在它面前，神豪之剑抵在它的咽喉处，剑刃上的金光犹在流转。刚才那一瞬间，他解锁了终极形态，五十万一剑的输出直接打穿了BOSS三千五百万的血量——那是整个《天界》有史以来最高的单次伤害记录。</w:t>
      </w:r>
    </w:p>
    <w:p>
      <w:pPr>
        <w:spacing w:line="560" w:lineRule="exact"/>
        <w:ind w:firstLine="420"/>
      </w:pPr>
      <w:r>
        <w:rPr>
          <w:rFonts w:ascii="宋体" w:hAnsi="宋体" w:eastAsia="宋体"/>
          <w:sz w:val="24"/>
        </w:rPr>
        <w:t>但他现在在意的不是这个。</w:t>
      </w:r>
    </w:p>
    <w:p>
      <w:pPr>
        <w:spacing w:line="560" w:lineRule="exact"/>
        <w:ind w:firstLine="420"/>
      </w:pPr>
      <w:r>
        <w:rPr>
          <w:rFonts w:ascii="宋体" w:hAnsi="宋体" w:eastAsia="宋体"/>
          <w:sz w:val="24"/>
        </w:rPr>
        <w:t>四周的神豪殿成员围成了一圈，所有人都在等这个最终BOSS的倒下结束这场漫长的远征。但林风没有动。</w:t>
      </w:r>
    </w:p>
    <w:p>
      <w:pPr>
        <w:spacing w:line="560" w:lineRule="exact"/>
        <w:ind w:firstLine="420"/>
      </w:pPr>
      <w:r>
        <w:rPr>
          <w:rFonts w:ascii="宋体" w:hAnsi="宋体" w:eastAsia="宋体"/>
          <w:sz w:val="24"/>
        </w:rPr>
        <w:t>他向前迈了一步，剑尖抵得更近了一些，声音低沉而急促：</w:t>
      </w:r>
    </w:p>
    <w:p>
      <w:pPr>
        <w:spacing w:line="560" w:lineRule="exact"/>
        <w:ind w:firstLine="420"/>
      </w:pPr>
      <w:r>
        <w:rPr>
          <w:rFonts w:ascii="宋体" w:hAnsi="宋体" w:eastAsia="宋体"/>
          <w:sz w:val="24"/>
        </w:rPr>
        <w:t>"我的父母——是谁？"</w:t>
      </w:r>
    </w:p>
    <w:p>
      <w:pPr>
        <w:spacing w:line="560" w:lineRule="exact"/>
        <w:ind w:firstLine="420"/>
      </w:pPr>
      <w:r>
        <w:rPr>
          <w:rFonts w:ascii="宋体" w:hAnsi="宋体" w:eastAsia="宋体"/>
          <w:sz w:val="24"/>
        </w:rPr>
        <w:t>这句话让全场安静了一瞬。</w:t>
      </w:r>
    </w:p>
    <w:p>
      <w:pPr>
        <w:spacing w:line="560" w:lineRule="exact"/>
        <w:ind w:firstLine="420"/>
      </w:pPr>
      <w:r>
        <w:rPr>
          <w:rFonts w:ascii="宋体" w:hAnsi="宋体" w:eastAsia="宋体"/>
          <w:sz w:val="24"/>
        </w:rPr>
        <w:t>赵铁柱愣住了。苏小雅举起的法杖停在了半空中。夜影从阴影中现身，匕首收回鞘里，静静地看着他。</w:t>
      </w:r>
    </w:p>
    <w:p>
      <w:pPr>
        <w:spacing w:line="560" w:lineRule="exact"/>
        <w:ind w:firstLine="420"/>
      </w:pPr>
      <w:r>
        <w:rPr>
          <w:rFonts w:ascii="宋体" w:hAnsi="宋体" w:eastAsia="宋体"/>
          <w:sz w:val="24"/>
        </w:rPr>
        <w:t>阿卡迪亚的眼中闪过一丝复杂的光芒——那光芒中既有恐惧，也有释然，还有一种林风无法解读的悲伤。它的身体已经崩解到腰部，金色的光点像沙漏里的沙子一样不断流逝。</w:t>
      </w:r>
    </w:p>
    <w:p>
      <w:pPr>
        <w:spacing w:line="560" w:lineRule="exact"/>
        <w:ind w:firstLine="420"/>
      </w:pPr>
      <w:r>
        <w:rPr>
          <w:rFonts w:ascii="宋体" w:hAnsi="宋体" w:eastAsia="宋体"/>
          <w:sz w:val="24"/>
        </w:rPr>
        <w:t>"你的父母……是《天界》的两位创始人。"阿卡迪亚的声音像从很远的地方传来，带着回音，"他们创造了这个世界……用他们毕生的心血构建了这套全息现实映射系统。然后，为了保护你，他们选择了消失。"</w:t>
      </w:r>
    </w:p>
    <w:p>
      <w:pPr>
        <w:spacing w:line="560" w:lineRule="exact"/>
        <w:ind w:firstLine="420"/>
      </w:pPr>
      <w:r>
        <w:rPr>
          <w:rFonts w:ascii="宋体" w:hAnsi="宋体" w:eastAsia="宋体"/>
          <w:sz w:val="24"/>
        </w:rPr>
        <w:t>林风握剑的手猛地收紧，指节发白。</w:t>
      </w:r>
    </w:p>
    <w:p>
      <w:pPr>
        <w:spacing w:line="560" w:lineRule="exact"/>
        <w:ind w:firstLine="420"/>
      </w:pPr>
      <w:r>
        <w:rPr>
          <w:rFonts w:ascii="宋体" w:hAnsi="宋体" w:eastAsia="宋体"/>
          <w:sz w:val="24"/>
        </w:rPr>
        <w:t>"你的古玉里，有他们留给你的全部记忆。"阿卡迪亚的声音越来越微弱，它的上半身也开始崩解，"当你的等级达到一百五十级……记忆就会自动解锁。那是你父亲亲手设置的——他怕你太早接触到这些信息，会承受不住。"</w:t>
      </w:r>
    </w:p>
    <w:p>
      <w:pPr>
        <w:spacing w:line="560" w:lineRule="exact"/>
        <w:ind w:firstLine="420"/>
      </w:pPr>
      <w:r>
        <w:rPr>
          <w:rFonts w:ascii="宋体" w:hAnsi="宋体" w:eastAsia="宋体"/>
          <w:sz w:val="24"/>
        </w:rPr>
        <w:t>"为什么？"林风的声音低得几乎听不见，"为什么要消失？为什么要留下我一个人？"</w:t>
      </w:r>
    </w:p>
    <w:p>
      <w:pPr>
        <w:spacing w:line="560" w:lineRule="exact"/>
        <w:ind w:firstLine="420"/>
      </w:pPr>
      <w:r>
        <w:rPr>
          <w:rFonts w:ascii="宋体" w:hAnsi="宋体" w:eastAsia="宋体"/>
          <w:sz w:val="24"/>
        </w:rPr>
        <w:t>"因为……"阿卡迪亚的身体崩解到了胸口，金色的光点从它的心脏位置飞涌而出，"这世界……有不该存在的东西……从很早以前就盯上了你们一家……"</w:t>
      </w:r>
    </w:p>
    <w:p>
      <w:pPr>
        <w:spacing w:line="560" w:lineRule="exact"/>
        <w:ind w:firstLine="420"/>
      </w:pPr>
      <w:r>
        <w:rPr>
          <w:rFonts w:ascii="宋体" w:hAnsi="宋体" w:eastAsia="宋体"/>
          <w:sz w:val="24"/>
        </w:rPr>
        <w:t>"什么东西？"</w:t>
      </w:r>
    </w:p>
    <w:p>
      <w:pPr>
        <w:spacing w:line="560" w:lineRule="exact"/>
        <w:ind w:firstLine="420"/>
      </w:pPr>
      <w:r>
        <w:rPr>
          <w:rFonts w:ascii="宋体" w:hAnsi="宋体" w:eastAsia="宋体"/>
          <w:sz w:val="24"/>
        </w:rPr>
        <w:t>"暗流。"阿卡迪亚说出了最后两个字，声音里带着一种古老的恐惧，仿佛这两个字本身就是某种诅咒。</w:t>
      </w:r>
    </w:p>
    <w:p>
      <w:pPr>
        <w:spacing w:line="560" w:lineRule="exact"/>
        <w:ind w:firstLine="420"/>
      </w:pPr>
      <w:r>
        <w:rPr>
          <w:rFonts w:ascii="宋体" w:hAnsi="宋体" w:eastAsia="宋体"/>
          <w:sz w:val="24"/>
        </w:rPr>
        <w:t>金色的光点开始加速消散，阿卡迪亚的声音变得越来越远，越来越轻：</w:t>
      </w:r>
    </w:p>
    <w:p>
      <w:pPr>
        <w:spacing w:line="560" w:lineRule="exact"/>
        <w:ind w:firstLine="420"/>
      </w:pPr>
      <w:r>
        <w:rPr>
          <w:rFonts w:ascii="宋体" w:hAnsi="宋体" w:eastAsia="宋体"/>
          <w:sz w:val="24"/>
        </w:rPr>
        <w:t>"他们不在任何组织的名单上……但你父母留给你的东西……能帮你找到答案……保护好那块玉……等待一百五十级……"</w:t>
      </w:r>
    </w:p>
    <w:p>
      <w:pPr>
        <w:spacing w:line="560" w:lineRule="exact"/>
        <w:ind w:firstLine="420"/>
      </w:pPr>
      <w:r>
        <w:rPr>
          <w:rFonts w:ascii="宋体" w:hAnsi="宋体" w:eastAsia="宋体"/>
          <w:sz w:val="24"/>
        </w:rPr>
        <w:t>它最后看了林风一眼——那双金色眼睛里，竟然有一丝慈祥。</w:t>
      </w:r>
    </w:p>
    <w:p>
      <w:pPr>
        <w:spacing w:line="560" w:lineRule="exact"/>
        <w:ind w:firstLine="420"/>
      </w:pPr>
      <w:r>
        <w:rPr>
          <w:rFonts w:ascii="宋体" w:hAnsi="宋体" w:eastAsia="宋体"/>
          <w:sz w:val="24"/>
        </w:rPr>
        <w:t>"你长大了……你父母……会为你骄傲的……"</w:t>
      </w:r>
    </w:p>
    <w:p>
      <w:pPr>
        <w:spacing w:line="560" w:lineRule="exact"/>
        <w:ind w:firstLine="420"/>
      </w:pPr>
      <w:r>
        <w:rPr>
          <w:rFonts w:ascii="宋体" w:hAnsi="宋体" w:eastAsia="宋体"/>
          <w:sz w:val="24"/>
        </w:rPr>
        <w:t>然后它的身体完全崩解，化作漫天的金色光芒，像一场倒流的金色暴雨，逆着暗紫色的天空飞去，照亮了整个神域。</w:t>
      </w:r>
    </w:p>
    <w:p>
      <w:pPr>
        <w:spacing w:line="560" w:lineRule="exact"/>
        <w:ind w:firstLine="420"/>
      </w:pPr>
      <w:r>
        <w:rPr>
          <w:rFonts w:ascii="宋体" w:hAnsi="宋体" w:eastAsia="宋体"/>
          <w:sz w:val="24"/>
        </w:rPr>
        <w:t>【全服公告：玩家'风中追风'率领神豪殿首通神域！击杀最终BOSS·创造者阿卡迪亚！】</w:t>
      </w:r>
    </w:p>
    <w:p>
      <w:pPr>
        <w:spacing w:line="560" w:lineRule="exact"/>
        <w:ind w:firstLine="420"/>
      </w:pPr>
      <w:r>
        <w:rPr>
          <w:rFonts w:ascii="宋体" w:hAnsi="宋体" w:eastAsia="宋体"/>
          <w:sz w:val="24"/>
        </w:rPr>
        <w:t>【全服公告：神豪殿获得唯一称号「神域征服者」！奖励：公会资金+500万，全属性+5%！】</w:t>
      </w:r>
    </w:p>
    <w:p>
      <w:pPr>
        <w:spacing w:line="560" w:lineRule="exact"/>
        <w:ind w:firstLine="420"/>
      </w:pPr>
      <w:r>
        <w:rPr>
          <w:rFonts w:ascii="宋体" w:hAnsi="宋体" w:eastAsia="宋体"/>
          <w:sz w:val="24"/>
        </w:rPr>
        <w:t>世界沸腾了。</w:t>
      </w:r>
    </w:p>
    <w:p>
      <w:pPr>
        <w:spacing w:line="560" w:lineRule="exact"/>
        <w:ind w:firstLine="420"/>
      </w:pPr>
      <w:r>
        <w:rPr>
          <w:rFonts w:ascii="宋体" w:hAnsi="宋体" w:eastAsia="宋体"/>
          <w:sz w:val="24"/>
        </w:rPr>
        <w:t>苏小雅的直播间里弹幕已经刷疯了，在线人数突破三千万——破了《天界》直播历史纪录。世界频道上全是震惊和祝贺，消息刷屏快到根本看不清。</w:t>
      </w:r>
    </w:p>
    <w:p>
      <w:pPr>
        <w:spacing w:line="560" w:lineRule="exact"/>
        <w:ind w:firstLine="420"/>
      </w:pPr>
      <w:r>
        <w:rPr>
          <w:rFonts w:ascii="宋体" w:hAnsi="宋体" w:eastAsia="宋体"/>
          <w:sz w:val="24"/>
        </w:rPr>
        <w:t>但林风站在原地，没有动。仿佛周围的欢呼和庆祝都与他无关。</w:t>
      </w:r>
    </w:p>
    <w:p>
      <w:pPr>
        <w:spacing w:line="560" w:lineRule="exact"/>
        <w:ind w:firstLine="420"/>
      </w:pPr>
      <w:r>
        <w:rPr>
          <w:rFonts w:ascii="宋体" w:hAnsi="宋体" w:eastAsia="宋体"/>
          <w:sz w:val="24"/>
        </w:rPr>
        <w:t>他看着手中那枚仍然温热的古玉，久久没有说话。古玉的温度比任何时候都高，贴着他的掌心，像一颗小小的心脏在跳动。</w:t>
      </w:r>
    </w:p>
    <w:p>
      <w:pPr>
        <w:spacing w:line="560" w:lineRule="exact"/>
        <w:ind w:firstLine="420"/>
      </w:pPr>
      <w:r>
        <w:rPr>
          <w:rFonts w:ascii="宋体" w:hAnsi="宋体" w:eastAsia="宋体"/>
          <w:sz w:val="24"/>
        </w:rPr>
        <w:t>父母是《天界》的创始人。</w:t>
      </w:r>
    </w:p>
    <w:p>
      <w:pPr>
        <w:spacing w:line="560" w:lineRule="exact"/>
        <w:ind w:firstLine="420"/>
      </w:pPr>
      <w:r>
        <w:rPr>
          <w:rFonts w:ascii="宋体" w:hAnsi="宋体" w:eastAsia="宋体"/>
          <w:sz w:val="24"/>
        </w:rPr>
        <w:t>有东西盯上了他们一家。</w:t>
      </w:r>
    </w:p>
    <w:p>
      <w:pPr>
        <w:spacing w:line="560" w:lineRule="exact"/>
        <w:ind w:firstLine="420"/>
      </w:pPr>
      <w:r>
        <w:rPr>
          <w:rFonts w:ascii="宋体" w:hAnsi="宋体" w:eastAsia="宋体"/>
          <w:sz w:val="24"/>
        </w:rPr>
        <w:t>他们选择了消失来保护他。</w:t>
      </w:r>
    </w:p>
    <w:p>
      <w:pPr>
        <w:spacing w:line="560" w:lineRule="exact"/>
        <w:ind w:firstLine="420"/>
      </w:pPr>
      <w:r>
        <w:rPr>
          <w:rFonts w:ascii="宋体" w:hAnsi="宋体" w:eastAsia="宋体"/>
          <w:sz w:val="24"/>
        </w:rPr>
        <w:t>而现在——那些人，还在。</w:t>
      </w:r>
    </w:p>
    <w:p>
      <w:pPr>
        <w:spacing w:line="560" w:lineRule="exact"/>
        <w:ind w:firstLine="420"/>
      </w:pPr>
      <w:r>
        <w:rPr>
          <w:rFonts w:ascii="宋体" w:hAnsi="宋体" w:eastAsia="宋体"/>
          <w:sz w:val="24"/>
        </w:rPr>
        <w:t>林风抬起头，目光穿过人群，穿过光柱和闪烁的公告，落在了远处一个站在阴影中的身影上。</w:t>
      </w:r>
    </w:p>
    <w:p>
      <w:pPr>
        <w:spacing w:line="560" w:lineRule="exact"/>
        <w:ind w:firstLine="420"/>
      </w:pPr>
      <w:r>
        <w:rPr>
          <w:rFonts w:ascii="宋体" w:hAnsi="宋体" w:eastAsia="宋体"/>
          <w:sz w:val="24"/>
        </w:rPr>
        <w:t>暗夜君王——陈锋。</w:t>
      </w:r>
    </w:p>
    <w:p>
      <w:pPr>
        <w:spacing w:line="560" w:lineRule="exact"/>
        <w:ind w:firstLine="420"/>
      </w:pPr>
      <w:r>
        <w:rPr>
          <w:rFonts w:ascii="宋体" w:hAnsi="宋体" w:eastAsia="宋体"/>
          <w:sz w:val="24"/>
        </w:rPr>
        <w:t>他站在暗影联盟的阵列最前方，黑色斗篷遮住了大半个面孔，但他没有像其他人那样仰望天空中的金色光雨。他在看林风。好像他一直在等这一刻。</w:t>
      </w:r>
    </w:p>
    <w:p>
      <w:pPr>
        <w:spacing w:line="560" w:lineRule="exact"/>
        <w:ind w:firstLine="420"/>
      </w:pPr>
      <w:r>
        <w:rPr>
          <w:rFonts w:ascii="宋体" w:hAnsi="宋体" w:eastAsia="宋体"/>
          <w:sz w:val="24"/>
        </w:rPr>
        <w:t>两个人的目光在空气中碰撞，像是两把无形的刀锋交错。</w:t>
      </w:r>
    </w:p>
    <w:p>
      <w:pPr>
        <w:spacing w:line="560" w:lineRule="exact"/>
        <w:ind w:firstLine="420"/>
      </w:pPr>
      <w:r>
        <w:rPr>
          <w:rFonts w:ascii="宋体" w:hAnsi="宋体" w:eastAsia="宋体"/>
          <w:sz w:val="24"/>
        </w:rPr>
        <w:t>"你知道什么。"林风说。</w:t>
      </w:r>
    </w:p>
    <w:p>
      <w:pPr>
        <w:spacing w:line="560" w:lineRule="exact"/>
        <w:ind w:firstLine="420"/>
      </w:pPr>
      <w:r>
        <w:rPr>
          <w:rFonts w:ascii="宋体" w:hAnsi="宋体" w:eastAsia="宋体"/>
          <w:sz w:val="24"/>
        </w:rPr>
        <w:t>不是疑问句。是陈述句。</w:t>
      </w:r>
    </w:p>
    <w:p>
      <w:pPr>
        <w:spacing w:line="560" w:lineRule="exact"/>
        <w:ind w:firstLine="420"/>
      </w:pPr>
      <w:r>
        <w:rPr>
          <w:rFonts w:ascii="宋体" w:hAnsi="宋体" w:eastAsia="宋体"/>
          <w:sz w:val="24"/>
        </w:rPr>
        <w:t>陈锋沉默了片刻。周围的暗影联盟成员自觉地退开几步，给他们留出了空间。他缓缓抬手，摘下了面罩——露出一张冷峻的脸，三十岁上下，眉骨很深，眼神像一把收在鞘里的刀，锋芒不露却让人不敢忽视。</w:t>
      </w:r>
    </w:p>
    <w:p>
      <w:pPr>
        <w:spacing w:line="560" w:lineRule="exact"/>
        <w:ind w:firstLine="420"/>
      </w:pPr>
      <w:r>
        <w:rPr>
          <w:rFonts w:ascii="宋体" w:hAnsi="宋体" w:eastAsia="宋体"/>
          <w:sz w:val="24"/>
        </w:rPr>
        <w:t>"我知道很多。"陈锋说，声音很平静，"但不是在这里说。"</w:t>
      </w:r>
    </w:p>
    <w:p>
      <w:pPr>
        <w:spacing w:line="560" w:lineRule="exact"/>
        <w:ind w:firstLine="420"/>
      </w:pPr>
      <w:r>
        <w:rPr>
          <w:rFonts w:ascii="宋体" w:hAnsi="宋体" w:eastAsia="宋体"/>
          <w:sz w:val="24"/>
        </w:rPr>
        <w:t>他从怀里掏出一样东西，扬手扔了过来。黑色的弧线划过天空。</w:t>
      </w:r>
    </w:p>
    <w:p>
      <w:pPr>
        <w:spacing w:line="560" w:lineRule="exact"/>
        <w:ind w:firstLine="420"/>
      </w:pPr>
      <w:r>
        <w:rPr>
          <w:rFonts w:ascii="宋体" w:hAnsi="宋体" w:eastAsia="宋体"/>
          <w:sz w:val="24"/>
        </w:rPr>
        <w:t>林风抬手接住——是一枚U盘，银灰色的外壳，没有任何标识，入手冰凉。</w:t>
      </w:r>
    </w:p>
    <w:p>
      <w:pPr>
        <w:spacing w:line="560" w:lineRule="exact"/>
        <w:ind w:firstLine="420"/>
      </w:pPr>
      <w:r>
        <w:rPr>
          <w:rFonts w:ascii="宋体" w:hAnsi="宋体" w:eastAsia="宋体"/>
          <w:sz w:val="24"/>
        </w:rPr>
        <w:t>"这里面有你想要的答案。"陈锋说，"但不是在这里看。"</w:t>
      </w:r>
    </w:p>
    <w:p>
      <w:pPr>
        <w:spacing w:line="560" w:lineRule="exact"/>
        <w:ind w:firstLine="420"/>
      </w:pPr>
      <w:r>
        <w:rPr>
          <w:rFonts w:ascii="宋体" w:hAnsi="宋体" w:eastAsia="宋体"/>
          <w:sz w:val="24"/>
        </w:rPr>
        <w:t>他转身，黑色斗篷划出一道利落的弧线。暗影联盟的人跟在他身后，像一群沉默的影子，大步离开了神域。</w:t>
      </w:r>
    </w:p>
    <w:p>
      <w:pPr>
        <w:spacing w:line="560" w:lineRule="exact"/>
        <w:ind w:firstLine="420"/>
      </w:pPr>
      <w:r>
        <w:rPr>
          <w:rFonts w:ascii="宋体" w:hAnsi="宋体" w:eastAsia="宋体"/>
          <w:sz w:val="24"/>
        </w:rPr>
        <w:t>林风握紧了手中的U盘，冰凉的金属外壳硌着他的掌心。</w:t>
      </w:r>
    </w:p>
    <w:p>
      <w:pPr>
        <w:spacing w:line="560" w:lineRule="exact"/>
        <w:ind w:firstLine="420"/>
      </w:pPr>
      <w:r>
        <w:rPr>
          <w:rFonts w:ascii="宋体" w:hAnsi="宋体" w:eastAsia="宋体"/>
          <w:sz w:val="24"/>
        </w:rPr>
        <w:t>他感觉古玉的温度又升高了一度。</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当天晚上。</w:t>
      </w:r>
    </w:p>
    <w:p>
      <w:pPr>
        <w:spacing w:line="560" w:lineRule="exact"/>
        <w:ind w:firstLine="420"/>
      </w:pPr>
      <w:r>
        <w:rPr>
          <w:rFonts w:ascii="宋体" w:hAnsi="宋体" w:eastAsia="宋体"/>
          <w:sz w:val="24"/>
        </w:rPr>
        <w:t>神域首通的庆祝活动在公会大厅里如火如荼地进行着，赵铁柱被灌了不知道多少杯游戏里的麦酒，苏小雅开了一场直播庆功宴，在线人数依然居高不下。公会频道里全在刷"神豪殿牛批"，连凌天都难得发了一个笑脸表情。</w:t>
      </w:r>
    </w:p>
    <w:p>
      <w:pPr>
        <w:spacing w:line="560" w:lineRule="exact"/>
        <w:ind w:firstLine="420"/>
      </w:pPr>
      <w:r>
        <w:rPr>
          <w:rFonts w:ascii="宋体" w:hAnsi="宋体" w:eastAsia="宋体"/>
          <w:sz w:val="24"/>
        </w:rPr>
        <w:t>但林风没有参加。</w:t>
      </w:r>
    </w:p>
    <w:p>
      <w:pPr>
        <w:spacing w:line="560" w:lineRule="exact"/>
        <w:ind w:firstLine="420"/>
      </w:pPr>
      <w:r>
        <w:rPr>
          <w:rFonts w:ascii="宋体" w:hAnsi="宋体" w:eastAsia="宋体"/>
          <w:sz w:val="24"/>
        </w:rPr>
        <w:t>他一个人坐在公会大厅顶层自己的房间里，关掉了所有频道通知。窗外的天风城灯火通明，绚烂的烟花在夜空中不断绽放——那是系统为庆祝首通而放的。烟花的光芒透过落地窗的玻璃，在他脸上明灭不定。</w:t>
      </w:r>
    </w:p>
    <w:p>
      <w:pPr>
        <w:spacing w:line="560" w:lineRule="exact"/>
        <w:ind w:firstLine="420"/>
      </w:pPr>
      <w:r>
        <w:rPr>
          <w:rFonts w:ascii="宋体" w:hAnsi="宋体" w:eastAsia="宋体"/>
          <w:sz w:val="24"/>
        </w:rPr>
        <w:t>他把U盘插进了游戏舱的接口。</w:t>
      </w:r>
    </w:p>
    <w:p>
      <w:pPr>
        <w:spacing w:line="560" w:lineRule="exact"/>
        <w:ind w:firstLine="420"/>
      </w:pPr>
      <w:r>
        <w:rPr>
          <w:rFonts w:ascii="宋体" w:hAnsi="宋体" w:eastAsia="宋体"/>
          <w:sz w:val="24"/>
        </w:rPr>
        <w:t>屏幕上弹出了一个视频文件——没有文件名，没有缩略图，只有一个银灰色的播放按钮。</w:t>
      </w:r>
    </w:p>
    <w:p>
      <w:pPr>
        <w:spacing w:line="560" w:lineRule="exact"/>
        <w:ind w:firstLine="420"/>
      </w:pPr>
      <w:r>
        <w:rPr>
          <w:rFonts w:ascii="宋体" w:hAnsi="宋体" w:eastAsia="宋体"/>
          <w:sz w:val="24"/>
        </w:rPr>
        <w:t>林风深吸了一口气，手指在按键上停了一秒，然后点了下去。</w:t>
      </w:r>
    </w:p>
    <w:p>
      <w:pPr>
        <w:spacing w:line="560" w:lineRule="exact"/>
        <w:ind w:firstLine="420"/>
      </w:pPr>
      <w:r>
        <w:rPr>
          <w:rFonts w:ascii="宋体" w:hAnsi="宋体" w:eastAsia="宋体"/>
          <w:sz w:val="24"/>
        </w:rPr>
        <w:t>画面亮了起来。</w:t>
      </w:r>
    </w:p>
    <w:p>
      <w:pPr>
        <w:spacing w:line="560" w:lineRule="exact"/>
        <w:ind w:firstLine="420"/>
      </w:pPr>
      <w:r>
        <w:rPr>
          <w:rFonts w:ascii="宋体" w:hAnsi="宋体" w:eastAsia="宋体"/>
          <w:sz w:val="24"/>
        </w:rPr>
        <w:t>一个和林风长得有几分相似的男人坐在实验室里，三十多岁的样子，戴着一副银框眼镜，穿着白色实验服。他身后的背景是满墙的代码屏幕，密密麻麻的字符像瀑布一样滚动——那些代码林风看不太懂，但他能感觉到，那是远超这个时代的技术水准。屏幕上跳动的数据流，比《天界》现役引擎的底层代码还要复杂至少一个数量级。</w:t>
      </w:r>
    </w:p>
    <w:p>
      <w:pPr>
        <w:spacing w:line="560" w:lineRule="exact"/>
        <w:ind w:firstLine="420"/>
      </w:pPr>
      <w:r>
        <w:rPr>
          <w:rFonts w:ascii="宋体" w:hAnsi="宋体" w:eastAsia="宋体"/>
          <w:sz w:val="24"/>
        </w:rPr>
        <w:t>"儿子，如果你看到这段视频，说明你已经触碰到真相的边缘了。"</w:t>
      </w:r>
    </w:p>
    <w:p>
      <w:pPr>
        <w:spacing w:line="560" w:lineRule="exact"/>
        <w:ind w:firstLine="420"/>
      </w:pPr>
      <w:r>
        <w:rPr>
          <w:rFonts w:ascii="宋体" w:hAnsi="宋体" w:eastAsia="宋体"/>
          <w:sz w:val="24"/>
        </w:rPr>
        <w:t>男人的声音温和而疲惫，嘴角带着一丝笑意，但眼底深处藏着一种难以掩饰的忧虑。那是属于一个父亲的复杂情感——骄傲、不舍、担忧。</w:t>
      </w:r>
    </w:p>
    <w:p>
      <w:pPr>
        <w:spacing w:line="560" w:lineRule="exact"/>
        <w:ind w:firstLine="420"/>
      </w:pPr>
      <w:r>
        <w:rPr>
          <w:rFonts w:ascii="宋体" w:hAnsi="宋体" w:eastAsia="宋体"/>
          <w:sz w:val="24"/>
        </w:rPr>
        <w:t>"我是你父亲。你妈妈在旁边。"</w:t>
      </w:r>
    </w:p>
    <w:p>
      <w:pPr>
        <w:spacing w:line="560" w:lineRule="exact"/>
        <w:ind w:firstLine="420"/>
      </w:pPr>
      <w:r>
        <w:rPr>
          <w:rFonts w:ascii="宋体" w:hAnsi="宋体" w:eastAsia="宋体"/>
          <w:sz w:val="24"/>
        </w:rPr>
        <w:t>镜头转了一下。一个女人出现在画面里，坐在他父亲身边，温柔地笑着。</w:t>
      </w:r>
    </w:p>
    <w:p>
      <w:pPr>
        <w:spacing w:line="560" w:lineRule="exact"/>
        <w:ind w:firstLine="420"/>
      </w:pPr>
      <w:r>
        <w:rPr>
          <w:rFonts w:ascii="宋体" w:hAnsi="宋体" w:eastAsia="宋体"/>
          <w:sz w:val="24"/>
        </w:rPr>
        <w:t>林风的手指猛地按住了桌沿。</w:t>
      </w:r>
    </w:p>
    <w:p>
      <w:pPr>
        <w:spacing w:line="560" w:lineRule="exact"/>
        <w:ind w:firstLine="420"/>
      </w:pPr>
      <w:r>
        <w:rPr>
          <w:rFonts w:ascii="宋体" w:hAnsi="宋体" w:eastAsia="宋体"/>
          <w:sz w:val="24"/>
        </w:rPr>
        <w:t>那张脸，和他记忆中的一模一样。母亲走的那年他才十二岁，但她的样子从来没有在他脑海里模糊过——温和的眼神，浅浅的酒窝，笑起来时眼角弯弯的弧度。</w:t>
      </w:r>
    </w:p>
    <w:p>
      <w:pPr>
        <w:spacing w:line="560" w:lineRule="exact"/>
        <w:ind w:firstLine="420"/>
      </w:pPr>
      <w:r>
        <w:rPr>
          <w:rFonts w:ascii="宋体" w:hAnsi="宋体" w:eastAsia="宋体"/>
          <w:sz w:val="24"/>
        </w:rPr>
        <w:t>他妈妈。</w:t>
      </w:r>
    </w:p>
    <w:p>
      <w:pPr>
        <w:spacing w:line="560" w:lineRule="exact"/>
        <w:ind w:firstLine="420"/>
      </w:pPr>
      <w:r>
        <w:rPr>
          <w:rFonts w:ascii="宋体" w:hAnsi="宋体" w:eastAsia="宋体"/>
          <w:sz w:val="24"/>
        </w:rPr>
        <w:t>"小风，"母亲开口了，声音有些发颤，但她在努力稳住，"对不起，不能陪着你长大。"</w:t>
      </w:r>
    </w:p>
    <w:p>
      <w:pPr>
        <w:spacing w:line="560" w:lineRule="exact"/>
        <w:ind w:firstLine="420"/>
      </w:pPr>
      <w:r>
        <w:rPr>
          <w:rFonts w:ascii="宋体" w:hAnsi="宋体" w:eastAsia="宋体"/>
          <w:sz w:val="24"/>
        </w:rPr>
        <w:t>她的眼眶有些红，但笑容依然温暖。她伸手握住了父亲的手。</w:t>
      </w:r>
    </w:p>
    <w:p>
      <w:pPr>
        <w:spacing w:line="560" w:lineRule="exact"/>
        <w:ind w:firstLine="420"/>
      </w:pPr>
      <w:r>
        <w:rPr>
          <w:rFonts w:ascii="宋体" w:hAnsi="宋体" w:eastAsia="宋体"/>
          <w:sz w:val="24"/>
        </w:rPr>
        <w:t>"但你必须要知道——我和你爸爸研究的技术，全息现实映射，不是一般的科研成果。"母亲说，"它可以改写人类文明。它能把虚拟和现实的边界彻底打破，让虚拟世界的东西映射到现实中。你看游戏里的技能——有一天，它们可能不只是屏幕上跳动的数字。"</w:t>
      </w:r>
    </w:p>
    <w:p>
      <w:pPr>
        <w:spacing w:line="560" w:lineRule="exact"/>
        <w:ind w:firstLine="420"/>
      </w:pPr>
      <w:r>
        <w:rPr>
          <w:rFonts w:ascii="宋体" w:hAnsi="宋体" w:eastAsia="宋体"/>
          <w:sz w:val="24"/>
        </w:rPr>
        <w:t>父亲接过话，表情变得严肃："但也正因为如此，有人想要它。"</w:t>
      </w:r>
    </w:p>
    <w:p>
      <w:pPr>
        <w:spacing w:line="560" w:lineRule="exact"/>
        <w:ind w:firstLine="420"/>
      </w:pPr>
      <w:r>
        <w:rPr>
          <w:rFonts w:ascii="宋体" w:hAnsi="宋体" w:eastAsia="宋体"/>
          <w:sz w:val="24"/>
        </w:rPr>
        <w:t>他停顿了一下，推了推眼镜。</w:t>
      </w:r>
    </w:p>
    <w:p>
      <w:pPr>
        <w:spacing w:line="560" w:lineRule="exact"/>
        <w:ind w:firstLine="420"/>
      </w:pPr>
      <w:r>
        <w:rPr>
          <w:rFonts w:ascii="宋体" w:hAnsi="宋体" w:eastAsia="宋体"/>
          <w:sz w:val="24"/>
        </w:rPr>
        <w:t>"一个叫做'暗流'的组织。他们不在任何政府的登记名单上，没有公开的地址，没有法人代表。成员遍布全球——科技公司高管、军方研究人员、地下黑客……你根本无法分辨谁是暗流的人，谁不是。"</w:t>
      </w:r>
    </w:p>
    <w:p>
      <w:pPr>
        <w:spacing w:line="560" w:lineRule="exact"/>
        <w:ind w:firstLine="420"/>
      </w:pPr>
      <w:r>
        <w:rPr>
          <w:rFonts w:ascii="宋体" w:hAnsi="宋体" w:eastAsia="宋体"/>
          <w:sz w:val="24"/>
        </w:rPr>
        <w:t>"我们斗不过他们。"母亲低声说，握着父亲的手紧了紧，"所以我们选择了消失。我们删除了所有可以被追踪到的记录，把技术的核心代码藏在了《天界》的底层架构里。只有持有我们信物的人——也就是你——才能找到它。"</w:t>
      </w:r>
    </w:p>
    <w:p>
      <w:pPr>
        <w:spacing w:line="560" w:lineRule="exact"/>
        <w:ind w:firstLine="420"/>
      </w:pPr>
      <w:r>
        <w:rPr>
          <w:rFonts w:ascii="宋体" w:hAnsi="宋体" w:eastAsia="宋体"/>
          <w:sz w:val="24"/>
        </w:rPr>
        <w:t>她看着镜头，目光温柔而坚定。</w:t>
      </w:r>
    </w:p>
    <w:p>
      <w:pPr>
        <w:spacing w:line="560" w:lineRule="exact"/>
        <w:ind w:firstLine="420"/>
      </w:pPr>
      <w:r>
        <w:rPr>
          <w:rFonts w:ascii="宋体" w:hAnsi="宋体" w:eastAsia="宋体"/>
          <w:sz w:val="24"/>
        </w:rPr>
        <w:t>"那块古玉，不是普通的玉。它是一个钥匙，也是一个容器。里面装有我们所有的研究成果，以及一段特殊的程序。那程序，能让你在《天界》里获得远超常人的能力——"她笑了一下，眼泪终于滑落，"也就是你所说的'神豪系统'。"</w:t>
      </w:r>
    </w:p>
    <w:p>
      <w:pPr>
        <w:spacing w:line="560" w:lineRule="exact"/>
        <w:ind w:firstLine="420"/>
      </w:pPr>
      <w:r>
        <w:rPr>
          <w:rFonts w:ascii="宋体" w:hAnsi="宋体" w:eastAsia="宋体"/>
          <w:sz w:val="24"/>
        </w:rPr>
        <w:t>林风的心脏猛地一跳。</w:t>
      </w:r>
    </w:p>
    <w:p>
      <w:pPr>
        <w:spacing w:line="560" w:lineRule="exact"/>
        <w:ind w:firstLine="420"/>
      </w:pPr>
      <w:r>
        <w:rPr>
          <w:rFonts w:ascii="宋体" w:hAnsi="宋体" w:eastAsia="宋体"/>
          <w:sz w:val="24"/>
        </w:rPr>
        <w:t>神豪系统……是他父母留给他的？</w:t>
      </w:r>
    </w:p>
    <w:p>
      <w:pPr>
        <w:spacing w:line="560" w:lineRule="exact"/>
        <w:ind w:firstLine="420"/>
      </w:pPr>
      <w:r>
        <w:rPr>
          <w:rFonts w:ascii="宋体" w:hAnsi="宋体" w:eastAsia="宋体"/>
          <w:sz w:val="24"/>
        </w:rPr>
        <w:t>视频的最后，母亲抬起头，用手背擦了一下眼泪，努力露出了一个微笑：</w:t>
      </w:r>
    </w:p>
    <w:p>
      <w:pPr>
        <w:spacing w:line="560" w:lineRule="exact"/>
        <w:ind w:firstLine="420"/>
      </w:pPr>
      <w:r>
        <w:rPr>
          <w:rFonts w:ascii="宋体" w:hAnsi="宋体" w:eastAsia="宋体"/>
          <w:sz w:val="24"/>
        </w:rPr>
        <w:t>"小风，保护好自己。保护好那块玉。还有……"</w:t>
      </w:r>
    </w:p>
    <w:p>
      <w:pPr>
        <w:spacing w:line="560" w:lineRule="exact"/>
        <w:ind w:firstLine="420"/>
      </w:pPr>
      <w:r>
        <w:rPr>
          <w:rFonts w:ascii="宋体" w:hAnsi="宋体" w:eastAsia="宋体"/>
          <w:sz w:val="24"/>
        </w:rPr>
        <w:t>她停顿了一下，脸上的笑容收了起来，表情前所未有地认真：</w:t>
      </w:r>
    </w:p>
    <w:p>
      <w:pPr>
        <w:spacing w:line="560" w:lineRule="exact"/>
        <w:ind w:firstLine="420"/>
      </w:pPr>
      <w:r>
        <w:rPr>
          <w:rFonts w:ascii="宋体" w:hAnsi="宋体" w:eastAsia="宋体"/>
          <w:sz w:val="24"/>
        </w:rPr>
        <w:t>"不要相信暗影。"</w:t>
      </w:r>
    </w:p>
    <w:p>
      <w:pPr>
        <w:spacing w:line="560" w:lineRule="exact"/>
        <w:ind w:firstLine="420"/>
      </w:pPr>
      <w:r>
        <w:rPr>
          <w:rFonts w:ascii="宋体" w:hAnsi="宋体" w:eastAsia="宋体"/>
          <w:sz w:val="24"/>
        </w:rPr>
        <w:t>视频结束了。</w:t>
      </w:r>
    </w:p>
    <w:p>
      <w:pPr>
        <w:spacing w:line="560" w:lineRule="exact"/>
        <w:ind w:firstLine="420"/>
      </w:pPr>
      <w:r>
        <w:rPr>
          <w:rFonts w:ascii="宋体" w:hAnsi="宋体" w:eastAsia="宋体"/>
          <w:sz w:val="24"/>
        </w:rPr>
        <w:t>画面定格在父母的微笑上，然后缓缓变暗。</w:t>
      </w:r>
    </w:p>
    <w:p>
      <w:pPr>
        <w:spacing w:line="560" w:lineRule="exact"/>
        <w:ind w:firstLine="420"/>
      </w:pPr>
      <w:r>
        <w:rPr>
          <w:rFonts w:ascii="宋体" w:hAnsi="宋体" w:eastAsia="宋体"/>
          <w:sz w:val="24"/>
        </w:rPr>
        <w:t>林风坐在漆黑的房间里，久久没有动。</w:t>
      </w:r>
    </w:p>
    <w:p>
      <w:pPr>
        <w:spacing w:line="560" w:lineRule="exact"/>
        <w:ind w:firstLine="420"/>
      </w:pPr>
      <w:r>
        <w:rPr>
          <w:rFonts w:ascii="宋体" w:hAnsi="宋体" w:eastAsia="宋体"/>
          <w:sz w:val="24"/>
        </w:rPr>
        <w:t>窗外的烟花还在绽放，庆祝的欢呼声远远地传进来，像是来自另一个世界的声音。</w:t>
      </w:r>
    </w:p>
    <w:p>
      <w:pPr>
        <w:spacing w:line="560" w:lineRule="exact"/>
        <w:ind w:firstLine="420"/>
      </w:pPr>
      <w:r>
        <w:rPr>
          <w:rFonts w:ascii="宋体" w:hAnsi="宋体" w:eastAsia="宋体"/>
          <w:sz w:val="24"/>
        </w:rPr>
        <w:t>他低下头，拿出了那块古玉。</w:t>
      </w:r>
    </w:p>
    <w:p>
      <w:pPr>
        <w:spacing w:line="560" w:lineRule="exact"/>
        <w:ind w:firstLine="420"/>
      </w:pPr>
      <w:r>
        <w:rPr>
          <w:rFonts w:ascii="宋体" w:hAnsi="宋体" w:eastAsia="宋体"/>
          <w:sz w:val="24"/>
        </w:rPr>
        <w:t>在灯光下，古玉内部的纹路清晰可见——极细的线条，像是某种微型的电路板，嵌在青绿色的玉石深处。他以前从未注意到这些纹路，但此刻，在知道了一切之后，那些纹路看起来像是一张精密的设计图。</w:t>
      </w:r>
    </w:p>
    <w:p>
      <w:pPr>
        <w:spacing w:line="560" w:lineRule="exact"/>
        <w:ind w:firstLine="420"/>
      </w:pPr>
      <w:r>
        <w:rPr>
          <w:rFonts w:ascii="宋体" w:hAnsi="宋体" w:eastAsia="宋体"/>
          <w:sz w:val="24"/>
        </w:rPr>
        <w:t>他握着古玉，翻来覆去地看了一遍又一遍。</w:t>
      </w:r>
    </w:p>
    <w:p>
      <w:pPr>
        <w:spacing w:line="560" w:lineRule="exact"/>
        <w:ind w:firstLine="420"/>
      </w:pPr>
      <w:r>
        <w:rPr>
          <w:rFonts w:ascii="宋体" w:hAnsi="宋体" w:eastAsia="宋体"/>
          <w:sz w:val="24"/>
        </w:rPr>
        <w:t>然后他站起来，走进了游戏。</w:t>
      </w:r>
    </w:p>
    <w:p>
      <w:pPr>
        <w:spacing w:line="560" w:lineRule="exact"/>
        <w:ind w:firstLine="420"/>
      </w:pPr>
      <w:r>
        <w:rPr>
          <w:rFonts w:ascii="宋体" w:hAnsi="宋体" w:eastAsia="宋体"/>
          <w:sz w:val="24"/>
        </w:rPr>
        <w:t>他没有去公会大厅。没有去参加庆祝。他一个人传送到了翡翠平原——那是整个《天界》最安静的地方，一片看不到尽头的绿色草原，天空中有两颗月亮。</w:t>
      </w:r>
    </w:p>
    <w:p>
      <w:pPr>
        <w:spacing w:line="560" w:lineRule="exact"/>
        <w:ind w:firstLine="420"/>
      </w:pPr>
      <w:r>
        <w:rPr>
          <w:rFonts w:ascii="宋体" w:hAnsi="宋体" w:eastAsia="宋体"/>
          <w:sz w:val="24"/>
        </w:rPr>
        <w:t>他坐在平原最高处的山丘顶上，把古玉放在膝盖上。</w:t>
      </w:r>
    </w:p>
    <w:p>
      <w:pPr>
        <w:spacing w:line="560" w:lineRule="exact"/>
        <w:ind w:firstLine="420"/>
      </w:pPr>
      <w:r>
        <w:rPr>
          <w:rFonts w:ascii="宋体" w:hAnsi="宋体" w:eastAsia="宋体"/>
          <w:sz w:val="24"/>
        </w:rPr>
        <w:t>星空辽阔，微风拂过草地，发出沙沙的声响。</w:t>
      </w:r>
    </w:p>
    <w:p>
      <w:pPr>
        <w:spacing w:line="560" w:lineRule="exact"/>
        <w:ind w:firstLine="420"/>
      </w:pPr>
      <w:r>
        <w:rPr>
          <w:rFonts w:ascii="宋体" w:hAnsi="宋体" w:eastAsia="宋体"/>
          <w:sz w:val="24"/>
        </w:rPr>
        <w:t>他看着那两颗月亮，看了一整夜。</w:t>
      </w:r>
    </w:p>
    <w:p>
      <w:pPr>
        <w:spacing w:line="560" w:lineRule="exact"/>
        <w:ind w:firstLine="420"/>
      </w:pPr>
      <w:r>
        <w:rPr>
          <w:rFonts w:ascii="宋体" w:hAnsi="宋体" w:eastAsia="宋体"/>
          <w:sz w:val="24"/>
        </w:rPr>
        <w:t>什么都想了，又好像什么都没想。</w:t>
      </w:r>
    </w:p>
    <w:p>
      <w:pPr>
        <w:spacing w:line="560" w:lineRule="exact"/>
        <w:ind w:firstLine="420"/>
      </w:pPr>
      <w:r>
        <w:rPr>
          <w:rFonts w:ascii="宋体" w:hAnsi="宋体" w:eastAsia="宋体"/>
          <w:sz w:val="24"/>
        </w:rPr>
        <w:t>天亮的时候，古玉的温度降了下来。</w:t>
      </w:r>
    </w:p>
    <w:p>
      <w:pPr>
        <w:spacing w:line="560" w:lineRule="exact"/>
        <w:ind w:firstLine="420"/>
      </w:pPr>
      <w:r>
        <w:rPr>
          <w:rFonts w:ascii="宋体" w:hAnsi="宋体" w:eastAsia="宋体"/>
          <w:sz w:val="24"/>
        </w:rPr>
        <w:t>林风站起来，收好古玉，看了一眼远处缓缓升起的朝阳。</w:t>
      </w:r>
    </w:p>
    <w:p>
      <w:pPr>
        <w:spacing w:line="560" w:lineRule="exact"/>
        <w:ind w:firstLine="420"/>
      </w:pPr>
      <w:r>
        <w:rPr>
          <w:rFonts w:ascii="宋体" w:hAnsi="宋体" w:eastAsia="宋体"/>
          <w:sz w:val="24"/>
        </w:rPr>
        <w:t>他还有路要走。</w:t>
      </w:r>
    </w:p>
    <w:p>
      <w:r>
        <w:br w:type="page"/>
      </w:r>
    </w:p>
    <w:p>
      <w:pPr>
        <w:jc w:val="center"/>
      </w:pPr>
      <w:r>
        <w:rPr>
          <w:b/>
          <w:sz w:val="32"/>
        </w:rPr>
        <w:t>第047章 暗影之主</w:t>
      </w:r>
    </w:p>
    <w:p>
      <w:pPr>
        <w:jc w:val="center"/>
      </w:pPr>
      <w:r>
        <w:rPr>
          <w:color w:val="999999"/>
          <w:sz w:val="18"/>
        </w:rPr>
        <w:t>（2,993字）</w:t>
      </w:r>
    </w:p>
    <w:p/>
    <w:p>
      <w:pPr>
        <w:spacing w:line="560" w:lineRule="exact"/>
        <w:ind w:firstLine="420"/>
      </w:pPr>
      <w:r>
        <w:rPr>
          <w:rFonts w:ascii="宋体" w:hAnsi="宋体" w:eastAsia="宋体"/>
          <w:sz w:val="24"/>
        </w:rPr>
        <w:t>“你父母的车祸，不是意外。”</w:t>
      </w:r>
    </w:p>
    <w:p>
      <w:pPr>
        <w:spacing w:line="560" w:lineRule="exact"/>
        <w:ind w:firstLine="420"/>
      </w:pPr>
      <w:r>
        <w:rPr>
          <w:rFonts w:ascii="宋体" w:hAnsi="宋体" w:eastAsia="宋体"/>
          <w:sz w:val="24"/>
        </w:rPr>
        <w:t>林风刚从《天界》下线舱里坐起来，手机屏幕就亮了。</w:t>
      </w:r>
    </w:p>
    <w:p>
      <w:pPr>
        <w:spacing w:line="560" w:lineRule="exact"/>
        <w:ind w:firstLine="420"/>
      </w:pPr>
      <w:r>
        <w:rPr>
          <w:rFonts w:ascii="宋体" w:hAnsi="宋体" w:eastAsia="宋体"/>
          <w:sz w:val="24"/>
        </w:rPr>
        <w:t>陌生号码发来一条短信，只有两行字。</w:t>
      </w:r>
    </w:p>
    <w:p>
      <w:pPr>
        <w:spacing w:line="560" w:lineRule="exact"/>
        <w:ind w:firstLine="420"/>
      </w:pPr>
      <w:r>
        <w:rPr>
          <w:rFonts w:ascii="宋体" w:hAnsi="宋体" w:eastAsia="宋体"/>
          <w:sz w:val="24"/>
        </w:rPr>
        <w:t>“想知道古玉真相，今晚十点，旧港区三号仓库。一个人来。——暗夜君王。”</w:t>
      </w:r>
    </w:p>
    <w:p>
      <w:pPr>
        <w:spacing w:line="560" w:lineRule="exact"/>
        <w:ind w:firstLine="420"/>
      </w:pPr>
      <w:r>
        <w:rPr>
          <w:rFonts w:ascii="宋体" w:hAnsi="宋体" w:eastAsia="宋体"/>
          <w:sz w:val="24"/>
        </w:rPr>
        <w:t>林风盯着那四个字，手指一点点攥紧。</w:t>
      </w:r>
    </w:p>
    <w:p>
      <w:pPr>
        <w:spacing w:line="560" w:lineRule="exact"/>
        <w:ind w:firstLine="420"/>
      </w:pPr>
      <w:r>
        <w:rPr>
          <w:rFonts w:ascii="宋体" w:hAnsi="宋体" w:eastAsia="宋体"/>
          <w:sz w:val="24"/>
        </w:rPr>
        <w:t>暗夜君王，陈锋。</w:t>
      </w:r>
    </w:p>
    <w:p>
      <w:pPr>
        <w:spacing w:line="560" w:lineRule="exact"/>
        <w:ind w:firstLine="420"/>
      </w:pPr>
      <w:r>
        <w:rPr>
          <w:rFonts w:ascii="宋体" w:hAnsi="宋体" w:eastAsia="宋体"/>
          <w:sz w:val="24"/>
        </w:rPr>
        <w:t>《天界》里让神豪殿连吃三场亏的暗影组织会长，也是外界公认的华夏区第一反派。</w:t>
      </w:r>
    </w:p>
    <w:p>
      <w:pPr>
        <w:spacing w:line="560" w:lineRule="exact"/>
        <w:ind w:firstLine="420"/>
      </w:pPr>
      <w:r>
        <w:rPr>
          <w:rFonts w:ascii="宋体" w:hAnsi="宋体" w:eastAsia="宋体"/>
          <w:sz w:val="24"/>
        </w:rPr>
        <w:t>可现在，这个人竟然知道古玉，知道他父母的车祸。</w:t>
      </w:r>
    </w:p>
    <w:p>
      <w:pPr>
        <w:spacing w:line="560" w:lineRule="exact"/>
        <w:ind w:firstLine="420"/>
      </w:pPr>
      <w:r>
        <w:rPr>
          <w:rFonts w:ascii="宋体" w:hAnsi="宋体" w:eastAsia="宋体"/>
          <w:sz w:val="24"/>
        </w:rPr>
        <w:t>“风哥！”</w:t>
      </w:r>
    </w:p>
    <w:p>
      <w:pPr>
        <w:spacing w:line="560" w:lineRule="exact"/>
        <w:ind w:firstLine="420"/>
      </w:pPr>
      <w:r>
        <w:rPr>
          <w:rFonts w:ascii="宋体" w:hAnsi="宋体" w:eastAsia="宋体"/>
          <w:sz w:val="24"/>
        </w:rPr>
        <w:t>门外传来赵铁柱的大嗓门，“小雅说你突然下线，出啥事了？是不是暗影那帮孙子又搞事？”</w:t>
      </w:r>
    </w:p>
    <w:p>
      <w:pPr>
        <w:spacing w:line="560" w:lineRule="exact"/>
        <w:ind w:firstLine="420"/>
      </w:pPr>
      <w:r>
        <w:rPr>
          <w:rFonts w:ascii="宋体" w:hAnsi="宋体" w:eastAsia="宋体"/>
          <w:sz w:val="24"/>
        </w:rPr>
        <w:t>林风把手机揣进口袋，推门出去。</w:t>
      </w:r>
    </w:p>
    <w:p>
      <w:pPr>
        <w:spacing w:line="560" w:lineRule="exact"/>
        <w:ind w:firstLine="420"/>
      </w:pPr>
      <w:r>
        <w:rPr>
          <w:rFonts w:ascii="宋体" w:hAnsi="宋体" w:eastAsia="宋体"/>
          <w:sz w:val="24"/>
        </w:rPr>
        <w:t>客厅里，苏小雅抱着笔记本，脸色发白。夜影坐在窗边，手里把玩着一枚黑色飞镖。凌天则盯着投影上的《天界》地图，眉头拧得死紧。</w:t>
      </w:r>
    </w:p>
    <w:p>
      <w:pPr>
        <w:spacing w:line="560" w:lineRule="exact"/>
        <w:ind w:firstLine="420"/>
      </w:pPr>
      <w:r>
        <w:rPr>
          <w:rFonts w:ascii="宋体" w:hAnsi="宋体" w:eastAsia="宋体"/>
          <w:sz w:val="24"/>
        </w:rPr>
        <w:t>“神豪殿驻地那边刚收到战报。”凌天抬头，“暗影的人在王城东门集结，像是准备强攻。”</w:t>
      </w:r>
    </w:p>
    <w:p>
      <w:pPr>
        <w:spacing w:line="560" w:lineRule="exact"/>
        <w:ind w:firstLine="420"/>
      </w:pPr>
      <w:r>
        <w:rPr>
          <w:rFonts w:ascii="宋体" w:hAnsi="宋体" w:eastAsia="宋体"/>
          <w:sz w:val="24"/>
        </w:rPr>
        <w:t>苏小雅急道：“可你现在下线了，他们是不是冲你来的？”</w:t>
      </w:r>
    </w:p>
    <w:p>
      <w:pPr>
        <w:spacing w:line="560" w:lineRule="exact"/>
        <w:ind w:firstLine="420"/>
      </w:pPr>
      <w:r>
        <w:rPr>
          <w:rFonts w:ascii="宋体" w:hAnsi="宋体" w:eastAsia="宋体"/>
          <w:sz w:val="24"/>
        </w:rPr>
        <w:t>林风没回答，只把短信内容投到墙上。</w:t>
      </w:r>
    </w:p>
    <w:p>
      <w:pPr>
        <w:spacing w:line="560" w:lineRule="exact"/>
        <w:ind w:firstLine="420"/>
      </w:pPr>
      <w:r>
        <w:rPr>
          <w:rFonts w:ascii="宋体" w:hAnsi="宋体" w:eastAsia="宋体"/>
          <w:sz w:val="24"/>
        </w:rPr>
        <w:t>四个人同时沉默。</w:t>
      </w:r>
    </w:p>
    <w:p>
      <w:pPr>
        <w:spacing w:line="560" w:lineRule="exact"/>
        <w:ind w:firstLine="420"/>
      </w:pPr>
      <w:r>
        <w:rPr>
          <w:rFonts w:ascii="宋体" w:hAnsi="宋体" w:eastAsia="宋体"/>
          <w:sz w:val="24"/>
        </w:rPr>
        <w:t>赵铁柱第一个炸了：“旧港区三号仓库？那不是废弃码头吗？风哥，这摆明了是陷阱！”</w:t>
      </w:r>
    </w:p>
    <w:p>
      <w:pPr>
        <w:spacing w:line="560" w:lineRule="exact"/>
        <w:ind w:firstLine="420"/>
      </w:pPr>
      <w:r>
        <w:rPr>
          <w:rFonts w:ascii="宋体" w:hAnsi="宋体" w:eastAsia="宋体"/>
          <w:sz w:val="24"/>
        </w:rPr>
        <w:t>夜影抬眼：“我去。”</w:t>
      </w:r>
    </w:p>
    <w:p>
      <w:pPr>
        <w:spacing w:line="560" w:lineRule="exact"/>
        <w:ind w:firstLine="420"/>
      </w:pPr>
      <w:r>
        <w:rPr>
          <w:rFonts w:ascii="宋体" w:hAnsi="宋体" w:eastAsia="宋体"/>
          <w:sz w:val="24"/>
        </w:rPr>
        <w:t>“你去了，他还会见我？”林风摇头。</w:t>
      </w:r>
    </w:p>
    <w:p>
      <w:pPr>
        <w:spacing w:line="560" w:lineRule="exact"/>
        <w:ind w:firstLine="420"/>
      </w:pPr>
      <w:r>
        <w:rPr>
          <w:rFonts w:ascii="宋体" w:hAnsi="宋体" w:eastAsia="宋体"/>
          <w:sz w:val="24"/>
        </w:rPr>
        <w:t>苏小雅咬着唇：“那就别去。陈锋在《天界》里阴你那么多次，现在突然现实约见，谁知道他想干什么。”</w:t>
      </w:r>
    </w:p>
    <w:p>
      <w:pPr>
        <w:spacing w:line="560" w:lineRule="exact"/>
        <w:ind w:firstLine="420"/>
      </w:pPr>
      <w:r>
        <w:rPr>
          <w:rFonts w:ascii="宋体" w:hAnsi="宋体" w:eastAsia="宋体"/>
          <w:sz w:val="24"/>
        </w:rPr>
        <w:t>凌天却忽然开口：“他会见。”</w:t>
      </w:r>
    </w:p>
    <w:p>
      <w:pPr>
        <w:spacing w:line="560" w:lineRule="exact"/>
        <w:ind w:firstLine="420"/>
      </w:pPr>
      <w:r>
        <w:rPr>
          <w:rFonts w:ascii="宋体" w:hAnsi="宋体" w:eastAsia="宋体"/>
          <w:sz w:val="24"/>
        </w:rPr>
        <w:t>林风看向他。</w:t>
      </w:r>
    </w:p>
    <w:p>
      <w:pPr>
        <w:spacing w:line="560" w:lineRule="exact"/>
        <w:ind w:firstLine="420"/>
      </w:pPr>
      <w:r>
        <w:rPr>
          <w:rFonts w:ascii="宋体" w:hAnsi="宋体" w:eastAsia="宋体"/>
          <w:sz w:val="24"/>
        </w:rPr>
        <w:t>凌天推了推眼镜：“陈锋如果真想害你，没必要发短信提醒你父母车祸有问题。更没必要拿古玉做饵。他要的不是你的命，是你手里的东西。”</w:t>
      </w:r>
    </w:p>
    <w:p>
      <w:pPr>
        <w:spacing w:line="560" w:lineRule="exact"/>
        <w:ind w:firstLine="420"/>
      </w:pPr>
      <w:r>
        <w:rPr>
          <w:rFonts w:ascii="宋体" w:hAnsi="宋体" w:eastAsia="宋体"/>
          <w:sz w:val="24"/>
        </w:rPr>
        <w:t>赵铁柱急了：“那更不能让风哥一个人去啊！”</w:t>
      </w:r>
    </w:p>
    <w:p>
      <w:pPr>
        <w:spacing w:line="560" w:lineRule="exact"/>
        <w:ind w:firstLine="420"/>
      </w:pPr>
      <w:r>
        <w:rPr>
          <w:rFonts w:ascii="宋体" w:hAnsi="宋体" w:eastAsia="宋体"/>
          <w:sz w:val="24"/>
        </w:rPr>
        <w:t>林风拿起外套，语气很稳：“我不是一个人。”</w:t>
      </w:r>
    </w:p>
    <w:p>
      <w:pPr>
        <w:spacing w:line="560" w:lineRule="exact"/>
        <w:ind w:firstLine="420"/>
      </w:pPr>
      <w:r>
        <w:rPr>
          <w:rFonts w:ascii="宋体" w:hAnsi="宋体" w:eastAsia="宋体"/>
          <w:sz w:val="24"/>
        </w:rPr>
        <w:t>他看向夜影：“你跟我到旧港区外围，别暴露。”</w:t>
      </w:r>
    </w:p>
    <w:p>
      <w:pPr>
        <w:spacing w:line="560" w:lineRule="exact"/>
        <w:ind w:firstLine="420"/>
      </w:pPr>
      <w:r>
        <w:rPr>
          <w:rFonts w:ascii="宋体" w:hAnsi="宋体" w:eastAsia="宋体"/>
          <w:sz w:val="24"/>
        </w:rPr>
        <w:t>夜影点头。</w:t>
      </w:r>
    </w:p>
    <w:p>
      <w:pPr>
        <w:spacing w:line="560" w:lineRule="exact"/>
        <w:ind w:firstLine="420"/>
      </w:pPr>
      <w:r>
        <w:rPr>
          <w:rFonts w:ascii="宋体" w:hAnsi="宋体" w:eastAsia="宋体"/>
          <w:sz w:val="24"/>
        </w:rPr>
        <w:t>他又看向凌天：“查秦雨。她是《天界》运营，旧港区附近有没有天穹科技的监控点，问她。”</w:t>
      </w:r>
    </w:p>
    <w:p>
      <w:pPr>
        <w:spacing w:line="560" w:lineRule="exact"/>
        <w:ind w:firstLine="420"/>
      </w:pPr>
      <w:r>
        <w:rPr>
          <w:rFonts w:ascii="宋体" w:hAnsi="宋体" w:eastAsia="宋体"/>
          <w:sz w:val="24"/>
        </w:rPr>
        <w:t>凌天立刻拨号。</w:t>
      </w:r>
    </w:p>
    <w:p>
      <w:pPr>
        <w:spacing w:line="560" w:lineRule="exact"/>
        <w:ind w:firstLine="420"/>
      </w:pPr>
      <w:r>
        <w:rPr>
          <w:rFonts w:ascii="宋体" w:hAnsi="宋体" w:eastAsia="宋体"/>
          <w:sz w:val="24"/>
        </w:rPr>
        <w:t>苏小雅起身：“我开直播小号盯着旧港区周边摄像头，有人靠近我马上喊你。”</w:t>
      </w:r>
    </w:p>
    <w:p>
      <w:pPr>
        <w:spacing w:line="560" w:lineRule="exact"/>
        <w:ind w:firstLine="420"/>
      </w:pPr>
      <w:r>
        <w:rPr>
          <w:rFonts w:ascii="宋体" w:hAnsi="宋体" w:eastAsia="宋体"/>
          <w:sz w:val="24"/>
        </w:rPr>
        <w:t>赵铁柱一把抓起车钥匙：“我开车。”</w:t>
      </w:r>
    </w:p>
    <w:p>
      <w:pPr>
        <w:spacing w:line="560" w:lineRule="exact"/>
        <w:ind w:firstLine="420"/>
      </w:pPr>
      <w:r>
        <w:rPr>
          <w:rFonts w:ascii="宋体" w:hAnsi="宋体" w:eastAsia="宋体"/>
          <w:sz w:val="24"/>
        </w:rPr>
        <w:t>林风看了他一眼。</w:t>
      </w:r>
    </w:p>
    <w:p>
      <w:pPr>
        <w:spacing w:line="560" w:lineRule="exact"/>
        <w:ind w:firstLine="420"/>
      </w:pPr>
      <w:r>
        <w:rPr>
          <w:rFonts w:ascii="宋体" w:hAnsi="宋体" w:eastAsia="宋体"/>
          <w:sz w:val="24"/>
        </w:rPr>
        <w:t>赵铁柱梗着脖子：“别废话。你让我在宿舍躺着，我能睡得着？”</w:t>
      </w:r>
    </w:p>
    <w:p>
      <w:pPr>
        <w:spacing w:line="560" w:lineRule="exact"/>
        <w:ind w:firstLine="420"/>
      </w:pPr>
      <w:r>
        <w:rPr>
          <w:rFonts w:ascii="宋体" w:hAnsi="宋体" w:eastAsia="宋体"/>
          <w:sz w:val="24"/>
        </w:rPr>
        <w:t>十分钟后，黑色越野车冲进夜色。</w:t>
      </w:r>
    </w:p>
    <w:p>
      <w:pPr>
        <w:spacing w:line="560" w:lineRule="exact"/>
        <w:ind w:firstLine="420"/>
      </w:pPr>
      <w:r>
        <w:rPr>
          <w:rFonts w:ascii="宋体" w:hAnsi="宋体" w:eastAsia="宋体"/>
          <w:sz w:val="24"/>
        </w:rPr>
        <w:t>旧港区离市区很远，海风夹着铁锈味，路灯一半亮一半灭。远处废弃仓库像一头趴着的兽，黑洞洞的窗户盯着来人。</w:t>
      </w:r>
    </w:p>
    <w:p>
      <w:pPr>
        <w:spacing w:line="560" w:lineRule="exact"/>
        <w:ind w:firstLine="420"/>
      </w:pPr>
      <w:r>
        <w:rPr>
          <w:rFonts w:ascii="宋体" w:hAnsi="宋体" w:eastAsia="宋体"/>
          <w:sz w:val="24"/>
        </w:rPr>
        <w:t>林风让赵铁柱停在两公里外。</w:t>
      </w:r>
    </w:p>
    <w:p>
      <w:pPr>
        <w:spacing w:line="560" w:lineRule="exact"/>
        <w:ind w:firstLine="420"/>
      </w:pPr>
      <w:r>
        <w:rPr>
          <w:rFonts w:ascii="宋体" w:hAnsi="宋体" w:eastAsia="宋体"/>
          <w:sz w:val="24"/>
        </w:rPr>
        <w:t>夜影从另一侧下车，身影很快融入阴影。</w:t>
      </w:r>
    </w:p>
    <w:p>
      <w:pPr>
        <w:spacing w:line="560" w:lineRule="exact"/>
        <w:ind w:firstLine="420"/>
      </w:pPr>
      <w:r>
        <w:rPr>
          <w:rFonts w:ascii="宋体" w:hAnsi="宋体" w:eastAsia="宋体"/>
          <w:sz w:val="24"/>
        </w:rPr>
        <w:t>苏小雅的声音从耳机里传来：“风哥，旧港区监控被人切过，但三号仓库外围有一台民用摄像头还在工作。画面里……没人。”</w:t>
      </w:r>
    </w:p>
    <w:p>
      <w:pPr>
        <w:spacing w:line="560" w:lineRule="exact"/>
        <w:ind w:firstLine="420"/>
      </w:pPr>
      <w:r>
        <w:rPr>
          <w:rFonts w:ascii="宋体" w:hAnsi="宋体" w:eastAsia="宋体"/>
          <w:sz w:val="24"/>
        </w:rPr>
        <w:t>“没人？”</w:t>
      </w:r>
    </w:p>
    <w:p>
      <w:pPr>
        <w:spacing w:line="560" w:lineRule="exact"/>
        <w:ind w:firstLine="420"/>
      </w:pPr>
      <w:r>
        <w:rPr>
          <w:rFonts w:ascii="宋体" w:hAnsi="宋体" w:eastAsia="宋体"/>
          <w:sz w:val="24"/>
        </w:rPr>
        <w:t>“对，干净得像被扫过。”</w:t>
      </w:r>
    </w:p>
    <w:p>
      <w:pPr>
        <w:spacing w:line="560" w:lineRule="exact"/>
        <w:ind w:firstLine="420"/>
      </w:pPr>
      <w:r>
        <w:rPr>
          <w:rFonts w:ascii="宋体" w:hAnsi="宋体" w:eastAsia="宋体"/>
          <w:sz w:val="24"/>
        </w:rPr>
        <w:t>林风挂断通讯，独自走向三号仓库。</w:t>
      </w:r>
    </w:p>
    <w:p>
      <w:pPr>
        <w:spacing w:line="560" w:lineRule="exact"/>
        <w:ind w:firstLine="420"/>
      </w:pPr>
      <w:r>
        <w:rPr>
          <w:rFonts w:ascii="宋体" w:hAnsi="宋体" w:eastAsia="宋体"/>
          <w:sz w:val="24"/>
        </w:rPr>
        <w:t>仓库门没锁。</w:t>
      </w:r>
    </w:p>
    <w:p>
      <w:pPr>
        <w:spacing w:line="560" w:lineRule="exact"/>
        <w:ind w:firstLine="420"/>
      </w:pPr>
      <w:r>
        <w:rPr>
          <w:rFonts w:ascii="宋体" w:hAnsi="宋体" w:eastAsia="宋体"/>
          <w:sz w:val="24"/>
        </w:rPr>
        <w:t>他推门进去，里面只有一盏吊灯亮着，灯泡摇晃，光线忽明忽暗。</w:t>
      </w:r>
    </w:p>
    <w:p>
      <w:pPr>
        <w:spacing w:line="560" w:lineRule="exact"/>
        <w:ind w:firstLine="420"/>
      </w:pPr>
      <w:r>
        <w:rPr>
          <w:rFonts w:ascii="宋体" w:hAnsi="宋体" w:eastAsia="宋体"/>
          <w:sz w:val="24"/>
        </w:rPr>
        <w:t>一道人影站在集装箱前。</w:t>
      </w:r>
    </w:p>
    <w:p>
      <w:pPr>
        <w:spacing w:line="560" w:lineRule="exact"/>
        <w:ind w:firstLine="420"/>
      </w:pPr>
      <w:r>
        <w:rPr>
          <w:rFonts w:ascii="宋体" w:hAnsi="宋体" w:eastAsia="宋体"/>
          <w:sz w:val="24"/>
        </w:rPr>
        <w:t>黑风衣，瘦削，短发，左脸有一道从眉骨划到下颌的疤。</w:t>
      </w:r>
    </w:p>
    <w:p>
      <w:pPr>
        <w:spacing w:line="560" w:lineRule="exact"/>
        <w:ind w:firstLine="420"/>
      </w:pPr>
      <w:r>
        <w:rPr>
          <w:rFonts w:ascii="宋体" w:hAnsi="宋体" w:eastAsia="宋体"/>
          <w:sz w:val="24"/>
        </w:rPr>
        <w:t>陈锋。</w:t>
      </w:r>
    </w:p>
    <w:p>
      <w:pPr>
        <w:spacing w:line="560" w:lineRule="exact"/>
        <w:ind w:firstLine="420"/>
      </w:pPr>
      <w:r>
        <w:rPr>
          <w:rFonts w:ascii="宋体" w:hAnsi="宋体" w:eastAsia="宋体"/>
          <w:sz w:val="24"/>
        </w:rPr>
        <w:t>游戏里，他是暗影组织会长，ID“暗夜君王”，一手暗影骑士团，把无数公会打得不敢过王城外环。</w:t>
      </w:r>
    </w:p>
    <w:p>
      <w:pPr>
        <w:spacing w:line="560" w:lineRule="exact"/>
        <w:ind w:firstLine="420"/>
      </w:pPr>
      <w:r>
        <w:rPr>
          <w:rFonts w:ascii="宋体" w:hAnsi="宋体" w:eastAsia="宋体"/>
          <w:sz w:val="24"/>
        </w:rPr>
        <w:t>现实里，他比屏幕上更冷。</w:t>
      </w:r>
    </w:p>
    <w:p>
      <w:pPr>
        <w:spacing w:line="560" w:lineRule="exact"/>
        <w:ind w:firstLine="420"/>
      </w:pPr>
      <w:r>
        <w:rPr>
          <w:rFonts w:ascii="宋体" w:hAnsi="宋体" w:eastAsia="宋体"/>
          <w:sz w:val="24"/>
        </w:rPr>
        <w:t>“你比我想象中来得早。”陈锋开口。</w:t>
      </w:r>
    </w:p>
    <w:p>
      <w:pPr>
        <w:spacing w:line="560" w:lineRule="exact"/>
        <w:ind w:firstLine="420"/>
      </w:pPr>
      <w:r>
        <w:rPr>
          <w:rFonts w:ascii="宋体" w:hAnsi="宋体" w:eastAsia="宋体"/>
          <w:sz w:val="24"/>
        </w:rPr>
        <w:t>林风没有靠近：“你知道我父母的事？”</w:t>
      </w:r>
    </w:p>
    <w:p>
      <w:pPr>
        <w:spacing w:line="560" w:lineRule="exact"/>
        <w:ind w:firstLine="420"/>
      </w:pPr>
      <w:r>
        <w:rPr>
          <w:rFonts w:ascii="宋体" w:hAnsi="宋体" w:eastAsia="宋体"/>
          <w:sz w:val="24"/>
        </w:rPr>
        <w:t>陈锋转过身，手里拎着一瓶矿泉水。</w:t>
      </w:r>
    </w:p>
    <w:p>
      <w:pPr>
        <w:spacing w:line="560" w:lineRule="exact"/>
        <w:ind w:firstLine="420"/>
      </w:pPr>
      <w:r>
        <w:rPr>
          <w:rFonts w:ascii="宋体" w:hAnsi="宋体" w:eastAsia="宋体"/>
          <w:sz w:val="24"/>
        </w:rPr>
        <w:t>“知道。”</w:t>
      </w:r>
    </w:p>
    <w:p>
      <w:pPr>
        <w:spacing w:line="560" w:lineRule="exact"/>
        <w:ind w:firstLine="420"/>
      </w:pPr>
      <w:r>
        <w:rPr>
          <w:rFonts w:ascii="宋体" w:hAnsi="宋体" w:eastAsia="宋体"/>
          <w:sz w:val="24"/>
        </w:rPr>
        <w:t>“谁干的？”</w:t>
      </w:r>
    </w:p>
    <w:p>
      <w:pPr>
        <w:spacing w:line="560" w:lineRule="exact"/>
        <w:ind w:firstLine="420"/>
      </w:pPr>
      <w:r>
        <w:rPr>
          <w:rFonts w:ascii="宋体" w:hAnsi="宋体" w:eastAsia="宋体"/>
          <w:sz w:val="24"/>
        </w:rPr>
        <w:t>“暗流。”</w:t>
      </w:r>
    </w:p>
    <w:p>
      <w:pPr>
        <w:spacing w:line="560" w:lineRule="exact"/>
        <w:ind w:firstLine="420"/>
      </w:pPr>
      <w:r>
        <w:rPr>
          <w:rFonts w:ascii="宋体" w:hAnsi="宋体" w:eastAsia="宋体"/>
          <w:sz w:val="24"/>
        </w:rPr>
        <w:t>林风瞳孔一缩。</w:t>
      </w:r>
    </w:p>
    <w:p>
      <w:pPr>
        <w:spacing w:line="560" w:lineRule="exact"/>
        <w:ind w:firstLine="420"/>
      </w:pPr>
      <w:r>
        <w:rPr>
          <w:rFonts w:ascii="宋体" w:hAnsi="宋体" w:eastAsia="宋体"/>
          <w:sz w:val="24"/>
        </w:rPr>
        <w:t>这两个字，他第一次听凌天提起，是在三天前。神豪殿截获一封加密邮件，里面只有两个字：暗流。</w:t>
      </w:r>
    </w:p>
    <w:p>
      <w:pPr>
        <w:spacing w:line="560" w:lineRule="exact"/>
        <w:ind w:firstLine="420"/>
      </w:pPr>
      <w:r>
        <w:rPr>
          <w:rFonts w:ascii="宋体" w:hAnsi="宋体" w:eastAsia="宋体"/>
          <w:sz w:val="24"/>
        </w:rPr>
        <w:t>陈锋把矿泉水扔过来。</w:t>
      </w:r>
    </w:p>
    <w:p>
      <w:pPr>
        <w:spacing w:line="560" w:lineRule="exact"/>
        <w:ind w:firstLine="420"/>
      </w:pPr>
      <w:r>
        <w:rPr>
          <w:rFonts w:ascii="宋体" w:hAnsi="宋体" w:eastAsia="宋体"/>
          <w:sz w:val="24"/>
        </w:rPr>
        <w:t>林风没接，瓶子砸在他脚边。</w:t>
      </w:r>
    </w:p>
    <w:p>
      <w:pPr>
        <w:spacing w:line="560" w:lineRule="exact"/>
        <w:ind w:firstLine="420"/>
      </w:pPr>
      <w:r>
        <w:rPr>
          <w:rFonts w:ascii="宋体" w:hAnsi="宋体" w:eastAsia="宋体"/>
          <w:sz w:val="24"/>
        </w:rPr>
        <w:t>“喝不喝随你。”陈锋说，“接下来你要听的东西，可能比不喝水更难受。”</w:t>
      </w:r>
    </w:p>
    <w:p>
      <w:pPr>
        <w:spacing w:line="560" w:lineRule="exact"/>
        <w:ind w:firstLine="420"/>
      </w:pPr>
      <w:r>
        <w:rPr>
          <w:rFonts w:ascii="宋体" w:hAnsi="宋体" w:eastAsia="宋体"/>
          <w:sz w:val="24"/>
        </w:rPr>
        <w:t>林风盯着他：“说。”</w:t>
      </w:r>
    </w:p>
    <w:p>
      <w:pPr>
        <w:spacing w:line="560" w:lineRule="exact"/>
        <w:ind w:firstLine="420"/>
      </w:pPr>
      <w:r>
        <w:rPr>
          <w:rFonts w:ascii="宋体" w:hAnsi="宋体" w:eastAsia="宋体"/>
          <w:sz w:val="24"/>
        </w:rPr>
        <w:t>陈锋靠在集装箱上，声音低沉。</w:t>
      </w:r>
    </w:p>
    <w:p>
      <w:pPr>
        <w:spacing w:line="560" w:lineRule="exact"/>
        <w:ind w:firstLine="420"/>
      </w:pPr>
      <w:r>
        <w:rPr>
          <w:rFonts w:ascii="宋体" w:hAnsi="宋体" w:eastAsia="宋体"/>
          <w:sz w:val="24"/>
        </w:rPr>
        <w:t>“暗影组织不是游戏公会。至少在成立之初，它不是。”</w:t>
      </w:r>
    </w:p>
    <w:p>
      <w:pPr>
        <w:spacing w:line="560" w:lineRule="exact"/>
        <w:ind w:firstLine="420"/>
      </w:pPr>
      <w:r>
        <w:rPr>
          <w:rFonts w:ascii="宋体" w:hAnsi="宋体" w:eastAsia="宋体"/>
          <w:sz w:val="24"/>
        </w:rPr>
        <w:t>林风没说话。</w:t>
      </w:r>
    </w:p>
    <w:p>
      <w:pPr>
        <w:spacing w:line="560" w:lineRule="exact"/>
        <w:ind w:firstLine="420"/>
      </w:pPr>
      <w:r>
        <w:rPr>
          <w:rFonts w:ascii="宋体" w:hAnsi="宋体" w:eastAsia="宋体"/>
          <w:sz w:val="24"/>
        </w:rPr>
        <w:t>陈锋继续道：“《天界》上线前，天穹科技内部有一批人发现，游戏引擎不只是做虚拟世界。它能把玩家的动作、反应、情绪甚至潜意识行为，映射到现实模型里。”</w:t>
      </w:r>
    </w:p>
    <w:p>
      <w:pPr>
        <w:spacing w:line="560" w:lineRule="exact"/>
        <w:ind w:firstLine="420"/>
      </w:pPr>
      <w:r>
        <w:rPr>
          <w:rFonts w:ascii="宋体" w:hAnsi="宋体" w:eastAsia="宋体"/>
          <w:sz w:val="24"/>
        </w:rPr>
        <w:t>“全息现实映射技术。”林风道。</w:t>
      </w:r>
    </w:p>
    <w:p>
      <w:pPr>
        <w:spacing w:line="560" w:lineRule="exact"/>
        <w:ind w:firstLine="420"/>
      </w:pPr>
      <w:r>
        <w:rPr>
          <w:rFonts w:ascii="宋体" w:hAnsi="宋体" w:eastAsia="宋体"/>
          <w:sz w:val="24"/>
        </w:rPr>
        <w:t>陈锋看他一眼：“你果然已经碰过古玉了。”</w:t>
      </w:r>
    </w:p>
    <w:p>
      <w:pPr>
        <w:spacing w:line="560" w:lineRule="exact"/>
        <w:ind w:firstLine="420"/>
      </w:pPr>
      <w:r>
        <w:rPr>
          <w:rFonts w:ascii="宋体" w:hAnsi="宋体" w:eastAsia="宋体"/>
          <w:sz w:val="24"/>
        </w:rPr>
        <w:t>林风心里一沉。</w:t>
      </w:r>
    </w:p>
    <w:p>
      <w:pPr>
        <w:spacing w:line="560" w:lineRule="exact"/>
        <w:ind w:firstLine="420"/>
      </w:pPr>
      <w:r>
        <w:rPr>
          <w:rFonts w:ascii="宋体" w:hAnsi="宋体" w:eastAsia="宋体"/>
          <w:sz w:val="24"/>
        </w:rPr>
        <w:t>“古玉是你父母的信物，也是天穹科技创始团队留下的密钥之一。”陈锋说，“你父亲林远，你母亲沈澜，都是核心研究员。暗流想夺的不是一块玉，而是玉里保存的映射算法。”</w:t>
      </w:r>
    </w:p>
    <w:p>
      <w:pPr>
        <w:spacing w:line="560" w:lineRule="exact"/>
        <w:ind w:firstLine="420"/>
      </w:pPr>
      <w:r>
        <w:rPr>
          <w:rFonts w:ascii="宋体" w:hAnsi="宋体" w:eastAsia="宋体"/>
          <w:sz w:val="24"/>
        </w:rPr>
        <w:t>仓库外海风呼啸，铁皮门被吹得哐当作响。</w:t>
      </w:r>
    </w:p>
    <w:p>
      <w:pPr>
        <w:spacing w:line="560" w:lineRule="exact"/>
        <w:ind w:firstLine="420"/>
      </w:pPr>
      <w:r>
        <w:rPr>
          <w:rFonts w:ascii="宋体" w:hAnsi="宋体" w:eastAsia="宋体"/>
          <w:sz w:val="24"/>
        </w:rPr>
        <w:t>林风声音发冷：“我父母车祸，跟这个有关？”</w:t>
      </w:r>
    </w:p>
    <w:p>
      <w:pPr>
        <w:spacing w:line="560" w:lineRule="exact"/>
        <w:ind w:firstLine="420"/>
      </w:pPr>
      <w:r>
        <w:rPr>
          <w:rFonts w:ascii="宋体" w:hAnsi="宋体" w:eastAsia="宋体"/>
          <w:sz w:val="24"/>
        </w:rPr>
        <w:t>陈锋沉默了两秒。</w:t>
      </w:r>
    </w:p>
    <w:p>
      <w:pPr>
        <w:spacing w:line="560" w:lineRule="exact"/>
        <w:ind w:firstLine="420"/>
      </w:pPr>
      <w:r>
        <w:rPr>
          <w:rFonts w:ascii="宋体" w:hAnsi="宋体" w:eastAsia="宋体"/>
          <w:sz w:val="24"/>
        </w:rPr>
        <w:t>“有关。”</w:t>
      </w:r>
    </w:p>
    <w:p>
      <w:pPr>
        <w:spacing w:line="560" w:lineRule="exact"/>
        <w:ind w:firstLine="420"/>
      </w:pPr>
      <w:r>
        <w:rPr>
          <w:rFonts w:ascii="宋体" w:hAnsi="宋体" w:eastAsia="宋体"/>
          <w:sz w:val="24"/>
        </w:rPr>
        <w:t>林风上前一步，拳头攥得咔咔响：“谁动的手？”</w:t>
      </w:r>
    </w:p>
    <w:p>
      <w:pPr>
        <w:spacing w:line="560" w:lineRule="exact"/>
        <w:ind w:firstLine="420"/>
      </w:pPr>
      <w:r>
        <w:rPr>
          <w:rFonts w:ascii="宋体" w:hAnsi="宋体" w:eastAsia="宋体"/>
          <w:sz w:val="24"/>
        </w:rPr>
        <w:t>“我不知道具体名字。”陈锋抬头，“但我知道流程。你父母当年发现暗流准备利用《天界》玩家数据建立现实控制模型，准备把证据交给警方和天穹董事会。暗流提前截获消息，制造了车祸。”</w:t>
      </w:r>
    </w:p>
    <w:p>
      <w:pPr>
        <w:spacing w:line="560" w:lineRule="exact"/>
        <w:ind w:firstLine="420"/>
      </w:pPr>
      <w:r>
        <w:rPr>
          <w:rFonts w:ascii="宋体" w:hAnsi="宋体" w:eastAsia="宋体"/>
          <w:sz w:val="24"/>
        </w:rPr>
        <w:t>林风胸口像被什么东西狠狠砸了一下。</w:t>
      </w:r>
    </w:p>
    <w:p>
      <w:pPr>
        <w:spacing w:line="560" w:lineRule="exact"/>
        <w:ind w:firstLine="420"/>
      </w:pPr>
      <w:r>
        <w:rPr>
          <w:rFonts w:ascii="宋体" w:hAnsi="宋体" w:eastAsia="宋体"/>
          <w:sz w:val="24"/>
        </w:rPr>
        <w:t>他想过无数可能，却从没想过，父母留下的古玉，会把他们推向死亡。</w:t>
      </w:r>
    </w:p>
    <w:p>
      <w:pPr>
        <w:spacing w:line="560" w:lineRule="exact"/>
        <w:ind w:firstLine="420"/>
      </w:pPr>
      <w:r>
        <w:rPr>
          <w:rFonts w:ascii="宋体" w:hAnsi="宋体" w:eastAsia="宋体"/>
          <w:sz w:val="24"/>
        </w:rPr>
        <w:t>“你凭什么让我信你？”林风问。</w:t>
      </w:r>
    </w:p>
    <w:p>
      <w:pPr>
        <w:spacing w:line="560" w:lineRule="exact"/>
        <w:ind w:firstLine="420"/>
      </w:pPr>
      <w:r>
        <w:rPr>
          <w:rFonts w:ascii="宋体" w:hAnsi="宋体" w:eastAsia="宋体"/>
          <w:sz w:val="24"/>
        </w:rPr>
        <w:t>陈锋笑了一下，那笑容很难看。</w:t>
      </w:r>
    </w:p>
    <w:p>
      <w:pPr>
        <w:spacing w:line="560" w:lineRule="exact"/>
        <w:ind w:firstLine="420"/>
      </w:pPr>
      <w:r>
        <w:rPr>
          <w:rFonts w:ascii="宋体" w:hAnsi="宋体" w:eastAsia="宋体"/>
          <w:sz w:val="24"/>
        </w:rPr>
        <w:t>“凭这个。”</w:t>
      </w:r>
    </w:p>
    <w:p>
      <w:pPr>
        <w:spacing w:line="560" w:lineRule="exact"/>
        <w:ind w:firstLine="420"/>
      </w:pPr>
      <w:r>
        <w:rPr>
          <w:rFonts w:ascii="宋体" w:hAnsi="宋体" w:eastAsia="宋体"/>
          <w:sz w:val="24"/>
        </w:rPr>
        <w:t>他抬手，投影亮起。</w:t>
      </w:r>
    </w:p>
    <w:p>
      <w:pPr>
        <w:spacing w:line="560" w:lineRule="exact"/>
        <w:ind w:firstLine="420"/>
      </w:pPr>
      <w:r>
        <w:rPr>
          <w:rFonts w:ascii="宋体" w:hAnsi="宋体" w:eastAsia="宋体"/>
          <w:sz w:val="24"/>
        </w:rPr>
        <w:t>画面里是一段模糊的监控录像。</w:t>
      </w:r>
    </w:p>
    <w:p>
      <w:pPr>
        <w:spacing w:line="560" w:lineRule="exact"/>
        <w:ind w:firstLine="420"/>
      </w:pPr>
      <w:r>
        <w:rPr>
          <w:rFonts w:ascii="宋体" w:hAnsi="宋体" w:eastAsia="宋体"/>
          <w:sz w:val="24"/>
        </w:rPr>
        <w:t>雨夜，高架桥，一辆黑色轿车被逼向护栏。车牌被泥水糊住，但副驾驶座上，一个女人死死护着怀里的玉盒。</w:t>
      </w:r>
    </w:p>
    <w:p>
      <w:pPr>
        <w:spacing w:line="560" w:lineRule="exact"/>
        <w:ind w:firstLine="420"/>
      </w:pPr>
      <w:r>
        <w:rPr>
          <w:rFonts w:ascii="宋体" w:hAnsi="宋体" w:eastAsia="宋体"/>
          <w:sz w:val="24"/>
        </w:rPr>
        <w:t>林风呼吸一滞。</w:t>
      </w:r>
    </w:p>
    <w:p>
      <w:pPr>
        <w:spacing w:line="560" w:lineRule="exact"/>
        <w:ind w:firstLine="420"/>
      </w:pPr>
      <w:r>
        <w:rPr>
          <w:rFonts w:ascii="宋体" w:hAnsi="宋体" w:eastAsia="宋体"/>
          <w:sz w:val="24"/>
        </w:rPr>
        <w:t>那是他母亲。</w:t>
      </w:r>
    </w:p>
    <w:p>
      <w:pPr>
        <w:spacing w:line="560" w:lineRule="exact"/>
        <w:ind w:firstLine="420"/>
      </w:pPr>
      <w:r>
        <w:rPr>
          <w:rFonts w:ascii="宋体" w:hAnsi="宋体" w:eastAsia="宋体"/>
          <w:sz w:val="24"/>
        </w:rPr>
        <w:t>画面很快断了。</w:t>
      </w:r>
    </w:p>
    <w:p>
      <w:pPr>
        <w:spacing w:line="560" w:lineRule="exact"/>
        <w:ind w:firstLine="420"/>
      </w:pPr>
      <w:r>
        <w:rPr>
          <w:rFonts w:ascii="宋体" w:hAnsi="宋体" w:eastAsia="宋体"/>
          <w:sz w:val="24"/>
        </w:rPr>
        <w:t>陈锋关掉投影：“这是我能找到的最后一帧。”</w:t>
      </w:r>
    </w:p>
    <w:p>
      <w:pPr>
        <w:spacing w:line="560" w:lineRule="exact"/>
        <w:ind w:firstLine="420"/>
      </w:pPr>
      <w:r>
        <w:rPr>
          <w:rFonts w:ascii="宋体" w:hAnsi="宋体" w:eastAsia="宋体"/>
          <w:sz w:val="24"/>
        </w:rPr>
        <w:t>林风喉咙发紧，过了好一会儿才问：“暗影组织到底站在哪边？”</w:t>
      </w:r>
    </w:p>
    <w:p>
      <w:pPr>
        <w:spacing w:line="560" w:lineRule="exact"/>
        <w:ind w:firstLine="420"/>
      </w:pPr>
      <w:r>
        <w:rPr>
          <w:rFonts w:ascii="宋体" w:hAnsi="宋体" w:eastAsia="宋体"/>
          <w:sz w:val="24"/>
        </w:rPr>
        <w:t>“两边都有。”陈锋说，“暗影成立的目的，是阻止暗流拿到古玉和映射技术。但暗流渗透太深，天穹科技内部、游戏运营、甚至部分公会，都有他们的人。”</w:t>
      </w:r>
    </w:p>
    <w:p>
      <w:pPr>
        <w:spacing w:line="560" w:lineRule="exact"/>
        <w:ind w:firstLine="420"/>
      </w:pPr>
      <w:r>
        <w:rPr>
          <w:rFonts w:ascii="宋体" w:hAnsi="宋体" w:eastAsia="宋体"/>
          <w:sz w:val="24"/>
        </w:rPr>
        <w:t>“所以你在《天界》里针对神豪殿？”</w:t>
      </w:r>
    </w:p>
    <w:p>
      <w:pPr>
        <w:spacing w:line="560" w:lineRule="exact"/>
        <w:ind w:firstLine="420"/>
      </w:pPr>
      <w:r>
        <w:rPr>
          <w:rFonts w:ascii="宋体" w:hAnsi="宋体" w:eastAsia="宋体"/>
          <w:sz w:val="24"/>
        </w:rPr>
        <w:t>“我在试你。”</w:t>
      </w:r>
    </w:p>
    <w:p>
      <w:pPr>
        <w:spacing w:line="560" w:lineRule="exact"/>
        <w:ind w:firstLine="420"/>
      </w:pPr>
      <w:r>
        <w:rPr>
          <w:rFonts w:ascii="宋体" w:hAnsi="宋体" w:eastAsia="宋体"/>
          <w:sz w:val="24"/>
        </w:rPr>
        <w:t>林风眼神一冷。</w:t>
      </w:r>
    </w:p>
    <w:p>
      <w:pPr>
        <w:spacing w:line="560" w:lineRule="exact"/>
        <w:ind w:firstLine="420"/>
      </w:pPr>
      <w:r>
        <w:rPr>
          <w:rFonts w:ascii="宋体" w:hAnsi="宋体" w:eastAsia="宋体"/>
          <w:sz w:val="24"/>
        </w:rPr>
        <w:t>陈锋没有躲：“神豪殿成长太快，你又拥有异常权限。暗流盯上你了。我要知道，你是被系统选中的人，还是暗流放进来的棋子。”</w:t>
      </w:r>
    </w:p>
    <w:p>
      <w:pPr>
        <w:spacing w:line="560" w:lineRule="exact"/>
        <w:ind w:firstLine="420"/>
      </w:pPr>
      <w:r>
        <w:rPr>
          <w:rFonts w:ascii="宋体" w:hAnsi="宋体" w:eastAsia="宋体"/>
          <w:sz w:val="24"/>
        </w:rPr>
        <w:t>“结果呢？”</w:t>
      </w:r>
    </w:p>
    <w:p>
      <w:pPr>
        <w:spacing w:line="560" w:lineRule="exact"/>
        <w:ind w:firstLine="420"/>
      </w:pPr>
      <w:r>
        <w:rPr>
          <w:rFonts w:ascii="宋体" w:hAnsi="宋体" w:eastAsia="宋体"/>
          <w:sz w:val="24"/>
        </w:rPr>
        <w:t>“你不是棋子。”陈锋看着他，“你是他们最怕的人。”</w:t>
      </w:r>
    </w:p>
    <w:p>
      <w:pPr>
        <w:spacing w:line="560" w:lineRule="exact"/>
        <w:ind w:firstLine="420"/>
      </w:pPr>
      <w:r>
        <w:rPr>
          <w:rFonts w:ascii="宋体" w:hAnsi="宋体" w:eastAsia="宋体"/>
          <w:sz w:val="24"/>
        </w:rPr>
        <w:t>林风冷笑：“因为我游戏币无限充值？”</w:t>
      </w:r>
    </w:p>
    <w:p>
      <w:pPr>
        <w:spacing w:line="560" w:lineRule="exact"/>
        <w:ind w:firstLine="420"/>
      </w:pPr>
      <w:r>
        <w:rPr>
          <w:rFonts w:ascii="宋体" w:hAnsi="宋体" w:eastAsia="宋体"/>
          <w:sz w:val="24"/>
        </w:rPr>
        <w:t>“因为古玉认你。”陈锋语气加重，“也因为神豪殿已经成了华夏区唯一能正面挡住暗流的公会。”</w:t>
      </w:r>
    </w:p>
    <w:p>
      <w:pPr>
        <w:spacing w:line="560" w:lineRule="exact"/>
        <w:ind w:firstLine="420"/>
      </w:pPr>
      <w:r>
        <w:rPr>
          <w:rFonts w:ascii="宋体" w:hAnsi="宋体" w:eastAsia="宋体"/>
          <w:sz w:val="24"/>
        </w:rPr>
        <w:t>这时，耳机里传来苏小雅压低的声音：“风哥，仓库外三百米，有两辆车靠近。没有开灯。”</w:t>
      </w:r>
    </w:p>
    <w:p>
      <w:pPr>
        <w:spacing w:line="560" w:lineRule="exact"/>
        <w:ind w:firstLine="420"/>
      </w:pPr>
      <w:r>
        <w:rPr>
          <w:rFonts w:ascii="宋体" w:hAnsi="宋体" w:eastAsia="宋体"/>
          <w:sz w:val="24"/>
        </w:rPr>
        <w:t>林风眼神一凛。</w:t>
      </w:r>
    </w:p>
    <w:p>
      <w:pPr>
        <w:spacing w:line="560" w:lineRule="exact"/>
        <w:ind w:firstLine="420"/>
      </w:pPr>
      <w:r>
        <w:rPr>
          <w:rFonts w:ascii="宋体" w:hAnsi="宋体" w:eastAsia="宋体"/>
          <w:sz w:val="24"/>
        </w:rPr>
        <w:t>陈锋也听到了通讯漏音，脸色微变：“他们来得比我预计的快。”</w:t>
      </w:r>
    </w:p>
    <w:p>
      <w:pPr>
        <w:spacing w:line="560" w:lineRule="exact"/>
        <w:ind w:firstLine="420"/>
      </w:pPr>
      <w:r>
        <w:rPr>
          <w:rFonts w:ascii="宋体" w:hAnsi="宋体" w:eastAsia="宋体"/>
          <w:sz w:val="24"/>
        </w:rPr>
        <w:t>林风冷冷道：“你早知道会被跟踪？”</w:t>
      </w:r>
    </w:p>
    <w:p>
      <w:pPr>
        <w:spacing w:line="560" w:lineRule="exact"/>
        <w:ind w:firstLine="420"/>
      </w:pPr>
      <w:r>
        <w:rPr>
          <w:rFonts w:ascii="宋体" w:hAnsi="宋体" w:eastAsia="宋体"/>
          <w:sz w:val="24"/>
        </w:rPr>
        <w:t>“我甩掉了三批。”陈锋从风衣内侧拿出一个黑色U盘，“但暗流这次动的是秦雨那条线。”</w:t>
      </w:r>
    </w:p>
    <w:p>
      <w:pPr>
        <w:spacing w:line="560" w:lineRule="exact"/>
        <w:ind w:firstLine="420"/>
      </w:pPr>
      <w:r>
        <w:rPr>
          <w:rFonts w:ascii="宋体" w:hAnsi="宋体" w:eastAsia="宋体"/>
          <w:sz w:val="24"/>
        </w:rPr>
        <w:t>“秦雨？”</w:t>
      </w:r>
    </w:p>
    <w:p>
      <w:pPr>
        <w:spacing w:line="560" w:lineRule="exact"/>
        <w:ind w:firstLine="420"/>
      </w:pPr>
      <w:r>
        <w:rPr>
          <w:rFonts w:ascii="宋体" w:hAnsi="宋体" w:eastAsia="宋体"/>
          <w:sz w:val="24"/>
        </w:rPr>
        <w:t>“她最近在查后台异常登录。暗流想灭口，也顺便借她把你引出来。”陈锋把U盘扔给林风，“这里面有我能拿到的暗流名单，还有天穹内部三个叛徒的代号。”</w:t>
      </w:r>
    </w:p>
    <w:p>
      <w:pPr>
        <w:spacing w:line="560" w:lineRule="exact"/>
        <w:ind w:firstLine="420"/>
      </w:pPr>
      <w:r>
        <w:rPr>
          <w:rFonts w:ascii="宋体" w:hAnsi="宋体" w:eastAsia="宋体"/>
          <w:sz w:val="24"/>
        </w:rPr>
        <w:t>林风接住U盘。</w:t>
      </w:r>
    </w:p>
    <w:p>
      <w:pPr>
        <w:spacing w:line="560" w:lineRule="exact"/>
        <w:ind w:firstLine="420"/>
      </w:pPr>
      <w:r>
        <w:rPr>
          <w:rFonts w:ascii="宋体" w:hAnsi="宋体" w:eastAsia="宋体"/>
          <w:sz w:val="24"/>
        </w:rPr>
        <w:t>“为什么给我？”</w:t>
      </w:r>
    </w:p>
    <w:p>
      <w:pPr>
        <w:spacing w:line="560" w:lineRule="exact"/>
        <w:ind w:firstLine="420"/>
      </w:pPr>
      <w:r>
        <w:rPr>
          <w:rFonts w:ascii="宋体" w:hAnsi="宋体" w:eastAsia="宋体"/>
          <w:sz w:val="24"/>
        </w:rPr>
        <w:t>陈锋看着他：“因为我快撑不住了。暗影组织里有人叛了。暗流许诺他们现实里的钱、权，还有《天界》里的王座。今晚之后，暗影这个名字可能就不存在了。”</w:t>
      </w:r>
    </w:p>
    <w:p>
      <w:pPr>
        <w:spacing w:line="560" w:lineRule="exact"/>
        <w:ind w:firstLine="420"/>
      </w:pPr>
      <w:r>
        <w:rPr>
          <w:rFonts w:ascii="宋体" w:hAnsi="宋体" w:eastAsia="宋体"/>
          <w:sz w:val="24"/>
        </w:rPr>
        <w:t>林风沉默。</w:t>
      </w:r>
    </w:p>
    <w:p>
      <w:pPr>
        <w:spacing w:line="560" w:lineRule="exact"/>
        <w:ind w:firstLine="420"/>
      </w:pPr>
      <w:r>
        <w:rPr>
          <w:rFonts w:ascii="宋体" w:hAnsi="宋体" w:eastAsia="宋体"/>
          <w:sz w:val="24"/>
        </w:rPr>
        <w:t>陈锋继续说：“但我不是来求你救暗影的。我是来告诉你，暗流真正的首领，不是游戏里那个一直发号施令的‘暗流之主’。”</w:t>
      </w:r>
    </w:p>
    <w:p>
      <w:pPr>
        <w:spacing w:line="560" w:lineRule="exact"/>
        <w:ind w:firstLine="420"/>
      </w:pPr>
      <w:r>
        <w:rPr>
          <w:rFonts w:ascii="宋体" w:hAnsi="宋体" w:eastAsia="宋体"/>
          <w:sz w:val="24"/>
        </w:rPr>
        <w:t>林风抬头：“那是谁？”</w:t>
      </w:r>
    </w:p>
    <w:p>
      <w:pPr>
        <w:spacing w:line="560" w:lineRule="exact"/>
        <w:ind w:firstLine="420"/>
      </w:pPr>
      <w:r>
        <w:rPr>
          <w:rFonts w:ascii="宋体" w:hAnsi="宋体" w:eastAsia="宋体"/>
          <w:sz w:val="24"/>
        </w:rPr>
        <w:t>陈锋刚要开口，仓库顶灯忽然熄灭。</w:t>
      </w:r>
    </w:p>
    <w:p>
      <w:pPr>
        <w:spacing w:line="560" w:lineRule="exact"/>
        <w:ind w:firstLine="420"/>
      </w:pPr>
      <w:r>
        <w:rPr>
          <w:rFonts w:ascii="宋体" w:hAnsi="宋体" w:eastAsia="宋体"/>
          <w:sz w:val="24"/>
        </w:rPr>
        <w:t>黑暗瞬间吞没一切。</w:t>
      </w:r>
    </w:p>
    <w:p>
      <w:pPr>
        <w:spacing w:line="560" w:lineRule="exact"/>
        <w:ind w:firstLine="420"/>
      </w:pPr>
      <w:r>
        <w:rPr>
          <w:rFonts w:ascii="宋体" w:hAnsi="宋体" w:eastAsia="宋体"/>
          <w:sz w:val="24"/>
        </w:rPr>
        <w:t>耳机里苏小雅的声音断了，只剩沙沙电流声。</w:t>
      </w:r>
    </w:p>
    <w:p>
      <w:pPr>
        <w:spacing w:line="560" w:lineRule="exact"/>
        <w:ind w:firstLine="420"/>
      </w:pPr>
      <w:r>
        <w:rPr>
          <w:rFonts w:ascii="宋体" w:hAnsi="宋体" w:eastAsia="宋体"/>
          <w:sz w:val="24"/>
        </w:rPr>
        <w:t>陈锋低喝：“趴下！”</w:t>
      </w:r>
    </w:p>
    <w:p>
      <w:pPr>
        <w:spacing w:line="560" w:lineRule="exact"/>
        <w:ind w:firstLine="420"/>
      </w:pPr>
      <w:r>
        <w:rPr>
          <w:rFonts w:ascii="宋体" w:hAnsi="宋体" w:eastAsia="宋体"/>
          <w:sz w:val="24"/>
        </w:rPr>
        <w:t>下一秒，仓库外传来一声枪响。</w:t>
      </w:r>
    </w:p>
    <w:p>
      <w:pPr>
        <w:spacing w:line="560" w:lineRule="exact"/>
        <w:ind w:firstLine="420"/>
      </w:pPr>
      <w:r>
        <w:rPr>
          <w:rFonts w:ascii="宋体" w:hAnsi="宋体" w:eastAsia="宋体"/>
          <w:sz w:val="24"/>
        </w:rPr>
        <w:t>子弹打在陈锋刚才站的位置，火星四溅。</w:t>
      </w:r>
    </w:p>
    <w:p>
      <w:pPr>
        <w:spacing w:line="560" w:lineRule="exact"/>
        <w:ind w:firstLine="420"/>
      </w:pPr>
      <w:r>
        <w:rPr>
          <w:rFonts w:ascii="宋体" w:hAnsi="宋体" w:eastAsia="宋体"/>
          <w:sz w:val="24"/>
        </w:rPr>
        <w:t>林风就地一滚，躲到集装箱后。</w:t>
      </w:r>
    </w:p>
    <w:p>
      <w:pPr>
        <w:spacing w:line="560" w:lineRule="exact"/>
        <w:ind w:firstLine="420"/>
      </w:pPr>
      <w:r>
        <w:rPr>
          <w:rFonts w:ascii="宋体" w:hAnsi="宋体" w:eastAsia="宋体"/>
          <w:sz w:val="24"/>
        </w:rPr>
        <w:t>陈锋拔出腰间短棍，反手击碎一盏备用灯。昏黄应急灯亮起，仓库门口已经站了五个人。</w:t>
      </w:r>
    </w:p>
    <w:p>
      <w:pPr>
        <w:spacing w:line="560" w:lineRule="exact"/>
        <w:ind w:firstLine="420"/>
      </w:pPr>
      <w:r>
        <w:rPr>
          <w:rFonts w:ascii="宋体" w:hAnsi="宋体" w:eastAsia="宋体"/>
          <w:sz w:val="24"/>
        </w:rPr>
        <w:t>全部黑面罩，胸口绣着一条逆流的黑鱼。</w:t>
      </w:r>
    </w:p>
    <w:p>
      <w:pPr>
        <w:spacing w:line="560" w:lineRule="exact"/>
        <w:ind w:firstLine="420"/>
      </w:pPr>
      <w:r>
        <w:rPr>
          <w:rFonts w:ascii="宋体" w:hAnsi="宋体" w:eastAsia="宋体"/>
          <w:sz w:val="24"/>
        </w:rPr>
        <w:t>暗流。</w:t>
      </w:r>
    </w:p>
    <w:p>
      <w:pPr>
        <w:spacing w:line="560" w:lineRule="exact"/>
        <w:ind w:firstLine="420"/>
      </w:pPr>
      <w:r>
        <w:rPr>
          <w:rFonts w:ascii="宋体" w:hAnsi="宋体" w:eastAsia="宋体"/>
          <w:sz w:val="24"/>
        </w:rPr>
        <w:t>陈锋骂了一句：“还真会挑时候。”</w:t>
      </w:r>
    </w:p>
    <w:p>
      <w:pPr>
        <w:spacing w:line="560" w:lineRule="exact"/>
        <w:ind w:firstLine="420"/>
      </w:pPr>
      <w:r>
        <w:rPr>
          <w:rFonts w:ascii="宋体" w:hAnsi="宋体" w:eastAsia="宋体"/>
          <w:sz w:val="24"/>
        </w:rPr>
        <w:t>林风掏出手机，屏幕无信号。</w:t>
      </w:r>
    </w:p>
    <w:p>
      <w:pPr>
        <w:spacing w:line="560" w:lineRule="exact"/>
        <w:ind w:firstLine="420"/>
      </w:pPr>
      <w:r>
        <w:rPr>
          <w:rFonts w:ascii="宋体" w:hAnsi="宋体" w:eastAsia="宋体"/>
          <w:sz w:val="24"/>
        </w:rPr>
        <w:t>“别试了。”陈锋说，“他们带了屏蔽器。”</w:t>
      </w:r>
    </w:p>
    <w:p>
      <w:pPr>
        <w:spacing w:line="560" w:lineRule="exact"/>
        <w:ind w:firstLine="420"/>
      </w:pPr>
      <w:r>
        <w:rPr>
          <w:rFonts w:ascii="宋体" w:hAnsi="宋体" w:eastAsia="宋体"/>
          <w:sz w:val="24"/>
        </w:rPr>
        <w:t>一名黑面罩男子走出，声音经过变声器处理，冰冷得像金属摩擦。</w:t>
      </w:r>
    </w:p>
    <w:p>
      <w:pPr>
        <w:spacing w:line="560" w:lineRule="exact"/>
        <w:ind w:firstLine="420"/>
      </w:pPr>
      <w:r>
        <w:rPr>
          <w:rFonts w:ascii="宋体" w:hAnsi="宋体" w:eastAsia="宋体"/>
          <w:sz w:val="24"/>
        </w:rPr>
        <w:t>“暗夜君王，交出古玉密钥。”</w:t>
      </w:r>
    </w:p>
    <w:p>
      <w:pPr>
        <w:spacing w:line="560" w:lineRule="exact"/>
        <w:ind w:firstLine="420"/>
      </w:pPr>
      <w:r>
        <w:rPr>
          <w:rFonts w:ascii="宋体" w:hAnsi="宋体" w:eastAsia="宋体"/>
          <w:sz w:val="24"/>
        </w:rPr>
        <w:t>陈锋嗤笑：“想要就来拿。”</w:t>
      </w:r>
    </w:p>
    <w:p>
      <w:pPr>
        <w:spacing w:line="560" w:lineRule="exact"/>
        <w:ind w:firstLine="420"/>
      </w:pPr>
      <w:r>
        <w:rPr>
          <w:rFonts w:ascii="宋体" w:hAnsi="宋体" w:eastAsia="宋体"/>
          <w:sz w:val="24"/>
        </w:rPr>
        <w:t>那人抬手。</w:t>
      </w:r>
    </w:p>
    <w:p>
      <w:pPr>
        <w:spacing w:line="560" w:lineRule="exact"/>
        <w:ind w:firstLine="420"/>
      </w:pPr>
      <w:r>
        <w:rPr>
          <w:rFonts w:ascii="宋体" w:hAnsi="宋体" w:eastAsia="宋体"/>
          <w:sz w:val="24"/>
        </w:rPr>
        <w:t>仓库上方，两道红点同时落在林风胸口。</w:t>
      </w:r>
    </w:p>
    <w:p>
      <w:pPr>
        <w:spacing w:line="560" w:lineRule="exact"/>
        <w:ind w:firstLine="420"/>
      </w:pPr>
      <w:r>
        <w:rPr>
          <w:rFonts w:ascii="宋体" w:hAnsi="宋体" w:eastAsia="宋体"/>
          <w:sz w:val="24"/>
        </w:rPr>
        <w:t>林风眼神一沉。</w:t>
      </w:r>
    </w:p>
    <w:p>
      <w:pPr>
        <w:spacing w:line="560" w:lineRule="exact"/>
        <w:ind w:firstLine="420"/>
      </w:pPr>
      <w:r>
        <w:rPr>
          <w:rFonts w:ascii="宋体" w:hAnsi="宋体" w:eastAsia="宋体"/>
          <w:sz w:val="24"/>
        </w:rPr>
        <w:t>陈锋猛地撞开他。</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子弹擦着陈锋肩膀过去，血一下染红风衣。</w:t>
      </w:r>
    </w:p>
    <w:p>
      <w:pPr>
        <w:spacing w:line="560" w:lineRule="exact"/>
        <w:ind w:firstLine="420"/>
      </w:pPr>
      <w:r>
        <w:rPr>
          <w:rFonts w:ascii="宋体" w:hAnsi="宋体" w:eastAsia="宋体"/>
          <w:sz w:val="24"/>
        </w:rPr>
        <w:t>林风扶住他：“你疯了？”</w:t>
      </w:r>
    </w:p>
    <w:p>
      <w:pPr>
        <w:spacing w:line="560" w:lineRule="exact"/>
        <w:ind w:firstLine="420"/>
      </w:pPr>
      <w:r>
        <w:rPr>
          <w:rFonts w:ascii="宋体" w:hAnsi="宋体" w:eastAsia="宋体"/>
          <w:sz w:val="24"/>
        </w:rPr>
        <w:t>“你死了，古玉就真没了。”陈锋咬牙，“听着，暗流之主不是重点，重点是苏婉清。”</w:t>
      </w:r>
    </w:p>
    <w:p>
      <w:pPr>
        <w:spacing w:line="560" w:lineRule="exact"/>
        <w:ind w:firstLine="420"/>
      </w:pPr>
      <w:r>
        <w:rPr>
          <w:rFonts w:ascii="宋体" w:hAnsi="宋体" w:eastAsia="宋体"/>
          <w:sz w:val="24"/>
        </w:rPr>
        <w:t>林风心头一震：“她怎么了？”</w:t>
      </w:r>
    </w:p>
    <w:p>
      <w:pPr>
        <w:spacing w:line="560" w:lineRule="exact"/>
        <w:ind w:firstLine="420"/>
      </w:pPr>
      <w:r>
        <w:rPr>
          <w:rFonts w:ascii="宋体" w:hAnsi="宋体" w:eastAsia="宋体"/>
          <w:sz w:val="24"/>
        </w:rPr>
        <w:t>陈锋喘着气，把一枚银色芯片塞进林风掌心。</w:t>
      </w:r>
    </w:p>
    <w:p>
      <w:pPr>
        <w:spacing w:line="560" w:lineRule="exact"/>
        <w:ind w:firstLine="420"/>
      </w:pPr>
      <w:r>
        <w:rPr>
          <w:rFonts w:ascii="宋体" w:hAnsi="宋体" w:eastAsia="宋体"/>
          <w:sz w:val="24"/>
        </w:rPr>
        <w:t>“风婉集团也被盯上了。苏婉清手里有第二块古玉的线索。暗流要两块玉同时启动，才能完成现实映射。”</w:t>
      </w:r>
    </w:p>
    <w:p>
      <w:pPr>
        <w:spacing w:line="560" w:lineRule="exact"/>
        <w:ind w:firstLine="420"/>
      </w:pPr>
      <w:r>
        <w:rPr>
          <w:rFonts w:ascii="宋体" w:hAnsi="宋体" w:eastAsia="宋体"/>
          <w:sz w:val="24"/>
        </w:rPr>
        <w:t>“你怎么知道？”</w:t>
      </w:r>
    </w:p>
    <w:p>
      <w:pPr>
        <w:spacing w:line="560" w:lineRule="exact"/>
        <w:ind w:firstLine="420"/>
      </w:pPr>
      <w:r>
        <w:rPr>
          <w:rFonts w:ascii="宋体" w:hAnsi="宋体" w:eastAsia="宋体"/>
          <w:sz w:val="24"/>
        </w:rPr>
        <w:t>陈锋抬头，眼里第一次露出疲惫：“因为我曾经也是暗流的人。”</w:t>
      </w:r>
    </w:p>
    <w:p>
      <w:pPr>
        <w:spacing w:line="560" w:lineRule="exact"/>
        <w:ind w:firstLine="420"/>
      </w:pPr>
      <w:r>
        <w:rPr>
          <w:rFonts w:ascii="宋体" w:hAnsi="宋体" w:eastAsia="宋体"/>
          <w:sz w:val="24"/>
        </w:rPr>
        <w:t>林风怔住。</w:t>
      </w:r>
    </w:p>
    <w:p>
      <w:pPr>
        <w:spacing w:line="560" w:lineRule="exact"/>
        <w:ind w:firstLine="420"/>
      </w:pPr>
      <w:r>
        <w:rPr>
          <w:rFonts w:ascii="宋体" w:hAnsi="宋体" w:eastAsia="宋体"/>
          <w:sz w:val="24"/>
        </w:rPr>
        <w:t>陈锋扯了下嘴角：“别露出那种表情。我后悔了，所以我成了暗夜君王。可暗流之主……”</w:t>
      </w:r>
    </w:p>
    <w:p>
      <w:pPr>
        <w:spacing w:line="560" w:lineRule="exact"/>
        <w:ind w:firstLine="420"/>
      </w:pPr>
      <w:r>
        <w:rPr>
          <w:rFonts w:ascii="宋体" w:hAnsi="宋体" w:eastAsia="宋体"/>
          <w:sz w:val="24"/>
        </w:rPr>
        <w:t>他话没说完。</w:t>
      </w:r>
    </w:p>
    <w:p>
      <w:pPr>
        <w:spacing w:line="560" w:lineRule="exact"/>
        <w:ind w:firstLine="420"/>
      </w:pPr>
      <w:r>
        <w:rPr>
          <w:rFonts w:ascii="宋体" w:hAnsi="宋体" w:eastAsia="宋体"/>
          <w:sz w:val="24"/>
        </w:rPr>
        <w:t>仓库外忽然传来汽车急刹声。</w:t>
      </w:r>
    </w:p>
    <w:p>
      <w:pPr>
        <w:spacing w:line="560" w:lineRule="exact"/>
        <w:ind w:firstLine="420"/>
      </w:pPr>
      <w:r>
        <w:rPr>
          <w:rFonts w:ascii="宋体" w:hAnsi="宋体" w:eastAsia="宋体"/>
          <w:sz w:val="24"/>
        </w:rPr>
        <w:t>紧接着，苏小雅的声音从远处炸开：“风哥！我带人来了！”</w:t>
      </w:r>
    </w:p>
    <w:p>
      <w:pPr>
        <w:spacing w:line="560" w:lineRule="exact"/>
        <w:ind w:firstLine="420"/>
      </w:pPr>
      <w:r>
        <w:rPr>
          <w:rFonts w:ascii="宋体" w:hAnsi="宋体" w:eastAsia="宋体"/>
          <w:sz w:val="24"/>
        </w:rPr>
        <w:t>赵铁柱的吼声也跟着响起：“暗影那帮孙子敢动我风哥，老子今天就把这破仓库拆了！”</w:t>
      </w:r>
    </w:p>
    <w:p>
      <w:pPr>
        <w:spacing w:line="560" w:lineRule="exact"/>
        <w:ind w:firstLine="420"/>
      </w:pPr>
      <w:r>
        <w:rPr>
          <w:rFonts w:ascii="宋体" w:hAnsi="宋体" w:eastAsia="宋体"/>
          <w:sz w:val="24"/>
        </w:rPr>
        <w:t>黑面罩几人同时回头。</w:t>
      </w:r>
    </w:p>
    <w:p>
      <w:pPr>
        <w:spacing w:line="560" w:lineRule="exact"/>
        <w:ind w:firstLine="420"/>
      </w:pPr>
      <w:r>
        <w:rPr>
          <w:rFonts w:ascii="宋体" w:hAnsi="宋体" w:eastAsia="宋体"/>
          <w:sz w:val="24"/>
        </w:rPr>
        <w:t>陈锋低声道：“走侧门。”</w:t>
      </w:r>
    </w:p>
    <w:p>
      <w:pPr>
        <w:spacing w:line="560" w:lineRule="exact"/>
        <w:ind w:firstLine="420"/>
      </w:pPr>
      <w:r>
        <w:rPr>
          <w:rFonts w:ascii="宋体" w:hAnsi="宋体" w:eastAsia="宋体"/>
          <w:sz w:val="24"/>
        </w:rPr>
        <w:t>林风扶着他往外冲。</w:t>
      </w:r>
    </w:p>
    <w:p>
      <w:pPr>
        <w:spacing w:line="560" w:lineRule="exact"/>
        <w:ind w:firstLine="420"/>
      </w:pPr>
      <w:r>
        <w:rPr>
          <w:rFonts w:ascii="宋体" w:hAnsi="宋体" w:eastAsia="宋体"/>
          <w:sz w:val="24"/>
        </w:rPr>
        <w:t>刚冲出仓库，夜影从阴影中现身，三枚飞镖连续射出。</w:t>
      </w:r>
    </w:p>
    <w:p>
      <w:pPr>
        <w:spacing w:line="560" w:lineRule="exact"/>
        <w:ind w:firstLine="420"/>
      </w:pPr>
      <w:r>
        <w:rPr>
          <w:rFonts w:ascii="宋体" w:hAnsi="宋体" w:eastAsia="宋体"/>
          <w:sz w:val="24"/>
        </w:rPr>
        <w:t>“噗、噗、噗！”</w:t>
      </w:r>
    </w:p>
    <w:p>
      <w:pPr>
        <w:spacing w:line="560" w:lineRule="exact"/>
        <w:ind w:firstLine="420"/>
      </w:pPr>
      <w:r>
        <w:rPr>
          <w:rFonts w:ascii="宋体" w:hAnsi="宋体" w:eastAsia="宋体"/>
          <w:sz w:val="24"/>
        </w:rPr>
        <w:t>三名黑面罩手腕中镖，枪械落地。</w:t>
      </w:r>
    </w:p>
    <w:p>
      <w:pPr>
        <w:spacing w:line="560" w:lineRule="exact"/>
        <w:ind w:firstLine="420"/>
      </w:pPr>
      <w:r>
        <w:rPr>
          <w:rFonts w:ascii="宋体" w:hAnsi="宋体" w:eastAsia="宋体"/>
          <w:sz w:val="24"/>
        </w:rPr>
        <w:t>赵铁柱开着越野车横冲过来，车头直接撞翻一个集装箱，堵住了追兵路线。</w:t>
      </w:r>
    </w:p>
    <w:p>
      <w:pPr>
        <w:spacing w:line="560" w:lineRule="exact"/>
        <w:ind w:firstLine="420"/>
      </w:pPr>
      <w:r>
        <w:rPr>
          <w:rFonts w:ascii="宋体" w:hAnsi="宋体" w:eastAsia="宋体"/>
          <w:sz w:val="24"/>
        </w:rPr>
        <w:t>“上车！”赵铁柱大喊。</w:t>
      </w:r>
    </w:p>
    <w:p>
      <w:pPr>
        <w:spacing w:line="560" w:lineRule="exact"/>
        <w:ind w:firstLine="420"/>
      </w:pPr>
      <w:r>
        <w:rPr>
          <w:rFonts w:ascii="宋体" w:hAnsi="宋体" w:eastAsia="宋体"/>
          <w:sz w:val="24"/>
        </w:rPr>
        <w:t>林风把陈锋塞进后座，夜影坐副驾，苏小雅抱着电脑从另一辆车跳下来，脸色还白着。</w:t>
      </w:r>
    </w:p>
    <w:p>
      <w:pPr>
        <w:spacing w:line="560" w:lineRule="exact"/>
        <w:ind w:firstLine="420"/>
      </w:pPr>
      <w:r>
        <w:rPr>
          <w:rFonts w:ascii="宋体" w:hAnsi="宋体" w:eastAsia="宋体"/>
          <w:sz w:val="24"/>
        </w:rPr>
        <w:t>“风哥，秦雨刚给我发消息。”苏小雅把手机递过来，“她说天穹后台被人远程清档，但她备份了一段坐标。”</w:t>
      </w:r>
    </w:p>
    <w:p>
      <w:pPr>
        <w:spacing w:line="560" w:lineRule="exact"/>
        <w:ind w:firstLine="420"/>
      </w:pPr>
      <w:r>
        <w:rPr>
          <w:rFonts w:ascii="宋体" w:hAnsi="宋体" w:eastAsia="宋体"/>
          <w:sz w:val="24"/>
        </w:rPr>
        <w:t>林风接过手机。</w:t>
      </w:r>
    </w:p>
    <w:p>
      <w:pPr>
        <w:spacing w:line="560" w:lineRule="exact"/>
        <w:ind w:firstLine="420"/>
      </w:pPr>
      <w:r>
        <w:rPr>
          <w:rFonts w:ascii="宋体" w:hAnsi="宋体" w:eastAsia="宋体"/>
          <w:sz w:val="24"/>
        </w:rPr>
        <w:t>屏幕上是一张地图。</w:t>
      </w:r>
    </w:p>
    <w:p>
      <w:pPr>
        <w:spacing w:line="560" w:lineRule="exact"/>
        <w:ind w:firstLine="420"/>
      </w:pPr>
      <w:r>
        <w:rPr>
          <w:rFonts w:ascii="宋体" w:hAnsi="宋体" w:eastAsia="宋体"/>
          <w:sz w:val="24"/>
        </w:rPr>
        <w:t>坐标终点，赫然是风婉集团总部地下三层。</w:t>
      </w:r>
    </w:p>
    <w:p>
      <w:pPr>
        <w:spacing w:line="560" w:lineRule="exact"/>
        <w:ind w:firstLine="420"/>
      </w:pPr>
      <w:r>
        <w:rPr>
          <w:rFonts w:ascii="宋体" w:hAnsi="宋体" w:eastAsia="宋体"/>
          <w:sz w:val="24"/>
        </w:rPr>
        <w:t>陈锋靠在座椅上，脸色越来越白，却忽然抓住林风手腕。</w:t>
      </w:r>
    </w:p>
    <w:p>
      <w:pPr>
        <w:spacing w:line="560" w:lineRule="exact"/>
        <w:ind w:firstLine="420"/>
      </w:pPr>
      <w:r>
        <w:rPr>
          <w:rFonts w:ascii="宋体" w:hAnsi="宋体" w:eastAsia="宋体"/>
          <w:sz w:val="24"/>
        </w:rPr>
        <w:t>“别回神豪殿驻地。”</w:t>
      </w:r>
    </w:p>
    <w:p>
      <w:pPr>
        <w:spacing w:line="560" w:lineRule="exact"/>
        <w:ind w:firstLine="420"/>
      </w:pPr>
      <w:r>
        <w:rPr>
          <w:rFonts w:ascii="宋体" w:hAnsi="宋体" w:eastAsia="宋体"/>
          <w:sz w:val="24"/>
        </w:rPr>
        <w:t>林风皱眉：“为什么？”</w:t>
      </w:r>
    </w:p>
    <w:p>
      <w:pPr>
        <w:spacing w:line="560" w:lineRule="exact"/>
        <w:ind w:firstLine="420"/>
      </w:pPr>
      <w:r>
        <w:rPr>
          <w:rFonts w:ascii="宋体" w:hAnsi="宋体" w:eastAsia="宋体"/>
          <w:sz w:val="24"/>
        </w:rPr>
        <w:t>陈锋盯着他，声音沙哑。</w:t>
      </w:r>
    </w:p>
    <w:p>
      <w:pPr>
        <w:spacing w:line="560" w:lineRule="exact"/>
        <w:ind w:firstLine="420"/>
      </w:pPr>
      <w:r>
        <w:rPr>
          <w:rFonts w:ascii="宋体" w:hAnsi="宋体" w:eastAsia="宋体"/>
          <w:sz w:val="24"/>
        </w:rPr>
        <w:t>“暗流真正的目标，不是古玉。”</w:t>
      </w:r>
    </w:p>
    <w:p>
      <w:pPr>
        <w:spacing w:line="560" w:lineRule="exact"/>
        <w:ind w:firstLine="420"/>
      </w:pPr>
      <w:r>
        <w:rPr>
          <w:rFonts w:ascii="宋体" w:hAnsi="宋体" w:eastAsia="宋体"/>
          <w:sz w:val="24"/>
        </w:rPr>
        <w:t>“那是什么？”</w:t>
      </w:r>
    </w:p>
    <w:p>
      <w:pPr>
        <w:spacing w:line="560" w:lineRule="exact"/>
        <w:ind w:firstLine="420"/>
      </w:pPr>
      <w:r>
        <w:rPr>
          <w:rFonts w:ascii="宋体" w:hAnsi="宋体" w:eastAsia="宋体"/>
          <w:sz w:val="24"/>
        </w:rPr>
        <w:t>陈锋嘴唇动了动。</w:t>
      </w:r>
    </w:p>
    <w:p>
      <w:pPr>
        <w:spacing w:line="560" w:lineRule="exact"/>
        <w:ind w:firstLine="420"/>
      </w:pPr>
      <w:r>
        <w:rPr>
          <w:rFonts w:ascii="宋体" w:hAnsi="宋体" w:eastAsia="宋体"/>
          <w:sz w:val="24"/>
        </w:rPr>
        <w:t>就在这时，林风手机震动。</w:t>
      </w:r>
    </w:p>
    <w:p>
      <w:pPr>
        <w:spacing w:line="560" w:lineRule="exact"/>
        <w:ind w:firstLine="420"/>
      </w:pPr>
      <w:r>
        <w:rPr>
          <w:rFonts w:ascii="宋体" w:hAnsi="宋体" w:eastAsia="宋体"/>
          <w:sz w:val="24"/>
        </w:rPr>
        <w:t>苏小雅的直播小号自动弹出一条系统公告。</w:t>
      </w:r>
    </w:p>
    <w:p>
      <w:pPr>
        <w:spacing w:line="560" w:lineRule="exact"/>
        <w:ind w:firstLine="420"/>
      </w:pPr>
      <w:r>
        <w:rPr>
          <w:rFonts w:ascii="宋体" w:hAnsi="宋体" w:eastAsia="宋体"/>
          <w:sz w:val="24"/>
        </w:rPr>
        <w:t>《天界》全服公告：</w:t>
      </w:r>
    </w:p>
    <w:p>
      <w:pPr>
        <w:spacing w:line="560" w:lineRule="exact"/>
        <w:ind w:firstLine="420"/>
      </w:pPr>
      <w:r>
        <w:rPr>
          <w:rFonts w:ascii="宋体" w:hAnsi="宋体" w:eastAsia="宋体"/>
          <w:sz w:val="24"/>
        </w:rPr>
        <w:t>“暗流之主已攻入神豪殿驻地，开启公会核心争夺战。”</w:t>
      </w:r>
    </w:p>
    <w:p>
      <w:pPr>
        <w:spacing w:line="560" w:lineRule="exact"/>
        <w:ind w:firstLine="420"/>
      </w:pPr>
      <w:r>
        <w:rPr>
          <w:rFonts w:ascii="宋体" w:hAnsi="宋体" w:eastAsia="宋体"/>
          <w:sz w:val="24"/>
        </w:rPr>
        <w:t>林风猛地抬头。</w:t>
      </w:r>
    </w:p>
    <w:p>
      <w:pPr>
        <w:spacing w:line="560" w:lineRule="exact"/>
        <w:ind w:firstLine="420"/>
      </w:pPr>
      <w:r>
        <w:rPr>
          <w:rFonts w:ascii="宋体" w:hAnsi="宋体" w:eastAsia="宋体"/>
          <w:sz w:val="24"/>
        </w:rPr>
        <w:t>陈锋眼神骤变：“晚了。”</w:t>
      </w:r>
    </w:p>
    <w:p>
      <w:pPr>
        <w:spacing w:line="560" w:lineRule="exact"/>
        <w:ind w:firstLine="420"/>
      </w:pPr>
      <w:r>
        <w:rPr>
          <w:rFonts w:ascii="宋体" w:hAnsi="宋体" w:eastAsia="宋体"/>
          <w:sz w:val="24"/>
        </w:rPr>
        <w:t>手机再次震动，一条陌生私信跳了出来。</w:t>
      </w:r>
    </w:p>
    <w:p>
      <w:pPr>
        <w:spacing w:line="560" w:lineRule="exact"/>
        <w:ind w:firstLine="420"/>
      </w:pPr>
      <w:r>
        <w:rPr>
          <w:rFonts w:ascii="宋体" w:hAnsi="宋体" w:eastAsia="宋体"/>
          <w:sz w:val="24"/>
        </w:rPr>
        <w:t>“风中追风，你父母留下的东西，该还了。”</w:t>
      </w:r>
    </w:p>
    <w:p>
      <w:pPr>
        <w:spacing w:line="560" w:lineRule="exact"/>
        <w:ind w:firstLine="420"/>
      </w:pPr>
      <w:r>
        <w:rPr>
          <w:rFonts w:ascii="宋体" w:hAnsi="宋体" w:eastAsia="宋体"/>
          <w:sz w:val="24"/>
        </w:rPr>
        <w:t>发信人ID：暗流之主。</w:t>
      </w:r>
    </w:p>
    <w:p>
      <w:pPr>
        <w:spacing w:line="560" w:lineRule="exact"/>
        <w:ind w:firstLine="420"/>
      </w:pPr>
      <w:r>
        <w:rPr>
          <w:rFonts w:ascii="宋体" w:hAnsi="宋体" w:eastAsia="宋体"/>
          <w:sz w:val="24"/>
        </w:rPr>
        <w:t>而头像位置，赫然是一张被黑布遮住半张脸的女人</w:t>
      </w:r>
    </w:p>
    <w:p>
      <w:r>
        <w:br w:type="page"/>
      </w:r>
    </w:p>
    <w:p>
      <w:pPr>
        <w:jc w:val="center"/>
      </w:pPr>
      <w:r>
        <w:rPr>
          <w:b/>
          <w:sz w:val="32"/>
        </w:rPr>
        <w:t>第048章 现实对决</w:t>
      </w:r>
    </w:p>
    <w:p>
      <w:pPr>
        <w:jc w:val="center"/>
      </w:pPr>
      <w:r>
        <w:rPr>
          <w:color w:val="999999"/>
          <w:sz w:val="18"/>
        </w:rPr>
        <w:t>（2,610字）</w:t>
      </w:r>
    </w:p>
    <w:p/>
    <w:p>
      <w:pPr>
        <w:spacing w:line="560" w:lineRule="exact"/>
        <w:ind w:firstLine="420"/>
      </w:pPr>
      <w:r>
        <w:rPr>
          <w:rFonts w:ascii="宋体" w:hAnsi="宋体" w:eastAsia="宋体"/>
          <w:sz w:val="24"/>
        </w:rPr>
        <w:t>凌晨两点十七分，林风刚摘下VR头盔，门口就传来一声极轻的“咔哒”。</w:t>
      </w:r>
    </w:p>
    <w:p>
      <w:pPr>
        <w:spacing w:line="560" w:lineRule="exact"/>
        <w:ind w:firstLine="420"/>
      </w:pPr>
      <w:r>
        <w:rPr>
          <w:rFonts w:ascii="宋体" w:hAnsi="宋体" w:eastAsia="宋体"/>
          <w:sz w:val="24"/>
        </w:rPr>
        <w:t>那不是快递，也不是外卖。</w:t>
      </w:r>
    </w:p>
    <w:p>
      <w:pPr>
        <w:spacing w:line="560" w:lineRule="exact"/>
        <w:ind w:firstLine="420"/>
      </w:pPr>
      <w:r>
        <w:rPr>
          <w:rFonts w:ascii="宋体" w:hAnsi="宋体" w:eastAsia="宋体"/>
          <w:sz w:val="24"/>
        </w:rPr>
        <w:t>他家智能门锁的权限，被人从后台强行绕开了。</w:t>
      </w:r>
    </w:p>
    <w:p>
      <w:pPr>
        <w:spacing w:line="560" w:lineRule="exact"/>
        <w:ind w:firstLine="420"/>
      </w:pPr>
      <w:r>
        <w:rPr>
          <w:rFonts w:ascii="宋体" w:hAnsi="宋体" w:eastAsia="宋体"/>
          <w:sz w:val="24"/>
        </w:rPr>
        <w:t>林风眼睛一眯，手已经摸向床边抽屉。抽屉里躺着一把防身电击器，还有一枚父母留下的古玉。古玉温得发烫，像有人隔着时空攥住了他的手腕。</w:t>
      </w:r>
    </w:p>
    <w:p>
      <w:pPr>
        <w:spacing w:line="560" w:lineRule="exact"/>
        <w:ind w:firstLine="420"/>
      </w:pPr>
      <w:r>
        <w:rPr>
          <w:rFonts w:ascii="宋体" w:hAnsi="宋体" w:eastAsia="宋体"/>
          <w:sz w:val="24"/>
        </w:rPr>
        <w:t>客厅灯没亮。</w:t>
      </w:r>
    </w:p>
    <w:p>
      <w:pPr>
        <w:spacing w:line="560" w:lineRule="exact"/>
        <w:ind w:firstLine="420"/>
      </w:pPr>
      <w:r>
        <w:rPr>
          <w:rFonts w:ascii="宋体" w:hAnsi="宋体" w:eastAsia="宋体"/>
          <w:sz w:val="24"/>
        </w:rPr>
        <w:t>但门缝底下，已经有一道黑影贴了进来。</w:t>
      </w:r>
    </w:p>
    <w:p>
      <w:pPr>
        <w:spacing w:line="560" w:lineRule="exact"/>
        <w:ind w:firstLine="420"/>
      </w:pPr>
      <w:r>
        <w:rPr>
          <w:rFonts w:ascii="宋体" w:hAnsi="宋体" w:eastAsia="宋体"/>
          <w:sz w:val="24"/>
        </w:rPr>
        <w:t>林风没有开灯，只把手机丢到沙发背后，开了录音。下一秒，门锁彻底失灵，门被推开半掌宽，一根装了消音器的枪管探了进来。</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子弹打穿沙发靠背，棉絮炸开。</w:t>
      </w:r>
    </w:p>
    <w:p>
      <w:pPr>
        <w:spacing w:line="560" w:lineRule="exact"/>
        <w:ind w:firstLine="420"/>
      </w:pPr>
      <w:r>
        <w:rPr>
          <w:rFonts w:ascii="宋体" w:hAnsi="宋体" w:eastAsia="宋体"/>
          <w:sz w:val="24"/>
        </w:rPr>
        <w:t>林风就地一滚，反手把电击器砸过去。那人反应极快，侧身避开，枪口跟着压来。林风抓起茶几砸过去，茶几碎成两半，他趁机冲进厨房。</w:t>
      </w:r>
    </w:p>
    <w:p>
      <w:pPr>
        <w:spacing w:line="560" w:lineRule="exact"/>
        <w:ind w:firstLine="420"/>
      </w:pPr>
      <w:r>
        <w:rPr>
          <w:rFonts w:ascii="宋体" w:hAnsi="宋体" w:eastAsia="宋体"/>
          <w:sz w:val="24"/>
        </w:rPr>
        <w:t>第二枪擦着耳侧飞过，墙上留下一道白痕。</w:t>
      </w:r>
    </w:p>
    <w:p>
      <w:pPr>
        <w:spacing w:line="560" w:lineRule="exact"/>
        <w:ind w:firstLine="420"/>
      </w:pPr>
      <w:r>
        <w:rPr>
          <w:rFonts w:ascii="宋体" w:hAnsi="宋体" w:eastAsia="宋体"/>
          <w:sz w:val="24"/>
        </w:rPr>
        <w:t>耳机里传来机械音。</w:t>
      </w:r>
    </w:p>
    <w:p>
      <w:pPr>
        <w:spacing w:line="560" w:lineRule="exact"/>
        <w:ind w:firstLine="420"/>
      </w:pPr>
      <w:r>
        <w:rPr>
          <w:rFonts w:ascii="宋体" w:hAnsi="宋体" w:eastAsia="宋体"/>
          <w:sz w:val="24"/>
        </w:rPr>
        <w:t>【检测到宿主生命威胁。】</w:t>
      </w:r>
    </w:p>
    <w:p>
      <w:pPr>
        <w:spacing w:line="560" w:lineRule="exact"/>
        <w:ind w:firstLine="420"/>
      </w:pPr>
      <w:r>
        <w:rPr>
          <w:rFonts w:ascii="宋体" w:hAnsi="宋体" w:eastAsia="宋体"/>
          <w:sz w:val="24"/>
        </w:rPr>
        <w:t>【神豪系统提示：现实安全模块未开启，请充值开启。】</w:t>
      </w:r>
    </w:p>
    <w:p>
      <w:pPr>
        <w:spacing w:line="560" w:lineRule="exact"/>
        <w:ind w:firstLine="420"/>
      </w:pPr>
      <w:r>
        <w:rPr>
          <w:rFonts w:ascii="宋体" w:hAnsi="宋体" w:eastAsia="宋体"/>
          <w:sz w:val="24"/>
        </w:rPr>
        <w:t>林风差点气笑：“都什么时候了还充值？给我开！”</w:t>
      </w:r>
    </w:p>
    <w:p>
      <w:pPr>
        <w:spacing w:line="560" w:lineRule="exact"/>
        <w:ind w:firstLine="420"/>
      </w:pPr>
      <w:r>
        <w:rPr>
          <w:rFonts w:ascii="宋体" w:hAnsi="宋体" w:eastAsia="宋体"/>
          <w:sz w:val="24"/>
        </w:rPr>
        <w:t>【充值成功，余额无限。】</w:t>
      </w:r>
    </w:p>
    <w:p>
      <w:pPr>
        <w:spacing w:line="560" w:lineRule="exact"/>
        <w:ind w:firstLine="420"/>
      </w:pPr>
      <w:r>
        <w:rPr>
          <w:rFonts w:ascii="宋体" w:hAnsi="宋体" w:eastAsia="宋体"/>
          <w:sz w:val="24"/>
        </w:rPr>
        <w:t>【现实安全模块临时开启：三分钟。】</w:t>
      </w:r>
    </w:p>
    <w:p>
      <w:pPr>
        <w:spacing w:line="560" w:lineRule="exact"/>
        <w:ind w:firstLine="420"/>
      </w:pPr>
      <w:r>
        <w:rPr>
          <w:rFonts w:ascii="宋体" w:hAnsi="宋体" w:eastAsia="宋体"/>
          <w:sz w:val="24"/>
        </w:rPr>
        <w:t>厨房门被一脚踹开，两个黑衣人冲进来。林风抬手，墙角的智能安防炮台从吊顶翻出，红光一扫。</w:t>
      </w:r>
    </w:p>
    <w:p>
      <w:pPr>
        <w:spacing w:line="560" w:lineRule="exact"/>
        <w:ind w:firstLine="420"/>
      </w:pPr>
      <w:r>
        <w:rPr>
          <w:rFonts w:ascii="宋体" w:hAnsi="宋体" w:eastAsia="宋体"/>
          <w:sz w:val="24"/>
        </w:rPr>
        <w:t>“嗡！”</w:t>
      </w:r>
    </w:p>
    <w:p>
      <w:pPr>
        <w:spacing w:line="560" w:lineRule="exact"/>
        <w:ind w:firstLine="420"/>
      </w:pPr>
      <w:r>
        <w:rPr>
          <w:rFonts w:ascii="宋体" w:hAnsi="宋体" w:eastAsia="宋体"/>
          <w:sz w:val="24"/>
        </w:rPr>
        <w:t>高压电流炸开，冲在最前面的人浑身一抖，直接撞翻冰箱。</w:t>
      </w:r>
    </w:p>
    <w:p>
      <w:pPr>
        <w:spacing w:line="560" w:lineRule="exact"/>
        <w:ind w:firstLine="420"/>
      </w:pPr>
      <w:r>
        <w:rPr>
          <w:rFonts w:ascii="宋体" w:hAnsi="宋体" w:eastAsia="宋体"/>
          <w:sz w:val="24"/>
        </w:rPr>
        <w:t>【非致命压制，目标失去行动能力。】</w:t>
      </w:r>
    </w:p>
    <w:p>
      <w:pPr>
        <w:spacing w:line="560" w:lineRule="exact"/>
        <w:ind w:firstLine="420"/>
      </w:pPr>
      <w:r>
        <w:rPr>
          <w:rFonts w:ascii="宋体" w:hAnsi="宋体" w:eastAsia="宋体"/>
          <w:sz w:val="24"/>
        </w:rPr>
        <w:t>另一个黑衣人反应更快，枪口一转，对准炮台连续开火。炮台外壳被打得火星四溅，红灯疯狂闪烁。</w:t>
      </w:r>
    </w:p>
    <w:p>
      <w:pPr>
        <w:spacing w:line="560" w:lineRule="exact"/>
        <w:ind w:firstLine="420"/>
      </w:pPr>
      <w:r>
        <w:rPr>
          <w:rFonts w:ascii="宋体" w:hAnsi="宋体" w:eastAsia="宋体"/>
          <w:sz w:val="24"/>
        </w:rPr>
        <w:t>林风抓起锅里的热水泼过去，那人被烫得偏头，林风已经冲到门口。</w:t>
      </w:r>
    </w:p>
    <w:p>
      <w:pPr>
        <w:spacing w:line="560" w:lineRule="exact"/>
        <w:ind w:firstLine="420"/>
      </w:pPr>
      <w:r>
        <w:rPr>
          <w:rFonts w:ascii="宋体" w:hAnsi="宋体" w:eastAsia="宋体"/>
          <w:sz w:val="24"/>
        </w:rPr>
        <w:t>可刚出门，楼道里又出现三个人。</w:t>
      </w:r>
    </w:p>
    <w:p>
      <w:pPr>
        <w:spacing w:line="560" w:lineRule="exact"/>
        <w:ind w:firstLine="420"/>
      </w:pPr>
      <w:r>
        <w:rPr>
          <w:rFonts w:ascii="宋体" w:hAnsi="宋体" w:eastAsia="宋体"/>
          <w:sz w:val="24"/>
        </w:rPr>
        <w:t>前后夹击。</w:t>
      </w:r>
    </w:p>
    <w:p>
      <w:pPr>
        <w:spacing w:line="560" w:lineRule="exact"/>
        <w:ind w:firstLine="420"/>
      </w:pPr>
      <w:r>
        <w:rPr>
          <w:rFonts w:ascii="宋体" w:hAnsi="宋体" w:eastAsia="宋体"/>
          <w:sz w:val="24"/>
        </w:rPr>
        <w:t>林风心里一沉。</w:t>
      </w:r>
    </w:p>
    <w:p>
      <w:pPr>
        <w:spacing w:line="560" w:lineRule="exact"/>
        <w:ind w:firstLine="420"/>
      </w:pPr>
      <w:r>
        <w:rPr>
          <w:rFonts w:ascii="宋体" w:hAnsi="宋体" w:eastAsia="宋体"/>
          <w:sz w:val="24"/>
        </w:rPr>
        <w:t>这不是普通杀手，是冲他来的专业队伍。</w:t>
      </w:r>
    </w:p>
    <w:p>
      <w:pPr>
        <w:spacing w:line="560" w:lineRule="exact"/>
        <w:ind w:firstLine="420"/>
      </w:pPr>
      <w:r>
        <w:rPr>
          <w:rFonts w:ascii="宋体" w:hAnsi="宋体" w:eastAsia="宋体"/>
          <w:sz w:val="24"/>
        </w:rPr>
        <w:t>手机突然震动，屏幕亮起，来电显示：苏婉清。</w:t>
      </w:r>
    </w:p>
    <w:p>
      <w:pPr>
        <w:spacing w:line="560" w:lineRule="exact"/>
        <w:ind w:firstLine="420"/>
      </w:pPr>
      <w:r>
        <w:rPr>
          <w:rFonts w:ascii="宋体" w:hAnsi="宋体" w:eastAsia="宋体"/>
          <w:sz w:val="24"/>
        </w:rPr>
        <w:t>林风刚接通，苏婉清急促的声音就传出来：“林风，别出门！风婉集团监控到有人黑进你们小区安保系统，暗流的人到了！”</w:t>
      </w:r>
    </w:p>
    <w:p>
      <w:pPr>
        <w:spacing w:line="560" w:lineRule="exact"/>
        <w:ind w:firstLine="420"/>
      </w:pPr>
      <w:r>
        <w:rPr>
          <w:rFonts w:ascii="宋体" w:hAnsi="宋体" w:eastAsia="宋体"/>
          <w:sz w:val="24"/>
        </w:rPr>
        <w:t>“晚了。”</w:t>
      </w:r>
    </w:p>
    <w:p>
      <w:pPr>
        <w:spacing w:line="560" w:lineRule="exact"/>
        <w:ind w:firstLine="420"/>
      </w:pPr>
      <w:r>
        <w:rPr>
          <w:rFonts w:ascii="宋体" w:hAnsi="宋体" w:eastAsia="宋体"/>
          <w:sz w:val="24"/>
        </w:rPr>
        <w:t>林风看着楼道尽头那三个黑衣人，冷声道：“他们已经在门口了。”</w:t>
      </w:r>
    </w:p>
    <w:p>
      <w:pPr>
        <w:spacing w:line="560" w:lineRule="exact"/>
        <w:ind w:firstLine="420"/>
      </w:pPr>
      <w:r>
        <w:rPr>
          <w:rFonts w:ascii="宋体" w:hAnsi="宋体" w:eastAsia="宋体"/>
          <w:sz w:val="24"/>
        </w:rPr>
        <w:t>苏婉清那边明显一顿：“撑住，我让凌天联系秦雨，让她动用天穹科技权限封楼！”</w:t>
      </w:r>
    </w:p>
    <w:p>
      <w:pPr>
        <w:spacing w:line="560" w:lineRule="exact"/>
        <w:ind w:firstLine="420"/>
      </w:pPr>
      <w:r>
        <w:rPr>
          <w:rFonts w:ascii="宋体" w:hAnsi="宋体" w:eastAsia="宋体"/>
          <w:sz w:val="24"/>
        </w:rPr>
        <w:t>“三分钟够吗？”</w:t>
      </w:r>
    </w:p>
    <w:p>
      <w:pPr>
        <w:spacing w:line="560" w:lineRule="exact"/>
        <w:ind w:firstLine="420"/>
      </w:pPr>
      <w:r>
        <w:rPr>
          <w:rFonts w:ascii="宋体" w:hAnsi="宋体" w:eastAsia="宋体"/>
          <w:sz w:val="24"/>
        </w:rPr>
        <w:t>“不够也得够！”</w:t>
      </w:r>
    </w:p>
    <w:p>
      <w:pPr>
        <w:spacing w:line="560" w:lineRule="exact"/>
        <w:ind w:firstLine="420"/>
      </w:pPr>
      <w:r>
        <w:rPr>
          <w:rFonts w:ascii="宋体" w:hAnsi="宋体" w:eastAsia="宋体"/>
          <w:sz w:val="24"/>
        </w:rPr>
        <w:t>通话被枪声打断。</w:t>
      </w:r>
    </w:p>
    <w:p>
      <w:pPr>
        <w:spacing w:line="560" w:lineRule="exact"/>
        <w:ind w:firstLine="420"/>
      </w:pPr>
      <w:r>
        <w:rPr>
          <w:rFonts w:ascii="宋体" w:hAnsi="宋体" w:eastAsia="宋体"/>
          <w:sz w:val="24"/>
        </w:rPr>
        <w:t>林风把手机塞进口袋，往消防通道冲。身后追兵已经开枪，子弹打在瓷砖上，碎屑乱飞。</w:t>
      </w:r>
    </w:p>
    <w:p>
      <w:pPr>
        <w:spacing w:line="560" w:lineRule="exact"/>
        <w:ind w:firstLine="420"/>
      </w:pPr>
      <w:r>
        <w:rPr>
          <w:rFonts w:ascii="宋体" w:hAnsi="宋体" w:eastAsia="宋体"/>
          <w:sz w:val="24"/>
        </w:rPr>
        <w:t>消防门被他一脚踹开，他冲进楼梯间，沿着下层狂奔。</w:t>
      </w:r>
    </w:p>
    <w:p>
      <w:pPr>
        <w:spacing w:line="560" w:lineRule="exact"/>
        <w:ind w:firstLine="420"/>
      </w:pPr>
      <w:r>
        <w:rPr>
          <w:rFonts w:ascii="宋体" w:hAnsi="宋体" w:eastAsia="宋体"/>
          <w:sz w:val="24"/>
        </w:rPr>
        <w:t>楼道灯忽明忽暗。</w:t>
      </w:r>
    </w:p>
    <w:p>
      <w:pPr>
        <w:spacing w:line="560" w:lineRule="exact"/>
        <w:ind w:firstLine="420"/>
      </w:pPr>
      <w:r>
        <w:rPr>
          <w:rFonts w:ascii="宋体" w:hAnsi="宋体" w:eastAsia="宋体"/>
          <w:sz w:val="24"/>
        </w:rPr>
        <w:t>身后脚步声紧咬不放。</w:t>
      </w:r>
    </w:p>
    <w:p>
      <w:pPr>
        <w:spacing w:line="560" w:lineRule="exact"/>
        <w:ind w:firstLine="420"/>
      </w:pPr>
      <w:r>
        <w:rPr>
          <w:rFonts w:ascii="宋体" w:hAnsi="宋体" w:eastAsia="宋体"/>
          <w:sz w:val="24"/>
        </w:rPr>
        <w:t>林风刚下到二十八层，平台转角处突然闪过一道人影。他猛地停步，身体贴着墙，手中电击器蓄势待发。</w:t>
      </w:r>
    </w:p>
    <w:p>
      <w:pPr>
        <w:spacing w:line="560" w:lineRule="exact"/>
        <w:ind w:firstLine="420"/>
      </w:pPr>
      <w:r>
        <w:rPr>
          <w:rFonts w:ascii="宋体" w:hAnsi="宋体" w:eastAsia="宋体"/>
          <w:sz w:val="24"/>
        </w:rPr>
        <w:t>那人却先开口：“别动，是我。”</w:t>
      </w:r>
    </w:p>
    <w:p>
      <w:pPr>
        <w:spacing w:line="560" w:lineRule="exact"/>
        <w:ind w:firstLine="420"/>
      </w:pPr>
      <w:r>
        <w:rPr>
          <w:rFonts w:ascii="宋体" w:hAnsi="宋体" w:eastAsia="宋体"/>
          <w:sz w:val="24"/>
        </w:rPr>
        <w:t>声音低沉，沙哑，带着熟悉的冷硬。</w:t>
      </w:r>
    </w:p>
    <w:p>
      <w:pPr>
        <w:spacing w:line="560" w:lineRule="exact"/>
        <w:ind w:firstLine="420"/>
      </w:pPr>
      <w:r>
        <w:rPr>
          <w:rFonts w:ascii="宋体" w:hAnsi="宋体" w:eastAsia="宋体"/>
          <w:sz w:val="24"/>
        </w:rPr>
        <w:t>陈锋。</w:t>
      </w:r>
    </w:p>
    <w:p>
      <w:pPr>
        <w:spacing w:line="560" w:lineRule="exact"/>
        <w:ind w:firstLine="420"/>
      </w:pPr>
      <w:r>
        <w:rPr>
          <w:rFonts w:ascii="宋体" w:hAnsi="宋体" w:eastAsia="宋体"/>
          <w:sz w:val="24"/>
        </w:rPr>
        <w:t>林风眼神一冷：“暗影组织的陈锋？你来补刀？”</w:t>
      </w:r>
    </w:p>
    <w:p>
      <w:pPr>
        <w:spacing w:line="560" w:lineRule="exact"/>
        <w:ind w:firstLine="420"/>
      </w:pPr>
      <w:r>
        <w:rPr>
          <w:rFonts w:ascii="宋体" w:hAnsi="宋体" w:eastAsia="宋体"/>
          <w:sz w:val="24"/>
        </w:rPr>
        <w:t>陈锋站在阴影里，黑色风衣被雨水打湿，左臂有血。他抬手，掌心朝外：“我要杀你，刚才就不会替你挡那枪。”</w:t>
      </w:r>
    </w:p>
    <w:p>
      <w:pPr>
        <w:spacing w:line="560" w:lineRule="exact"/>
        <w:ind w:firstLine="420"/>
      </w:pPr>
      <w:r>
        <w:rPr>
          <w:rFonts w:ascii="宋体" w:hAnsi="宋体" w:eastAsia="宋体"/>
          <w:sz w:val="24"/>
        </w:rPr>
        <w:t>林风这才注意到，陈锋肩头有一道血痕，像是刚被流弹擦过。</w:t>
      </w:r>
    </w:p>
    <w:p>
      <w:pPr>
        <w:spacing w:line="560" w:lineRule="exact"/>
        <w:ind w:firstLine="420"/>
      </w:pPr>
      <w:r>
        <w:rPr>
          <w:rFonts w:ascii="宋体" w:hAnsi="宋体" w:eastAsia="宋体"/>
          <w:sz w:val="24"/>
        </w:rPr>
        <w:t>楼下传来密集脚步声。</w:t>
      </w:r>
    </w:p>
    <w:p>
      <w:pPr>
        <w:spacing w:line="560" w:lineRule="exact"/>
        <w:ind w:firstLine="420"/>
      </w:pPr>
      <w:r>
        <w:rPr>
          <w:rFonts w:ascii="宋体" w:hAnsi="宋体" w:eastAsia="宋体"/>
          <w:sz w:val="24"/>
        </w:rPr>
        <w:t>陈锋从怀里掏出一把短枪，扔给林风：“会用吗？”</w:t>
      </w:r>
    </w:p>
    <w:p>
      <w:pPr>
        <w:spacing w:line="560" w:lineRule="exact"/>
        <w:ind w:firstLine="420"/>
      </w:pPr>
      <w:r>
        <w:rPr>
          <w:rFonts w:ascii="宋体" w:hAnsi="宋体" w:eastAsia="宋体"/>
          <w:sz w:val="24"/>
        </w:rPr>
        <w:t>林风接过，掂了掂：“游戏里爆过几百把，现实里第一次摸。”</w:t>
      </w:r>
    </w:p>
    <w:p>
      <w:pPr>
        <w:spacing w:line="560" w:lineRule="exact"/>
        <w:ind w:firstLine="420"/>
      </w:pPr>
      <w:r>
        <w:rPr>
          <w:rFonts w:ascii="宋体" w:hAnsi="宋体" w:eastAsia="宋体"/>
          <w:sz w:val="24"/>
        </w:rPr>
        <w:t>陈锋嘴角扯了一下：“那就别瞄太久，会死。”</w:t>
      </w:r>
    </w:p>
    <w:p>
      <w:pPr>
        <w:spacing w:line="560" w:lineRule="exact"/>
        <w:ind w:firstLine="420"/>
      </w:pPr>
      <w:r>
        <w:rPr>
          <w:rFonts w:ascii="宋体" w:hAnsi="宋体" w:eastAsia="宋体"/>
          <w:sz w:val="24"/>
        </w:rPr>
        <w:t>“你倒是挺会说话。”</w:t>
      </w:r>
    </w:p>
    <w:p>
      <w:pPr>
        <w:spacing w:line="560" w:lineRule="exact"/>
        <w:ind w:firstLine="420"/>
      </w:pPr>
      <w:r>
        <w:rPr>
          <w:rFonts w:ascii="宋体" w:hAnsi="宋体" w:eastAsia="宋体"/>
          <w:sz w:val="24"/>
        </w:rPr>
        <w:t>“少废话，暗流的人不是冲游戏来的，是冲你父母留下的古玉。”</w:t>
      </w:r>
    </w:p>
    <w:p>
      <w:pPr>
        <w:spacing w:line="560" w:lineRule="exact"/>
        <w:ind w:firstLine="420"/>
      </w:pPr>
      <w:r>
        <w:rPr>
          <w:rFonts w:ascii="宋体" w:hAnsi="宋体" w:eastAsia="宋体"/>
          <w:sz w:val="24"/>
        </w:rPr>
        <w:t>林风心头一震：“你知道古玉？”</w:t>
      </w:r>
    </w:p>
    <w:p>
      <w:pPr>
        <w:spacing w:line="560" w:lineRule="exact"/>
        <w:ind w:firstLine="420"/>
      </w:pPr>
      <w:r>
        <w:rPr>
          <w:rFonts w:ascii="宋体" w:hAnsi="宋体" w:eastAsia="宋体"/>
          <w:sz w:val="24"/>
        </w:rPr>
        <w:t>陈锋没回答，只看向楼梯下方：“他们来了。”</w:t>
      </w:r>
    </w:p>
    <w:p>
      <w:pPr>
        <w:spacing w:line="560" w:lineRule="exact"/>
        <w:ind w:firstLine="420"/>
      </w:pPr>
      <w:r>
        <w:rPr>
          <w:rFonts w:ascii="宋体" w:hAnsi="宋体" w:eastAsia="宋体"/>
          <w:sz w:val="24"/>
        </w:rPr>
        <w:t>第一颗子弹从下方打上来，擦着扶手炸出一串火星。林风本能地缩头，陈锋却已经举枪还击。</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楼下传来闷哼。</w:t>
      </w:r>
    </w:p>
    <w:p>
      <w:pPr>
        <w:spacing w:line="560" w:lineRule="exact"/>
        <w:ind w:firstLine="420"/>
      </w:pPr>
      <w:r>
        <w:rPr>
          <w:rFonts w:ascii="宋体" w:hAnsi="宋体" w:eastAsia="宋体"/>
          <w:sz w:val="24"/>
        </w:rPr>
        <w:t>【目标受伤，行动迟缓。】</w:t>
      </w:r>
    </w:p>
    <w:p>
      <w:pPr>
        <w:spacing w:line="560" w:lineRule="exact"/>
        <w:ind w:firstLine="420"/>
      </w:pPr>
      <w:r>
        <w:rPr>
          <w:rFonts w:ascii="宋体" w:hAnsi="宋体" w:eastAsia="宋体"/>
          <w:sz w:val="24"/>
        </w:rPr>
        <w:t>陈锋皱眉：“你脑子里什么声音？”</w:t>
      </w:r>
    </w:p>
    <w:p>
      <w:pPr>
        <w:spacing w:line="560" w:lineRule="exact"/>
        <w:ind w:firstLine="420"/>
      </w:pPr>
      <w:r>
        <w:rPr>
          <w:rFonts w:ascii="宋体" w:hAnsi="宋体" w:eastAsia="宋体"/>
          <w:sz w:val="24"/>
        </w:rPr>
        <w:t>林风没空解释：“系统提示。”</w:t>
      </w:r>
    </w:p>
    <w:p>
      <w:pPr>
        <w:spacing w:line="560" w:lineRule="exact"/>
        <w:ind w:firstLine="420"/>
      </w:pPr>
      <w:r>
        <w:rPr>
          <w:rFonts w:ascii="宋体" w:hAnsi="宋体" w:eastAsia="宋体"/>
          <w:sz w:val="24"/>
        </w:rPr>
        <w:t>“游戏玩傻了？”</w:t>
      </w:r>
    </w:p>
    <w:p>
      <w:pPr>
        <w:spacing w:line="560" w:lineRule="exact"/>
        <w:ind w:firstLine="420"/>
      </w:pPr>
      <w:r>
        <w:rPr>
          <w:rFonts w:ascii="宋体" w:hAnsi="宋体" w:eastAsia="宋体"/>
          <w:sz w:val="24"/>
        </w:rPr>
        <w:t>“比你命大。”</w:t>
      </w:r>
    </w:p>
    <w:p>
      <w:pPr>
        <w:spacing w:line="560" w:lineRule="exact"/>
        <w:ind w:firstLine="420"/>
      </w:pPr>
      <w:r>
        <w:rPr>
          <w:rFonts w:ascii="宋体" w:hAnsi="宋体" w:eastAsia="宋体"/>
          <w:sz w:val="24"/>
        </w:rPr>
        <w:t>陈锋骂了一句：“行，跟紧我。”</w:t>
      </w:r>
    </w:p>
    <w:p>
      <w:pPr>
        <w:spacing w:line="560" w:lineRule="exact"/>
        <w:ind w:firstLine="420"/>
      </w:pPr>
      <w:r>
        <w:rPr>
          <w:rFonts w:ascii="宋体" w:hAnsi="宋体" w:eastAsia="宋体"/>
          <w:sz w:val="24"/>
        </w:rPr>
        <w:t>两人往楼上冲。</w:t>
      </w:r>
    </w:p>
    <w:p>
      <w:pPr>
        <w:spacing w:line="560" w:lineRule="exact"/>
        <w:ind w:firstLine="420"/>
      </w:pPr>
      <w:r>
        <w:rPr>
          <w:rFonts w:ascii="宋体" w:hAnsi="宋体" w:eastAsia="宋体"/>
          <w:sz w:val="24"/>
        </w:rPr>
        <w:t>刚上到二十九层，迎面又出现两名黑衣人。对方显然没想到陈锋会带林风往上走，短暂一愣。</w:t>
      </w:r>
    </w:p>
    <w:p>
      <w:pPr>
        <w:spacing w:line="560" w:lineRule="exact"/>
        <w:ind w:firstLine="420"/>
      </w:pPr>
      <w:r>
        <w:rPr>
          <w:rFonts w:ascii="宋体" w:hAnsi="宋体" w:eastAsia="宋体"/>
          <w:sz w:val="24"/>
        </w:rPr>
        <w:t>陈锋先开枪。</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一人肩膀中弹，枪脱手飞出。</w:t>
      </w:r>
    </w:p>
    <w:p>
      <w:pPr>
        <w:spacing w:line="560" w:lineRule="exact"/>
        <w:ind w:firstLine="420"/>
      </w:pPr>
      <w:r>
        <w:rPr>
          <w:rFonts w:ascii="宋体" w:hAnsi="宋体" w:eastAsia="宋体"/>
          <w:sz w:val="24"/>
        </w:rPr>
        <w:t>林风也跟着扣下扳机。枪声震得他虎口发麻，子弹打在对方胸口防弹板上，只留下一个白点。</w:t>
      </w:r>
    </w:p>
    <w:p>
      <w:pPr>
        <w:spacing w:line="560" w:lineRule="exact"/>
        <w:ind w:firstLine="420"/>
      </w:pPr>
      <w:r>
        <w:rPr>
          <w:rFonts w:ascii="宋体" w:hAnsi="宋体" w:eastAsia="宋体"/>
          <w:sz w:val="24"/>
        </w:rPr>
        <w:t>对方狞笑：“就这？”</w:t>
      </w:r>
    </w:p>
    <w:p>
      <w:pPr>
        <w:spacing w:line="560" w:lineRule="exact"/>
        <w:ind w:firstLine="420"/>
      </w:pPr>
      <w:r>
        <w:rPr>
          <w:rFonts w:ascii="宋体" w:hAnsi="宋体" w:eastAsia="宋体"/>
          <w:sz w:val="24"/>
        </w:rPr>
        <w:t>林风眼神一寒，抬脚踹向楼梯扶手，借力横移半步，第二枪直接打中对方膝盖。</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那人惨叫跪倒。</w:t>
      </w:r>
    </w:p>
    <w:p>
      <w:pPr>
        <w:spacing w:line="560" w:lineRule="exact"/>
        <w:ind w:firstLine="420"/>
      </w:pPr>
      <w:r>
        <w:rPr>
          <w:rFonts w:ascii="宋体" w:hAnsi="宋体" w:eastAsia="宋体"/>
          <w:sz w:val="24"/>
        </w:rPr>
        <w:t>陈锋看了他一眼：“游戏里练的反应？”</w:t>
      </w:r>
    </w:p>
    <w:p>
      <w:pPr>
        <w:spacing w:line="560" w:lineRule="exact"/>
        <w:ind w:firstLine="420"/>
      </w:pPr>
      <w:r>
        <w:rPr>
          <w:rFonts w:ascii="宋体" w:hAnsi="宋体" w:eastAsia="宋体"/>
          <w:sz w:val="24"/>
        </w:rPr>
        <w:t>林风把枪口对准那人：“现实里练的胆子。”</w:t>
      </w:r>
    </w:p>
    <w:p>
      <w:pPr>
        <w:spacing w:line="560" w:lineRule="exact"/>
        <w:ind w:firstLine="420"/>
      </w:pPr>
      <w:r>
        <w:rPr>
          <w:rFonts w:ascii="宋体" w:hAnsi="宋体" w:eastAsia="宋体"/>
          <w:sz w:val="24"/>
        </w:rPr>
        <w:t>话音刚落，上方平台突然有人扑下，一刀刺向陈锋后心。</w:t>
      </w:r>
    </w:p>
    <w:p>
      <w:pPr>
        <w:spacing w:line="560" w:lineRule="exact"/>
        <w:ind w:firstLine="420"/>
      </w:pPr>
      <w:r>
        <w:rPr>
          <w:rFonts w:ascii="宋体" w:hAnsi="宋体" w:eastAsia="宋体"/>
          <w:sz w:val="24"/>
        </w:rPr>
        <w:t>林风看见了。</w:t>
      </w:r>
    </w:p>
    <w:p>
      <w:pPr>
        <w:spacing w:line="560" w:lineRule="exact"/>
        <w:ind w:firstLine="420"/>
      </w:pPr>
      <w:r>
        <w:rPr>
          <w:rFonts w:ascii="宋体" w:hAnsi="宋体" w:eastAsia="宋体"/>
          <w:sz w:val="24"/>
        </w:rPr>
        <w:t>他没想太多，扑过去撞开陈锋。刀锋擦着林风手臂划过，血一下涌出来。</w:t>
      </w:r>
    </w:p>
    <w:p>
      <w:pPr>
        <w:spacing w:line="560" w:lineRule="exact"/>
        <w:ind w:firstLine="420"/>
      </w:pPr>
      <w:r>
        <w:rPr>
          <w:rFonts w:ascii="宋体" w:hAnsi="宋体" w:eastAsia="宋体"/>
          <w:sz w:val="24"/>
        </w:rPr>
        <w:t>陈锋脸色变了：“你疯了？”</w:t>
      </w:r>
    </w:p>
    <w:p>
      <w:pPr>
        <w:spacing w:line="560" w:lineRule="exact"/>
        <w:ind w:firstLine="420"/>
      </w:pPr>
      <w:r>
        <w:rPr>
          <w:rFonts w:ascii="宋体" w:hAnsi="宋体" w:eastAsia="宋体"/>
          <w:sz w:val="24"/>
        </w:rPr>
        <w:t>林风咬牙：“你救我一次，我还你一次，扯平。”</w:t>
      </w:r>
    </w:p>
    <w:p>
      <w:pPr>
        <w:spacing w:line="560" w:lineRule="exact"/>
        <w:ind w:firstLine="420"/>
      </w:pPr>
      <w:r>
        <w:rPr>
          <w:rFonts w:ascii="宋体" w:hAnsi="宋体" w:eastAsia="宋体"/>
          <w:sz w:val="24"/>
        </w:rPr>
        <w:t>陈锋没废话，反手一肘砸在偷袭者脸上，紧接着短枪顶住对方胸口。</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偷袭者被撞下楼，滚在楼梯转角，没了动静。</w:t>
      </w:r>
    </w:p>
    <w:p>
      <w:pPr>
        <w:spacing w:line="560" w:lineRule="exact"/>
        <w:ind w:firstLine="420"/>
      </w:pPr>
      <w:r>
        <w:rPr>
          <w:rFonts w:ascii="宋体" w:hAnsi="宋体" w:eastAsia="宋体"/>
          <w:sz w:val="24"/>
        </w:rPr>
        <w:t>林风喘着气，手臂火辣辣疼。</w:t>
      </w:r>
    </w:p>
    <w:p>
      <w:pPr>
        <w:spacing w:line="560" w:lineRule="exact"/>
        <w:ind w:firstLine="420"/>
      </w:pPr>
      <w:r>
        <w:rPr>
          <w:rFonts w:ascii="宋体" w:hAnsi="宋体" w:eastAsia="宋体"/>
          <w:sz w:val="24"/>
        </w:rPr>
        <w:t>系统提示不断跳出。</w:t>
      </w:r>
    </w:p>
    <w:p>
      <w:pPr>
        <w:spacing w:line="560" w:lineRule="exact"/>
        <w:ind w:firstLine="420"/>
      </w:pPr>
      <w:r>
        <w:rPr>
          <w:rFonts w:ascii="宋体" w:hAnsi="宋体" w:eastAsia="宋体"/>
          <w:sz w:val="24"/>
        </w:rPr>
        <w:t>【宿主受伤。】</w:t>
      </w:r>
    </w:p>
    <w:p>
      <w:pPr>
        <w:spacing w:line="560" w:lineRule="exact"/>
        <w:ind w:firstLine="420"/>
      </w:pPr>
      <w:r>
        <w:rPr>
          <w:rFonts w:ascii="宋体" w:hAnsi="宋体" w:eastAsia="宋体"/>
          <w:sz w:val="24"/>
        </w:rPr>
        <w:t>【现实安全模块剩余：一百一十二秒。】</w:t>
      </w:r>
    </w:p>
    <w:p>
      <w:pPr>
        <w:spacing w:line="560" w:lineRule="exact"/>
        <w:ind w:firstLine="420"/>
      </w:pPr>
      <w:r>
        <w:rPr>
          <w:rFonts w:ascii="宋体" w:hAnsi="宋体" w:eastAsia="宋体"/>
          <w:sz w:val="24"/>
        </w:rPr>
        <w:t>陈锋看了一眼林风手臂：“能跑吗？”</w:t>
      </w:r>
    </w:p>
    <w:p>
      <w:pPr>
        <w:spacing w:line="560" w:lineRule="exact"/>
        <w:ind w:firstLine="420"/>
      </w:pPr>
      <w:r>
        <w:rPr>
          <w:rFonts w:ascii="宋体" w:hAnsi="宋体" w:eastAsia="宋体"/>
          <w:sz w:val="24"/>
        </w:rPr>
        <w:t>“废话。”</w:t>
      </w:r>
    </w:p>
    <w:p>
      <w:pPr>
        <w:spacing w:line="560" w:lineRule="exact"/>
        <w:ind w:firstLine="420"/>
      </w:pPr>
      <w:r>
        <w:rPr>
          <w:rFonts w:ascii="宋体" w:hAnsi="宋体" w:eastAsia="宋体"/>
          <w:sz w:val="24"/>
        </w:rPr>
        <w:t>“那就继续跑。”</w:t>
      </w:r>
    </w:p>
    <w:p>
      <w:pPr>
        <w:spacing w:line="560" w:lineRule="exact"/>
        <w:ind w:firstLine="420"/>
      </w:pPr>
      <w:r>
        <w:rPr>
          <w:rFonts w:ascii="宋体" w:hAnsi="宋体" w:eastAsia="宋体"/>
          <w:sz w:val="24"/>
        </w:rPr>
        <w:t>两人再次往上。</w:t>
      </w:r>
    </w:p>
    <w:p>
      <w:pPr>
        <w:spacing w:line="560" w:lineRule="exact"/>
        <w:ind w:firstLine="420"/>
      </w:pPr>
      <w:r>
        <w:rPr>
          <w:rFonts w:ascii="宋体" w:hAnsi="宋体" w:eastAsia="宋体"/>
          <w:sz w:val="24"/>
        </w:rPr>
        <w:t>三十一层，三十二层，三十三层。</w:t>
      </w:r>
    </w:p>
    <w:p>
      <w:pPr>
        <w:spacing w:line="560" w:lineRule="exact"/>
        <w:ind w:firstLine="420"/>
      </w:pPr>
      <w:r>
        <w:rPr>
          <w:rFonts w:ascii="宋体" w:hAnsi="宋体" w:eastAsia="宋体"/>
          <w:sz w:val="24"/>
        </w:rPr>
        <w:t>身后的追兵越来越多，楼道里全是枪声和脚步声。小区物业的广播乱响，有人喊疏散，可暗流显然提前封了消防通道，普通住户根本出不去。</w:t>
      </w:r>
    </w:p>
    <w:p>
      <w:pPr>
        <w:spacing w:line="560" w:lineRule="exact"/>
        <w:ind w:firstLine="420"/>
      </w:pPr>
      <w:r>
        <w:rPr>
          <w:rFonts w:ascii="宋体" w:hAnsi="宋体" w:eastAsia="宋体"/>
          <w:sz w:val="24"/>
        </w:rPr>
        <w:t>林风手机又震了一下，是凌天发来的消息。</w:t>
      </w:r>
    </w:p>
    <w:p>
      <w:pPr>
        <w:spacing w:line="560" w:lineRule="exact"/>
        <w:ind w:firstLine="420"/>
      </w:pPr>
      <w:r>
        <w:rPr>
          <w:rFonts w:ascii="宋体" w:hAnsi="宋体" w:eastAsia="宋体"/>
          <w:sz w:val="24"/>
        </w:rPr>
        <w:t>【风哥，秦雨那边正在抢权限，但对方防火墙很硬，像是天穹科技内部的人开的后门。】</w:t>
      </w:r>
    </w:p>
    <w:p>
      <w:pPr>
        <w:spacing w:line="560" w:lineRule="exact"/>
        <w:ind w:firstLine="420"/>
      </w:pPr>
      <w:r>
        <w:rPr>
          <w:rFonts w:ascii="宋体" w:hAnsi="宋体" w:eastAsia="宋体"/>
          <w:sz w:val="24"/>
        </w:rPr>
        <w:t>林风咬牙回了一个字：【急。】</w:t>
      </w:r>
    </w:p>
    <w:p>
      <w:pPr>
        <w:spacing w:line="560" w:lineRule="exact"/>
        <w:ind w:firstLine="420"/>
      </w:pPr>
      <w:r>
        <w:rPr>
          <w:rFonts w:ascii="宋体" w:hAnsi="宋体" w:eastAsia="宋体"/>
          <w:sz w:val="24"/>
        </w:rPr>
        <w:t>刚发出去，楼梯下方传来一声巨响。</w:t>
      </w:r>
    </w:p>
    <w:p>
      <w:pPr>
        <w:spacing w:line="560" w:lineRule="exact"/>
        <w:ind w:firstLine="420"/>
      </w:pPr>
      <w:r>
        <w:rPr>
          <w:rFonts w:ascii="宋体" w:hAnsi="宋体" w:eastAsia="宋体"/>
          <w:sz w:val="24"/>
        </w:rPr>
        <w:t>防火门被爆破冲开。</w:t>
      </w:r>
    </w:p>
    <w:p>
      <w:pPr>
        <w:spacing w:line="560" w:lineRule="exact"/>
        <w:ind w:firstLine="420"/>
      </w:pPr>
      <w:r>
        <w:rPr>
          <w:rFonts w:ascii="宋体" w:hAnsi="宋体" w:eastAsia="宋体"/>
          <w:sz w:val="24"/>
        </w:rPr>
        <w:t>烟雾涌上来。</w:t>
      </w:r>
    </w:p>
    <w:p>
      <w:pPr>
        <w:spacing w:line="560" w:lineRule="exact"/>
        <w:ind w:firstLine="420"/>
      </w:pPr>
      <w:r>
        <w:rPr>
          <w:rFonts w:ascii="宋体" w:hAnsi="宋体" w:eastAsia="宋体"/>
          <w:sz w:val="24"/>
        </w:rPr>
        <w:t>陈锋脸色沉下去：“他们不想活捉了。”</w:t>
      </w:r>
    </w:p>
    <w:p>
      <w:pPr>
        <w:spacing w:line="560" w:lineRule="exact"/>
        <w:ind w:firstLine="420"/>
      </w:pPr>
      <w:r>
        <w:rPr>
          <w:rFonts w:ascii="宋体" w:hAnsi="宋体" w:eastAsia="宋体"/>
          <w:sz w:val="24"/>
        </w:rPr>
        <w:t>林风握紧枪：“那就让他们知道，想杀我，得排队。”</w:t>
      </w:r>
    </w:p>
    <w:p>
      <w:pPr>
        <w:spacing w:line="560" w:lineRule="exact"/>
        <w:ind w:firstLine="420"/>
      </w:pPr>
      <w:r>
        <w:rPr>
          <w:rFonts w:ascii="宋体" w:hAnsi="宋体" w:eastAsia="宋体"/>
          <w:sz w:val="24"/>
        </w:rPr>
        <w:t>陈锋看了他一眼：“你倒是真敢。”</w:t>
      </w:r>
    </w:p>
    <w:p>
      <w:pPr>
        <w:spacing w:line="560" w:lineRule="exact"/>
        <w:ind w:firstLine="420"/>
      </w:pPr>
      <w:r>
        <w:rPr>
          <w:rFonts w:ascii="宋体" w:hAnsi="宋体" w:eastAsia="宋体"/>
          <w:sz w:val="24"/>
        </w:rPr>
        <w:t>“我爸妈就是被暗流害死的，这笔账我迟早要算。”</w:t>
      </w:r>
    </w:p>
    <w:p>
      <w:pPr>
        <w:spacing w:line="560" w:lineRule="exact"/>
        <w:ind w:firstLine="420"/>
      </w:pPr>
      <w:r>
        <w:rPr>
          <w:rFonts w:ascii="宋体" w:hAnsi="宋体" w:eastAsia="宋体"/>
          <w:sz w:val="24"/>
        </w:rPr>
        <w:t>陈锋沉默了一瞬。</w:t>
      </w:r>
    </w:p>
    <w:p>
      <w:pPr>
        <w:spacing w:line="560" w:lineRule="exact"/>
        <w:ind w:firstLine="420"/>
      </w:pPr>
      <w:r>
        <w:rPr>
          <w:rFonts w:ascii="宋体" w:hAnsi="宋体" w:eastAsia="宋体"/>
          <w:sz w:val="24"/>
        </w:rPr>
        <w:t>楼道里枪声再起。</w:t>
      </w:r>
    </w:p>
    <w:p>
      <w:pPr>
        <w:spacing w:line="560" w:lineRule="exact"/>
        <w:ind w:firstLine="420"/>
      </w:pPr>
      <w:r>
        <w:rPr>
          <w:rFonts w:ascii="宋体" w:hAnsi="宋体" w:eastAsia="宋体"/>
          <w:sz w:val="24"/>
        </w:rPr>
        <w:t>两人退到三十四层平台，前方防火门竟然锁死。林风冲过去试了一下，纹丝不动。</w:t>
      </w:r>
    </w:p>
    <w:p>
      <w:pPr>
        <w:spacing w:line="560" w:lineRule="exact"/>
        <w:ind w:firstLine="420"/>
      </w:pPr>
      <w:r>
        <w:rPr>
          <w:rFonts w:ascii="宋体" w:hAnsi="宋体" w:eastAsia="宋体"/>
          <w:sz w:val="24"/>
        </w:rPr>
        <w:t>“被他们从外面封了。”陈锋低声道。</w:t>
      </w:r>
    </w:p>
    <w:p>
      <w:pPr>
        <w:spacing w:line="560" w:lineRule="exact"/>
        <w:ind w:firstLine="420"/>
      </w:pPr>
      <w:r>
        <w:rPr>
          <w:rFonts w:ascii="宋体" w:hAnsi="宋体" w:eastAsia="宋体"/>
          <w:sz w:val="24"/>
        </w:rPr>
        <w:t>“那就打回去。”</w:t>
      </w:r>
    </w:p>
    <w:p>
      <w:pPr>
        <w:spacing w:line="560" w:lineRule="exact"/>
        <w:ind w:firstLine="420"/>
      </w:pPr>
      <w:r>
        <w:rPr>
          <w:rFonts w:ascii="宋体" w:hAnsi="宋体" w:eastAsia="宋体"/>
          <w:sz w:val="24"/>
        </w:rPr>
        <w:t>“你不怕死？”</w:t>
      </w:r>
    </w:p>
    <w:p>
      <w:pPr>
        <w:spacing w:line="560" w:lineRule="exact"/>
        <w:ind w:firstLine="420"/>
      </w:pPr>
      <w:r>
        <w:rPr>
          <w:rFonts w:ascii="宋体" w:hAnsi="宋体" w:eastAsia="宋体"/>
          <w:sz w:val="24"/>
        </w:rPr>
        <w:t>林风回头，眼神很冷：“怕。但我更怕什么都不做。”</w:t>
      </w:r>
    </w:p>
    <w:p>
      <w:pPr>
        <w:spacing w:line="560" w:lineRule="exact"/>
        <w:ind w:firstLine="420"/>
      </w:pPr>
      <w:r>
        <w:rPr>
          <w:rFonts w:ascii="宋体" w:hAnsi="宋体" w:eastAsia="宋体"/>
          <w:sz w:val="24"/>
        </w:rPr>
        <w:t>陈锋忽然笑了一声：“有点意思。”</w:t>
      </w:r>
    </w:p>
    <w:p>
      <w:pPr>
        <w:spacing w:line="560" w:lineRule="exact"/>
        <w:ind w:firstLine="420"/>
      </w:pPr>
      <w:r>
        <w:rPr>
          <w:rFonts w:ascii="宋体" w:hAnsi="宋体" w:eastAsia="宋体"/>
          <w:sz w:val="24"/>
        </w:rPr>
        <w:t>下一刻，他猛地拉开防火门旁的消防柜，拿出灭火器，砸碎玻璃，又扯出消防水带。</w:t>
      </w:r>
    </w:p>
    <w:p>
      <w:pPr>
        <w:spacing w:line="560" w:lineRule="exact"/>
        <w:ind w:firstLine="420"/>
      </w:pPr>
      <w:r>
        <w:rPr>
          <w:rFonts w:ascii="宋体" w:hAnsi="宋体" w:eastAsia="宋体"/>
          <w:sz w:val="24"/>
        </w:rPr>
        <w:t>“掩护我。”</w:t>
      </w:r>
    </w:p>
    <w:p>
      <w:pPr>
        <w:spacing w:line="560" w:lineRule="exact"/>
        <w:ind w:firstLine="420"/>
      </w:pPr>
      <w:r>
        <w:rPr>
          <w:rFonts w:ascii="宋体" w:hAnsi="宋体" w:eastAsia="宋体"/>
          <w:sz w:val="24"/>
        </w:rPr>
        <w:t>林风举枪，对准楼梯下方连续射击。</w:t>
      </w:r>
    </w:p>
    <w:p>
      <w:pPr>
        <w:spacing w:line="560" w:lineRule="exact"/>
        <w:ind w:firstLine="420"/>
      </w:pPr>
      <w:r>
        <w:rPr>
          <w:rFonts w:ascii="宋体" w:hAnsi="宋体" w:eastAsia="宋体"/>
          <w:sz w:val="24"/>
        </w:rPr>
        <w:t>“砰！砰！砰！”</w:t>
      </w:r>
    </w:p>
    <w:p>
      <w:pPr>
        <w:spacing w:line="560" w:lineRule="exact"/>
        <w:ind w:firstLine="420"/>
      </w:pPr>
      <w:r>
        <w:rPr>
          <w:rFonts w:ascii="宋体" w:hAnsi="宋体" w:eastAsia="宋体"/>
          <w:sz w:val="24"/>
        </w:rPr>
        <w:t>子弹打在追兵防具上，火星乱溅。有人被压制，有人从侧面探头，林风立刻换目标。</w:t>
      </w:r>
    </w:p>
    <w:p>
      <w:pPr>
        <w:spacing w:line="560" w:lineRule="exact"/>
        <w:ind w:firstLine="420"/>
      </w:pPr>
      <w:r>
        <w:rPr>
          <w:rFonts w:ascii="宋体" w:hAnsi="宋体" w:eastAsia="宋体"/>
          <w:sz w:val="24"/>
        </w:rPr>
        <w:t>陈锋把水带缠在门锁位置，又把灭火器对准锁芯喷出一团白雾。</w:t>
      </w:r>
    </w:p>
    <w:p>
      <w:pPr>
        <w:spacing w:line="560" w:lineRule="exact"/>
        <w:ind w:firstLine="420"/>
      </w:pPr>
      <w:r>
        <w:rPr>
          <w:rFonts w:ascii="宋体" w:hAnsi="宋体" w:eastAsia="宋体"/>
          <w:sz w:val="24"/>
        </w:rPr>
        <w:t>“退后！”</w:t>
      </w:r>
    </w:p>
    <w:p>
      <w:pPr>
        <w:spacing w:line="560" w:lineRule="exact"/>
        <w:ind w:firstLine="420"/>
      </w:pPr>
      <w:r>
        <w:rPr>
          <w:rFonts w:ascii="宋体" w:hAnsi="宋体" w:eastAsia="宋体"/>
          <w:sz w:val="24"/>
        </w:rPr>
        <w:t>林风刚退，陈锋开枪。</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灭火器罐体炸开，白雾瞬间吞没楼道。视线一片模糊，追兵咳嗽声乱成一片。</w:t>
      </w:r>
    </w:p>
    <w:p>
      <w:pPr>
        <w:spacing w:line="560" w:lineRule="exact"/>
        <w:ind w:firstLine="420"/>
      </w:pPr>
      <w:r>
        <w:rPr>
          <w:rFonts w:ascii="宋体" w:hAnsi="宋体" w:eastAsia="宋体"/>
          <w:sz w:val="24"/>
        </w:rPr>
        <w:t>陈锋一脚踹开门：“走！”</w:t>
      </w:r>
    </w:p>
    <w:p>
      <w:pPr>
        <w:spacing w:line="560" w:lineRule="exact"/>
        <w:ind w:firstLine="420"/>
      </w:pPr>
      <w:r>
        <w:rPr>
          <w:rFonts w:ascii="宋体" w:hAnsi="宋体" w:eastAsia="宋体"/>
          <w:sz w:val="24"/>
        </w:rPr>
        <w:t>两人冲进三十四层走廊。</w:t>
      </w:r>
    </w:p>
    <w:p>
      <w:pPr>
        <w:spacing w:line="560" w:lineRule="exact"/>
        <w:ind w:firstLine="420"/>
      </w:pPr>
      <w:r>
        <w:rPr>
          <w:rFonts w:ascii="宋体" w:hAnsi="宋体" w:eastAsia="宋体"/>
          <w:sz w:val="24"/>
        </w:rPr>
        <w:t>走廊尽头，还有两名黑衣人守着电梯口。林风刚露头，子弹就打碎墙上的装饰画。</w:t>
      </w:r>
    </w:p>
    <w:p>
      <w:pPr>
        <w:spacing w:line="560" w:lineRule="exact"/>
        <w:ind w:firstLine="420"/>
      </w:pPr>
      <w:r>
        <w:rPr>
          <w:rFonts w:ascii="宋体" w:hAnsi="宋体" w:eastAsia="宋体"/>
          <w:sz w:val="24"/>
        </w:rPr>
        <w:t>陈锋低喝：“左边！”</w:t>
      </w:r>
    </w:p>
    <w:p>
      <w:pPr>
        <w:spacing w:line="560" w:lineRule="exact"/>
        <w:ind w:firstLine="420"/>
      </w:pPr>
      <w:r>
        <w:rPr>
          <w:rFonts w:ascii="宋体" w:hAnsi="宋体" w:eastAsia="宋体"/>
          <w:sz w:val="24"/>
        </w:rPr>
        <w:t>林风会意，从右边冲出。对方枪口刚转，林风已经滑步到花盆后，抬手一枪打中对方手腕。</w:t>
      </w:r>
    </w:p>
    <w:p>
      <w:pPr>
        <w:spacing w:line="560" w:lineRule="exact"/>
        <w:ind w:firstLine="420"/>
      </w:pPr>
      <w:r>
        <w:rPr>
          <w:rFonts w:ascii="宋体" w:hAnsi="宋体" w:eastAsia="宋体"/>
          <w:sz w:val="24"/>
        </w:rPr>
        <w:t>“砰！”</w:t>
      </w:r>
    </w:p>
    <w:p>
      <w:pPr>
        <w:spacing w:line="560" w:lineRule="exact"/>
        <w:ind w:firstLine="420"/>
      </w:pPr>
      <w:r>
        <w:rPr>
          <w:rFonts w:ascii="宋体" w:hAnsi="宋体" w:eastAsia="宋体"/>
          <w:sz w:val="24"/>
        </w:rPr>
        <w:t>枪落地。</w:t>
      </w:r>
    </w:p>
    <w:p>
      <w:pPr>
        <w:spacing w:line="560" w:lineRule="exact"/>
        <w:ind w:firstLine="420"/>
      </w:pPr>
      <w:r>
        <w:rPr>
          <w:rFonts w:ascii="宋体" w:hAnsi="宋体" w:eastAsia="宋体"/>
          <w:sz w:val="24"/>
        </w:rPr>
        <w:t>陈锋从左侧补上，一枪击中另一人胸口防弹板，把人打得后退撞上电梯门。</w:t>
      </w:r>
    </w:p>
    <w:p>
      <w:pPr>
        <w:spacing w:line="560" w:lineRule="exact"/>
        <w:ind w:firstLine="420"/>
      </w:pPr>
      <w:r>
        <w:rPr>
          <w:rFonts w:ascii="宋体" w:hAnsi="宋体" w:eastAsia="宋体"/>
          <w:sz w:val="24"/>
        </w:rPr>
        <w:t>林风冲过去，电击器直接怼上对方脖子。</w:t>
      </w:r>
    </w:p>
    <w:p>
      <w:pPr>
        <w:spacing w:line="560" w:lineRule="exact"/>
        <w:ind w:firstLine="420"/>
      </w:pPr>
      <w:r>
        <w:rPr>
          <w:rFonts w:ascii="宋体" w:hAnsi="宋体" w:eastAsia="宋体"/>
          <w:sz w:val="24"/>
        </w:rPr>
        <w:t>“滋啦！”</w:t>
      </w:r>
    </w:p>
    <w:p>
      <w:pPr>
        <w:spacing w:line="560" w:lineRule="exact"/>
        <w:ind w:firstLine="420"/>
      </w:pPr>
      <w:r>
        <w:rPr>
          <w:rFonts w:ascii="宋体" w:hAnsi="宋体" w:eastAsia="宋体"/>
          <w:sz w:val="24"/>
        </w:rPr>
        <w:t>那人抽搐倒地。</w:t>
      </w:r>
    </w:p>
    <w:p>
      <w:pPr>
        <w:spacing w:line="560" w:lineRule="exact"/>
        <w:ind w:firstLine="420"/>
      </w:pPr>
      <w:r>
        <w:rPr>
          <w:rFonts w:ascii="宋体" w:hAnsi="宋体" w:eastAsia="宋体"/>
          <w:sz w:val="24"/>
        </w:rPr>
        <w:t>陈锋看着林风：“你这打法，不像普通人。”</w:t>
      </w:r>
    </w:p>
    <w:p>
      <w:pPr>
        <w:spacing w:line="560" w:lineRule="exact"/>
        <w:ind w:firstLine="420"/>
      </w:pPr>
      <w:r>
        <w:rPr>
          <w:rFonts w:ascii="宋体" w:hAnsi="宋体" w:eastAsia="宋体"/>
          <w:sz w:val="24"/>
        </w:rPr>
        <w:t>林风喘着气：“我本来就不是普通人。”</w:t>
      </w:r>
    </w:p>
    <w:p>
      <w:pPr>
        <w:spacing w:line="560" w:lineRule="exact"/>
        <w:ind w:firstLine="420"/>
      </w:pPr>
      <w:r>
        <w:rPr>
          <w:rFonts w:ascii="宋体" w:hAnsi="宋体" w:eastAsia="宋体"/>
          <w:sz w:val="24"/>
        </w:rPr>
        <w:t>“神豪系统？”</w:t>
      </w:r>
    </w:p>
    <w:p>
      <w:pPr>
        <w:spacing w:line="560" w:lineRule="exact"/>
        <w:ind w:firstLine="420"/>
      </w:pPr>
      <w:r>
        <w:rPr>
          <w:rFonts w:ascii="宋体" w:hAnsi="宋体" w:eastAsia="宋体"/>
          <w:sz w:val="24"/>
        </w:rPr>
        <w:t>林风眼神一凛：“你知道？”</w:t>
      </w:r>
    </w:p>
    <w:p>
      <w:pPr>
        <w:spacing w:line="560" w:lineRule="exact"/>
        <w:ind w:firstLine="420"/>
      </w:pPr>
      <w:r>
        <w:rPr>
          <w:rFonts w:ascii="宋体" w:hAnsi="宋体" w:eastAsia="宋体"/>
          <w:sz w:val="24"/>
        </w:rPr>
        <w:t>陈锋没有回答，只把一张芯片塞进他手里：“拿着。里面有你父母当年留下的部分资料，也有暗流的名单。”</w:t>
      </w:r>
    </w:p>
    <w:p>
      <w:pPr>
        <w:spacing w:line="560" w:lineRule="exact"/>
        <w:ind w:firstLine="420"/>
      </w:pPr>
      <w:r>
        <w:rPr>
          <w:rFonts w:ascii="宋体" w:hAnsi="宋体" w:eastAsia="宋体"/>
          <w:sz w:val="24"/>
        </w:rPr>
        <w:t>林风攥紧芯片：“你为什么帮我？”</w:t>
      </w:r>
    </w:p>
    <w:p>
      <w:pPr>
        <w:spacing w:line="560" w:lineRule="exact"/>
        <w:ind w:firstLine="420"/>
      </w:pPr>
      <w:r>
        <w:rPr>
          <w:rFonts w:ascii="宋体" w:hAnsi="宋体" w:eastAsia="宋体"/>
          <w:sz w:val="24"/>
        </w:rPr>
        <w:t>陈锋抬头，看向走廊尽头的窗户。窗外暴雨如注，城市灯光被雨水撕碎。</w:t>
      </w:r>
    </w:p>
    <w:p>
      <w:pPr>
        <w:spacing w:line="560" w:lineRule="exact"/>
        <w:ind w:firstLine="420"/>
      </w:pPr>
      <w:r>
        <w:rPr>
          <w:rFonts w:ascii="宋体" w:hAnsi="宋体" w:eastAsia="宋体"/>
          <w:sz w:val="24"/>
        </w:rPr>
        <w:t>“因为我欠你爸一条命。”</w:t>
      </w:r>
    </w:p>
    <w:p>
      <w:pPr>
        <w:spacing w:line="560" w:lineRule="exact"/>
        <w:ind w:firstLine="420"/>
      </w:pPr>
      <w:r>
        <w:rPr>
          <w:rFonts w:ascii="宋体" w:hAnsi="宋体" w:eastAsia="宋体"/>
          <w:sz w:val="24"/>
        </w:rPr>
        <w:t>林风怔住。</w:t>
      </w:r>
    </w:p>
    <w:p>
      <w:pPr>
        <w:spacing w:line="560" w:lineRule="exact"/>
        <w:ind w:firstLine="420"/>
      </w:pPr>
      <w:r>
        <w:rPr>
          <w:rFonts w:ascii="宋体" w:hAnsi="宋体" w:eastAsia="宋体"/>
          <w:sz w:val="24"/>
        </w:rPr>
        <w:t>还没等他继续问，身后防火门再次被撞开。</w:t>
      </w:r>
    </w:p>
    <w:p>
      <w:pPr>
        <w:spacing w:line="560" w:lineRule="exact"/>
        <w:ind w:firstLine="420"/>
      </w:pPr>
      <w:r>
        <w:rPr>
          <w:rFonts w:ascii="宋体" w:hAnsi="宋体" w:eastAsia="宋体"/>
          <w:sz w:val="24"/>
        </w:rPr>
        <w:t>陈锋脸色一变：“走电梯，楼下有人接应。”</w:t>
      </w:r>
    </w:p>
    <w:p>
      <w:pPr>
        <w:spacing w:line="560" w:lineRule="exact"/>
        <w:ind w:firstLine="420"/>
      </w:pPr>
      <w:r>
        <w:rPr>
          <w:rFonts w:ascii="宋体" w:hAnsi="宋体" w:eastAsia="宋体"/>
          <w:sz w:val="24"/>
        </w:rPr>
        <w:t>“你确定不是陷阱？”</w:t>
      </w:r>
    </w:p>
    <w:p>
      <w:pPr>
        <w:spacing w:line="560" w:lineRule="exact"/>
        <w:ind w:firstLine="420"/>
      </w:pPr>
      <w:r>
        <w:rPr>
          <w:rFonts w:ascii="宋体" w:hAnsi="宋体" w:eastAsia="宋体"/>
          <w:sz w:val="24"/>
        </w:rPr>
        <w:t>“不是。”</w:t>
      </w:r>
    </w:p>
    <w:p>
      <w:pPr>
        <w:spacing w:line="560" w:lineRule="exact"/>
        <w:ind w:firstLine="420"/>
      </w:pPr>
      <w:r>
        <w:rPr>
          <w:rFonts w:ascii="宋体" w:hAnsi="宋体" w:eastAsia="宋体"/>
          <w:sz w:val="24"/>
        </w:rPr>
        <w:t>“这么肯定？”</w:t>
      </w:r>
    </w:p>
    <w:p>
      <w:pPr>
        <w:spacing w:line="560" w:lineRule="exact"/>
        <w:ind w:firstLine="420"/>
      </w:pPr>
      <w:r>
        <w:rPr>
          <w:rFonts w:ascii="宋体" w:hAnsi="宋体" w:eastAsia="宋体"/>
          <w:sz w:val="24"/>
        </w:rPr>
        <w:t>陈锋把林风推进电梯：“因为我的人已经死了三个，就为了把你带出去。”</w:t>
      </w:r>
    </w:p>
    <w:p>
      <w:pPr>
        <w:spacing w:line="560" w:lineRule="exact"/>
        <w:ind w:firstLine="420"/>
      </w:pPr>
      <w:r>
        <w:rPr>
          <w:rFonts w:ascii="宋体" w:hAnsi="宋体" w:eastAsia="宋体"/>
          <w:sz w:val="24"/>
        </w:rPr>
        <w:t>电梯门合上。</w:t>
      </w:r>
    </w:p>
    <w:p>
      <w:pPr>
        <w:spacing w:line="560" w:lineRule="exact"/>
        <w:ind w:firstLine="420"/>
      </w:pPr>
      <w:r>
        <w:rPr>
          <w:rFonts w:ascii="宋体" w:hAnsi="宋体" w:eastAsia="宋体"/>
          <w:sz w:val="24"/>
        </w:rPr>
        <w:t>数字开始下降。</w:t>
      </w:r>
    </w:p>
    <w:p>
      <w:pPr>
        <w:spacing w:line="560" w:lineRule="exact"/>
        <w:ind w:firstLine="420"/>
      </w:pPr>
      <w:r>
        <w:rPr>
          <w:rFonts w:ascii="宋体" w:hAnsi="宋体" w:eastAsia="宋体"/>
          <w:sz w:val="24"/>
        </w:rPr>
        <w:t>林风靠在电梯壁上，手臂的血顺着指尖滴落。他看着陈锋：“暗影组织到底站在哪边？”</w:t>
      </w:r>
    </w:p>
    <w:p>
      <w:pPr>
        <w:spacing w:line="560" w:lineRule="exact"/>
        <w:ind w:firstLine="420"/>
      </w:pPr>
      <w:r>
        <w:rPr>
          <w:rFonts w:ascii="宋体" w:hAnsi="宋体" w:eastAsia="宋体"/>
          <w:sz w:val="24"/>
        </w:rPr>
        <w:t>陈锋沉默片刻：“以前站在钱那边，现在站在活命那边。”</w:t>
      </w:r>
    </w:p>
    <w:p>
      <w:pPr>
        <w:spacing w:line="560" w:lineRule="exact"/>
        <w:ind w:firstLine="420"/>
      </w:pPr>
      <w:r>
        <w:rPr>
          <w:rFonts w:ascii="宋体" w:hAnsi="宋体" w:eastAsia="宋体"/>
          <w:sz w:val="24"/>
        </w:rPr>
        <w:t>“暗流呢？”</w:t>
      </w:r>
    </w:p>
    <w:p>
      <w:pPr>
        <w:spacing w:line="560" w:lineRule="exact"/>
        <w:ind w:firstLine="420"/>
      </w:pPr>
      <w:r>
        <w:rPr>
          <w:rFonts w:ascii="宋体" w:hAnsi="宋体" w:eastAsia="宋体"/>
          <w:sz w:val="24"/>
        </w:rPr>
        <w:t>“他们想拿古玉里的技术，把《天界》的全息现实映射变成武器。”</w:t>
      </w:r>
    </w:p>
    <w:p>
      <w:pPr>
        <w:spacing w:line="560" w:lineRule="exact"/>
        <w:ind w:firstLine="420"/>
      </w:pPr>
      <w:r>
        <w:rPr>
          <w:rFonts w:ascii="宋体" w:hAnsi="宋体" w:eastAsia="宋体"/>
          <w:sz w:val="24"/>
        </w:rPr>
        <w:t>林风握紧口袋里发烫的古玉：“所以你们都在打它的主意？”</w:t>
      </w:r>
    </w:p>
    <w:p>
      <w:pPr>
        <w:spacing w:line="560" w:lineRule="exact"/>
        <w:ind w:firstLine="420"/>
      </w:pPr>
      <w:r>
        <w:rPr>
          <w:rFonts w:ascii="宋体" w:hAnsi="宋体" w:eastAsia="宋体"/>
          <w:sz w:val="24"/>
        </w:rPr>
        <w:t>陈锋看着他：“不全是。”</w:t>
      </w:r>
    </w:p>
    <w:p>
      <w:pPr>
        <w:spacing w:line="560" w:lineRule="exact"/>
        <w:ind w:firstLine="420"/>
      </w:pPr>
      <w:r>
        <w:rPr>
          <w:rFonts w:ascii="宋体" w:hAnsi="宋体" w:eastAsia="宋体"/>
          <w:sz w:val="24"/>
        </w:rPr>
        <w:t>电梯猛地一震。</w:t>
      </w:r>
    </w:p>
    <w:p>
      <w:pPr>
        <w:spacing w:line="560" w:lineRule="exact"/>
        <w:ind w:firstLine="420"/>
      </w:pPr>
      <w:r>
        <w:rPr>
          <w:rFonts w:ascii="宋体" w:hAnsi="宋体" w:eastAsia="宋体"/>
          <w:sz w:val="24"/>
        </w:rPr>
        <w:t>灯光闪烁。</w:t>
      </w:r>
    </w:p>
    <w:p>
      <w:pPr>
        <w:spacing w:line="560" w:lineRule="exact"/>
        <w:ind w:firstLine="420"/>
      </w:pPr>
      <w:r>
        <w:rPr>
          <w:rFonts w:ascii="宋体" w:hAnsi="宋体" w:eastAsia="宋体"/>
          <w:sz w:val="24"/>
        </w:rPr>
        <w:t>林风心里一沉：“怎么了？”</w:t>
      </w:r>
    </w:p>
    <w:p>
      <w:pPr>
        <w:spacing w:line="560" w:lineRule="exact"/>
        <w:ind w:firstLine="420"/>
      </w:pPr>
      <w:r>
        <w:rPr>
          <w:rFonts w:ascii="宋体" w:hAnsi="宋体" w:eastAsia="宋体"/>
          <w:sz w:val="24"/>
        </w:rPr>
        <w:t>陈锋脸色难看：“他们切了电梯电源。”</w:t>
      </w:r>
    </w:p>
    <w:p>
      <w:pPr>
        <w:spacing w:line="560" w:lineRule="exact"/>
        <w:ind w:firstLine="420"/>
      </w:pPr>
      <w:r>
        <w:rPr>
          <w:rFonts w:ascii="宋体" w:hAnsi="宋体" w:eastAsia="宋体"/>
          <w:sz w:val="24"/>
        </w:rPr>
        <w:t>下一秒，电梯停在二十八层和二十九层之间。</w:t>
      </w:r>
    </w:p>
    <w:p>
      <w:pPr>
        <w:spacing w:line="560" w:lineRule="exact"/>
        <w:ind w:firstLine="420"/>
      </w:pPr>
      <w:r>
        <w:rPr>
          <w:rFonts w:ascii="宋体" w:hAnsi="宋体" w:eastAsia="宋体"/>
          <w:sz w:val="24"/>
        </w:rPr>
        <w:t>黑暗里，对讲机传来一个经过变声处理的声音。</w:t>
      </w:r>
    </w:p>
    <w:p>
      <w:pPr>
        <w:spacing w:line="560" w:lineRule="exact"/>
        <w:ind w:firstLine="420"/>
      </w:pPr>
      <w:r>
        <w:rPr>
          <w:rFonts w:ascii="宋体" w:hAnsi="宋体" w:eastAsia="宋体"/>
          <w:sz w:val="24"/>
        </w:rPr>
        <w:t>“林风，陈锋，游戏里你们争第一，现实里也该分个胜负了。”</w:t>
      </w:r>
    </w:p>
    <w:p>
      <w:pPr>
        <w:spacing w:line="560" w:lineRule="exact"/>
        <w:ind w:firstLine="420"/>
      </w:pPr>
      <w:r>
        <w:rPr>
          <w:rFonts w:ascii="宋体" w:hAnsi="宋体" w:eastAsia="宋体"/>
          <w:sz w:val="24"/>
        </w:rPr>
        <w:t>陈锋眼神骤冷：“暗流首领？”</w:t>
      </w:r>
    </w:p>
    <w:p>
      <w:pPr>
        <w:spacing w:line="560" w:lineRule="exact"/>
        <w:ind w:firstLine="420"/>
      </w:pPr>
      <w:r>
        <w:rPr>
          <w:rFonts w:ascii="宋体" w:hAnsi="宋体" w:eastAsia="宋体"/>
          <w:sz w:val="24"/>
        </w:rPr>
        <w:t>对讲机里传来低笑：“不，我只是来通知你们，真正的货，已经到了。”</w:t>
      </w:r>
    </w:p>
    <w:p>
      <w:pPr>
        <w:spacing w:line="560" w:lineRule="exact"/>
        <w:ind w:firstLine="420"/>
      </w:pPr>
      <w:r>
        <w:rPr>
          <w:rFonts w:ascii="宋体" w:hAnsi="宋体" w:eastAsia="宋体"/>
          <w:sz w:val="24"/>
        </w:rPr>
        <w:t>电梯顶部，忽然传来金属切割声。</w:t>
      </w:r>
    </w:p>
    <w:p>
      <w:pPr>
        <w:spacing w:line="560" w:lineRule="exact"/>
        <w:ind w:firstLine="420"/>
      </w:pPr>
      <w:r>
        <w:rPr>
          <w:rFonts w:ascii="宋体" w:hAnsi="宋体" w:eastAsia="宋体"/>
          <w:sz w:val="24"/>
        </w:rPr>
        <w:t>林风抬头。</w:t>
      </w:r>
    </w:p>
    <w:p>
      <w:pPr>
        <w:spacing w:line="560" w:lineRule="exact"/>
        <w:ind w:firstLine="420"/>
      </w:pPr>
      <w:r>
        <w:rPr>
          <w:rFonts w:ascii="宋体" w:hAnsi="宋体" w:eastAsia="宋体"/>
          <w:sz w:val="24"/>
        </w:rPr>
        <w:t>一束红光穿透电梯顶，像死神睁开了眼睛。</w:t>
      </w:r>
    </w:p>
    <w:p>
      <w:pPr>
        <w:spacing w:line="560" w:lineRule="exact"/>
        <w:ind w:firstLine="420"/>
      </w:pPr>
      <w:r>
        <w:rPr>
          <w:rFonts w:ascii="宋体" w:hAnsi="宋体" w:eastAsia="宋体"/>
          <w:sz w:val="24"/>
        </w:rPr>
        <w:t>陈锋把林风往旁边一推：“趴下！”</w:t>
      </w:r>
    </w:p>
    <w:p>
      <w:pPr>
        <w:spacing w:line="560" w:lineRule="exact"/>
        <w:ind w:firstLine="420"/>
      </w:pPr>
      <w:r>
        <w:rPr>
          <w:rFonts w:ascii="宋体" w:hAnsi="宋体" w:eastAsia="宋体"/>
          <w:sz w:val="24"/>
        </w:rPr>
        <w:t>下一秒，电梯顶被切开，一个黑影倒挂而下，手中短刀直刺林风心口。</w:t>
      </w:r>
    </w:p>
    <w:p>
      <w:r>
        <w:br w:type="page"/>
      </w:r>
    </w:p>
    <w:p>
      <w:pPr>
        <w:jc w:val="center"/>
      </w:pPr>
      <w:r>
        <w:rPr>
          <w:b/>
          <w:sz w:val="32"/>
        </w:rPr>
        <w:t>第049章 终极之战</w:t>
      </w:r>
    </w:p>
    <w:p>
      <w:pPr>
        <w:jc w:val="center"/>
      </w:pPr>
      <w:r>
        <w:rPr>
          <w:color w:val="999999"/>
          <w:sz w:val="18"/>
        </w:rPr>
        <w:t>（2,827字）</w:t>
      </w:r>
    </w:p>
    <w:p/>
    <w:p>
      <w:pPr>
        <w:spacing w:line="560" w:lineRule="exact"/>
        <w:ind w:firstLine="420"/>
      </w:pPr>
      <w:r>
        <w:rPr>
          <w:rFonts w:ascii="宋体" w:hAnsi="宋体" w:eastAsia="宋体"/>
          <w:sz w:val="24"/>
        </w:rPr>
        <w:t>警报声在郊区安全屋里炸响时，林风刚看完倒数第二段父母留下的视频。</w:t>
      </w:r>
    </w:p>
    <w:p>
      <w:pPr>
        <w:spacing w:line="560" w:lineRule="exact"/>
        <w:ind w:firstLine="420"/>
      </w:pPr>
      <w:r>
        <w:rPr>
          <w:rFonts w:ascii="宋体" w:hAnsi="宋体" w:eastAsia="宋体"/>
          <w:sz w:val="24"/>
        </w:rPr>
        <w:t>墙上的红光疯狂闪烁，凌天抬头看向监控屏，脸色一下变了：“暗流的人摸到三公里外了，三辆无牌货车，十二个武装人员。”</w:t>
      </w:r>
    </w:p>
    <w:p>
      <w:pPr>
        <w:spacing w:line="560" w:lineRule="exact"/>
        <w:ind w:firstLine="420"/>
      </w:pPr>
      <w:r>
        <w:rPr>
          <w:rFonts w:ascii="宋体" w:hAnsi="宋体" w:eastAsia="宋体"/>
          <w:sz w:val="24"/>
        </w:rPr>
        <w:t>陈锋靠在门边，捂着腹部的伤，咬牙骂道：“这帮杂碎，比暗影还疯。”</w:t>
      </w:r>
    </w:p>
    <w:p>
      <w:pPr>
        <w:spacing w:line="560" w:lineRule="exact"/>
        <w:ind w:firstLine="420"/>
      </w:pPr>
      <w:r>
        <w:rPr>
          <w:rFonts w:ascii="宋体" w:hAnsi="宋体" w:eastAsia="宋体"/>
          <w:sz w:val="24"/>
        </w:rPr>
        <w:t>林风没回头，眼睛还盯着屏幕。</w:t>
      </w:r>
    </w:p>
    <w:p>
      <w:pPr>
        <w:spacing w:line="560" w:lineRule="exact"/>
        <w:ind w:firstLine="420"/>
      </w:pPr>
      <w:r>
        <w:rPr>
          <w:rFonts w:ascii="宋体" w:hAnsi="宋体" w:eastAsia="宋体"/>
          <w:sz w:val="24"/>
        </w:rPr>
        <w:t>屏幕里，父亲林正南坐在昏暗的实验室，神色疲惫，却努力挤出笑：“风儿，如果你看到这段，说明我和你妈已经没时间亲口跟你说了。”</w:t>
      </w:r>
    </w:p>
    <w:p>
      <w:pPr>
        <w:spacing w:line="560" w:lineRule="exact"/>
        <w:ind w:firstLine="420"/>
      </w:pPr>
      <w:r>
        <w:rPr>
          <w:rFonts w:ascii="宋体" w:hAnsi="宋体" w:eastAsia="宋体"/>
          <w:sz w:val="24"/>
        </w:rPr>
        <w:t>母亲沈清站在父亲身后，眼眶发红，却把手按在父亲肩上：“别怪我们瞒着你。古玉不是普通遗物，它是《天界》最早的原型密钥。”</w:t>
      </w:r>
    </w:p>
    <w:p>
      <w:pPr>
        <w:spacing w:line="560" w:lineRule="exact"/>
        <w:ind w:firstLine="420"/>
      </w:pPr>
      <w:r>
        <w:rPr>
          <w:rFonts w:ascii="宋体" w:hAnsi="宋体" w:eastAsia="宋体"/>
          <w:sz w:val="24"/>
        </w:rPr>
        <w:t>林风的手指微微收紧。</w:t>
      </w:r>
    </w:p>
    <w:p>
      <w:pPr>
        <w:spacing w:line="560" w:lineRule="exact"/>
        <w:ind w:firstLine="420"/>
      </w:pPr>
      <w:r>
        <w:rPr>
          <w:rFonts w:ascii="宋体" w:hAnsi="宋体" w:eastAsia="宋体"/>
          <w:sz w:val="24"/>
        </w:rPr>
        <w:t>父亲继续说：“全息现实映射技术，能把虚拟规则投射到现实。它可以救人，可以改变教育、医疗、工业，也能变成武器。暗流想要的不是钱，他们要的是控制权。”</w:t>
      </w:r>
    </w:p>
    <w:p>
      <w:pPr>
        <w:spacing w:line="560" w:lineRule="exact"/>
        <w:ind w:firstLine="420"/>
      </w:pPr>
      <w:r>
        <w:rPr>
          <w:rFonts w:ascii="宋体" w:hAnsi="宋体" w:eastAsia="宋体"/>
          <w:sz w:val="24"/>
        </w:rPr>
        <w:t>母亲看着镜头，声音很轻：“风儿，别把钥匙交给任何组织。无论是天穹科技，还是任何人。”</w:t>
      </w:r>
    </w:p>
    <w:p>
      <w:pPr>
        <w:spacing w:line="560" w:lineRule="exact"/>
        <w:ind w:firstLine="420"/>
      </w:pPr>
      <w:r>
        <w:rPr>
          <w:rFonts w:ascii="宋体" w:hAnsi="宋体" w:eastAsia="宋体"/>
          <w:sz w:val="24"/>
        </w:rPr>
        <w:t>视频到这里卡了一下。</w:t>
      </w:r>
    </w:p>
    <w:p>
      <w:pPr>
        <w:spacing w:line="560" w:lineRule="exact"/>
        <w:ind w:firstLine="420"/>
      </w:pPr>
      <w:r>
        <w:rPr>
          <w:rFonts w:ascii="宋体" w:hAnsi="宋体" w:eastAsia="宋体"/>
          <w:sz w:val="24"/>
        </w:rPr>
        <w:t>下一秒，画面里出现了一个林风从没见过的男人。</w:t>
      </w:r>
    </w:p>
    <w:p>
      <w:pPr>
        <w:spacing w:line="560" w:lineRule="exact"/>
        <w:ind w:firstLine="420"/>
      </w:pPr>
      <w:r>
        <w:rPr>
          <w:rFonts w:ascii="宋体" w:hAnsi="宋体" w:eastAsia="宋体"/>
          <w:sz w:val="24"/>
        </w:rPr>
        <w:t>那人穿着黑色风衣，脸上带着温和的笑，可眼神冷得像刀。</w:t>
      </w:r>
    </w:p>
    <w:p>
      <w:pPr>
        <w:spacing w:line="560" w:lineRule="exact"/>
        <w:ind w:firstLine="420"/>
      </w:pPr>
      <w:r>
        <w:rPr>
          <w:rFonts w:ascii="宋体" w:hAnsi="宋体" w:eastAsia="宋体"/>
          <w:sz w:val="24"/>
        </w:rPr>
        <w:t>父亲的声音从画面外传来，压抑又愤怒：“陈远山，你疯了！你想用这项技术控制全球玩家？”</w:t>
      </w:r>
    </w:p>
    <w:p>
      <w:pPr>
        <w:spacing w:line="560" w:lineRule="exact"/>
        <w:ind w:firstLine="420"/>
      </w:pPr>
      <w:r>
        <w:rPr>
          <w:rFonts w:ascii="宋体" w:hAnsi="宋体" w:eastAsia="宋体"/>
          <w:sz w:val="24"/>
        </w:rPr>
        <w:t>男人笑了笑：“正南，你太天真了。人类从来不需要自由，他们需要的是被安排好的秩序。”</w:t>
      </w:r>
    </w:p>
    <w:p>
      <w:pPr>
        <w:spacing w:line="560" w:lineRule="exact"/>
        <w:ind w:firstLine="420"/>
      </w:pPr>
      <w:r>
        <w:rPr>
          <w:rFonts w:ascii="宋体" w:hAnsi="宋体" w:eastAsia="宋体"/>
          <w:sz w:val="24"/>
        </w:rPr>
        <w:t>母亲沈清挡在镜头前：“风儿，记住这个名字。暗流真正的头，是他。”</w:t>
      </w:r>
    </w:p>
    <w:p>
      <w:pPr>
        <w:spacing w:line="560" w:lineRule="exact"/>
        <w:ind w:firstLine="420"/>
      </w:pPr>
      <w:r>
        <w:rPr>
          <w:rFonts w:ascii="宋体" w:hAnsi="宋体" w:eastAsia="宋体"/>
          <w:sz w:val="24"/>
        </w:rPr>
        <w:t>画面猛地黑掉。</w:t>
      </w:r>
    </w:p>
    <w:p>
      <w:pPr>
        <w:spacing w:line="560" w:lineRule="exact"/>
        <w:ind w:firstLine="420"/>
      </w:pPr>
      <w:r>
        <w:rPr>
          <w:rFonts w:ascii="宋体" w:hAnsi="宋体" w:eastAsia="宋体"/>
          <w:sz w:val="24"/>
        </w:rPr>
        <w:t>林风坐在椅子上，久久没动。</w:t>
      </w:r>
    </w:p>
    <w:p>
      <w:pPr>
        <w:spacing w:line="560" w:lineRule="exact"/>
        <w:ind w:firstLine="420"/>
      </w:pPr>
      <w:r>
        <w:rPr>
          <w:rFonts w:ascii="宋体" w:hAnsi="宋体" w:eastAsia="宋体"/>
          <w:sz w:val="24"/>
        </w:rPr>
        <w:t>安全屋里的空气像被冻住。</w:t>
      </w:r>
    </w:p>
    <w:p>
      <w:pPr>
        <w:spacing w:line="560" w:lineRule="exact"/>
        <w:ind w:firstLine="420"/>
      </w:pPr>
      <w:r>
        <w:rPr>
          <w:rFonts w:ascii="宋体" w:hAnsi="宋体" w:eastAsia="宋体"/>
          <w:sz w:val="24"/>
        </w:rPr>
        <w:t>赵铁柱扛着合金盾站在门口，低声问：“风哥，现在怎么办？干他们？”</w:t>
      </w:r>
    </w:p>
    <w:p>
      <w:pPr>
        <w:spacing w:line="560" w:lineRule="exact"/>
        <w:ind w:firstLine="420"/>
      </w:pPr>
      <w:r>
        <w:rPr>
          <w:rFonts w:ascii="宋体" w:hAnsi="宋体" w:eastAsia="宋体"/>
          <w:sz w:val="24"/>
        </w:rPr>
        <w:t>苏小雅抱着电脑，脸色发白：“我直播间已经炸了，很多人在问安全屋位置，暗流可能通过秦雨那边的后台追到了我们。”</w:t>
      </w:r>
    </w:p>
    <w:p>
      <w:pPr>
        <w:spacing w:line="560" w:lineRule="exact"/>
        <w:ind w:firstLine="420"/>
      </w:pPr>
      <w:r>
        <w:rPr>
          <w:rFonts w:ascii="宋体" w:hAnsi="宋体" w:eastAsia="宋体"/>
          <w:sz w:val="24"/>
        </w:rPr>
        <w:t>秦雨站在角落里，脸色难看：“我的运营权限被劫持了。有人在用天穹科技最高密钥登录《天界》核心服务器。”</w:t>
      </w:r>
    </w:p>
    <w:p>
      <w:pPr>
        <w:spacing w:line="560" w:lineRule="exact"/>
        <w:ind w:firstLine="420"/>
      </w:pPr>
      <w:r>
        <w:rPr>
          <w:rFonts w:ascii="宋体" w:hAnsi="宋体" w:eastAsia="宋体"/>
          <w:sz w:val="24"/>
        </w:rPr>
        <w:t>苏婉清立刻看过去：“你确定？”</w:t>
      </w:r>
    </w:p>
    <w:p>
      <w:pPr>
        <w:spacing w:line="560" w:lineRule="exact"/>
        <w:ind w:firstLine="420"/>
      </w:pPr>
      <w:r>
        <w:rPr>
          <w:rFonts w:ascii="宋体" w:hAnsi="宋体" w:eastAsia="宋体"/>
          <w:sz w:val="24"/>
        </w:rPr>
        <w:t>秦雨点头：“确定。对方绕过了我的二级验证，像……像一开始就拥有钥匙。”</w:t>
      </w:r>
    </w:p>
    <w:p>
      <w:pPr>
        <w:spacing w:line="560" w:lineRule="exact"/>
        <w:ind w:firstLine="420"/>
      </w:pPr>
      <w:r>
        <w:rPr>
          <w:rFonts w:ascii="宋体" w:hAnsi="宋体" w:eastAsia="宋体"/>
          <w:sz w:val="24"/>
        </w:rPr>
        <w:t>林风终于抬头。</w:t>
      </w:r>
    </w:p>
    <w:p>
      <w:pPr>
        <w:spacing w:line="560" w:lineRule="exact"/>
        <w:ind w:firstLine="420"/>
      </w:pPr>
      <w:r>
        <w:rPr>
          <w:rFonts w:ascii="宋体" w:hAnsi="宋体" w:eastAsia="宋体"/>
          <w:sz w:val="24"/>
        </w:rPr>
        <w:t>他看向桌上的古玉。</w:t>
      </w:r>
    </w:p>
    <w:p>
      <w:pPr>
        <w:spacing w:line="560" w:lineRule="exact"/>
        <w:ind w:firstLine="420"/>
      </w:pPr>
      <w:r>
        <w:rPr>
          <w:rFonts w:ascii="宋体" w:hAnsi="宋体" w:eastAsia="宋体"/>
          <w:sz w:val="24"/>
        </w:rPr>
        <w:t>那块父母留下的玉，此刻泛着淡淡的蓝光，像一颗沉睡多年的心脏，终于开始跳动。</w:t>
      </w:r>
    </w:p>
    <w:p>
      <w:pPr>
        <w:spacing w:line="560" w:lineRule="exact"/>
        <w:ind w:firstLine="420"/>
      </w:pPr>
      <w:r>
        <w:rPr>
          <w:rFonts w:ascii="宋体" w:hAnsi="宋体" w:eastAsia="宋体"/>
          <w:sz w:val="24"/>
        </w:rPr>
        <w:t>凌天推了推眼镜：“暗流还有两分钟到达。我们有三个选择。第一，带着古玉转移；第二，把技术交给苏婉清，让风婉集团申请全球专利保护；第三，公开技术。”</w:t>
      </w:r>
    </w:p>
    <w:p>
      <w:pPr>
        <w:spacing w:line="560" w:lineRule="exact"/>
        <w:ind w:firstLine="420"/>
      </w:pPr>
      <w:r>
        <w:rPr>
          <w:rFonts w:ascii="宋体" w:hAnsi="宋体" w:eastAsia="宋体"/>
          <w:sz w:val="24"/>
        </w:rPr>
        <w:t>“第三不行！”苏婉清立刻道，“一旦开源，风婉集团所有投入都会变成公共资产，天穹科技也会失控。暗流会抢，资本会抢，国家之间也会抢。”</w:t>
      </w:r>
    </w:p>
    <w:p>
      <w:pPr>
        <w:spacing w:line="560" w:lineRule="exact"/>
        <w:ind w:firstLine="420"/>
      </w:pPr>
      <w:r>
        <w:rPr>
          <w:rFonts w:ascii="宋体" w:hAnsi="宋体" w:eastAsia="宋体"/>
          <w:sz w:val="24"/>
        </w:rPr>
        <w:t>秦雨沉声道：“《天界》会乱。全球玩家都会看到底层代码，服务器压力会爆。”</w:t>
      </w:r>
    </w:p>
    <w:p>
      <w:pPr>
        <w:spacing w:line="560" w:lineRule="exact"/>
        <w:ind w:firstLine="420"/>
      </w:pPr>
      <w:r>
        <w:rPr>
          <w:rFonts w:ascii="宋体" w:hAnsi="宋体" w:eastAsia="宋体"/>
          <w:sz w:val="24"/>
        </w:rPr>
        <w:t>赵铁柱挠头：“那就不开？让他们继续抢？抢到最后，风哥还得躲一辈子？”</w:t>
      </w:r>
    </w:p>
    <w:p>
      <w:pPr>
        <w:spacing w:line="560" w:lineRule="exact"/>
        <w:ind w:firstLine="420"/>
      </w:pPr>
      <w:r>
        <w:rPr>
          <w:rFonts w:ascii="宋体" w:hAnsi="宋体" w:eastAsia="宋体"/>
          <w:sz w:val="24"/>
        </w:rPr>
        <w:t>苏小雅咬了咬唇：“我支持风哥。这东西如果只攥在少数人手里，迟早变成怪物。可如果全世界都能看到，至少没人能说自己才是唯一的主人。”</w:t>
      </w:r>
    </w:p>
    <w:p>
      <w:pPr>
        <w:spacing w:line="560" w:lineRule="exact"/>
        <w:ind w:firstLine="420"/>
      </w:pPr>
      <w:r>
        <w:rPr>
          <w:rFonts w:ascii="宋体" w:hAnsi="宋体" w:eastAsia="宋体"/>
          <w:sz w:val="24"/>
        </w:rPr>
        <w:t>陈锋咳了一声，血从嘴角溢出来：“我进暗影的时候，以为自己在做灰色生意。后来才知道，暗影只是暗流推出来的挡箭牌。他们真正想做的，是把《天界》变成现实世界的遥控器。”</w:t>
      </w:r>
    </w:p>
    <w:p>
      <w:pPr>
        <w:spacing w:line="560" w:lineRule="exact"/>
        <w:ind w:firstLine="420"/>
      </w:pPr>
      <w:r>
        <w:rPr>
          <w:rFonts w:ascii="宋体" w:hAnsi="宋体" w:eastAsia="宋体"/>
          <w:sz w:val="24"/>
        </w:rPr>
        <w:t>他看向林风：“小子，你爸妈当年就是想阻止这件事。他们死了，不是因为车祸。”</w:t>
      </w:r>
    </w:p>
    <w:p>
      <w:pPr>
        <w:spacing w:line="560" w:lineRule="exact"/>
        <w:ind w:firstLine="420"/>
      </w:pPr>
      <w:r>
        <w:rPr>
          <w:rFonts w:ascii="宋体" w:hAnsi="宋体" w:eastAsia="宋体"/>
          <w:sz w:val="24"/>
        </w:rPr>
        <w:t>林风眼神一冷：“我知道。”</w:t>
      </w:r>
    </w:p>
    <w:p>
      <w:pPr>
        <w:spacing w:line="560" w:lineRule="exact"/>
        <w:ind w:firstLine="420"/>
      </w:pPr>
      <w:r>
        <w:rPr>
          <w:rFonts w:ascii="宋体" w:hAnsi="宋体" w:eastAsia="宋体"/>
          <w:sz w:val="24"/>
        </w:rPr>
        <w:t>陈锋愣住：“你知道？”</w:t>
      </w:r>
    </w:p>
    <w:p>
      <w:pPr>
        <w:spacing w:line="560" w:lineRule="exact"/>
        <w:ind w:firstLine="420"/>
      </w:pPr>
      <w:r>
        <w:rPr>
          <w:rFonts w:ascii="宋体" w:hAnsi="宋体" w:eastAsia="宋体"/>
          <w:sz w:val="24"/>
        </w:rPr>
        <w:t>“我看完全部视频了。”林风站起身，“他们把证据都留下了。暗流制造车祸，夺走原型机，逼死研发团队，再把所有脏水泼给暗影。”</w:t>
      </w:r>
    </w:p>
    <w:p>
      <w:pPr>
        <w:spacing w:line="560" w:lineRule="exact"/>
        <w:ind w:firstLine="420"/>
      </w:pPr>
      <w:r>
        <w:rPr>
          <w:rFonts w:ascii="宋体" w:hAnsi="宋体" w:eastAsia="宋体"/>
          <w:sz w:val="24"/>
        </w:rPr>
        <w:t>陈锋低下头，拳头攥得咔咔响。</w:t>
      </w:r>
    </w:p>
    <w:p>
      <w:pPr>
        <w:spacing w:line="560" w:lineRule="exact"/>
        <w:ind w:firstLine="420"/>
      </w:pPr>
      <w:r>
        <w:rPr>
          <w:rFonts w:ascii="宋体" w:hAnsi="宋体" w:eastAsia="宋体"/>
          <w:sz w:val="24"/>
        </w:rPr>
        <w:t>屋外忽然传来一声闷响。</w:t>
      </w:r>
    </w:p>
    <w:p>
      <w:pPr>
        <w:spacing w:line="560" w:lineRule="exact"/>
        <w:ind w:firstLine="420"/>
      </w:pPr>
      <w:r>
        <w:rPr>
          <w:rFonts w:ascii="宋体" w:hAnsi="宋体" w:eastAsia="宋体"/>
          <w:sz w:val="24"/>
        </w:rPr>
        <w:t>安全屋外墙被炸开一个缺口，烟尘涌入。</w:t>
      </w:r>
    </w:p>
    <w:p>
      <w:pPr>
        <w:spacing w:line="560" w:lineRule="exact"/>
        <w:ind w:firstLine="420"/>
      </w:pPr>
      <w:r>
        <w:rPr>
          <w:rFonts w:ascii="宋体" w:hAnsi="宋体" w:eastAsia="宋体"/>
          <w:sz w:val="24"/>
        </w:rPr>
        <w:t>夜影第一个动了。</w:t>
      </w:r>
    </w:p>
    <w:p>
      <w:pPr>
        <w:spacing w:line="560" w:lineRule="exact"/>
        <w:ind w:firstLine="420"/>
      </w:pPr>
      <w:r>
        <w:rPr>
          <w:rFonts w:ascii="宋体" w:hAnsi="宋体" w:eastAsia="宋体"/>
          <w:sz w:val="24"/>
        </w:rPr>
        <w:t>她像一道黑线从侧门掠出，匕首反握，身影在烟尘里折成三段。</w:t>
      </w:r>
    </w:p>
    <w:p>
      <w:pPr>
        <w:spacing w:line="560" w:lineRule="exact"/>
        <w:ind w:firstLine="420"/>
      </w:pPr>
      <w:r>
        <w:rPr>
          <w:rFonts w:ascii="宋体" w:hAnsi="宋体" w:eastAsia="宋体"/>
          <w:sz w:val="24"/>
        </w:rPr>
        <w:t>监控屏上跳出红色战斗数据。</w:t>
      </w:r>
    </w:p>
    <w:p>
      <w:pPr>
        <w:spacing w:line="560" w:lineRule="exact"/>
        <w:ind w:firstLine="420"/>
      </w:pPr>
      <w:r>
        <w:rPr>
          <w:rFonts w:ascii="宋体" w:hAnsi="宋体" w:eastAsia="宋体"/>
          <w:sz w:val="24"/>
        </w:rPr>
        <w:t>夜影·影袭：-4280！</w:t>
      </w:r>
    </w:p>
    <w:p>
      <w:pPr>
        <w:spacing w:line="560" w:lineRule="exact"/>
        <w:ind w:firstLine="420"/>
      </w:pPr>
      <w:r>
        <w:rPr>
          <w:rFonts w:ascii="宋体" w:hAnsi="宋体" w:eastAsia="宋体"/>
          <w:sz w:val="24"/>
        </w:rPr>
        <w:t>一名黑衣人刚探进半个身子，喉咙就被刀柄砸中，整个人倒飞出去。</w:t>
      </w:r>
    </w:p>
    <w:p>
      <w:pPr>
        <w:spacing w:line="560" w:lineRule="exact"/>
        <w:ind w:firstLine="420"/>
      </w:pPr>
      <w:r>
        <w:rPr>
          <w:rFonts w:ascii="宋体" w:hAnsi="宋体" w:eastAsia="宋体"/>
          <w:sz w:val="24"/>
        </w:rPr>
        <w:t>赵铁柱怒吼一声，合金盾砸在地面，挡在缺口前。</w:t>
      </w:r>
    </w:p>
    <w:p>
      <w:pPr>
        <w:spacing w:line="560" w:lineRule="exact"/>
        <w:ind w:firstLine="420"/>
      </w:pPr>
      <w:r>
        <w:rPr>
          <w:rFonts w:ascii="宋体" w:hAnsi="宋体" w:eastAsia="宋体"/>
          <w:sz w:val="24"/>
        </w:rPr>
        <w:t>赵铁柱·铁壁嘲讽：吸收伤害12600！</w:t>
      </w:r>
    </w:p>
    <w:p>
      <w:pPr>
        <w:spacing w:line="560" w:lineRule="exact"/>
        <w:ind w:firstLine="420"/>
      </w:pPr>
      <w:r>
        <w:rPr>
          <w:rFonts w:ascii="宋体" w:hAnsi="宋体" w:eastAsia="宋体"/>
          <w:sz w:val="24"/>
        </w:rPr>
        <w:t>子弹打在盾面上，火花四溅。</w:t>
      </w:r>
    </w:p>
    <w:p>
      <w:pPr>
        <w:spacing w:line="560" w:lineRule="exact"/>
        <w:ind w:firstLine="420"/>
      </w:pPr>
      <w:r>
        <w:rPr>
          <w:rFonts w:ascii="宋体" w:hAnsi="宋体" w:eastAsia="宋体"/>
          <w:sz w:val="24"/>
        </w:rPr>
        <w:t>赵铁柱·震荡重击：-6800！</w:t>
      </w:r>
    </w:p>
    <w:p>
      <w:pPr>
        <w:spacing w:line="560" w:lineRule="exact"/>
        <w:ind w:firstLine="420"/>
      </w:pPr>
      <w:r>
        <w:rPr>
          <w:rFonts w:ascii="宋体" w:hAnsi="宋体" w:eastAsia="宋体"/>
          <w:sz w:val="24"/>
        </w:rPr>
        <w:t>他一盾拍飞两人，震得门外惨叫连连。</w:t>
      </w:r>
    </w:p>
    <w:p>
      <w:pPr>
        <w:spacing w:line="560" w:lineRule="exact"/>
        <w:ind w:firstLine="420"/>
      </w:pPr>
      <w:r>
        <w:rPr>
          <w:rFonts w:ascii="宋体" w:hAnsi="宋体" w:eastAsia="宋体"/>
          <w:sz w:val="24"/>
        </w:rPr>
        <w:t>苏小雅一边操作电脑，一边喊：“夜影，左边两个！铁柱，别硬扛，盾耐久掉太快了！”</w:t>
      </w:r>
    </w:p>
    <w:p>
      <w:pPr>
        <w:spacing w:line="560" w:lineRule="exact"/>
        <w:ind w:firstLine="420"/>
      </w:pPr>
      <w:r>
        <w:rPr>
          <w:rFonts w:ascii="宋体" w:hAnsi="宋体" w:eastAsia="宋体"/>
          <w:sz w:val="24"/>
        </w:rPr>
        <w:t>凌天盯着屏幕：“他们不是来抢人的，是来抢古玉。三架无人机已经升空，准备切割屋顶。”</w:t>
      </w:r>
    </w:p>
    <w:p>
      <w:pPr>
        <w:spacing w:line="560" w:lineRule="exact"/>
        <w:ind w:firstLine="420"/>
      </w:pPr>
      <w:r>
        <w:rPr>
          <w:rFonts w:ascii="宋体" w:hAnsi="宋体" w:eastAsia="宋体"/>
          <w:sz w:val="24"/>
        </w:rPr>
        <w:t>秦雨脸色一变：“我这边被反入侵了，对方正在关闭《天界》全球公告通道！”</w:t>
      </w:r>
    </w:p>
    <w:p>
      <w:pPr>
        <w:spacing w:line="560" w:lineRule="exact"/>
        <w:ind w:firstLine="420"/>
      </w:pPr>
      <w:r>
        <w:rPr>
          <w:rFonts w:ascii="宋体" w:hAnsi="宋体" w:eastAsia="宋体"/>
          <w:sz w:val="24"/>
        </w:rPr>
        <w:t>苏婉清看向林风：“林风，现在只有你能决定。”</w:t>
      </w:r>
    </w:p>
    <w:p>
      <w:pPr>
        <w:spacing w:line="560" w:lineRule="exact"/>
        <w:ind w:firstLine="420"/>
      </w:pPr>
      <w:r>
        <w:rPr>
          <w:rFonts w:ascii="宋体" w:hAnsi="宋体" w:eastAsia="宋体"/>
          <w:sz w:val="24"/>
        </w:rPr>
        <w:t>林风走到主控台前。</w:t>
      </w:r>
    </w:p>
    <w:p>
      <w:pPr>
        <w:spacing w:line="560" w:lineRule="exact"/>
        <w:ind w:firstLine="420"/>
      </w:pPr>
      <w:r>
        <w:rPr>
          <w:rFonts w:ascii="宋体" w:hAnsi="宋体" w:eastAsia="宋体"/>
          <w:sz w:val="24"/>
        </w:rPr>
        <w:t>屏幕上，父母最后一段视频还没播放完。</w:t>
      </w:r>
    </w:p>
    <w:p>
      <w:pPr>
        <w:spacing w:line="560" w:lineRule="exact"/>
        <w:ind w:firstLine="420"/>
      </w:pPr>
      <w:r>
        <w:rPr>
          <w:rFonts w:ascii="宋体" w:hAnsi="宋体" w:eastAsia="宋体"/>
          <w:sz w:val="24"/>
        </w:rPr>
        <w:t>他按下播放键。</w:t>
      </w:r>
    </w:p>
    <w:p>
      <w:pPr>
        <w:spacing w:line="560" w:lineRule="exact"/>
        <w:ind w:firstLine="420"/>
      </w:pPr>
      <w:r>
        <w:rPr>
          <w:rFonts w:ascii="宋体" w:hAnsi="宋体" w:eastAsia="宋体"/>
          <w:sz w:val="24"/>
        </w:rPr>
        <w:t>父亲林正南的脸再次出现。</w:t>
      </w:r>
    </w:p>
    <w:p>
      <w:pPr>
        <w:spacing w:line="560" w:lineRule="exact"/>
        <w:ind w:firstLine="420"/>
      </w:pPr>
      <w:r>
        <w:rPr>
          <w:rFonts w:ascii="宋体" w:hAnsi="宋体" w:eastAsia="宋体"/>
          <w:sz w:val="24"/>
        </w:rPr>
        <w:t>这一次，他身后是巨大的全息投影台，母亲站在他旁边，两人看起来比之前更憔悴。</w:t>
      </w:r>
    </w:p>
    <w:p>
      <w:pPr>
        <w:spacing w:line="560" w:lineRule="exact"/>
        <w:ind w:firstLine="420"/>
      </w:pPr>
      <w:r>
        <w:rPr>
          <w:rFonts w:ascii="宋体" w:hAnsi="宋体" w:eastAsia="宋体"/>
          <w:sz w:val="24"/>
        </w:rPr>
        <w:t>林正南看着镜头，声音沙哑：“风儿，如果你已经看到暗流的名字，说明你长大了。接下来这句话，我和你妈想了很多年。”</w:t>
      </w:r>
    </w:p>
    <w:p>
      <w:pPr>
        <w:spacing w:line="560" w:lineRule="exact"/>
        <w:ind w:firstLine="420"/>
      </w:pPr>
      <w:r>
        <w:rPr>
          <w:rFonts w:ascii="宋体" w:hAnsi="宋体" w:eastAsia="宋体"/>
          <w:sz w:val="24"/>
        </w:rPr>
        <w:t>沈清轻声说：“技术不该属于某个人，也不该属于某个集团。它属于所有愿意用它让生活变好的人。”</w:t>
      </w:r>
    </w:p>
    <w:p>
      <w:pPr>
        <w:spacing w:line="560" w:lineRule="exact"/>
        <w:ind w:firstLine="420"/>
      </w:pPr>
      <w:r>
        <w:rPr>
          <w:rFonts w:ascii="宋体" w:hAnsi="宋体" w:eastAsia="宋体"/>
          <w:sz w:val="24"/>
        </w:rPr>
        <w:t>林正南接道：“但开源不是把刀随便丢在地上。你要给刀装上规则，给所有人看见规则的机会。风儿，别怕。真正的安全，不是藏起来，而是让黑暗无处藏身。”</w:t>
      </w:r>
    </w:p>
    <w:p>
      <w:pPr>
        <w:spacing w:line="560" w:lineRule="exact"/>
        <w:ind w:firstLine="420"/>
      </w:pPr>
      <w:r>
        <w:rPr>
          <w:rFonts w:ascii="宋体" w:hAnsi="宋体" w:eastAsia="宋体"/>
          <w:sz w:val="24"/>
        </w:rPr>
        <w:t>视频结束。</w:t>
      </w:r>
    </w:p>
    <w:p>
      <w:pPr>
        <w:spacing w:line="560" w:lineRule="exact"/>
        <w:ind w:firstLine="420"/>
      </w:pPr>
      <w:r>
        <w:rPr>
          <w:rFonts w:ascii="宋体" w:hAnsi="宋体" w:eastAsia="宋体"/>
          <w:sz w:val="24"/>
        </w:rPr>
        <w:t>屋子里安静了几秒。</w:t>
      </w:r>
    </w:p>
    <w:p>
      <w:pPr>
        <w:spacing w:line="560" w:lineRule="exact"/>
        <w:ind w:firstLine="420"/>
      </w:pPr>
      <w:r>
        <w:rPr>
          <w:rFonts w:ascii="宋体" w:hAnsi="宋体" w:eastAsia="宋体"/>
          <w:sz w:val="24"/>
        </w:rPr>
        <w:t>林风深吸一口气：“开源。”</w:t>
      </w:r>
    </w:p>
    <w:p>
      <w:pPr>
        <w:spacing w:line="560" w:lineRule="exact"/>
        <w:ind w:firstLine="420"/>
      </w:pPr>
      <w:r>
        <w:rPr>
          <w:rFonts w:ascii="宋体" w:hAnsi="宋体" w:eastAsia="宋体"/>
          <w:sz w:val="24"/>
        </w:rPr>
        <w:t>苏婉清皱眉：“你知道这意味着什么吗？”</w:t>
      </w:r>
    </w:p>
    <w:p>
      <w:pPr>
        <w:spacing w:line="560" w:lineRule="exact"/>
        <w:ind w:firstLine="420"/>
      </w:pPr>
      <w:r>
        <w:rPr>
          <w:rFonts w:ascii="宋体" w:hAnsi="宋体" w:eastAsia="宋体"/>
          <w:sz w:val="24"/>
        </w:rPr>
        <w:t>“知道。”林风说，“风婉集团估值会崩，天穹科技会乱，暗流会发疯，全世界都会盯着我。”</w:t>
      </w:r>
    </w:p>
    <w:p>
      <w:pPr>
        <w:spacing w:line="560" w:lineRule="exact"/>
        <w:ind w:firstLine="420"/>
      </w:pPr>
      <w:r>
        <w:rPr>
          <w:rFonts w:ascii="宋体" w:hAnsi="宋体" w:eastAsia="宋体"/>
          <w:sz w:val="24"/>
        </w:rPr>
        <w:t>他看向众人：“但我也知道，只要古玉还在我手里，暗流就会一直追杀我，追杀你们，追杀所有知道真相的人。”</w:t>
      </w:r>
    </w:p>
    <w:p>
      <w:pPr>
        <w:spacing w:line="560" w:lineRule="exact"/>
        <w:ind w:firstLine="420"/>
      </w:pPr>
      <w:r>
        <w:rPr>
          <w:rFonts w:ascii="宋体" w:hAnsi="宋体" w:eastAsia="宋体"/>
          <w:sz w:val="24"/>
        </w:rPr>
        <w:t>赵铁柱咧嘴：“那就让他们来。老子盾还没碎呢。”</w:t>
      </w:r>
    </w:p>
    <w:p>
      <w:pPr>
        <w:spacing w:line="560" w:lineRule="exact"/>
        <w:ind w:firstLine="420"/>
      </w:pPr>
      <w:r>
        <w:rPr>
          <w:rFonts w:ascii="宋体" w:hAnsi="宋体" w:eastAsia="宋体"/>
          <w:sz w:val="24"/>
        </w:rPr>
        <w:t>夜影从门外退回，匕首上沾着血，冷冷道：“外面还剩七个。”</w:t>
      </w:r>
    </w:p>
    <w:p>
      <w:pPr>
        <w:spacing w:line="560" w:lineRule="exact"/>
        <w:ind w:firstLine="420"/>
      </w:pPr>
      <w:r>
        <w:rPr>
          <w:rFonts w:ascii="宋体" w:hAnsi="宋体" w:eastAsia="宋体"/>
          <w:sz w:val="24"/>
        </w:rPr>
        <w:t>苏小雅眼睛亮了：“风哥，真要开？我这边可以立刻开全网直播，让所有玩家看见！”</w:t>
      </w:r>
    </w:p>
    <w:p>
      <w:pPr>
        <w:spacing w:line="560" w:lineRule="exact"/>
        <w:ind w:firstLine="420"/>
      </w:pPr>
      <w:r>
        <w:rPr>
          <w:rFonts w:ascii="宋体" w:hAnsi="宋体" w:eastAsia="宋体"/>
          <w:sz w:val="24"/>
        </w:rPr>
        <w:t>凌天已经打开代码库：“如果开源，必须同时做三件事。第一，公开基础协议；第二，开放安全审计接口；第三，把古玉里的核心算法拆成七份，分散到全球节点。这样没人能一次性夺走完整技术。”</w:t>
      </w:r>
    </w:p>
    <w:p>
      <w:pPr>
        <w:spacing w:line="560" w:lineRule="exact"/>
        <w:ind w:firstLine="420"/>
      </w:pPr>
      <w:r>
        <w:rPr>
          <w:rFonts w:ascii="宋体" w:hAnsi="宋体" w:eastAsia="宋体"/>
          <w:sz w:val="24"/>
        </w:rPr>
        <w:t>秦雨看着林风：“《天界》公告通道被锁了，但我还有一个主播后台权限。苏小雅能开，但只能撑三十秒。”</w:t>
      </w:r>
    </w:p>
    <w:p>
      <w:pPr>
        <w:spacing w:line="560" w:lineRule="exact"/>
        <w:ind w:firstLine="420"/>
      </w:pPr>
      <w:r>
        <w:rPr>
          <w:rFonts w:ascii="宋体" w:hAnsi="宋体" w:eastAsia="宋体"/>
          <w:sz w:val="24"/>
        </w:rPr>
        <w:t>“够了。”林风说。</w:t>
      </w:r>
    </w:p>
    <w:p>
      <w:pPr>
        <w:spacing w:line="560" w:lineRule="exact"/>
        <w:ind w:firstLine="420"/>
      </w:pPr>
      <w:r>
        <w:rPr>
          <w:rFonts w:ascii="宋体" w:hAnsi="宋体" w:eastAsia="宋体"/>
          <w:sz w:val="24"/>
        </w:rPr>
        <w:t>苏小雅立刻坐下，手指飞快敲击。</w:t>
      </w:r>
    </w:p>
    <w:p>
      <w:pPr>
        <w:spacing w:line="560" w:lineRule="exact"/>
        <w:ind w:firstLine="420"/>
      </w:pPr>
      <w:r>
        <w:rPr>
          <w:rFonts w:ascii="宋体" w:hAnsi="宋体" w:eastAsia="宋体"/>
          <w:sz w:val="24"/>
        </w:rPr>
        <w:t>她的直播间瞬间涌入千万观众。</w:t>
      </w:r>
    </w:p>
    <w:p>
      <w:pPr>
        <w:spacing w:line="560" w:lineRule="exact"/>
        <w:ind w:firstLine="420"/>
      </w:pPr>
      <w:r>
        <w:rPr>
          <w:rFonts w:ascii="宋体" w:hAnsi="宋体" w:eastAsia="宋体"/>
          <w:sz w:val="24"/>
        </w:rPr>
        <w:t>弹幕像海啸一样刷过。</w:t>
      </w:r>
    </w:p>
    <w:p>
      <w:pPr>
        <w:spacing w:line="560" w:lineRule="exact"/>
        <w:ind w:firstLine="420"/>
      </w:pPr>
      <w:r>
        <w:rPr>
          <w:rFonts w:ascii="宋体" w:hAnsi="宋体" w:eastAsia="宋体"/>
          <w:sz w:val="24"/>
        </w:rPr>
        <w:t>“风中追风？”</w:t>
      </w:r>
    </w:p>
    <w:p>
      <w:pPr>
        <w:spacing w:line="560" w:lineRule="exact"/>
        <w:ind w:firstLine="420"/>
      </w:pPr>
      <w:r>
        <w:rPr>
          <w:rFonts w:ascii="宋体" w:hAnsi="宋体" w:eastAsia="宋体"/>
          <w:sz w:val="24"/>
        </w:rPr>
        <w:t>“这是神豪殿的风哥？”</w:t>
      </w:r>
    </w:p>
    <w:p>
      <w:pPr>
        <w:spacing w:line="560" w:lineRule="exact"/>
        <w:ind w:firstLine="420"/>
      </w:pPr>
      <w:r>
        <w:rPr>
          <w:rFonts w:ascii="宋体" w:hAnsi="宋体" w:eastAsia="宋体"/>
          <w:sz w:val="24"/>
        </w:rPr>
        <w:t>“后面是苏小雅？发生什么了？”</w:t>
      </w:r>
    </w:p>
    <w:p>
      <w:pPr>
        <w:spacing w:line="560" w:lineRule="exact"/>
        <w:ind w:firstLine="420"/>
      </w:pPr>
      <w:r>
        <w:rPr>
          <w:rFonts w:ascii="宋体" w:hAnsi="宋体" w:eastAsia="宋体"/>
          <w:sz w:val="24"/>
        </w:rPr>
        <w:t>“外面怎么有枪声？”</w:t>
      </w:r>
    </w:p>
    <w:p>
      <w:pPr>
        <w:spacing w:line="560" w:lineRule="exact"/>
        <w:ind w:firstLine="420"/>
      </w:pPr>
      <w:r>
        <w:rPr>
          <w:rFonts w:ascii="宋体" w:hAnsi="宋体" w:eastAsia="宋体"/>
          <w:sz w:val="24"/>
        </w:rPr>
        <w:t>苏小雅对着镜头，声音有些抖，却很坚定：“各位，今天不卖货，不整活。我要代表神豪殿，公布一件关乎《天界》和现实世界的大事。”</w:t>
      </w:r>
    </w:p>
    <w:p>
      <w:pPr>
        <w:spacing w:line="560" w:lineRule="exact"/>
        <w:ind w:firstLine="420"/>
      </w:pPr>
      <w:r>
        <w:rPr>
          <w:rFonts w:ascii="宋体" w:hAnsi="宋体" w:eastAsia="宋体"/>
          <w:sz w:val="24"/>
        </w:rPr>
        <w:t>赵铁柱站在她身后，盾上还冒着烟。</w:t>
      </w:r>
    </w:p>
    <w:p>
      <w:pPr>
        <w:spacing w:line="560" w:lineRule="exact"/>
        <w:ind w:firstLine="420"/>
      </w:pPr>
      <w:r>
        <w:rPr>
          <w:rFonts w:ascii="宋体" w:hAnsi="宋体" w:eastAsia="宋体"/>
          <w:sz w:val="24"/>
        </w:rPr>
        <w:t>夜影守在门口，眼神冷得像冰。</w:t>
      </w:r>
    </w:p>
    <w:p>
      <w:pPr>
        <w:spacing w:line="560" w:lineRule="exact"/>
        <w:ind w:firstLine="420"/>
      </w:pPr>
      <w:r>
        <w:rPr>
          <w:rFonts w:ascii="宋体" w:hAnsi="宋体" w:eastAsia="宋体"/>
          <w:sz w:val="24"/>
        </w:rPr>
        <w:t>凌天把一份加密文件拖进发布窗口。</w:t>
      </w:r>
    </w:p>
    <w:p>
      <w:pPr>
        <w:spacing w:line="560" w:lineRule="exact"/>
        <w:ind w:firstLine="420"/>
      </w:pPr>
      <w:r>
        <w:rPr>
          <w:rFonts w:ascii="宋体" w:hAnsi="宋体" w:eastAsia="宋体"/>
          <w:sz w:val="24"/>
        </w:rPr>
        <w:t>苏婉清看着林风：“你确定不再考虑一下？”</w:t>
      </w:r>
    </w:p>
    <w:p>
      <w:pPr>
        <w:spacing w:line="560" w:lineRule="exact"/>
        <w:ind w:firstLine="420"/>
      </w:pPr>
      <w:r>
        <w:rPr>
          <w:rFonts w:ascii="宋体" w:hAnsi="宋体" w:eastAsia="宋体"/>
          <w:sz w:val="24"/>
        </w:rPr>
        <w:t>林风笑了笑，这次不是装轻松，而是真轻松了。</w:t>
      </w:r>
    </w:p>
    <w:p>
      <w:pPr>
        <w:spacing w:line="560" w:lineRule="exact"/>
        <w:ind w:firstLine="420"/>
      </w:pPr>
      <w:r>
        <w:rPr>
          <w:rFonts w:ascii="宋体" w:hAnsi="宋体" w:eastAsia="宋体"/>
          <w:sz w:val="24"/>
        </w:rPr>
        <w:t>“婉清，我爸妈用命守住的东西，不该变成我一个人的财富。”</w:t>
      </w:r>
    </w:p>
    <w:p>
      <w:pPr>
        <w:spacing w:line="560" w:lineRule="exact"/>
        <w:ind w:firstLine="420"/>
      </w:pPr>
      <w:r>
        <w:rPr>
          <w:rFonts w:ascii="宋体" w:hAnsi="宋体" w:eastAsia="宋体"/>
          <w:sz w:val="24"/>
        </w:rPr>
        <w:t>他看向秦雨：“秦雨，帮我接上天穹科技底层通道。”</w:t>
      </w:r>
    </w:p>
    <w:p>
      <w:pPr>
        <w:spacing w:line="560" w:lineRule="exact"/>
        <w:ind w:firstLine="420"/>
      </w:pPr>
      <w:r>
        <w:rPr>
          <w:rFonts w:ascii="宋体" w:hAnsi="宋体" w:eastAsia="宋体"/>
          <w:sz w:val="24"/>
        </w:rPr>
        <w:t>秦雨咬牙：“好。”</w:t>
      </w:r>
    </w:p>
    <w:p>
      <w:pPr>
        <w:spacing w:line="560" w:lineRule="exact"/>
        <w:ind w:firstLine="420"/>
      </w:pPr>
      <w:r>
        <w:rPr>
          <w:rFonts w:ascii="宋体" w:hAnsi="宋体" w:eastAsia="宋体"/>
          <w:sz w:val="24"/>
        </w:rPr>
        <w:t>她双手在键盘上敲击，额头全是汗。</w:t>
      </w:r>
    </w:p>
    <w:p>
      <w:pPr>
        <w:spacing w:line="560" w:lineRule="exact"/>
        <w:ind w:firstLine="420"/>
      </w:pPr>
      <w:r>
        <w:rPr>
          <w:rFonts w:ascii="宋体" w:hAnsi="宋体" w:eastAsia="宋体"/>
          <w:sz w:val="24"/>
        </w:rPr>
        <w:t>屏幕上，红色警告一层层跳出。</w:t>
      </w:r>
    </w:p>
    <w:p>
      <w:pPr>
        <w:spacing w:line="560" w:lineRule="exact"/>
        <w:ind w:firstLine="420"/>
      </w:pPr>
      <w:r>
        <w:rPr>
          <w:rFonts w:ascii="宋体" w:hAnsi="宋体" w:eastAsia="宋体"/>
          <w:sz w:val="24"/>
        </w:rPr>
        <w:t>最高权限冲突！</w:t>
      </w:r>
    </w:p>
    <w:p>
      <w:pPr>
        <w:spacing w:line="560" w:lineRule="exact"/>
        <w:ind w:firstLine="420"/>
      </w:pPr>
      <w:r>
        <w:rPr>
          <w:rFonts w:ascii="宋体" w:hAnsi="宋体" w:eastAsia="宋体"/>
          <w:sz w:val="24"/>
        </w:rPr>
        <w:t>服务器过载！</w:t>
      </w:r>
    </w:p>
    <w:p>
      <w:pPr>
        <w:spacing w:line="560" w:lineRule="exact"/>
        <w:ind w:firstLine="420"/>
      </w:pPr>
      <w:r>
        <w:rPr>
          <w:rFonts w:ascii="宋体" w:hAnsi="宋体" w:eastAsia="宋体"/>
          <w:sz w:val="24"/>
        </w:rPr>
        <w:t>全球节点拒绝访问！</w:t>
      </w:r>
    </w:p>
    <w:p>
      <w:pPr>
        <w:spacing w:line="560" w:lineRule="exact"/>
        <w:ind w:firstLine="420"/>
      </w:pPr>
      <w:r>
        <w:rPr>
          <w:rFonts w:ascii="宋体" w:hAnsi="宋体" w:eastAsia="宋体"/>
          <w:sz w:val="24"/>
        </w:rPr>
        <w:t>秦雨骂了一句：“这帮王八蛋，还真把后门埋得深。”</w:t>
      </w:r>
    </w:p>
    <w:p>
      <w:pPr>
        <w:spacing w:line="560" w:lineRule="exact"/>
        <w:ind w:firstLine="420"/>
      </w:pPr>
      <w:r>
        <w:rPr>
          <w:rFonts w:ascii="宋体" w:hAnsi="宋体" w:eastAsia="宋体"/>
          <w:sz w:val="24"/>
        </w:rPr>
        <w:t>林风打开神豪系统界面。</w:t>
      </w:r>
    </w:p>
    <w:p>
      <w:pPr>
        <w:spacing w:line="560" w:lineRule="exact"/>
        <w:ind w:firstLine="420"/>
      </w:pPr>
      <w:r>
        <w:rPr>
          <w:rFonts w:ascii="宋体" w:hAnsi="宋体" w:eastAsia="宋体"/>
          <w:sz w:val="24"/>
        </w:rPr>
        <w:t>游戏币余额那一栏，依旧是夸张到没有意义的一串零。</w:t>
      </w:r>
    </w:p>
    <w:p>
      <w:pPr>
        <w:spacing w:line="560" w:lineRule="exact"/>
        <w:ind w:firstLine="420"/>
      </w:pPr>
      <w:r>
        <w:rPr>
          <w:rFonts w:ascii="宋体" w:hAnsi="宋体" w:eastAsia="宋体"/>
          <w:sz w:val="24"/>
        </w:rPr>
        <w:t>他输入指令。</w:t>
      </w:r>
    </w:p>
    <w:p>
      <w:pPr>
        <w:spacing w:line="560" w:lineRule="exact"/>
        <w:ind w:firstLine="420"/>
      </w:pPr>
      <w:r>
        <w:rPr>
          <w:rFonts w:ascii="宋体" w:hAnsi="宋体" w:eastAsia="宋体"/>
          <w:sz w:val="24"/>
        </w:rPr>
        <w:t>“购买全球临时算力，购买《天界》全服公告权限，购买风婉集团所有云服务器扩容。”</w:t>
      </w:r>
    </w:p>
    <w:p>
      <w:pPr>
        <w:spacing w:line="560" w:lineRule="exact"/>
        <w:ind w:firstLine="420"/>
      </w:pPr>
      <w:r>
        <w:rPr>
          <w:rFonts w:ascii="宋体" w:hAnsi="宋体" w:eastAsia="宋体"/>
          <w:sz w:val="24"/>
        </w:rPr>
        <w:t>系统提示弹出。</w:t>
      </w:r>
    </w:p>
    <w:p>
      <w:pPr>
        <w:spacing w:line="560" w:lineRule="exact"/>
        <w:ind w:firstLine="420"/>
      </w:pPr>
      <w:r>
        <w:rPr>
          <w:rFonts w:ascii="宋体" w:hAnsi="宋体" w:eastAsia="宋体"/>
          <w:sz w:val="24"/>
        </w:rPr>
        <w:t>叮！充值成功。</w:t>
      </w:r>
    </w:p>
    <w:p>
      <w:pPr>
        <w:spacing w:line="560" w:lineRule="exact"/>
        <w:ind w:firstLine="420"/>
      </w:pPr>
      <w:r>
        <w:rPr>
          <w:rFonts w:ascii="宋体" w:hAnsi="宋体" w:eastAsia="宋体"/>
          <w:sz w:val="24"/>
        </w:rPr>
        <w:t>下一秒，全球数百个云服务器同时亮起。</w:t>
      </w:r>
    </w:p>
    <w:p>
      <w:pPr>
        <w:spacing w:line="560" w:lineRule="exact"/>
        <w:ind w:firstLine="420"/>
      </w:pPr>
      <w:r>
        <w:rPr>
          <w:rFonts w:ascii="宋体" w:hAnsi="宋体" w:eastAsia="宋体"/>
          <w:sz w:val="24"/>
        </w:rPr>
        <w:t>秦雨瞪大眼睛：“通了！”</w:t>
      </w:r>
    </w:p>
    <w:p>
      <w:pPr>
        <w:spacing w:line="560" w:lineRule="exact"/>
        <w:ind w:firstLine="420"/>
      </w:pPr>
      <w:r>
        <w:rPr>
          <w:rFonts w:ascii="宋体" w:hAnsi="宋体" w:eastAsia="宋体"/>
          <w:sz w:val="24"/>
        </w:rPr>
        <w:t>凌天喊道：“核心协议上传百分之四十，百分之六十，百分之八十五！”</w:t>
      </w:r>
    </w:p>
    <w:p>
      <w:pPr>
        <w:spacing w:line="560" w:lineRule="exact"/>
        <w:ind w:firstLine="420"/>
      </w:pPr>
      <w:r>
        <w:rPr>
          <w:rFonts w:ascii="宋体" w:hAnsi="宋体" w:eastAsia="宋体"/>
          <w:sz w:val="24"/>
        </w:rPr>
        <w:t>屋外，暗流的人发动最后一波冲锋。</w:t>
      </w:r>
    </w:p>
    <w:p>
      <w:pPr>
        <w:spacing w:line="560" w:lineRule="exact"/>
        <w:ind w:firstLine="420"/>
      </w:pPr>
      <w:r>
        <w:rPr>
          <w:rFonts w:ascii="宋体" w:hAnsi="宋体" w:eastAsia="宋体"/>
          <w:sz w:val="24"/>
        </w:rPr>
        <w:t>一名黑衣人扔出爆破无人机，直扑主控台。</w:t>
      </w:r>
    </w:p>
    <w:p>
      <w:pPr>
        <w:spacing w:line="560" w:lineRule="exact"/>
        <w:ind w:firstLine="420"/>
      </w:pPr>
      <w:r>
        <w:rPr>
          <w:rFonts w:ascii="宋体" w:hAnsi="宋体" w:eastAsia="宋体"/>
          <w:sz w:val="24"/>
        </w:rPr>
        <w:t>夜影身影消失。</w:t>
      </w:r>
    </w:p>
    <w:p>
      <w:pPr>
        <w:spacing w:line="560" w:lineRule="exact"/>
        <w:ind w:firstLine="420"/>
      </w:pPr>
      <w:r>
        <w:rPr>
          <w:rFonts w:ascii="宋体" w:hAnsi="宋体" w:eastAsia="宋体"/>
          <w:sz w:val="24"/>
        </w:rPr>
        <w:t>夜影·瞬步：突进成功！</w:t>
      </w:r>
    </w:p>
    <w:p>
      <w:pPr>
        <w:spacing w:line="560" w:lineRule="exact"/>
        <w:ind w:firstLine="420"/>
      </w:pPr>
      <w:r>
        <w:rPr>
          <w:rFonts w:ascii="宋体" w:hAnsi="宋体" w:eastAsia="宋体"/>
          <w:sz w:val="24"/>
        </w:rPr>
        <w:t>夜影·断喉：-9999！</w:t>
      </w:r>
    </w:p>
    <w:p>
      <w:pPr>
        <w:spacing w:line="560" w:lineRule="exact"/>
        <w:ind w:firstLine="420"/>
      </w:pPr>
      <w:r>
        <w:rPr>
          <w:rFonts w:ascii="宋体" w:hAnsi="宋体" w:eastAsia="宋体"/>
          <w:sz w:val="24"/>
        </w:rPr>
        <w:t>无人机在半空被匕首贯穿，火花炸开，夜影借着爆炸反冲落地，肩头被碎片划出一道血口。</w:t>
      </w:r>
    </w:p>
    <w:p>
      <w:pPr>
        <w:spacing w:line="560" w:lineRule="exact"/>
        <w:ind w:firstLine="420"/>
      </w:pPr>
      <w:r>
        <w:rPr>
          <w:rFonts w:ascii="宋体" w:hAnsi="宋体" w:eastAsia="宋体"/>
          <w:sz w:val="24"/>
        </w:rPr>
        <w:t>赵铁柱怒吼着冲过去，一盾把剩下的人全压出门外。</w:t>
      </w:r>
    </w:p>
    <w:p>
      <w:pPr>
        <w:spacing w:line="560" w:lineRule="exact"/>
        <w:ind w:firstLine="420"/>
      </w:pPr>
      <w:r>
        <w:rPr>
          <w:rFonts w:ascii="宋体" w:hAnsi="宋体" w:eastAsia="宋体"/>
          <w:sz w:val="24"/>
        </w:rPr>
        <w:t>赵铁柱·不动如山：防御提升300%！</w:t>
      </w:r>
    </w:p>
    <w:p>
      <w:pPr>
        <w:spacing w:line="560" w:lineRule="exact"/>
        <w:ind w:firstLine="420"/>
      </w:pPr>
      <w:r>
        <w:rPr>
          <w:rFonts w:ascii="宋体" w:hAnsi="宋体" w:eastAsia="宋体"/>
          <w:sz w:val="24"/>
        </w:rPr>
        <w:t>赵铁柱·裂地斩：-7600！</w:t>
      </w:r>
    </w:p>
    <w:p>
      <w:pPr>
        <w:spacing w:line="560" w:lineRule="exact"/>
        <w:ind w:firstLine="420"/>
      </w:pPr>
      <w:r>
        <w:rPr>
          <w:rFonts w:ascii="宋体" w:hAnsi="宋体" w:eastAsia="宋体"/>
          <w:sz w:val="24"/>
        </w:rPr>
        <w:t>地面一震，门外惨叫一片。</w:t>
      </w:r>
    </w:p>
    <w:p>
      <w:pPr>
        <w:spacing w:line="560" w:lineRule="exact"/>
        <w:ind w:firstLine="420"/>
      </w:pPr>
      <w:r>
        <w:rPr>
          <w:rFonts w:ascii="宋体" w:hAnsi="宋体" w:eastAsia="宋体"/>
          <w:sz w:val="24"/>
        </w:rPr>
        <w:t>苏小雅看着直播人数突破五千万，声音都喊哑了：“风哥，上传百分之九十九！”</w:t>
      </w:r>
    </w:p>
    <w:p>
      <w:pPr>
        <w:spacing w:line="560" w:lineRule="exact"/>
        <w:ind w:firstLine="420"/>
      </w:pPr>
      <w:r>
        <w:rPr>
          <w:rFonts w:ascii="宋体" w:hAnsi="宋体" w:eastAsia="宋体"/>
          <w:sz w:val="24"/>
        </w:rPr>
        <w:t>林风把手放在确认键上。</w:t>
      </w:r>
    </w:p>
    <w:p>
      <w:pPr>
        <w:spacing w:line="560" w:lineRule="exact"/>
        <w:ind w:firstLine="420"/>
      </w:pPr>
      <w:r>
        <w:rPr>
          <w:rFonts w:ascii="宋体" w:hAnsi="宋体" w:eastAsia="宋体"/>
          <w:sz w:val="24"/>
        </w:rPr>
        <w:t>所有人都看着他。</w:t>
      </w:r>
    </w:p>
    <w:p>
      <w:pPr>
        <w:spacing w:line="560" w:lineRule="exact"/>
        <w:ind w:firstLine="420"/>
      </w:pPr>
      <w:r>
        <w:rPr>
          <w:rFonts w:ascii="宋体" w:hAnsi="宋体" w:eastAsia="宋体"/>
          <w:sz w:val="24"/>
        </w:rPr>
        <w:t>苏婉清、秦雨、凌天、赵铁柱、苏小雅、夜影，还有受伤的陈锋。</w:t>
      </w:r>
    </w:p>
    <w:p>
      <w:pPr>
        <w:spacing w:line="560" w:lineRule="exact"/>
        <w:ind w:firstLine="420"/>
      </w:pPr>
      <w:r>
        <w:rPr>
          <w:rFonts w:ascii="宋体" w:hAnsi="宋体" w:eastAsia="宋体"/>
          <w:sz w:val="24"/>
        </w:rPr>
        <w:t>这一刻，林风忽然明白，所谓终极之战，不是某个副本里的世界boss，也不是排行榜第一的争夺。</w:t>
      </w:r>
    </w:p>
    <w:p>
      <w:pPr>
        <w:spacing w:line="560" w:lineRule="exact"/>
        <w:ind w:firstLine="420"/>
      </w:pPr>
      <w:r>
        <w:rPr>
          <w:rFonts w:ascii="宋体" w:hAnsi="宋体" w:eastAsia="宋体"/>
          <w:sz w:val="24"/>
        </w:rPr>
        <w:t>真正的战争，是选择。</w:t>
      </w:r>
    </w:p>
    <w:p>
      <w:pPr>
        <w:spacing w:line="560" w:lineRule="exact"/>
        <w:ind w:firstLine="420"/>
      </w:pPr>
      <w:r>
        <w:rPr>
          <w:rFonts w:ascii="宋体" w:hAnsi="宋体" w:eastAsia="宋体"/>
          <w:sz w:val="24"/>
        </w:rPr>
        <w:t>把父母留下的光藏进保险柜，还是把它交到无数普通人手里。</w:t>
      </w:r>
    </w:p>
    <w:p>
      <w:pPr>
        <w:spacing w:line="560" w:lineRule="exact"/>
        <w:ind w:firstLine="420"/>
      </w:pPr>
      <w:r>
        <w:rPr>
          <w:rFonts w:ascii="宋体" w:hAnsi="宋体" w:eastAsia="宋体"/>
          <w:sz w:val="24"/>
        </w:rPr>
        <w:t>林风按下确认。</w:t>
      </w:r>
    </w:p>
    <w:p>
      <w:pPr>
        <w:spacing w:line="560" w:lineRule="exact"/>
        <w:ind w:firstLine="420"/>
      </w:pPr>
      <w:r>
        <w:rPr>
          <w:rFonts w:ascii="宋体" w:hAnsi="宋体" w:eastAsia="宋体"/>
          <w:sz w:val="24"/>
        </w:rPr>
        <w:t>“发布。”</w:t>
      </w:r>
    </w:p>
    <w:p>
      <w:pPr>
        <w:spacing w:line="560" w:lineRule="exact"/>
        <w:ind w:firstLine="420"/>
      </w:pPr>
      <w:r>
        <w:rPr>
          <w:rFonts w:ascii="宋体" w:hAnsi="宋体" w:eastAsia="宋体"/>
          <w:sz w:val="24"/>
        </w:rPr>
        <w:t>屏幕瞬间变成白色。</w:t>
      </w:r>
    </w:p>
    <w:p>
      <w:pPr>
        <w:spacing w:line="560" w:lineRule="exact"/>
        <w:ind w:firstLine="420"/>
      </w:pPr>
      <w:r>
        <w:rPr>
          <w:rFonts w:ascii="宋体" w:hAnsi="宋体" w:eastAsia="宋体"/>
          <w:sz w:val="24"/>
        </w:rPr>
        <w:t>一行字出现在所有人眼前。</w:t>
      </w:r>
    </w:p>
    <w:p>
      <w:pPr>
        <w:spacing w:line="560" w:lineRule="exact"/>
        <w:ind w:firstLine="420"/>
      </w:pPr>
      <w:r>
        <w:rPr>
          <w:rFonts w:ascii="宋体" w:hAnsi="宋体" w:eastAsia="宋体"/>
          <w:sz w:val="24"/>
        </w:rPr>
        <w:t>《天界》全息现实映射基础协议，全球开源。</w:t>
      </w:r>
    </w:p>
    <w:p>
      <w:pPr>
        <w:spacing w:line="560" w:lineRule="exact"/>
        <w:ind w:firstLine="420"/>
      </w:pPr>
      <w:r>
        <w:rPr>
          <w:rFonts w:ascii="宋体" w:hAnsi="宋体" w:eastAsia="宋体"/>
          <w:sz w:val="24"/>
        </w:rPr>
        <w:t>同一时间，全球玩家的游戏界面同时弹出一条金色公告。</w:t>
      </w:r>
    </w:p>
    <w:p>
      <w:pPr>
        <w:spacing w:line="560" w:lineRule="exact"/>
        <w:ind w:firstLine="420"/>
      </w:pPr>
      <w:r>
        <w:rPr>
          <w:rFonts w:ascii="宋体" w:hAnsi="宋体" w:eastAsia="宋体"/>
          <w:sz w:val="24"/>
        </w:rPr>
        <w:t>系统公告：玩家风中追风已开放《天界》底层全息协议，神豪殿将同步开启公共审计通道。</w:t>
      </w:r>
    </w:p>
    <w:p>
      <w:pPr>
        <w:spacing w:line="560" w:lineRule="exact"/>
        <w:ind w:firstLine="420"/>
      </w:pPr>
      <w:r>
        <w:rPr>
          <w:rFonts w:ascii="宋体" w:hAnsi="宋体" w:eastAsia="宋体"/>
          <w:sz w:val="24"/>
        </w:rPr>
        <w:t>世界频道安静了一秒。</w:t>
      </w:r>
    </w:p>
    <w:p>
      <w:pPr>
        <w:spacing w:line="560" w:lineRule="exact"/>
        <w:ind w:firstLine="420"/>
      </w:pPr>
      <w:r>
        <w:rPr>
          <w:rFonts w:ascii="宋体" w:hAnsi="宋体" w:eastAsia="宋体"/>
          <w:sz w:val="24"/>
        </w:rPr>
        <w:t>然后彻底炸了。</w:t>
      </w:r>
    </w:p>
    <w:p>
      <w:pPr>
        <w:spacing w:line="560" w:lineRule="exact"/>
        <w:ind w:firstLine="420"/>
      </w:pPr>
      <w:r>
        <w:rPr>
          <w:rFonts w:ascii="宋体" w:hAnsi="宋体" w:eastAsia="宋体"/>
          <w:sz w:val="24"/>
        </w:rPr>
        <w:t>“我靠！”</w:t>
      </w:r>
    </w:p>
    <w:p>
      <w:pPr>
        <w:spacing w:line="560" w:lineRule="exact"/>
        <w:ind w:firstLine="420"/>
      </w:pPr>
      <w:r>
        <w:rPr>
          <w:rFonts w:ascii="宋体" w:hAnsi="宋体" w:eastAsia="宋体"/>
          <w:sz w:val="24"/>
        </w:rPr>
        <w:t>“风中追风疯了？”</w:t>
      </w:r>
    </w:p>
    <w:p>
      <w:pPr>
        <w:spacing w:line="560" w:lineRule="exact"/>
        <w:ind w:firstLine="420"/>
      </w:pPr>
      <w:r>
        <w:rPr>
          <w:rFonts w:ascii="宋体" w:hAnsi="宋体" w:eastAsia="宋体"/>
          <w:sz w:val="24"/>
        </w:rPr>
        <w:t>“神豪殿牛逼！”</w:t>
      </w:r>
    </w:p>
    <w:p>
      <w:pPr>
        <w:spacing w:line="560" w:lineRule="exact"/>
        <w:ind w:firstLine="420"/>
      </w:pPr>
      <w:r>
        <w:rPr>
          <w:rFonts w:ascii="宋体" w:hAnsi="宋体" w:eastAsia="宋体"/>
          <w:sz w:val="24"/>
        </w:rPr>
        <w:t>“这不是游戏币能砸出来的操作啊！”</w:t>
      </w:r>
    </w:p>
    <w:p>
      <w:pPr>
        <w:spacing w:line="560" w:lineRule="exact"/>
        <w:ind w:firstLine="420"/>
      </w:pPr>
      <w:r>
        <w:rPr>
          <w:rFonts w:ascii="宋体" w:hAnsi="宋体" w:eastAsia="宋体"/>
          <w:sz w:val="24"/>
        </w:rPr>
        <w:t>安全屋里，众人也愣住了。</w:t>
      </w:r>
    </w:p>
    <w:p>
      <w:pPr>
        <w:spacing w:line="560" w:lineRule="exact"/>
        <w:ind w:firstLine="420"/>
      </w:pPr>
      <w:r>
        <w:rPr>
          <w:rFonts w:ascii="宋体" w:hAnsi="宋体" w:eastAsia="宋体"/>
          <w:sz w:val="24"/>
        </w:rPr>
        <w:t>秦雨看着后台数据，声音发颤：“成功了……基础协议真的公开了。”</w:t>
      </w:r>
    </w:p>
    <w:p>
      <w:pPr>
        <w:spacing w:line="560" w:lineRule="exact"/>
        <w:ind w:firstLine="420"/>
      </w:pPr>
      <w:r>
        <w:rPr>
          <w:rFonts w:ascii="宋体" w:hAnsi="宋体" w:eastAsia="宋体"/>
          <w:sz w:val="24"/>
        </w:rPr>
        <w:t>苏小雅猛地跳起来，抱住林风：“风哥，我们做到了！”</w:t>
      </w:r>
    </w:p>
    <w:p>
      <w:pPr>
        <w:spacing w:line="560" w:lineRule="exact"/>
        <w:ind w:firstLine="420"/>
      </w:pPr>
      <w:r>
        <w:rPr>
          <w:rFonts w:ascii="宋体" w:hAnsi="宋体" w:eastAsia="宋体"/>
          <w:sz w:val="24"/>
        </w:rPr>
        <w:t>赵铁柱哈哈大笑，笑着笑着眼圈红了。</w:t>
      </w:r>
    </w:p>
    <w:p>
      <w:pPr>
        <w:spacing w:line="560" w:lineRule="exact"/>
        <w:ind w:firstLine="420"/>
      </w:pPr>
      <w:r>
        <w:rPr>
          <w:rFonts w:ascii="宋体" w:hAnsi="宋体" w:eastAsia="宋体"/>
          <w:sz w:val="24"/>
        </w:rPr>
        <w:t>夜影靠在墙边，低声说了句：“你爸妈会看见的。”</w:t>
      </w:r>
    </w:p>
    <w:p>
      <w:pPr>
        <w:spacing w:line="560" w:lineRule="exact"/>
        <w:ind w:firstLine="420"/>
      </w:pPr>
      <w:r>
        <w:rPr>
          <w:rFonts w:ascii="宋体" w:hAnsi="宋体" w:eastAsia="宋体"/>
          <w:sz w:val="24"/>
        </w:rPr>
        <w:t>林风没有说话</w:t>
      </w:r>
    </w:p>
    <w:p>
      <w:r>
        <w:br w:type="page"/>
      </w:r>
    </w:p>
    <w:p>
      <w:pPr>
        <w:jc w:val="center"/>
      </w:pPr>
      <w:r>
        <w:rPr>
          <w:b/>
          <w:sz w:val="32"/>
        </w:rPr>
        <w:t>第050章 巅峰之上</w:t>
      </w:r>
    </w:p>
    <w:p>
      <w:pPr>
        <w:jc w:val="center"/>
      </w:pPr>
      <w:r>
        <w:rPr>
          <w:color w:val="999999"/>
          <w:sz w:val="18"/>
        </w:rPr>
        <w:t>（2,502字）</w:t>
      </w:r>
    </w:p>
    <w:p/>
    <w:p>
      <w:pPr>
        <w:spacing w:line="560" w:lineRule="exact"/>
        <w:ind w:firstLine="420"/>
      </w:pPr>
      <w:r>
        <w:rPr>
          <w:rFonts w:ascii="宋体" w:hAnsi="宋体" w:eastAsia="宋体"/>
          <w:sz w:val="24"/>
        </w:rPr>
        <w:t>凌晨三点十七分，神豪殿总部顶层机房警报狂响，刺耳的蜂鸣声在整栋大楼里回荡。</w:t>
      </w:r>
    </w:p>
    <w:p>
      <w:pPr>
        <w:spacing w:line="560" w:lineRule="exact"/>
        <w:ind w:firstLine="420"/>
      </w:pPr>
      <w:r>
        <w:rPr>
          <w:rFonts w:ascii="宋体" w:hAnsi="宋体" w:eastAsia="宋体"/>
          <w:sz w:val="24"/>
        </w:rPr>
        <w:t>秦雨一脚踹开门，脸色白得像一张纸，声音都变了调：“风中追风，出事了！全息开源包被人提前劫走，下载进度97%！”</w:t>
      </w:r>
    </w:p>
    <w:p>
      <w:pPr>
        <w:spacing w:line="560" w:lineRule="exact"/>
        <w:ind w:firstLine="420"/>
      </w:pPr>
      <w:r>
        <w:rPr>
          <w:rFonts w:ascii="宋体" w:hAnsi="宋体" w:eastAsia="宋体"/>
          <w:sz w:val="24"/>
        </w:rPr>
        <w:t>林风坐在主服务器前，掌心那枚古玉烫得像一团火。</w:t>
      </w:r>
    </w:p>
    <w:p>
      <w:pPr>
        <w:spacing w:line="560" w:lineRule="exact"/>
        <w:ind w:firstLine="420"/>
      </w:pPr>
      <w:r>
        <w:rPr>
          <w:rFonts w:ascii="宋体" w:hAnsi="宋体" w:eastAsia="宋体"/>
          <w:sz w:val="24"/>
        </w:rPr>
        <w:t>屏幕上，倒计时猩红刺眼。</w:t>
      </w:r>
    </w:p>
    <w:p>
      <w:pPr>
        <w:spacing w:line="560" w:lineRule="exact"/>
        <w:ind w:firstLine="420"/>
      </w:pPr>
      <w:r>
        <w:rPr>
          <w:rFonts w:ascii="宋体" w:hAnsi="宋体" w:eastAsia="宋体"/>
          <w:sz w:val="24"/>
        </w:rPr>
        <w:t>【古玉协议启动：全息现实映射技术全球开源倒计时——00:04:59】</w:t>
      </w:r>
    </w:p>
    <w:p>
      <w:pPr>
        <w:spacing w:line="560" w:lineRule="exact"/>
        <w:ind w:firstLine="420"/>
      </w:pPr>
      <w:r>
        <w:rPr>
          <w:rFonts w:ascii="宋体" w:hAnsi="宋体" w:eastAsia="宋体"/>
          <w:sz w:val="24"/>
        </w:rPr>
        <w:t>【警告：若中断，全球神经接入口将发生不可逆崩溃。】</w:t>
      </w:r>
    </w:p>
    <w:p>
      <w:pPr>
        <w:spacing w:line="560" w:lineRule="exact"/>
        <w:ind w:firstLine="420"/>
      </w:pPr>
      <w:r>
        <w:rPr>
          <w:rFonts w:ascii="宋体" w:hAnsi="宋体" w:eastAsia="宋体"/>
          <w:sz w:val="24"/>
        </w:rPr>
        <w:t>赵铁柱扛着盾牌冲进来，粗声粗气骂道：“谁他妈这么阴？老子刚睡着！”</w:t>
      </w:r>
    </w:p>
    <w:p>
      <w:pPr>
        <w:spacing w:line="560" w:lineRule="exact"/>
        <w:ind w:firstLine="420"/>
      </w:pPr>
      <w:r>
        <w:rPr>
          <w:rFonts w:ascii="宋体" w:hAnsi="宋体" w:eastAsia="宋体"/>
          <w:sz w:val="24"/>
        </w:rPr>
        <w:t>夜影站在窗边，匕首已经出鞘：“不是暗影的人。他们没这个胆子。”</w:t>
      </w:r>
    </w:p>
    <w:p>
      <w:pPr>
        <w:spacing w:line="560" w:lineRule="exact"/>
        <w:ind w:firstLine="420"/>
      </w:pPr>
      <w:r>
        <w:rPr>
          <w:rFonts w:ascii="宋体" w:hAnsi="宋体" w:eastAsia="宋体"/>
          <w:sz w:val="24"/>
        </w:rPr>
        <w:t>凌天盯着数据流，声音发冷：“是暗流。他们一直等着这一天。”</w:t>
      </w:r>
    </w:p>
    <w:p>
      <w:pPr>
        <w:spacing w:line="560" w:lineRule="exact"/>
        <w:ind w:firstLine="420"/>
      </w:pPr>
      <w:r>
        <w:rPr>
          <w:rFonts w:ascii="宋体" w:hAnsi="宋体" w:eastAsia="宋体"/>
          <w:sz w:val="24"/>
        </w:rPr>
        <w:t>林风站起身，古玉光芒顺着他的手臂蔓延到键盘上。</w:t>
      </w:r>
    </w:p>
    <w:p>
      <w:pPr>
        <w:spacing w:line="560" w:lineRule="exact"/>
        <w:ind w:firstLine="420"/>
      </w:pPr>
      <w:r>
        <w:rPr>
          <w:rFonts w:ascii="宋体" w:hAnsi="宋体" w:eastAsia="宋体"/>
          <w:sz w:val="24"/>
        </w:rPr>
        <w:t>他盯着屏幕上那个疯狂增长的非法下载进度，忽然笑了：“抢？那就让他们抢个够。”</w:t>
      </w:r>
    </w:p>
    <w:p>
      <w:pPr>
        <w:spacing w:line="560" w:lineRule="exact"/>
        <w:ind w:firstLine="420"/>
      </w:pPr>
      <w:r>
        <w:rPr>
          <w:rFonts w:ascii="宋体" w:hAnsi="宋体" w:eastAsia="宋体"/>
          <w:sz w:val="24"/>
        </w:rPr>
        <w:t>秦雨急了：“林风，开源一旦启动，就再也收不回来了！”</w:t>
      </w:r>
    </w:p>
    <w:p>
      <w:pPr>
        <w:spacing w:line="560" w:lineRule="exact"/>
        <w:ind w:firstLine="420"/>
      </w:pPr>
      <w:r>
        <w:rPr>
          <w:rFonts w:ascii="宋体" w:hAnsi="宋体" w:eastAsia="宋体"/>
          <w:sz w:val="24"/>
        </w:rPr>
        <w:t>“本来也没打算收。”</w:t>
      </w:r>
    </w:p>
    <w:p>
      <w:pPr>
        <w:spacing w:line="560" w:lineRule="exact"/>
        <w:ind w:firstLine="420"/>
      </w:pPr>
      <w:r>
        <w:rPr>
          <w:rFonts w:ascii="宋体" w:hAnsi="宋体" w:eastAsia="宋体"/>
          <w:sz w:val="24"/>
        </w:rPr>
        <w:t>林风毫不犹豫地按下回车键。</w:t>
      </w:r>
    </w:p>
    <w:p>
      <w:pPr>
        <w:spacing w:line="560" w:lineRule="exact"/>
        <w:ind w:firstLine="420"/>
      </w:pPr>
      <w:r>
        <w:rPr>
          <w:rFonts w:ascii="宋体" w:hAnsi="宋体" w:eastAsia="宋体"/>
          <w:sz w:val="24"/>
        </w:rPr>
        <w:t>“我说过，这东西不该锁在某个人的保险柜里。谁想拿它杀人，谁想拿它赚钱，谁想拿它控制世界，今天都看清楚。”</w:t>
      </w:r>
    </w:p>
    <w:p>
      <w:pPr>
        <w:spacing w:line="560" w:lineRule="exact"/>
        <w:ind w:firstLine="420"/>
      </w:pPr>
      <w:r>
        <w:rPr>
          <w:rFonts w:ascii="宋体" w:hAnsi="宋体" w:eastAsia="宋体"/>
          <w:sz w:val="24"/>
        </w:rPr>
        <w:t>【确认全球开源？】</w:t>
      </w:r>
    </w:p>
    <w:p>
      <w:pPr>
        <w:spacing w:line="560" w:lineRule="exact"/>
        <w:ind w:firstLine="420"/>
      </w:pPr>
      <w:r>
        <w:rPr>
          <w:rFonts w:ascii="宋体" w:hAnsi="宋体" w:eastAsia="宋体"/>
          <w:sz w:val="24"/>
        </w:rPr>
        <w:t>【确认。】</w:t>
      </w:r>
    </w:p>
    <w:p>
      <w:pPr>
        <w:spacing w:line="560" w:lineRule="exact"/>
        <w:ind w:firstLine="420"/>
      </w:pPr>
      <w:r>
        <w:rPr>
          <w:rFonts w:ascii="宋体" w:hAnsi="宋体" w:eastAsia="宋体"/>
          <w:sz w:val="24"/>
        </w:rPr>
        <w:t>下一秒，整个机房灯光炸亮。</w:t>
      </w:r>
    </w:p>
    <w:p>
      <w:pPr>
        <w:spacing w:line="560" w:lineRule="exact"/>
        <w:ind w:firstLine="420"/>
      </w:pPr>
      <w:r>
        <w:rPr>
          <w:rFonts w:ascii="宋体" w:hAnsi="宋体" w:eastAsia="宋体"/>
          <w:sz w:val="24"/>
        </w:rPr>
        <w:t>天穹科技总部、风婉集团数据中心、全球十七个节点同时接入。</w:t>
      </w:r>
    </w:p>
    <w:p>
      <w:pPr>
        <w:spacing w:line="560" w:lineRule="exact"/>
        <w:ind w:firstLine="420"/>
      </w:pPr>
      <w:r>
        <w:rPr>
          <w:rFonts w:ascii="宋体" w:hAnsi="宋体" w:eastAsia="宋体"/>
          <w:sz w:val="24"/>
        </w:rPr>
        <w:t>一行耀眼的金色文字，直接冲上《天界》世界频道。</w:t>
      </w:r>
    </w:p>
    <w:p>
      <w:pPr>
        <w:spacing w:line="560" w:lineRule="exact"/>
        <w:ind w:firstLine="420"/>
      </w:pPr>
      <w:r>
        <w:rPr>
          <w:rFonts w:ascii="宋体" w:hAnsi="宋体" w:eastAsia="宋体"/>
          <w:sz w:val="24"/>
        </w:rPr>
        <w:t>【系统公告：玩家风中追风触发古玉创世权限，全息现实映射技术全球开源完成。】</w:t>
      </w:r>
    </w:p>
    <w:p>
      <w:pPr>
        <w:spacing w:line="560" w:lineRule="exact"/>
        <w:ind w:firstLine="420"/>
      </w:pPr>
      <w:r>
        <w:rPr>
          <w:rFonts w:ascii="宋体" w:hAnsi="宋体" w:eastAsia="宋体"/>
          <w:sz w:val="24"/>
        </w:rPr>
        <w:t>【游戏第二阶段正式开启倒计时：00:10:00】</w:t>
      </w:r>
    </w:p>
    <w:p>
      <w:pPr>
        <w:spacing w:line="560" w:lineRule="exact"/>
        <w:ind w:firstLine="420"/>
      </w:pPr>
      <w:r>
        <w:rPr>
          <w:rFonts w:ascii="宋体" w:hAnsi="宋体" w:eastAsia="宋体"/>
          <w:sz w:val="24"/>
        </w:rPr>
        <w:t>同一时间，全球炸了。</w:t>
      </w:r>
    </w:p>
    <w:p>
      <w:pPr>
        <w:spacing w:line="560" w:lineRule="exact"/>
        <w:ind w:firstLine="420"/>
      </w:pPr>
      <w:r>
        <w:rPr>
          <w:rFonts w:ascii="宋体" w:hAnsi="宋体" w:eastAsia="宋体"/>
          <w:sz w:val="24"/>
        </w:rPr>
        <w:t>“天穹科技公开核心源码！”</w:t>
      </w:r>
    </w:p>
    <w:p>
      <w:pPr>
        <w:spacing w:line="560" w:lineRule="exact"/>
        <w:ind w:firstLine="420"/>
      </w:pPr>
      <w:r>
        <w:rPr>
          <w:rFonts w:ascii="宋体" w:hAnsi="宋体" w:eastAsia="宋体"/>
          <w:sz w:val="24"/>
        </w:rPr>
        <w:t>“《天界》不是游戏？全息技术进入民用时代！”</w:t>
      </w:r>
    </w:p>
    <w:p>
      <w:pPr>
        <w:spacing w:line="560" w:lineRule="exact"/>
        <w:ind w:firstLine="420"/>
      </w:pPr>
      <w:r>
        <w:rPr>
          <w:rFonts w:ascii="宋体" w:hAnsi="宋体" w:eastAsia="宋体"/>
          <w:sz w:val="24"/>
        </w:rPr>
        <w:t>“华夏区玩家风中追风，疑似掌握古玉权限！”</w:t>
      </w:r>
    </w:p>
    <w:p>
      <w:pPr>
        <w:spacing w:line="560" w:lineRule="exact"/>
        <w:ind w:firstLine="420"/>
      </w:pPr>
      <w:r>
        <w:rPr>
          <w:rFonts w:ascii="宋体" w:hAnsi="宋体" w:eastAsia="宋体"/>
          <w:sz w:val="24"/>
        </w:rPr>
        <w:t>“神豪殿一夜之间成为全球第一公会！”</w:t>
      </w:r>
    </w:p>
    <w:p>
      <w:pPr>
        <w:spacing w:line="560" w:lineRule="exact"/>
        <w:ind w:firstLine="420"/>
      </w:pPr>
      <w:r>
        <w:rPr>
          <w:rFonts w:ascii="宋体" w:hAnsi="宋体" w:eastAsia="宋体"/>
          <w:sz w:val="24"/>
        </w:rPr>
        <w:t>新闻头条像雪片一样铺开，短短几分钟内刷爆了全球所有资讯平台。</w:t>
      </w:r>
    </w:p>
    <w:p>
      <w:pPr>
        <w:spacing w:line="560" w:lineRule="exact"/>
        <w:ind w:firstLine="420"/>
      </w:pPr>
      <w:r>
        <w:rPr>
          <w:rFonts w:ascii="宋体" w:hAnsi="宋体" w:eastAsia="宋体"/>
          <w:sz w:val="24"/>
        </w:rPr>
        <w:t>某国际财经频道，主持人声音都在发抖：“各位观众，这不是商业事件，这是文明级事件。天穹科技刚刚宣布，将《天界》底层全息映射协议向全球开源，所有国家、企业、研究机构均可自由接入使用。”</w:t>
      </w:r>
    </w:p>
    <w:p>
      <w:pPr>
        <w:spacing w:line="560" w:lineRule="exact"/>
        <w:ind w:firstLine="420"/>
      </w:pPr>
      <w:r>
        <w:rPr>
          <w:rFonts w:ascii="宋体" w:hAnsi="宋体" w:eastAsia="宋体"/>
          <w:sz w:val="24"/>
        </w:rPr>
        <w:t>股市崩了。</w:t>
      </w:r>
    </w:p>
    <w:p>
      <w:pPr>
        <w:spacing w:line="560" w:lineRule="exact"/>
        <w:ind w:firstLine="420"/>
      </w:pPr>
      <w:r>
        <w:rPr>
          <w:rFonts w:ascii="宋体" w:hAnsi="宋体" w:eastAsia="宋体"/>
          <w:sz w:val="24"/>
        </w:rPr>
        <w:t>科技股疯了。</w:t>
      </w:r>
    </w:p>
    <w:p>
      <w:pPr>
        <w:spacing w:line="560" w:lineRule="exact"/>
        <w:ind w:firstLine="420"/>
      </w:pPr>
      <w:r>
        <w:rPr>
          <w:rFonts w:ascii="宋体" w:hAnsi="宋体" w:eastAsia="宋体"/>
          <w:sz w:val="24"/>
        </w:rPr>
        <w:t>医疗、教育、军工、娱乐，所有相关行业都在紧急重新估值。</w:t>
      </w:r>
    </w:p>
    <w:p>
      <w:pPr>
        <w:spacing w:line="560" w:lineRule="exact"/>
        <w:ind w:firstLine="420"/>
      </w:pPr>
      <w:r>
        <w:rPr>
          <w:rFonts w:ascii="宋体" w:hAnsi="宋体" w:eastAsia="宋体"/>
          <w:sz w:val="24"/>
        </w:rPr>
        <w:t>有人骂林风疯了。</w:t>
      </w:r>
    </w:p>
    <w:p>
      <w:pPr>
        <w:spacing w:line="560" w:lineRule="exact"/>
        <w:ind w:firstLine="420"/>
      </w:pPr>
      <w:r>
        <w:rPr>
          <w:rFonts w:ascii="宋体" w:hAnsi="宋体" w:eastAsia="宋体"/>
          <w:sz w:val="24"/>
        </w:rPr>
        <w:t>有人说他是救世主。</w:t>
      </w:r>
    </w:p>
    <w:p>
      <w:pPr>
        <w:spacing w:line="560" w:lineRule="exact"/>
        <w:ind w:firstLine="420"/>
      </w:pPr>
      <w:r>
        <w:rPr>
          <w:rFonts w:ascii="宋体" w:hAnsi="宋体" w:eastAsia="宋体"/>
          <w:sz w:val="24"/>
        </w:rPr>
        <w:t>更有人说，他把人类的未来，扔进了一个谁都能抢的战场。</w:t>
      </w:r>
    </w:p>
    <w:p>
      <w:pPr>
        <w:spacing w:line="560" w:lineRule="exact"/>
        <w:ind w:firstLine="420"/>
      </w:pPr>
      <w:r>
        <w:rPr>
          <w:rFonts w:ascii="宋体" w:hAnsi="宋体" w:eastAsia="宋体"/>
          <w:sz w:val="24"/>
        </w:rPr>
        <w:t>神豪殿公会频道里，消息刷到根本看不清，所有人都在疯狂喊话。</w:t>
      </w:r>
    </w:p>
    <w:p>
      <w:pPr>
        <w:spacing w:line="560" w:lineRule="exact"/>
        <w:ind w:firstLine="420"/>
      </w:pPr>
      <w:r>
        <w:rPr>
          <w:rFonts w:ascii="宋体" w:hAnsi="宋体" w:eastAsia="宋体"/>
          <w:sz w:val="24"/>
        </w:rPr>
        <w:t>赵铁柱吼道：“老大，外面全疯了！主播都在喊你爸爸！”</w:t>
      </w:r>
    </w:p>
    <w:p>
      <w:pPr>
        <w:spacing w:line="560" w:lineRule="exact"/>
        <w:ind w:firstLine="420"/>
      </w:pPr>
      <w:r>
        <w:rPr>
          <w:rFonts w:ascii="宋体" w:hAnsi="宋体" w:eastAsia="宋体"/>
          <w:sz w:val="24"/>
        </w:rPr>
        <w:t>苏小雅开着直播，直播间人数直接破了平台纪录。她对着镜头喘着气，声音又激动又紧张：“家人们，别刷了，服务器真要炸了！今天不是普通版本更新，这是《天界》第二阶段，也是现实世界的第二阶段！”</w:t>
      </w:r>
    </w:p>
    <w:p>
      <w:pPr>
        <w:spacing w:line="560" w:lineRule="exact"/>
        <w:ind w:firstLine="420"/>
      </w:pPr>
      <w:r>
        <w:rPr>
          <w:rFonts w:ascii="宋体" w:hAnsi="宋体" w:eastAsia="宋体"/>
          <w:sz w:val="24"/>
        </w:rPr>
        <w:t>弹幕疯狂滚动。</w:t>
      </w:r>
    </w:p>
    <w:p>
      <w:pPr>
        <w:spacing w:line="560" w:lineRule="exact"/>
        <w:ind w:firstLine="420"/>
      </w:pPr>
      <w:r>
        <w:rPr>
          <w:rFonts w:ascii="宋体" w:hAnsi="宋体" w:eastAsia="宋体"/>
          <w:sz w:val="24"/>
        </w:rPr>
        <w:t>【风中追风牛逼！】</w:t>
      </w:r>
    </w:p>
    <w:p>
      <w:pPr>
        <w:spacing w:line="560" w:lineRule="exact"/>
        <w:ind w:firstLine="420"/>
      </w:pPr>
      <w:r>
        <w:rPr>
          <w:rFonts w:ascii="宋体" w:hAnsi="宋体" w:eastAsia="宋体"/>
          <w:sz w:val="24"/>
        </w:rPr>
        <w:t>【神豪殿牛逼！】</w:t>
      </w:r>
    </w:p>
    <w:p>
      <w:pPr>
        <w:spacing w:line="560" w:lineRule="exact"/>
        <w:ind w:firstLine="420"/>
      </w:pPr>
      <w:r>
        <w:rPr>
          <w:rFonts w:ascii="宋体" w:hAnsi="宋体" w:eastAsia="宋体"/>
          <w:sz w:val="24"/>
        </w:rPr>
        <w:t>【开源全息技术，这是什么神豪操作？】</w:t>
      </w:r>
    </w:p>
    <w:p>
      <w:pPr>
        <w:spacing w:line="560" w:lineRule="exact"/>
        <w:ind w:firstLine="420"/>
      </w:pPr>
      <w:r>
        <w:rPr>
          <w:rFonts w:ascii="宋体" w:hAnsi="宋体" w:eastAsia="宋体"/>
          <w:sz w:val="24"/>
        </w:rPr>
        <w:t>【暗流要哭了吧？】</w:t>
      </w:r>
    </w:p>
    <w:p>
      <w:pPr>
        <w:spacing w:line="560" w:lineRule="exact"/>
        <w:ind w:firstLine="420"/>
      </w:pPr>
      <w:r>
        <w:rPr>
          <w:rFonts w:ascii="宋体" w:hAnsi="宋体" w:eastAsia="宋体"/>
          <w:sz w:val="24"/>
        </w:rPr>
        <w:t>苏小雅看到最后一条，脸色忽然一变：“别乱说，暗流的人可能已经上线了。”</w:t>
      </w:r>
    </w:p>
    <w:p>
      <w:pPr>
        <w:spacing w:line="560" w:lineRule="exact"/>
        <w:ind w:firstLine="420"/>
      </w:pPr>
      <w:r>
        <w:rPr>
          <w:rFonts w:ascii="宋体" w:hAnsi="宋体" w:eastAsia="宋体"/>
          <w:sz w:val="24"/>
        </w:rPr>
        <w:t>凌天推了推眼镜：“小雅，切到神都北门监控。有人来了。”</w:t>
      </w:r>
    </w:p>
    <w:p>
      <w:pPr>
        <w:spacing w:line="560" w:lineRule="exact"/>
        <w:ind w:firstLine="420"/>
      </w:pPr>
      <w:r>
        <w:rPr>
          <w:rFonts w:ascii="宋体" w:hAnsi="宋体" w:eastAsia="宋体"/>
          <w:sz w:val="24"/>
        </w:rPr>
        <w:t>《天界》神都上空，原本晴朗的星空突然裂开。</w:t>
      </w:r>
    </w:p>
    <w:p>
      <w:pPr>
        <w:spacing w:line="560" w:lineRule="exact"/>
        <w:ind w:firstLine="420"/>
      </w:pPr>
      <w:r>
        <w:rPr>
          <w:rFonts w:ascii="宋体" w:hAnsi="宋体" w:eastAsia="宋体"/>
          <w:sz w:val="24"/>
        </w:rPr>
        <w:t>一道黑色裂缝横贯苍穹，像有人拿刀划破了世界。</w:t>
      </w:r>
    </w:p>
    <w:p>
      <w:pPr>
        <w:spacing w:line="560" w:lineRule="exact"/>
        <w:ind w:firstLine="420"/>
      </w:pPr>
      <w:r>
        <w:rPr>
          <w:rFonts w:ascii="宋体" w:hAnsi="宋体" w:eastAsia="宋体"/>
          <w:sz w:val="24"/>
        </w:rPr>
        <w:t>裂缝里，走出十名黑甲骑士。</w:t>
      </w:r>
    </w:p>
    <w:p>
      <w:pPr>
        <w:spacing w:line="560" w:lineRule="exact"/>
        <w:ind w:firstLine="420"/>
      </w:pPr>
      <w:r>
        <w:rPr>
          <w:rFonts w:ascii="宋体" w:hAnsi="宋体" w:eastAsia="宋体"/>
          <w:sz w:val="24"/>
        </w:rPr>
        <w:t>他们头顶ID全是乱码，只有为首一人清晰可见。</w:t>
      </w:r>
    </w:p>
    <w:p>
      <w:pPr>
        <w:spacing w:line="560" w:lineRule="exact"/>
        <w:ind w:firstLine="420"/>
      </w:pPr>
      <w:r>
        <w:rPr>
          <w:rFonts w:ascii="宋体" w:hAnsi="宋体" w:eastAsia="宋体"/>
          <w:sz w:val="24"/>
        </w:rPr>
        <w:t>【暗流裁决者·七号】</w:t>
      </w:r>
    </w:p>
    <w:p>
      <w:pPr>
        <w:spacing w:line="560" w:lineRule="exact"/>
        <w:ind w:firstLine="420"/>
      </w:pPr>
      <w:r>
        <w:rPr>
          <w:rFonts w:ascii="宋体" w:hAnsi="宋体" w:eastAsia="宋体"/>
          <w:sz w:val="24"/>
        </w:rPr>
        <w:t>等级：89</w:t>
      </w:r>
    </w:p>
    <w:p>
      <w:pPr>
        <w:spacing w:line="560" w:lineRule="exact"/>
        <w:ind w:firstLine="420"/>
      </w:pPr>
      <w:r>
        <w:rPr>
          <w:rFonts w:ascii="宋体" w:hAnsi="宋体" w:eastAsia="宋体"/>
          <w:sz w:val="24"/>
        </w:rPr>
        <w:t>称号：灭世执行者</w:t>
      </w:r>
    </w:p>
    <w:p>
      <w:pPr>
        <w:spacing w:line="560" w:lineRule="exact"/>
        <w:ind w:firstLine="420"/>
      </w:pPr>
      <w:r>
        <w:rPr>
          <w:rFonts w:ascii="宋体" w:hAnsi="宋体" w:eastAsia="宋体"/>
          <w:sz w:val="24"/>
        </w:rPr>
        <w:t>赵铁柱扛盾挡在林风身前，咧嘴一笑，露出被血染红的牙齿：“巧了，老子最喜欢砍穿盔甲的怪。”</w:t>
      </w:r>
    </w:p>
    <w:p>
      <w:pPr>
        <w:spacing w:line="560" w:lineRule="exact"/>
        <w:ind w:firstLine="420"/>
      </w:pPr>
      <w:r>
        <w:rPr>
          <w:rFonts w:ascii="宋体" w:hAnsi="宋体" w:eastAsia="宋体"/>
          <w:sz w:val="24"/>
        </w:rPr>
        <w:t>【泰坦壁垒】！</w:t>
      </w:r>
    </w:p>
    <w:p>
      <w:pPr>
        <w:spacing w:line="560" w:lineRule="exact"/>
        <w:ind w:firstLine="420"/>
      </w:pPr>
      <w:r>
        <w:rPr>
          <w:rFonts w:ascii="宋体" w:hAnsi="宋体" w:eastAsia="宋体"/>
          <w:sz w:val="24"/>
        </w:rPr>
        <w:t>赵铁柱身上金光大涨，一面巨盾砸进地面。</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黑甲骑士冲锋撞上盾面，伤害数字跳出。</w:t>
      </w:r>
    </w:p>
    <w:p>
      <w:pPr>
        <w:spacing w:line="560" w:lineRule="exact"/>
        <w:ind w:firstLine="420"/>
      </w:pPr>
      <w:r>
        <w:rPr>
          <w:rFonts w:ascii="宋体" w:hAnsi="宋体" w:eastAsia="宋体"/>
          <w:sz w:val="24"/>
        </w:rPr>
        <w:t>-24180！</w:t>
      </w:r>
    </w:p>
    <w:p>
      <w:pPr>
        <w:spacing w:line="560" w:lineRule="exact"/>
        <w:ind w:firstLine="420"/>
      </w:pPr>
      <w:r>
        <w:rPr>
          <w:rFonts w:ascii="宋体" w:hAnsi="宋体" w:eastAsia="宋体"/>
          <w:sz w:val="24"/>
        </w:rPr>
        <w:t>赵铁柱血条只抖了一下。</w:t>
      </w:r>
    </w:p>
    <w:p>
      <w:pPr>
        <w:spacing w:line="560" w:lineRule="exact"/>
        <w:ind w:firstLine="420"/>
      </w:pPr>
      <w:r>
        <w:rPr>
          <w:rFonts w:ascii="宋体" w:hAnsi="宋体" w:eastAsia="宋体"/>
          <w:sz w:val="24"/>
        </w:rPr>
        <w:t>“就这？”他怒吼，“【战争怒吼】！”</w:t>
      </w:r>
    </w:p>
    <w:p>
      <w:pPr>
        <w:spacing w:line="560" w:lineRule="exact"/>
        <w:ind w:firstLine="420"/>
      </w:pPr>
      <w:r>
        <w:rPr>
          <w:rFonts w:ascii="宋体" w:hAnsi="宋体" w:eastAsia="宋体"/>
          <w:sz w:val="24"/>
        </w:rPr>
        <w:t>神豪殿前排全员攻击力提升35%。</w:t>
      </w:r>
    </w:p>
    <w:p>
      <w:pPr>
        <w:spacing w:line="560" w:lineRule="exact"/>
        <w:ind w:firstLine="420"/>
      </w:pPr>
      <w:r>
        <w:rPr>
          <w:rFonts w:ascii="宋体" w:hAnsi="宋体" w:eastAsia="宋体"/>
          <w:sz w:val="24"/>
        </w:rPr>
        <w:t>夜影身影一晃，直接消失在阴影里。</w:t>
      </w:r>
    </w:p>
    <w:p>
      <w:pPr>
        <w:spacing w:line="560" w:lineRule="exact"/>
        <w:ind w:firstLine="420"/>
      </w:pPr>
      <w:r>
        <w:rPr>
          <w:rFonts w:ascii="宋体" w:hAnsi="宋体" w:eastAsia="宋体"/>
          <w:sz w:val="24"/>
        </w:rPr>
        <w:t>【影杀·断喉】！</w:t>
      </w:r>
    </w:p>
    <w:p>
      <w:pPr>
        <w:spacing w:line="560" w:lineRule="exact"/>
        <w:ind w:firstLine="420"/>
      </w:pPr>
      <w:r>
        <w:rPr>
          <w:rFonts w:ascii="宋体" w:hAnsi="宋体" w:eastAsia="宋体"/>
          <w:sz w:val="24"/>
        </w:rPr>
        <w:t>-642100！</w:t>
      </w:r>
    </w:p>
    <w:p>
      <w:pPr>
        <w:spacing w:line="560" w:lineRule="exact"/>
        <w:ind w:firstLine="420"/>
      </w:pPr>
      <w:r>
        <w:rPr>
          <w:rFonts w:ascii="宋体" w:hAnsi="宋体" w:eastAsia="宋体"/>
          <w:sz w:val="24"/>
        </w:rPr>
        <w:t>一名黑甲骑士头盔炸裂，尸体还没倒下，就被夜影一脚踹飞。</w:t>
      </w:r>
    </w:p>
    <w:p>
      <w:pPr>
        <w:spacing w:line="560" w:lineRule="exact"/>
        <w:ind w:firstLine="420"/>
      </w:pPr>
      <w:r>
        <w:rPr>
          <w:rFonts w:ascii="宋体" w:hAnsi="宋体" w:eastAsia="宋体"/>
          <w:sz w:val="24"/>
        </w:rPr>
        <w:t>苏小雅直播间瞬间爆炸。</w:t>
      </w:r>
    </w:p>
    <w:p>
      <w:pPr>
        <w:spacing w:line="560" w:lineRule="exact"/>
        <w:ind w:firstLine="420"/>
      </w:pPr>
      <w:r>
        <w:rPr>
          <w:rFonts w:ascii="宋体" w:hAnsi="宋体" w:eastAsia="宋体"/>
          <w:sz w:val="24"/>
        </w:rPr>
        <w:t>“看到了吗！这就是夜影！前冠军不是白叫的！”</w:t>
      </w:r>
    </w:p>
    <w:p>
      <w:pPr>
        <w:spacing w:line="560" w:lineRule="exact"/>
        <w:ind w:firstLine="420"/>
      </w:pPr>
      <w:r>
        <w:rPr>
          <w:rFonts w:ascii="宋体" w:hAnsi="宋体" w:eastAsia="宋体"/>
          <w:sz w:val="24"/>
        </w:rPr>
        <w:t>凌天在指挥频道沉声道：“左三右二，别让他们靠近古玉节点。林风，第二阶段还有三分钟，你得撑住。”</w:t>
      </w:r>
    </w:p>
    <w:p>
      <w:pPr>
        <w:spacing w:line="560" w:lineRule="exact"/>
        <w:ind w:firstLine="420"/>
      </w:pPr>
      <w:r>
        <w:rPr>
          <w:rFonts w:ascii="宋体" w:hAnsi="宋体" w:eastAsia="宋体"/>
          <w:sz w:val="24"/>
        </w:rPr>
        <w:t>林风拔出长剑，剑身映出古玉纹路。</w:t>
      </w:r>
    </w:p>
    <w:p>
      <w:pPr>
        <w:spacing w:line="560" w:lineRule="exact"/>
        <w:ind w:firstLine="420"/>
      </w:pPr>
      <w:r>
        <w:rPr>
          <w:rFonts w:ascii="宋体" w:hAnsi="宋体" w:eastAsia="宋体"/>
          <w:sz w:val="24"/>
        </w:rPr>
        <w:t>【神豪领域：氪金即真理】开启！</w:t>
        <w:br/>
        <w:t>林风身上金光暴涨，一道金色光环以他为中心扩散开来，笼罩了整个战场！</w:t>
      </w:r>
    </w:p>
    <w:p>
      <w:pPr>
        <w:spacing w:line="560" w:lineRule="exact"/>
        <w:ind w:firstLine="420"/>
      </w:pPr>
      <w:r>
        <w:rPr>
          <w:rFonts w:ascii="宋体" w:hAnsi="宋体" w:eastAsia="宋体"/>
          <w:sz w:val="24"/>
        </w:rPr>
        <w:t>【全属性提升300%】</w:t>
      </w:r>
    </w:p>
    <w:p>
      <w:pPr>
        <w:spacing w:line="560" w:lineRule="exact"/>
        <w:ind w:firstLine="420"/>
      </w:pPr>
      <w:r>
        <w:rPr>
          <w:rFonts w:ascii="宋体" w:hAnsi="宋体" w:eastAsia="宋体"/>
          <w:sz w:val="24"/>
        </w:rPr>
        <w:t>【技能冷却缩短80%】</w:t>
      </w:r>
    </w:p>
    <w:p>
      <w:pPr>
        <w:spacing w:line="560" w:lineRule="exact"/>
        <w:ind w:firstLine="420"/>
      </w:pPr>
      <w:r>
        <w:rPr>
          <w:rFonts w:ascii="宋体" w:hAnsi="宋体" w:eastAsia="宋体"/>
          <w:sz w:val="24"/>
        </w:rPr>
        <w:t>【伤害转化：每消耗10000金币，下一次攻击额外增加10%真实伤害】</w:t>
      </w:r>
    </w:p>
    <w:p>
      <w:pPr>
        <w:spacing w:line="560" w:lineRule="exact"/>
        <w:ind w:firstLine="420"/>
      </w:pPr>
      <w:r>
        <w:rPr>
          <w:rFonts w:ascii="宋体" w:hAnsi="宋体" w:eastAsia="宋体"/>
          <w:sz w:val="24"/>
        </w:rPr>
        <w:t>系统提示疯狂刷屏。</w:t>
      </w:r>
    </w:p>
    <w:p>
      <w:pPr>
        <w:spacing w:line="560" w:lineRule="exact"/>
        <w:ind w:firstLine="420"/>
      </w:pPr>
      <w:r>
        <w:rPr>
          <w:rFonts w:ascii="宋体" w:hAnsi="宋体" w:eastAsia="宋体"/>
          <w:sz w:val="24"/>
        </w:rPr>
        <w:t>【充值成功：100000000金币】</w:t>
      </w:r>
    </w:p>
    <w:p>
      <w:pPr>
        <w:spacing w:line="560" w:lineRule="exact"/>
        <w:ind w:firstLine="420"/>
      </w:pPr>
      <w:r>
        <w:rPr>
          <w:rFonts w:ascii="宋体" w:hAnsi="宋体" w:eastAsia="宋体"/>
          <w:sz w:val="24"/>
        </w:rPr>
        <w:t>【充值成功：100000000金币】</w:t>
      </w:r>
    </w:p>
    <w:p>
      <w:pPr>
        <w:spacing w:line="560" w:lineRule="exact"/>
        <w:ind w:firstLine="420"/>
      </w:pPr>
      <w:r>
        <w:rPr>
          <w:rFonts w:ascii="宋体" w:hAnsi="宋体" w:eastAsia="宋体"/>
          <w:sz w:val="24"/>
        </w:rPr>
        <w:t>【充值成功：100000000金币】</w:t>
      </w:r>
    </w:p>
    <w:p>
      <w:pPr>
        <w:spacing w:line="560" w:lineRule="exact"/>
        <w:ind w:firstLine="420"/>
      </w:pPr>
      <w:r>
        <w:rPr>
          <w:rFonts w:ascii="宋体" w:hAnsi="宋体" w:eastAsia="宋体"/>
          <w:sz w:val="24"/>
        </w:rPr>
        <w:t>赵铁柱看得嘴角直抽：“老大，你这哪是开挂，你这是拿钱砸服务器！”</w:t>
      </w:r>
    </w:p>
    <w:p>
      <w:pPr>
        <w:spacing w:line="560" w:lineRule="exact"/>
        <w:ind w:firstLine="420"/>
      </w:pPr>
      <w:r>
        <w:rPr>
          <w:rFonts w:ascii="宋体" w:hAnsi="宋体" w:eastAsia="宋体"/>
          <w:sz w:val="24"/>
        </w:rPr>
        <w:t>林风抬剑，指向半空。</w:t>
      </w:r>
    </w:p>
    <w:p>
      <w:pPr>
        <w:spacing w:line="560" w:lineRule="exact"/>
        <w:ind w:firstLine="420"/>
      </w:pPr>
      <w:r>
        <w:rPr>
          <w:rFonts w:ascii="宋体" w:hAnsi="宋体" w:eastAsia="宋体"/>
          <w:sz w:val="24"/>
        </w:rPr>
        <w:t>“星河。”</w:t>
      </w:r>
    </w:p>
    <w:p>
      <w:pPr>
        <w:spacing w:line="560" w:lineRule="exact"/>
        <w:ind w:firstLine="420"/>
      </w:pPr>
      <w:r>
        <w:rPr>
          <w:rFonts w:ascii="宋体" w:hAnsi="宋体" w:eastAsia="宋体"/>
          <w:sz w:val="24"/>
        </w:rPr>
        <w:t>剑光炸开，神都夜空瞬间被无数金色剑气点亮。</w:t>
      </w:r>
    </w:p>
    <w:p>
      <w:pPr>
        <w:spacing w:line="560" w:lineRule="exact"/>
        <w:ind w:firstLine="420"/>
      </w:pPr>
      <w:r>
        <w:rPr>
          <w:rFonts w:ascii="宋体" w:hAnsi="宋体" w:eastAsia="宋体"/>
          <w:sz w:val="24"/>
        </w:rPr>
        <w:t>【星河斩】！</w:t>
      </w:r>
    </w:p>
    <w:p>
      <w:pPr>
        <w:spacing w:line="560" w:lineRule="exact"/>
        <w:ind w:firstLine="420"/>
      </w:pPr>
      <w:r>
        <w:rPr>
          <w:rFonts w:ascii="宋体" w:hAnsi="宋体" w:eastAsia="宋体"/>
          <w:sz w:val="24"/>
        </w:rPr>
        <w:t>-382916！</w:t>
      </w:r>
    </w:p>
    <w:p>
      <w:pPr>
        <w:spacing w:line="560" w:lineRule="exact"/>
        <w:ind w:firstLine="420"/>
      </w:pPr>
      <w:r>
        <w:rPr>
          <w:rFonts w:ascii="宋体" w:hAnsi="宋体" w:eastAsia="宋体"/>
          <w:sz w:val="24"/>
        </w:rPr>
        <w:t>-382916！</w:t>
      </w:r>
    </w:p>
    <w:p>
      <w:pPr>
        <w:spacing w:line="560" w:lineRule="exact"/>
        <w:ind w:firstLine="420"/>
      </w:pPr>
      <w:r>
        <w:rPr>
          <w:rFonts w:ascii="宋体" w:hAnsi="宋体" w:eastAsia="宋体"/>
          <w:sz w:val="24"/>
        </w:rPr>
        <w:t>-382916！</w:t>
      </w:r>
    </w:p>
    <w:p>
      <w:pPr>
        <w:spacing w:line="560" w:lineRule="exact"/>
        <w:ind w:firstLine="420"/>
      </w:pPr>
      <w:r>
        <w:rPr>
          <w:rFonts w:ascii="宋体" w:hAnsi="宋体" w:eastAsia="宋体"/>
          <w:sz w:val="24"/>
        </w:rPr>
        <w:t>十名黑甲骑士同时后退，血条被硬生生削掉一截。</w:t>
      </w:r>
    </w:p>
    <w:p>
      <w:pPr>
        <w:spacing w:line="560" w:lineRule="exact"/>
        <w:ind w:firstLine="420"/>
      </w:pPr>
      <w:r>
        <w:rPr>
          <w:rFonts w:ascii="宋体" w:hAnsi="宋体" w:eastAsia="宋体"/>
          <w:sz w:val="24"/>
        </w:rPr>
        <w:t>暗流裁决者七号抬头，声音像金属摩擦：“风中追风，交出古玉。”</w:t>
      </w:r>
    </w:p>
    <w:p>
      <w:pPr>
        <w:spacing w:line="560" w:lineRule="exact"/>
        <w:ind w:firstLine="420"/>
      </w:pPr>
      <w:r>
        <w:rPr>
          <w:rFonts w:ascii="宋体" w:hAnsi="宋体" w:eastAsia="宋体"/>
          <w:sz w:val="24"/>
        </w:rPr>
        <w:t>林风看着他：“你也配？”</w:t>
      </w:r>
    </w:p>
    <w:p>
      <w:pPr>
        <w:spacing w:line="560" w:lineRule="exact"/>
        <w:ind w:firstLine="420"/>
      </w:pPr>
      <w:r>
        <w:rPr>
          <w:rFonts w:ascii="宋体" w:hAnsi="宋体" w:eastAsia="宋体"/>
          <w:sz w:val="24"/>
        </w:rPr>
        <w:t>【万剑归宗】！</w:t>
      </w:r>
    </w:p>
    <w:p>
      <w:pPr>
        <w:spacing w:line="560" w:lineRule="exact"/>
        <w:ind w:firstLine="420"/>
      </w:pPr>
      <w:r>
        <w:rPr>
          <w:rFonts w:ascii="宋体" w:hAnsi="宋体" w:eastAsia="宋体"/>
          <w:sz w:val="24"/>
        </w:rPr>
        <w:t>漫天剑雨落下。</w:t>
      </w:r>
    </w:p>
    <w:p>
      <w:pPr>
        <w:spacing w:line="560" w:lineRule="exact"/>
        <w:ind w:firstLine="420"/>
      </w:pPr>
      <w:r>
        <w:rPr>
          <w:rFonts w:ascii="宋体" w:hAnsi="宋体" w:eastAsia="宋体"/>
          <w:sz w:val="24"/>
        </w:rPr>
        <w:t>-1264832！</w:t>
      </w:r>
    </w:p>
    <w:p>
      <w:pPr>
        <w:spacing w:line="560" w:lineRule="exact"/>
        <w:ind w:firstLine="420"/>
      </w:pPr>
      <w:r>
        <w:rPr>
          <w:rFonts w:ascii="宋体" w:hAnsi="宋体" w:eastAsia="宋体"/>
          <w:sz w:val="24"/>
        </w:rPr>
        <w:t>-1264832！</w:t>
      </w:r>
    </w:p>
    <w:p>
      <w:pPr>
        <w:spacing w:line="560" w:lineRule="exact"/>
        <w:ind w:firstLine="420"/>
      </w:pPr>
      <w:r>
        <w:rPr>
          <w:rFonts w:ascii="宋体" w:hAnsi="宋体" w:eastAsia="宋体"/>
          <w:sz w:val="24"/>
        </w:rPr>
        <w:t>-1264832！</w:t>
      </w:r>
    </w:p>
    <w:p>
      <w:pPr>
        <w:spacing w:line="560" w:lineRule="exact"/>
        <w:ind w:firstLine="420"/>
      </w:pPr>
      <w:r>
        <w:rPr>
          <w:rFonts w:ascii="宋体" w:hAnsi="宋体" w:eastAsia="宋体"/>
          <w:sz w:val="24"/>
        </w:rPr>
        <w:t>三名黑甲骑士当场爆成黑雾。</w:t>
      </w:r>
    </w:p>
    <w:p>
      <w:pPr>
        <w:spacing w:line="560" w:lineRule="exact"/>
        <w:ind w:firstLine="420"/>
      </w:pPr>
      <w:r>
        <w:rPr>
          <w:rFonts w:ascii="宋体" w:hAnsi="宋体" w:eastAsia="宋体"/>
          <w:sz w:val="24"/>
        </w:rPr>
        <w:t>七号胸口铠甲被剑气撕裂出一道触目惊心的裂口，黑色血液从裂缝中渗出，但它依然屹立不倒。</w:t>
      </w:r>
    </w:p>
    <w:p>
      <w:pPr>
        <w:spacing w:line="560" w:lineRule="exact"/>
        <w:ind w:firstLine="420"/>
      </w:pPr>
      <w:r>
        <w:rPr>
          <w:rFonts w:ascii="宋体" w:hAnsi="宋体" w:eastAsia="宋体"/>
          <w:sz w:val="24"/>
        </w:rPr>
        <w:t>它抬起手，黑色法阵在林风脚下展开。</w:t>
      </w:r>
    </w:p>
    <w:p>
      <w:pPr>
        <w:spacing w:line="560" w:lineRule="exact"/>
        <w:ind w:firstLine="420"/>
      </w:pPr>
      <w:r>
        <w:rPr>
          <w:rFonts w:ascii="宋体" w:hAnsi="宋体" w:eastAsia="宋体"/>
          <w:sz w:val="24"/>
        </w:rPr>
        <w:t>【暗流湮灭】！</w:t>
      </w:r>
    </w:p>
    <w:p>
      <w:pPr>
        <w:spacing w:line="560" w:lineRule="exact"/>
        <w:ind w:firstLine="420"/>
      </w:pPr>
      <w:r>
        <w:rPr>
          <w:rFonts w:ascii="宋体" w:hAnsi="宋体" w:eastAsia="宋体"/>
          <w:sz w:val="24"/>
        </w:rPr>
        <w:t>赵铁柱毫不犹豫地扑了过来，巨盾横在法阵与林风之间。盾面被黑色能量冲击出蛛网般的裂纹，发出刺耳的金属呻吟声。</w:t>
      </w:r>
    </w:p>
    <w:p>
      <w:pPr>
        <w:spacing w:line="560" w:lineRule="exact"/>
        <w:ind w:firstLine="420"/>
      </w:pPr>
      <w:r>
        <w:rPr>
          <w:rFonts w:ascii="宋体" w:hAnsi="宋体" w:eastAsia="宋体"/>
          <w:sz w:val="24"/>
        </w:rPr>
        <w:t>-980000！</w:t>
      </w:r>
    </w:p>
    <w:p>
      <w:pPr>
        <w:spacing w:line="560" w:lineRule="exact"/>
        <w:ind w:firstLine="420"/>
      </w:pPr>
      <w:r>
        <w:rPr>
          <w:rFonts w:ascii="宋体" w:hAnsi="宋体" w:eastAsia="宋体"/>
          <w:sz w:val="24"/>
        </w:rPr>
        <w:t>他一口血喷出来，仍死死顶住：“想动我老大，先问问我这身板答不答应！”</w:t>
      </w:r>
    </w:p>
    <w:p>
      <w:pPr>
        <w:spacing w:line="560" w:lineRule="exact"/>
        <w:ind w:firstLine="420"/>
      </w:pPr>
      <w:r>
        <w:rPr>
          <w:rFonts w:ascii="宋体" w:hAnsi="宋体" w:eastAsia="宋体"/>
          <w:sz w:val="24"/>
        </w:rPr>
        <w:t>夜影冷声道：“铁柱，退！”</w:t>
      </w:r>
    </w:p>
    <w:p>
      <w:pPr>
        <w:spacing w:line="560" w:lineRule="exact"/>
        <w:ind w:firstLine="420"/>
      </w:pPr>
      <w:r>
        <w:rPr>
          <w:rFonts w:ascii="宋体" w:hAnsi="宋体" w:eastAsia="宋体"/>
          <w:sz w:val="24"/>
        </w:rPr>
        <w:t>“不退！”</w:t>
      </w:r>
    </w:p>
    <w:p>
      <w:pPr>
        <w:spacing w:line="560" w:lineRule="exact"/>
        <w:ind w:firstLine="420"/>
      </w:pPr>
      <w:r>
        <w:rPr>
          <w:rFonts w:ascii="宋体" w:hAnsi="宋体" w:eastAsia="宋体"/>
          <w:sz w:val="24"/>
        </w:rPr>
        <w:t>“那就一起砍。”</w:t>
      </w:r>
    </w:p>
    <w:p>
      <w:pPr>
        <w:spacing w:line="560" w:lineRule="exact"/>
        <w:ind w:firstLine="420"/>
      </w:pPr>
      <w:r>
        <w:rPr>
          <w:rFonts w:ascii="宋体" w:hAnsi="宋体" w:eastAsia="宋体"/>
          <w:sz w:val="24"/>
        </w:rPr>
        <w:t>夜影身影再闪。</w:t>
      </w:r>
    </w:p>
    <w:p>
      <w:pPr>
        <w:spacing w:line="560" w:lineRule="exact"/>
        <w:ind w:firstLine="420"/>
      </w:pPr>
      <w:r>
        <w:rPr>
          <w:rFonts w:ascii="宋体" w:hAnsi="宋体" w:eastAsia="宋体"/>
          <w:sz w:val="24"/>
        </w:rPr>
        <w:t>【影舞·千刃】！</w:t>
      </w:r>
    </w:p>
    <w:p>
      <w:pPr>
        <w:spacing w:line="560" w:lineRule="exact"/>
        <w:ind w:firstLine="420"/>
      </w:pPr>
      <w:r>
        <w:rPr>
          <w:rFonts w:ascii="宋体" w:hAnsi="宋体" w:eastAsia="宋体"/>
          <w:sz w:val="24"/>
        </w:rPr>
        <w:t>-518640！</w:t>
      </w:r>
    </w:p>
    <w:p>
      <w:pPr>
        <w:spacing w:line="560" w:lineRule="exact"/>
        <w:ind w:firstLine="420"/>
      </w:pPr>
      <w:r>
        <w:rPr>
          <w:rFonts w:ascii="宋体" w:hAnsi="宋体" w:eastAsia="宋体"/>
          <w:sz w:val="24"/>
        </w:rPr>
        <w:t>-518640！</w:t>
      </w:r>
    </w:p>
    <w:p>
      <w:pPr>
        <w:spacing w:line="560" w:lineRule="exact"/>
        <w:ind w:firstLine="420"/>
      </w:pPr>
      <w:r>
        <w:rPr>
          <w:rFonts w:ascii="宋体" w:hAnsi="宋体" w:eastAsia="宋体"/>
          <w:sz w:val="24"/>
        </w:rPr>
        <w:t>-518640！</w:t>
      </w:r>
    </w:p>
    <w:p>
      <w:pPr>
        <w:spacing w:line="560" w:lineRule="exact"/>
        <w:ind w:firstLine="420"/>
      </w:pPr>
      <w:r>
        <w:rPr>
          <w:rFonts w:ascii="宋体" w:hAnsi="宋体" w:eastAsia="宋体"/>
          <w:sz w:val="24"/>
        </w:rPr>
        <w:t>林风长剑下压，古玉光芒顺着剑锋燃烧。</w:t>
      </w:r>
    </w:p>
    <w:p>
      <w:pPr>
        <w:spacing w:line="560" w:lineRule="exact"/>
        <w:ind w:firstLine="420"/>
      </w:pPr>
      <w:r>
        <w:rPr>
          <w:rFonts w:ascii="宋体" w:hAnsi="宋体" w:eastAsia="宋体"/>
          <w:sz w:val="24"/>
        </w:rPr>
        <w:t>【古玉·开天】！</w:t>
      </w:r>
    </w:p>
    <w:p>
      <w:pPr>
        <w:spacing w:line="560" w:lineRule="exact"/>
        <w:ind w:firstLine="420"/>
      </w:pPr>
      <w:r>
        <w:rPr>
          <w:rFonts w:ascii="宋体" w:hAnsi="宋体" w:eastAsia="宋体"/>
          <w:sz w:val="24"/>
        </w:rPr>
        <w:t>一道金色光柱从神都中心冲天而起。</w:t>
      </w:r>
    </w:p>
    <w:p>
      <w:pPr>
        <w:spacing w:line="560" w:lineRule="exact"/>
        <w:ind w:firstLine="420"/>
      </w:pPr>
      <w:r>
        <w:rPr>
          <w:rFonts w:ascii="宋体" w:hAnsi="宋体" w:eastAsia="宋体"/>
          <w:sz w:val="24"/>
        </w:rPr>
        <w:t>七号被光柱吞没，血条瞬间清空。</w:t>
      </w:r>
    </w:p>
    <w:p>
      <w:pPr>
        <w:spacing w:line="560" w:lineRule="exact"/>
        <w:ind w:firstLine="420"/>
      </w:pPr>
      <w:r>
        <w:rPr>
          <w:rFonts w:ascii="宋体" w:hAnsi="宋体" w:eastAsia="宋体"/>
          <w:sz w:val="24"/>
        </w:rPr>
        <w:t>-9999999！</w:t>
      </w:r>
    </w:p>
    <w:p>
      <w:pPr>
        <w:spacing w:line="560" w:lineRule="exact"/>
        <w:ind w:firstLine="420"/>
      </w:pPr>
      <w:r>
        <w:rPr>
          <w:rFonts w:ascii="宋体" w:hAnsi="宋体" w:eastAsia="宋体"/>
          <w:sz w:val="24"/>
        </w:rPr>
        <w:t>【暗流裁决者·七号已死亡】</w:t>
      </w:r>
    </w:p>
    <w:p>
      <w:pPr>
        <w:spacing w:line="560" w:lineRule="exact"/>
        <w:ind w:firstLine="420"/>
      </w:pPr>
      <w:r>
        <w:rPr>
          <w:rFonts w:ascii="宋体" w:hAnsi="宋体" w:eastAsia="宋体"/>
          <w:sz w:val="24"/>
        </w:rPr>
        <w:t>【神豪殿完成全服首个世界事件首杀】</w:t>
      </w:r>
    </w:p>
    <w:p>
      <w:pPr>
        <w:spacing w:line="560" w:lineRule="exact"/>
        <w:ind w:firstLine="420"/>
      </w:pPr>
      <w:r>
        <w:rPr>
          <w:rFonts w:ascii="宋体" w:hAnsi="宋体" w:eastAsia="宋体"/>
          <w:sz w:val="24"/>
        </w:rPr>
        <w:t>【奖励：全公会神豪殿声望+1000000】</w:t>
      </w:r>
    </w:p>
    <w:p>
      <w:pPr>
        <w:spacing w:line="560" w:lineRule="exact"/>
        <w:ind w:firstLine="420"/>
      </w:pPr>
      <w:r>
        <w:rPr>
          <w:rFonts w:ascii="宋体" w:hAnsi="宋体" w:eastAsia="宋体"/>
          <w:sz w:val="24"/>
        </w:rPr>
        <w:t>【奖励：风中追风称号——巅峰之上】</w:t>
      </w:r>
    </w:p>
    <w:p>
      <w:pPr>
        <w:spacing w:line="560" w:lineRule="exact"/>
        <w:ind w:firstLine="420"/>
      </w:pPr>
      <w:r>
        <w:rPr>
          <w:rFonts w:ascii="宋体" w:hAnsi="宋体" w:eastAsia="宋体"/>
          <w:sz w:val="24"/>
        </w:rPr>
        <w:t>世界频道瞬间安静了一秒钟，仿佛所有人都屏住了呼吸。</w:t>
      </w:r>
    </w:p>
    <w:p>
      <w:pPr>
        <w:spacing w:line="560" w:lineRule="exact"/>
        <w:ind w:firstLine="420"/>
      </w:pPr>
      <w:r>
        <w:rPr>
          <w:rFonts w:ascii="宋体" w:hAnsi="宋体" w:eastAsia="宋体"/>
          <w:sz w:val="24"/>
        </w:rPr>
        <w:t>然后彻底疯了。</w:t>
      </w:r>
    </w:p>
    <w:p>
      <w:pPr>
        <w:spacing w:line="560" w:lineRule="exact"/>
        <w:ind w:firstLine="420"/>
      </w:pPr>
      <w:r>
        <w:rPr>
          <w:rFonts w:ascii="宋体" w:hAnsi="宋体" w:eastAsia="宋体"/>
          <w:sz w:val="24"/>
        </w:rPr>
        <w:t>【卧槽，风中追风一剑秒了？】</w:t>
      </w:r>
    </w:p>
    <w:p>
      <w:pPr>
        <w:spacing w:line="560" w:lineRule="exact"/>
        <w:ind w:firstLine="420"/>
      </w:pPr>
      <w:r>
        <w:rPr>
          <w:rFonts w:ascii="宋体" w:hAnsi="宋体" w:eastAsia="宋体"/>
          <w:sz w:val="24"/>
        </w:rPr>
        <w:t>【这就是华夏第一公会？】</w:t>
      </w:r>
    </w:p>
    <w:p>
      <w:pPr>
        <w:spacing w:line="560" w:lineRule="exact"/>
        <w:ind w:firstLine="420"/>
      </w:pPr>
      <w:r>
        <w:rPr>
          <w:rFonts w:ascii="宋体" w:hAnsi="宋体" w:eastAsia="宋体"/>
          <w:sz w:val="24"/>
        </w:rPr>
        <w:t>【神豪殿太强了吧！】</w:t>
      </w:r>
    </w:p>
    <w:p>
      <w:pPr>
        <w:spacing w:line="560" w:lineRule="exact"/>
        <w:ind w:firstLine="420"/>
      </w:pPr>
      <w:r>
        <w:rPr>
          <w:rFonts w:ascii="宋体" w:hAnsi="宋体" w:eastAsia="宋体"/>
          <w:sz w:val="24"/>
        </w:rPr>
        <w:t>【第二阶段还没正式开，他们已经开始打世界事件了？】</w:t>
      </w:r>
    </w:p>
    <w:p>
      <w:pPr>
        <w:spacing w:line="560" w:lineRule="exact"/>
        <w:ind w:firstLine="420"/>
      </w:pPr>
      <w:r>
        <w:rPr>
          <w:rFonts w:ascii="宋体" w:hAnsi="宋体" w:eastAsia="宋体"/>
          <w:sz w:val="24"/>
        </w:rPr>
        <w:t>现实世界同样震动。</w:t>
      </w:r>
    </w:p>
    <w:p>
      <w:pPr>
        <w:spacing w:line="560" w:lineRule="exact"/>
        <w:ind w:firstLine="420"/>
      </w:pPr>
      <w:r>
        <w:rPr>
          <w:rFonts w:ascii="宋体" w:hAnsi="宋体" w:eastAsia="宋体"/>
          <w:sz w:val="24"/>
        </w:rPr>
        <w:t>风婉集团顶层办公室，苏婉清站在落地窗前，看着楼下聚集的记者和无人机。</w:t>
      </w:r>
    </w:p>
    <w:p>
      <w:pPr>
        <w:spacing w:line="560" w:lineRule="exact"/>
        <w:ind w:firstLine="420"/>
      </w:pPr>
      <w:r>
        <w:rPr>
          <w:rFonts w:ascii="宋体" w:hAnsi="宋体" w:eastAsia="宋体"/>
          <w:sz w:val="24"/>
        </w:rPr>
        <w:t>手机响了，是林风。</w:t>
      </w:r>
    </w:p>
    <w:p>
      <w:pPr>
        <w:spacing w:line="560" w:lineRule="exact"/>
        <w:ind w:firstLine="420"/>
      </w:pPr>
      <w:r>
        <w:rPr>
          <w:rFonts w:ascii="宋体" w:hAnsi="宋体" w:eastAsia="宋体"/>
          <w:sz w:val="24"/>
        </w:rPr>
        <w:t>“开源会毁掉风婉集团短期利益。”苏婉清声音出奇地平静稳定，“董事会已经炸了。”</w:t>
      </w:r>
    </w:p>
    <w:p>
      <w:pPr>
        <w:spacing w:line="560" w:lineRule="exact"/>
        <w:ind w:firstLine="420"/>
      </w:pPr>
      <w:r>
        <w:rPr>
          <w:rFonts w:ascii="宋体" w:hAnsi="宋体" w:eastAsia="宋体"/>
          <w:sz w:val="24"/>
        </w:rPr>
        <w:t>林风看着倒计时：“他们会后悔没早点炸。”</w:t>
      </w:r>
    </w:p>
    <w:p>
      <w:pPr>
        <w:spacing w:line="560" w:lineRule="exact"/>
        <w:ind w:firstLine="420"/>
      </w:pPr>
      <w:r>
        <w:rPr>
          <w:rFonts w:ascii="宋体" w:hAnsi="宋体" w:eastAsia="宋体"/>
          <w:sz w:val="24"/>
        </w:rPr>
        <w:t>苏婉清沉默两秒：“你爸妈留下的东西，你比我更清楚该怎么选。我只是想问你一句，你真的准备好了？”</w:t>
      </w:r>
    </w:p>
    <w:p>
      <w:pPr>
        <w:spacing w:line="560" w:lineRule="exact"/>
        <w:ind w:firstLine="420"/>
      </w:pPr>
      <w:r>
        <w:rPr>
          <w:rFonts w:ascii="宋体" w:hAnsi="宋体" w:eastAsia="宋体"/>
          <w:sz w:val="24"/>
        </w:rPr>
        <w:t>林风看向屏幕上那行倒计时。</w:t>
      </w:r>
    </w:p>
    <w:p>
      <w:pPr>
        <w:spacing w:line="560" w:lineRule="exact"/>
        <w:ind w:firstLine="420"/>
      </w:pPr>
      <w:r>
        <w:rPr>
          <w:rFonts w:ascii="宋体" w:hAnsi="宋体" w:eastAsia="宋体"/>
          <w:sz w:val="24"/>
        </w:rPr>
        <w:t>00:00:10。</w:t>
      </w:r>
    </w:p>
    <w:p>
      <w:pPr>
        <w:spacing w:line="560" w:lineRule="exact"/>
        <w:ind w:firstLine="420"/>
      </w:pPr>
      <w:r>
        <w:rPr>
          <w:rFonts w:ascii="宋体" w:hAnsi="宋体" w:eastAsia="宋体"/>
          <w:sz w:val="24"/>
        </w:rPr>
        <w:t>“我爸妈当年研究这个，不是为了让人躲进游戏里逃避现实。”</w:t>
      </w:r>
    </w:p>
    <w:p>
      <w:pPr>
        <w:spacing w:line="560" w:lineRule="exact"/>
        <w:ind w:firstLine="420"/>
      </w:pPr>
      <w:r>
        <w:rPr>
          <w:rFonts w:ascii="宋体" w:hAnsi="宋体" w:eastAsia="宋体"/>
          <w:sz w:val="24"/>
        </w:rPr>
        <w:t>“是为了让现实，也能有新的路。”</w:t>
      </w:r>
    </w:p>
    <w:p>
      <w:pPr>
        <w:spacing w:line="560" w:lineRule="exact"/>
        <w:ind w:firstLine="420"/>
      </w:pPr>
      <w:r>
        <w:rPr>
          <w:rFonts w:ascii="宋体" w:hAnsi="宋体" w:eastAsia="宋体"/>
          <w:sz w:val="24"/>
        </w:rPr>
        <w:t>苏婉清轻声说：“那就往前走。风婉集团，陪你疯一次。”</w:t>
      </w:r>
    </w:p>
    <w:p>
      <w:pPr>
        <w:spacing w:line="560" w:lineRule="exact"/>
        <w:ind w:firstLine="420"/>
      </w:pPr>
      <w:r>
        <w:rPr>
          <w:rFonts w:ascii="宋体" w:hAnsi="宋体" w:eastAsia="宋体"/>
          <w:sz w:val="24"/>
        </w:rPr>
        <w:t>倒计时归零。</w:t>
      </w:r>
    </w:p>
    <w:p>
      <w:pPr>
        <w:spacing w:line="560" w:lineRule="exact"/>
        <w:ind w:firstLine="420"/>
      </w:pPr>
      <w:r>
        <w:rPr>
          <w:rFonts w:ascii="宋体" w:hAnsi="宋体" w:eastAsia="宋体"/>
          <w:sz w:val="24"/>
        </w:rPr>
        <w:t>整个世界忽然安静。</w:t>
      </w:r>
    </w:p>
    <w:p>
      <w:pPr>
        <w:spacing w:line="560" w:lineRule="exact"/>
        <w:ind w:firstLine="420"/>
      </w:pPr>
      <w:r>
        <w:rPr>
          <w:rFonts w:ascii="宋体" w:hAnsi="宋体" w:eastAsia="宋体"/>
          <w:sz w:val="24"/>
        </w:rPr>
        <w:t>所有《天界》玩家，无论在线还是离线，耳边同时响起一道宏大声音。</w:t>
      </w:r>
    </w:p>
    <w:p>
      <w:pPr>
        <w:spacing w:line="560" w:lineRule="exact"/>
        <w:ind w:firstLine="420"/>
      </w:pPr>
      <w:r>
        <w:rPr>
          <w:rFonts w:ascii="宋体" w:hAnsi="宋体" w:eastAsia="宋体"/>
          <w:sz w:val="24"/>
        </w:rPr>
        <w:t>【第二阶段：神域降临，正式开启】</w:t>
      </w:r>
    </w:p>
    <w:p>
      <w:pPr>
        <w:spacing w:line="560" w:lineRule="exact"/>
        <w:ind w:firstLine="420"/>
      </w:pPr>
      <w:r>
        <w:rPr>
          <w:rFonts w:ascii="宋体" w:hAnsi="宋体" w:eastAsia="宋体"/>
          <w:sz w:val="24"/>
        </w:rPr>
        <w:t>【等级上限提升至120级】</w:t>
      </w:r>
    </w:p>
    <w:p>
      <w:pPr>
        <w:spacing w:line="560" w:lineRule="exact"/>
        <w:ind w:firstLine="420"/>
      </w:pPr>
      <w:r>
        <w:rPr>
          <w:rFonts w:ascii="宋体" w:hAnsi="宋体" w:eastAsia="宋体"/>
          <w:sz w:val="24"/>
        </w:rPr>
        <w:t>【全面开放神域地图：奥林匹斯、亚特兰蒂斯、梵天城、昆仑墟】</w:t>
      </w:r>
    </w:p>
    <w:p>
      <w:pPr>
        <w:spacing w:line="560" w:lineRule="exact"/>
        <w:ind w:firstLine="420"/>
      </w:pPr>
      <w:r>
        <w:rPr>
          <w:rFonts w:ascii="宋体" w:hAnsi="宋体" w:eastAsia="宋体"/>
          <w:sz w:val="24"/>
        </w:rPr>
        <w:t>【开放公会领地战】</w:t>
      </w:r>
    </w:p>
    <w:p>
      <w:pPr>
        <w:spacing w:line="560" w:lineRule="exact"/>
        <w:ind w:firstLine="420"/>
      </w:pPr>
      <w:r>
        <w:rPr>
          <w:rFonts w:ascii="宋体" w:hAnsi="宋体" w:eastAsia="宋体"/>
          <w:sz w:val="24"/>
        </w:rPr>
        <w:t>【正式开放跨服国战系统】</w:t>
      </w:r>
    </w:p>
    <w:p>
      <w:pPr>
        <w:spacing w:line="560" w:lineRule="exact"/>
        <w:ind w:firstLine="420"/>
      </w:pPr>
      <w:r>
        <w:rPr>
          <w:rFonts w:ascii="宋体" w:hAnsi="宋体" w:eastAsia="宋体"/>
          <w:sz w:val="24"/>
        </w:rPr>
        <w:t>【开放全息经济系统】</w:t>
      </w:r>
    </w:p>
    <w:p>
      <w:pPr>
        <w:spacing w:line="560" w:lineRule="exact"/>
        <w:ind w:firstLine="420"/>
      </w:pPr>
      <w:r>
        <w:rPr>
          <w:rFonts w:ascii="宋体" w:hAnsi="宋体" w:eastAsia="宋体"/>
          <w:sz w:val="24"/>
        </w:rPr>
        <w:t>【开放现实世界全息映射权限】</w:t>
      </w:r>
    </w:p>
    <w:p>
      <w:pPr>
        <w:spacing w:line="560" w:lineRule="exact"/>
        <w:ind w:firstLine="420"/>
      </w:pPr>
      <w:r>
        <w:rPr>
          <w:rFonts w:ascii="宋体" w:hAnsi="宋体" w:eastAsia="宋体"/>
          <w:sz w:val="24"/>
        </w:rPr>
        <w:t>【开放玩家自建副本系统】</w:t>
      </w:r>
    </w:p>
    <w:p>
      <w:pPr>
        <w:spacing w:line="560" w:lineRule="exact"/>
        <w:ind w:firstLine="420"/>
      </w:pPr>
      <w:r>
        <w:rPr>
          <w:rFonts w:ascii="宋体" w:hAnsi="宋体" w:eastAsia="宋体"/>
          <w:sz w:val="24"/>
        </w:rPr>
        <w:t>【开放神级职业转职任务】</w:t>
      </w:r>
    </w:p>
    <w:p>
      <w:pPr>
        <w:spacing w:line="560" w:lineRule="exact"/>
        <w:ind w:firstLine="420"/>
      </w:pPr>
      <w:r>
        <w:rPr>
          <w:rFonts w:ascii="宋体" w:hAnsi="宋体" w:eastAsia="宋体"/>
          <w:sz w:val="24"/>
        </w:rPr>
        <w:t>【警告：暗流入侵已记录，第二阶段主线任务触发】</w:t>
      </w:r>
    </w:p>
    <w:p>
      <w:pPr>
        <w:spacing w:line="560" w:lineRule="exact"/>
        <w:ind w:firstLine="420"/>
      </w:pPr>
      <w:r>
        <w:rPr>
          <w:rFonts w:ascii="宋体" w:hAnsi="宋体" w:eastAsia="宋体"/>
          <w:sz w:val="24"/>
        </w:rPr>
        <w:t>林风眼前弹出任务。</w:t>
      </w:r>
    </w:p>
    <w:p>
      <w:pPr>
        <w:spacing w:line="560" w:lineRule="exact"/>
        <w:ind w:firstLine="420"/>
      </w:pPr>
      <w:r>
        <w:rPr>
          <w:rFonts w:ascii="宋体" w:hAnsi="宋体" w:eastAsia="宋体"/>
          <w:sz w:val="24"/>
        </w:rPr>
        <w:t>【主线任务：巅峰之上】</w:t>
      </w:r>
    </w:p>
    <w:p>
      <w:pPr>
        <w:spacing w:line="560" w:lineRule="exact"/>
        <w:ind w:firstLine="420"/>
      </w:pPr>
      <w:r>
        <w:rPr>
          <w:rFonts w:ascii="宋体" w:hAnsi="宋体" w:eastAsia="宋体"/>
          <w:sz w:val="24"/>
        </w:rPr>
        <w:t>【任务内容：带领神豪殿登临神域之巅，揭开古玉真相。】</w:t>
      </w:r>
    </w:p>
    <w:p>
      <w:pPr>
        <w:spacing w:line="560" w:lineRule="exact"/>
        <w:ind w:firstLine="420"/>
      </w:pPr>
      <w:r>
        <w:rPr>
          <w:rFonts w:ascii="宋体" w:hAnsi="宋体" w:eastAsia="宋体"/>
          <w:sz w:val="24"/>
        </w:rPr>
        <w:t>【任务奖励：未知】</w:t>
      </w:r>
    </w:p>
    <w:p>
      <w:pPr>
        <w:spacing w:line="560" w:lineRule="exact"/>
        <w:ind w:firstLine="420"/>
      </w:pPr>
      <w:r>
        <w:rPr>
          <w:rFonts w:ascii="宋体" w:hAnsi="宋体" w:eastAsia="宋体"/>
          <w:sz w:val="24"/>
        </w:rPr>
        <w:t>【失败惩罚：全息现实映射技术将最终被暗流组织所接管】</w:t>
      </w:r>
    </w:p>
    <w:p>
      <w:pPr>
        <w:spacing w:line="560" w:lineRule="exact"/>
        <w:ind w:firstLine="420"/>
      </w:pPr>
      <w:r>
        <w:rPr>
          <w:rFonts w:ascii="宋体" w:hAnsi="宋体" w:eastAsia="宋体"/>
          <w:sz w:val="24"/>
        </w:rPr>
        <w:t>苏小雅直播间里，所有人都在欢呼。</w:t>
      </w:r>
    </w:p>
    <w:p>
      <w:pPr>
        <w:spacing w:line="560" w:lineRule="exact"/>
        <w:ind w:firstLine="420"/>
      </w:pPr>
      <w:r>
        <w:rPr>
          <w:rFonts w:ascii="宋体" w:hAnsi="宋体" w:eastAsia="宋体"/>
          <w:sz w:val="24"/>
        </w:rPr>
        <w:t>赵铁柱拍着盾大笑：“老大，第二阶段开了！咱们是不是该去神域逛一圈？”</w:t>
      </w:r>
    </w:p>
    <w:p>
      <w:pPr>
        <w:spacing w:line="560" w:lineRule="exact"/>
        <w:ind w:firstLine="420"/>
      </w:pPr>
      <w:r>
        <w:rPr>
          <w:rFonts w:ascii="宋体" w:hAnsi="宋体" w:eastAsia="宋体"/>
          <w:sz w:val="24"/>
        </w:rPr>
        <w:t>夜影收起匕首：“别高兴太早。刚才七号只是探路。”</w:t>
      </w:r>
    </w:p>
    <w:p>
      <w:pPr>
        <w:spacing w:line="560" w:lineRule="exact"/>
        <w:ind w:firstLine="420"/>
      </w:pPr>
      <w:r>
        <w:rPr>
          <w:rFonts w:ascii="宋体" w:hAnsi="宋体" w:eastAsia="宋体"/>
          <w:sz w:val="24"/>
        </w:rPr>
        <w:t>凌天看着世界地图，眉头越皱越紧：“神都地下，有东西在靠近。”</w:t>
      </w:r>
    </w:p>
    <w:p>
      <w:pPr>
        <w:spacing w:line="560" w:lineRule="exact"/>
        <w:ind w:firstLine="420"/>
      </w:pPr>
      <w:r>
        <w:rPr>
          <w:rFonts w:ascii="宋体" w:hAnsi="宋体" w:eastAsia="宋体"/>
          <w:sz w:val="24"/>
        </w:rPr>
        <w:t>就在这时，神豪殿所有人同时收到一条全服悬赏。</w:t>
      </w:r>
    </w:p>
    <w:p>
      <w:pPr>
        <w:spacing w:line="560" w:lineRule="exact"/>
        <w:ind w:firstLine="420"/>
      </w:pPr>
      <w:r>
        <w:rPr>
          <w:rFonts w:ascii="宋体" w:hAnsi="宋体" w:eastAsia="宋体"/>
          <w:sz w:val="24"/>
        </w:rPr>
        <w:t>【暗流之主·无名发布悬赏】</w:t>
      </w:r>
    </w:p>
    <w:p>
      <w:pPr>
        <w:spacing w:line="560" w:lineRule="exact"/>
        <w:ind w:firstLine="420"/>
      </w:pPr>
      <w:r>
        <w:rPr>
          <w:rFonts w:ascii="宋体" w:hAnsi="宋体" w:eastAsia="宋体"/>
          <w:sz w:val="24"/>
        </w:rPr>
        <w:t>【目标：风中追风】</w:t>
      </w:r>
    </w:p>
    <w:p>
      <w:pPr>
        <w:spacing w:line="560" w:lineRule="exact"/>
        <w:ind w:firstLine="420"/>
      </w:pPr>
      <w:r>
        <w:rPr>
          <w:rFonts w:ascii="宋体" w:hAnsi="宋体" w:eastAsia="宋体"/>
          <w:sz w:val="24"/>
        </w:rPr>
        <w:t>【赏金：十亿天界币】</w:t>
      </w:r>
    </w:p>
    <w:p>
      <w:pPr>
        <w:spacing w:line="560" w:lineRule="exact"/>
        <w:ind w:firstLine="420"/>
      </w:pPr>
      <w:r>
        <w:rPr>
          <w:rFonts w:ascii="宋体" w:hAnsi="宋体" w:eastAsia="宋体"/>
          <w:sz w:val="24"/>
        </w:rPr>
        <w:t>【附加条件：并同步其现实世界坐标位置】</w:t>
      </w:r>
    </w:p>
    <w:p>
      <w:pPr>
        <w:spacing w:line="560" w:lineRule="exact"/>
        <w:ind w:firstLine="420"/>
      </w:pPr>
      <w:r>
        <w:rPr>
          <w:rFonts w:ascii="宋体" w:hAnsi="宋体" w:eastAsia="宋体"/>
          <w:sz w:val="24"/>
        </w:rPr>
        <w:t>苏小雅脸上的笑容瞬间僵住了，整个直播间安静了一秒。</w:t>
      </w:r>
    </w:p>
    <w:p>
      <w:pPr>
        <w:spacing w:line="560" w:lineRule="exact"/>
        <w:ind w:firstLine="420"/>
      </w:pPr>
      <w:r>
        <w:rPr>
          <w:rFonts w:ascii="宋体" w:hAnsi="宋体" w:eastAsia="宋体"/>
          <w:sz w:val="24"/>
        </w:rPr>
        <w:t>秦雨冲进语音频道，声音发颤：“林风，暗流公开了你的现实定位！”</w:t>
      </w:r>
    </w:p>
    <w:p>
      <w:pPr>
        <w:spacing w:line="560" w:lineRule="exact"/>
        <w:ind w:firstLine="420"/>
      </w:pPr>
      <w:r>
        <w:rPr>
          <w:rFonts w:ascii="宋体" w:hAnsi="宋体" w:eastAsia="宋体"/>
          <w:sz w:val="24"/>
        </w:rPr>
        <w:t>几乎同一时间，林风掌心的古玉裂开一道细缝。</w:t>
      </w:r>
    </w:p>
    <w:p>
      <w:pPr>
        <w:spacing w:line="560" w:lineRule="exact"/>
        <w:ind w:firstLine="420"/>
      </w:pPr>
      <w:r>
        <w:rPr>
          <w:rFonts w:ascii="宋体" w:hAnsi="宋体" w:eastAsia="宋体"/>
          <w:sz w:val="24"/>
        </w:rPr>
        <w:t>里面浮现出一行从未出现过的字。</w:t>
      </w:r>
    </w:p>
    <w:p>
      <w:pPr>
        <w:spacing w:line="560" w:lineRule="exact"/>
        <w:ind w:firstLine="420"/>
      </w:pPr>
      <w:r>
        <w:rPr>
          <w:rFonts w:ascii="宋体" w:hAnsi="宋体" w:eastAsia="宋体"/>
          <w:sz w:val="24"/>
        </w:rPr>
        <w:t>【第二阶段不是开始。】</w:t>
      </w:r>
    </w:p>
    <w:p>
      <w:pPr>
        <w:spacing w:line="560" w:lineRule="exact"/>
        <w:ind w:firstLine="420"/>
      </w:pPr>
      <w:r>
        <w:rPr>
          <w:rFonts w:ascii="宋体" w:hAnsi="宋体" w:eastAsia="宋体"/>
          <w:sz w:val="24"/>
        </w:rPr>
        <w:t>【是回归。】</w:t>
      </w:r>
    </w:p>
    <w:p>
      <w:pPr>
        <w:spacing w:line="560" w:lineRule="exact"/>
        <w:ind w:firstLine="420"/>
      </w:pPr>
      <w:r>
        <w:rPr>
          <w:rFonts w:ascii="宋体" w:hAnsi="宋体" w:eastAsia="宋体"/>
          <w:sz w:val="24"/>
        </w:rPr>
        <w:t>林风盯着那行字，心脏猛地一跳。回归？回到哪里？他父母的实验室，还是更早——那个连他自己也不记得的年代？</w:t>
      </w:r>
    </w:p>
    <w:p>
      <w:r>
        <w:br w:type="page"/>
      </w:r>
    </w:p>
    <w:p>
      <w:pPr>
        <w:jc w:val="center"/>
      </w:pPr>
      <w:r>
        <w:rPr>
          <w:b/>
          <w:sz w:val="32"/>
        </w:rPr>
        <w:t>第051章 神域·新世界</w:t>
      </w:r>
    </w:p>
    <w:p>
      <w:pPr>
        <w:jc w:val="center"/>
      </w:pPr>
      <w:r>
        <w:rPr>
          <w:color w:val="999999"/>
          <w:sz w:val="18"/>
        </w:rPr>
        <w:t>（2,500字）</w:t>
      </w:r>
    </w:p>
    <w:p/>
    <w:p>
      <w:pPr>
        <w:spacing w:line="560" w:lineRule="exact"/>
        <w:ind w:firstLine="420"/>
      </w:pPr>
      <w:r>
        <w:rPr>
          <w:rFonts w:ascii="宋体" w:hAnsi="宋体" w:eastAsia="宋体"/>
          <w:sz w:val="24"/>
        </w:rPr>
        <w:t>古玉裂开的那道细缝里，浮现出的那行字像烙印一样刻在了林风的视网膜上——</w:t>
      </w:r>
    </w:p>
    <w:p>
      <w:pPr>
        <w:spacing w:line="560" w:lineRule="exact"/>
        <w:ind w:firstLine="420"/>
      </w:pPr>
      <w:r>
        <w:rPr>
          <w:rFonts w:ascii="宋体" w:hAnsi="宋体" w:eastAsia="宋体"/>
          <w:sz w:val="24"/>
        </w:rPr>
        <w:t>**「第二阶段不是开始。是回归。」**</w:t>
      </w:r>
    </w:p>
    <w:p>
      <w:pPr>
        <w:spacing w:line="560" w:lineRule="exact"/>
        <w:ind w:firstLine="420"/>
      </w:pPr>
      <w:r>
        <w:rPr>
          <w:rFonts w:ascii="宋体" w:hAnsi="宋体" w:eastAsia="宋体"/>
          <w:sz w:val="24"/>
        </w:rPr>
        <w:t>不是开始，是回归。</w:t>
      </w:r>
    </w:p>
    <w:p>
      <w:pPr>
        <w:spacing w:line="560" w:lineRule="exact"/>
        <w:ind w:firstLine="420"/>
      </w:pPr>
      <w:r>
        <w:rPr>
          <w:rFonts w:ascii="宋体" w:hAnsi="宋体" w:eastAsia="宋体"/>
          <w:sz w:val="24"/>
        </w:rPr>
        <w:t>回归到哪里？他父母的实验室，还是某个连他自己也不知道的过去？</w:t>
      </w:r>
    </w:p>
    <w:p>
      <w:pPr>
        <w:spacing w:line="560" w:lineRule="exact"/>
        <w:ind w:firstLine="420"/>
      </w:pPr>
      <w:r>
        <w:rPr>
          <w:rFonts w:ascii="宋体" w:hAnsi="宋体" w:eastAsia="宋体"/>
          <w:sz w:val="24"/>
        </w:rPr>
        <w:t>林风盯着那行字看了很久，直到古玉上的裂缝缓缓愈合，字迹消失在玉石深处。但那种冰凉刺骨的感觉，依然从掌心蔓延到全身。</w:t>
      </w:r>
    </w:p>
    <w:p>
      <w:pPr>
        <w:spacing w:line="560" w:lineRule="exact"/>
        <w:ind w:firstLine="420"/>
      </w:pPr>
      <w:r>
        <w:rPr>
          <w:rFonts w:ascii="宋体" w:hAnsi="宋体" w:eastAsia="宋体"/>
          <w:sz w:val="24"/>
        </w:rPr>
        <w:t>他抬起头，身边的队友们还在为他胜利的喜悦而欢呼。神都上空那道黑色裂缝已经消失，暗流裁决者的残骸化作黑雾消散在风中。但没有人注意到，天空的颜色变了——从深蓝色染上了一层淡淡的金色，像是有什么东西正在天穹的另一面苏醒。</w:t>
      </w:r>
    </w:p>
    <w:p>
      <w:pPr>
        <w:spacing w:line="560" w:lineRule="exact"/>
        <w:ind w:firstLine="420"/>
      </w:pPr>
      <w:r>
        <w:rPr>
          <w:rFonts w:ascii="宋体" w:hAnsi="宋体" w:eastAsia="宋体"/>
          <w:sz w:val="24"/>
        </w:rPr>
        <w:t>赵铁柱还在吼：「老大，第二阶段开了！咱们是不是该去神域逛一圈？！」</w:t>
      </w:r>
    </w:p>
    <w:p>
      <w:pPr>
        <w:spacing w:line="560" w:lineRule="exact"/>
        <w:ind w:firstLine="420"/>
      </w:pPr>
      <w:r>
        <w:rPr>
          <w:rFonts w:ascii="宋体" w:hAnsi="宋体" w:eastAsia="宋体"/>
          <w:sz w:val="24"/>
        </w:rPr>
        <w:t>凌天却皱着眉头，目光盯着世界地图上神都地下那个快速接近的红点：「别急着走。有东西从神都地下来了——速度很快。」</w:t>
      </w:r>
    </w:p>
    <w:p>
      <w:pPr>
        <w:spacing w:line="560" w:lineRule="exact"/>
        <w:ind w:firstLine="420"/>
      </w:pPr>
      <w:r>
        <w:rPr>
          <w:rFonts w:ascii="宋体" w:hAnsi="宋体" w:eastAsia="宋体"/>
          <w:sz w:val="24"/>
        </w:rPr>
        <w:t>话音未落，神都中心广场的地面突然裂开！</w:t>
      </w:r>
    </w:p>
    <w:p>
      <w:pPr>
        <w:spacing w:line="560" w:lineRule="exact"/>
        <w:ind w:firstLine="420"/>
      </w:pPr>
      <w:r>
        <w:rPr>
          <w:rFonts w:ascii="宋体" w:hAnsi="宋体" w:eastAsia="宋体"/>
          <w:sz w:val="24"/>
        </w:rPr>
        <w:t>一道金色的光柱从地底冲天而起，将整个广场笼罩在耀眼的光芒中。光柱的中心，一座古老的石碑缓缓升起——石碑通体漆黑，表面刻满了金色的符文，那些符文像是活的，在石面上缓缓流动。</w:t>
      </w:r>
    </w:p>
    <w:p>
      <w:pPr>
        <w:spacing w:line="560" w:lineRule="exact"/>
        <w:ind w:firstLine="420"/>
      </w:pPr>
      <w:r>
        <w:rPr>
          <w:rFonts w:ascii="宋体" w:hAnsi="宋体" w:eastAsia="宋体"/>
          <w:sz w:val="24"/>
        </w:rPr>
        <w:t>【系统公告：神域通道已开启！】</w:t>
      </w:r>
    </w:p>
    <w:p>
      <w:pPr>
        <w:spacing w:line="560" w:lineRule="exact"/>
        <w:ind w:firstLine="420"/>
      </w:pPr>
      <w:r>
        <w:rPr>
          <w:rFonts w:ascii="宋体" w:hAnsi="宋体" w:eastAsia="宋体"/>
          <w:sz w:val="24"/>
        </w:rPr>
        <w:t>【坐标：神都中心广场·创世石碑】</w:t>
      </w:r>
    </w:p>
    <w:p>
      <w:pPr>
        <w:spacing w:line="560" w:lineRule="exact"/>
        <w:ind w:firstLine="420"/>
      </w:pPr>
      <w:r>
        <w:rPr>
          <w:rFonts w:ascii="宋体" w:hAnsi="宋体" w:eastAsia="宋体"/>
          <w:sz w:val="24"/>
        </w:rPr>
        <w:t>【进入条件：玩家等级达到80级以上 | 已完成第二阶段任务】</w:t>
      </w:r>
    </w:p>
    <w:p>
      <w:pPr>
        <w:spacing w:line="560" w:lineRule="exact"/>
        <w:ind w:firstLine="420"/>
      </w:pPr>
      <w:r>
        <w:rPr>
          <w:rFonts w:ascii="宋体" w:hAnsi="宋体" w:eastAsia="宋体"/>
          <w:sz w:val="24"/>
        </w:rPr>
        <w:t>【警告：神域内死亡将损失50%当前等级经验值，且24小时内无法复活。】</w:t>
      </w:r>
    </w:p>
    <w:p>
      <w:pPr>
        <w:spacing w:line="560" w:lineRule="exact"/>
        <w:ind w:firstLine="420"/>
      </w:pPr>
      <w:r>
        <w:rPr>
          <w:rFonts w:ascii="宋体" w:hAnsi="宋体" w:eastAsia="宋体"/>
          <w:sz w:val="24"/>
        </w:rPr>
        <w:t>林风深吸一口气，在队友们的注视下走上前，伸手触碰那座古老的创世石碑。</w:t>
      </w:r>
    </w:p>
    <w:p>
      <w:pPr>
        <w:spacing w:line="560" w:lineRule="exact"/>
        <w:ind w:firstLine="420"/>
      </w:pPr>
      <w:r>
        <w:rPr>
          <w:rFonts w:ascii="宋体" w:hAnsi="宋体" w:eastAsia="宋体"/>
          <w:sz w:val="24"/>
        </w:rPr>
        <w:t>冰冷的触感传来的同时，一行行信息涌入他的脑海——</w:t>
      </w:r>
    </w:p>
    <w:p>
      <w:pPr>
        <w:spacing w:line="560" w:lineRule="exact"/>
        <w:ind w:firstLine="420"/>
      </w:pPr>
      <w:r>
        <w:rPr>
          <w:rFonts w:ascii="宋体" w:hAnsi="宋体" w:eastAsia="宋体"/>
          <w:sz w:val="24"/>
        </w:rPr>
        <w:t>《天界》的真相，远比任何人想象的都要庞大。</w:t>
      </w:r>
    </w:p>
    <w:p>
      <w:pPr>
        <w:spacing w:line="560" w:lineRule="exact"/>
        <w:ind w:firstLine="420"/>
      </w:pPr>
      <w:r>
        <w:rPr>
          <w:rFonts w:ascii="宋体" w:hAnsi="宋体" w:eastAsia="宋体"/>
          <w:sz w:val="24"/>
        </w:rPr>
        <w:t>这个游戏，从来都不是一个普通的游戏。</w:t>
      </w:r>
    </w:p>
    <w:p>
      <w:pPr>
        <w:spacing w:line="560" w:lineRule="exact"/>
        <w:ind w:firstLine="420"/>
      </w:pPr>
      <w:r>
        <w:rPr>
          <w:rFonts w:ascii="宋体" w:hAnsi="宋体" w:eastAsia="宋体"/>
          <w:sz w:val="24"/>
        </w:rPr>
        <w:t>它是他父母留给他的遗产——一个用全息现实映射技术构建的平行世界。当年他父母参与「创世计划」，在《天界》的底层代码中埋下了一个核心协议：古玉协议。</w:t>
      </w:r>
    </w:p>
    <w:p>
      <w:pPr>
        <w:spacing w:line="560" w:lineRule="exact"/>
        <w:ind w:firstLine="420"/>
      </w:pPr>
      <w:r>
        <w:rPr>
          <w:rFonts w:ascii="宋体" w:hAnsi="宋体" w:eastAsia="宋体"/>
          <w:sz w:val="24"/>
        </w:rPr>
        <w:t>谁掌握了古玉，谁就掌握了《天界》的真正权限。</w:t>
      </w:r>
    </w:p>
    <w:p>
      <w:pPr>
        <w:spacing w:line="560" w:lineRule="exact"/>
        <w:ind w:firstLine="420"/>
      </w:pPr>
      <w:r>
        <w:rPr>
          <w:rFonts w:ascii="宋体" w:hAnsi="宋体" w:eastAsia="宋体"/>
          <w:sz w:val="24"/>
        </w:rPr>
        <w:t>而暗流组织——那个一直在暗中追查他的人——就是当年想要抢夺这份遗产未遂的势力。他们无法直接夺取古玉，因为古玉通过DNA锁定，只有他才能激活。所以暗流选择了另一条路——渗透进《天界》，在游戏世界的规则内布局，等他自己把古玉的力量激发到最大——然后夺取。</w:t>
      </w:r>
    </w:p>
    <w:p>
      <w:pPr>
        <w:spacing w:line="560" w:lineRule="exact"/>
        <w:ind w:firstLine="420"/>
      </w:pPr>
      <w:r>
        <w:rPr>
          <w:rFonts w:ascii="宋体" w:hAnsi="宋体" w:eastAsia="宋体"/>
          <w:sz w:val="24"/>
        </w:rPr>
        <w:t>「原来如此……」</w:t>
      </w:r>
    </w:p>
    <w:p>
      <w:pPr>
        <w:spacing w:line="560" w:lineRule="exact"/>
        <w:ind w:firstLine="420"/>
      </w:pPr>
      <w:r>
        <w:rPr>
          <w:rFonts w:ascii="宋体" w:hAnsi="宋体" w:eastAsia="宋体"/>
          <w:sz w:val="24"/>
        </w:rPr>
        <w:t>林风收回手，转身看向身后的队友。</w:t>
      </w:r>
    </w:p>
    <w:p>
      <w:pPr>
        <w:spacing w:line="560" w:lineRule="exact"/>
        <w:ind w:firstLine="420"/>
      </w:pPr>
      <w:r>
        <w:rPr>
          <w:rFonts w:ascii="宋体" w:hAnsi="宋体" w:eastAsia="宋体"/>
          <w:sz w:val="24"/>
        </w:rPr>
        <w:t>「神域，不是游戏地图。它是《天界》的核心管理层——相当于整个世界的后台服务器。」</w:t>
      </w:r>
    </w:p>
    <w:p>
      <w:pPr>
        <w:spacing w:line="560" w:lineRule="exact"/>
        <w:ind w:firstLine="420"/>
      </w:pPr>
      <w:r>
        <w:rPr>
          <w:rFonts w:ascii="宋体" w:hAnsi="宋体" w:eastAsia="宋体"/>
          <w:sz w:val="24"/>
        </w:rPr>
        <w:t>「什么？」赵铁柱傻眼了，「后台服务器？」</w:t>
      </w:r>
    </w:p>
    <w:p>
      <w:pPr>
        <w:spacing w:line="560" w:lineRule="exact"/>
        <w:ind w:firstLine="420"/>
      </w:pPr>
      <w:r>
        <w:rPr>
          <w:rFonts w:ascii="宋体" w:hAnsi="宋体" w:eastAsia="宋体"/>
          <w:sz w:val="24"/>
        </w:rPr>
        <w:t>「对。创世石碑记录了《天界》的所有数据流。奥林匹斯、亚特兰蒂斯、梵天城、昆仑墟——这四座神域，每一座都对应着一个管理节点。暗流已经派人进去了。如果我们不抢先一步，他们就会在神域里拿到管理员权限——然后，现实世界也会跟着完蛋。」</w:t>
      </w:r>
    </w:p>
    <w:p>
      <w:pPr>
        <w:spacing w:line="560" w:lineRule="exact"/>
        <w:ind w:firstLine="420"/>
      </w:pPr>
      <w:r>
        <w:rPr>
          <w:rFonts w:ascii="宋体" w:hAnsi="宋体" w:eastAsia="宋体"/>
          <w:sz w:val="24"/>
        </w:rPr>
        <w:t>公会频道里安静了三秒钟。没有人说话，但每个人都在消化这个信息——游戏世界不是游戏，而是一个真实存在的平行世界管理系统。</w:t>
      </w:r>
    </w:p>
    <w:p>
      <w:pPr>
        <w:spacing w:line="560" w:lineRule="exact"/>
        <w:ind w:firstLine="420"/>
      </w:pPr>
      <w:r>
        <w:rPr>
          <w:rFonts w:ascii="宋体" w:hAnsi="宋体" w:eastAsia="宋体"/>
          <w:sz w:val="24"/>
        </w:rPr>
        <w:t>然后赵铁柱第一个吼了出来：「那还等什么？！干他们去！」</w:t>
      </w:r>
    </w:p>
    <w:p>
      <w:pPr>
        <w:spacing w:line="560" w:lineRule="exact"/>
        <w:ind w:firstLine="420"/>
      </w:pPr>
      <w:r>
        <w:rPr>
          <w:rFonts w:ascii="宋体" w:hAnsi="宋体" w:eastAsia="宋体"/>
          <w:sz w:val="24"/>
        </w:rPr>
        <w:t>剑舞天下跟着说：「会长，我们跟你走。」</w:t>
      </w:r>
    </w:p>
    <w:p>
      <w:pPr>
        <w:spacing w:line="560" w:lineRule="exact"/>
        <w:ind w:firstLine="420"/>
      </w:pPr>
      <w:r>
        <w:rPr>
          <w:rFonts w:ascii="宋体" w:hAnsi="宋体" w:eastAsia="宋体"/>
          <w:sz w:val="24"/>
        </w:rPr>
        <w:t>狂战八方拍了一下巨剑：「神域是吧？老子玩了这么多年游戏，还没砍过神级的怪呢！」</w:t>
      </w:r>
    </w:p>
    <w:p>
      <w:pPr>
        <w:spacing w:line="560" w:lineRule="exact"/>
        <w:ind w:firstLine="420"/>
      </w:pPr>
      <w:r>
        <w:rPr>
          <w:rFonts w:ascii="宋体" w:hAnsi="宋体" w:eastAsia="宋体"/>
          <w:sz w:val="24"/>
        </w:rPr>
        <w:t>苏小雅在公会频道里轻轻笑了一声，拉满弓弦试了试手感：「风哥，直播间三千万人在线，都等着看神域长什么样呢。」</w:t>
      </w:r>
    </w:p>
    <w:p>
      <w:pPr>
        <w:spacing w:line="560" w:lineRule="exact"/>
        <w:ind w:firstLine="420"/>
      </w:pPr>
      <w:r>
        <w:rPr>
          <w:rFonts w:ascii="宋体" w:hAnsi="宋体" w:eastAsia="宋体"/>
          <w:sz w:val="24"/>
        </w:rPr>
        <w:t>夜影依然没有说话。她只是默默从阴影中走了出来站到了林风身边，匕首已经握在手里——行动比语言更有力。</w:t>
      </w:r>
    </w:p>
    <w:p>
      <w:pPr>
        <w:spacing w:line="560" w:lineRule="exact"/>
        <w:ind w:firstLine="420"/>
      </w:pPr>
      <w:r>
        <w:rPr>
          <w:rFonts w:ascii="宋体" w:hAnsi="宋体" w:eastAsia="宋体"/>
          <w:sz w:val="24"/>
        </w:rPr>
        <w:t>林风看着眼前这帮人，嘴角微微扬起。</w:t>
      </w:r>
    </w:p>
    <w:p>
      <w:pPr>
        <w:spacing w:line="560" w:lineRule="exact"/>
        <w:ind w:firstLine="420"/>
      </w:pPr>
      <w:r>
        <w:rPr>
          <w:rFonts w:ascii="宋体" w:hAnsi="宋体" w:eastAsia="宋体"/>
          <w:sz w:val="24"/>
        </w:rPr>
        <w:t>「好。那就让他们亲眼看看——什么叫来自华夏区的神豪。」</w:t>
      </w:r>
    </w:p>
    <w:p>
      <w:pPr>
        <w:spacing w:line="560" w:lineRule="exact"/>
        <w:ind w:firstLine="420"/>
      </w:pPr>
      <w:r>
        <w:rPr>
          <w:rFonts w:ascii="宋体" w:hAnsi="宋体" w:eastAsia="宋体"/>
          <w:sz w:val="24"/>
        </w:rPr>
        <w:t>他转过身，再次将手掌按在石碑上。</w:t>
      </w:r>
    </w:p>
    <w:p>
      <w:pPr>
        <w:spacing w:line="560" w:lineRule="exact"/>
        <w:ind w:firstLine="420"/>
      </w:pPr>
      <w:r>
        <w:rPr>
          <w:rFonts w:ascii="宋体" w:hAnsi="宋体" w:eastAsia="宋体"/>
          <w:sz w:val="24"/>
        </w:rPr>
        <w:t>【确认进入神域？】</w:t>
      </w:r>
    </w:p>
    <w:p>
      <w:pPr>
        <w:spacing w:line="560" w:lineRule="exact"/>
        <w:ind w:firstLine="420"/>
      </w:pPr>
      <w:r>
        <w:rPr>
          <w:rFonts w:ascii="宋体" w:hAnsi="宋体" w:eastAsia="宋体"/>
          <w:sz w:val="24"/>
        </w:rPr>
        <w:t>【确认。】</w:t>
      </w:r>
    </w:p>
    <w:p>
      <w:pPr>
        <w:spacing w:line="560" w:lineRule="exact"/>
        <w:ind w:firstLine="420"/>
      </w:pPr>
      <w:r>
        <w:rPr>
          <w:rFonts w:ascii="宋体" w:hAnsi="宋体" w:eastAsia="宋体"/>
          <w:sz w:val="24"/>
        </w:rPr>
        <w:t>——金光吞没了一切。</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当林风再次睁开眼时，他站在一片无边无际的白色大地上。</w:t>
      </w:r>
    </w:p>
    <w:p>
      <w:pPr>
        <w:spacing w:line="560" w:lineRule="exact"/>
        <w:ind w:firstLine="420"/>
      </w:pPr>
      <w:r>
        <w:rPr>
          <w:rFonts w:ascii="宋体" w:hAnsi="宋体" w:eastAsia="宋体"/>
          <w:sz w:val="24"/>
        </w:rPr>
        <w:t>天空是透明的，可以看到流动的数据流在头顶形成巨大的光河——每一道光都是一条数据链路，连接着《天界》的每一个角落。脚下的白色地面不是石头，也不是冰层，而是一种半透明的晶体材质，踩上去会泛起淡淡的波纹。</w:t>
      </w:r>
    </w:p>
    <w:p>
      <w:pPr>
        <w:spacing w:line="560" w:lineRule="exact"/>
        <w:ind w:firstLine="420"/>
      </w:pPr>
      <w:r>
        <w:rPr>
          <w:rFonts w:ascii="宋体" w:hAnsi="宋体" w:eastAsia="宋体"/>
          <w:sz w:val="24"/>
        </w:rPr>
        <w:t>「这就是……神域？」苏小雅的声音从身后传来，带着难以置信的震撼。</w:t>
      </w:r>
    </w:p>
    <w:p>
      <w:pPr>
        <w:spacing w:line="560" w:lineRule="exact"/>
        <w:ind w:firstLine="420"/>
      </w:pPr>
      <w:r>
        <w:rPr>
          <w:rFonts w:ascii="宋体" w:hAnsi="宋体" w:eastAsia="宋体"/>
          <w:sz w:val="24"/>
        </w:rPr>
        <w:t>神豪殿的二十名核心成员一个接一个从传送光芒中走出，站在林风身后，每个人都被眼前的景象震住了。</w:t>
      </w:r>
    </w:p>
    <w:p>
      <w:pPr>
        <w:spacing w:line="560" w:lineRule="exact"/>
        <w:ind w:firstLine="420"/>
      </w:pPr>
      <w:r>
        <w:rPr>
          <w:rFonts w:ascii="宋体" w:hAnsi="宋体" w:eastAsia="宋体"/>
          <w:sz w:val="24"/>
        </w:rPr>
        <w:t>远方的地平线上，四座巨塔高耸入云。</w:t>
      </w:r>
    </w:p>
    <w:p>
      <w:pPr>
        <w:spacing w:line="560" w:lineRule="exact"/>
        <w:ind w:firstLine="420"/>
      </w:pPr>
      <w:r>
        <w:rPr>
          <w:rFonts w:ascii="宋体" w:hAnsi="宋体" w:eastAsia="宋体"/>
          <w:sz w:val="24"/>
        </w:rPr>
        <w:t>一座金光璀璨，刻满了希腊式的浮雕——奥林匹斯。</w:t>
      </w:r>
    </w:p>
    <w:p>
      <w:pPr>
        <w:spacing w:line="560" w:lineRule="exact"/>
        <w:ind w:firstLine="420"/>
      </w:pPr>
      <w:r>
        <w:rPr>
          <w:rFonts w:ascii="宋体" w:hAnsi="宋体" w:eastAsia="宋体"/>
          <w:sz w:val="24"/>
        </w:rPr>
        <w:t>一座蓝光幽深，像海底升起的城市——亚特兰蒂斯。</w:t>
      </w:r>
    </w:p>
    <w:p>
      <w:pPr>
        <w:spacing w:line="560" w:lineRule="exact"/>
        <w:ind w:firstLine="420"/>
      </w:pPr>
      <w:r>
        <w:rPr>
          <w:rFonts w:ascii="宋体" w:hAnsi="宋体" w:eastAsia="宋体"/>
          <w:sz w:val="24"/>
        </w:rPr>
        <w:t>一座火焰缭绕，仿佛永远在燃烧——梵天城。</w:t>
      </w:r>
    </w:p>
    <w:p>
      <w:pPr>
        <w:spacing w:line="560" w:lineRule="exact"/>
        <w:ind w:firstLine="420"/>
      </w:pPr>
      <w:r>
        <w:rPr>
          <w:rFonts w:ascii="宋体" w:hAnsi="宋体" w:eastAsia="宋体"/>
          <w:sz w:val="24"/>
        </w:rPr>
        <w:t>一座云雾缭绕，看不到顶端——昆仑墟。</w:t>
      </w:r>
    </w:p>
    <w:p>
      <w:pPr>
        <w:spacing w:line="560" w:lineRule="exact"/>
        <w:ind w:firstLine="420"/>
      </w:pPr>
      <w:r>
        <w:rPr>
          <w:rFonts w:ascii="宋体" w:hAnsi="宋体" w:eastAsia="宋体"/>
          <w:sz w:val="24"/>
        </w:rPr>
        <w:t>而在这四座巨塔的正中央，悬浮着一座倒立的山峰。山峰的尖端朝下，底座朝上，像是一面镜子，倒映着整个《天界》的大地图。</w:t>
      </w:r>
    </w:p>
    <w:p>
      <w:pPr>
        <w:spacing w:line="560" w:lineRule="exact"/>
        <w:ind w:firstLine="420"/>
      </w:pPr>
      <w:r>
        <w:rPr>
          <w:rFonts w:ascii="宋体" w:hAnsi="宋体" w:eastAsia="宋体"/>
          <w:sz w:val="24"/>
        </w:rPr>
        <w:t>「中央服务器。」凌天低声说，「四座神域塔是管理节点，那座倒立的山峰就是核心。」</w:t>
      </w:r>
    </w:p>
    <w:p>
      <w:pPr>
        <w:spacing w:line="560" w:lineRule="exact"/>
        <w:ind w:firstLine="420"/>
      </w:pPr>
      <w:r>
        <w:rPr>
          <w:rFonts w:ascii="宋体" w:hAnsi="宋体" w:eastAsia="宋体"/>
          <w:sz w:val="24"/>
        </w:rPr>
        <w:t>林风没有说话。他的视线落在了四座塔之间地面上的文字——</w:t>
      </w:r>
    </w:p>
    <w:p>
      <w:pPr>
        <w:spacing w:line="560" w:lineRule="exact"/>
        <w:ind w:firstLine="420"/>
      </w:pPr>
      <w:r>
        <w:rPr>
          <w:rFonts w:ascii="宋体" w:hAnsi="宋体" w:eastAsia="宋体"/>
          <w:sz w:val="24"/>
        </w:rPr>
        <w:t>那些文字不是系统生成的，而是手写的。而且用的是他熟悉的字迹。</w:t>
      </w:r>
    </w:p>
    <w:p>
      <w:pPr>
        <w:spacing w:line="560" w:lineRule="exact"/>
        <w:ind w:firstLine="420"/>
      </w:pPr>
      <w:r>
        <w:rPr>
          <w:rFonts w:ascii="宋体" w:hAnsi="宋体" w:eastAsia="宋体"/>
          <w:sz w:val="24"/>
        </w:rPr>
        <w:t>父亲的。</w:t>
      </w:r>
    </w:p>
    <w:p>
      <w:pPr>
        <w:spacing w:line="560" w:lineRule="exact"/>
        <w:ind w:firstLine="420"/>
      </w:pPr>
      <w:r>
        <w:rPr>
          <w:rFonts w:ascii="宋体" w:hAnsi="宋体" w:eastAsia="宋体"/>
          <w:sz w:val="24"/>
        </w:rPr>
        <w:t>「林风，如果你看到这段文字，说明你真的走到这一步了。」地面上浮现出一行金色的字，像语音转文字一样缓缓出现，「记住，孩子。神域不是终点。它是我和你妈妈留给你的最后一个礼物——也是最后一道考验。四座塔里，每一座都保存着一段我们留给你的记忆。拿到全部四段，你就能解锁古玉的真正力量。到那时候，你会知道所有真相——包括为什么要创造《天界》，包括暗流到底是什么，也包括……」那段话在这里停留了很长时间，然后才补充完最后几个字，「我们到底还在不在。」</w:t>
      </w:r>
    </w:p>
    <w:p>
      <w:pPr>
        <w:spacing w:line="560" w:lineRule="exact"/>
        <w:ind w:firstLine="420"/>
      </w:pPr>
      <w:r>
        <w:rPr>
          <w:rFonts w:ascii="宋体" w:hAnsi="宋体" w:eastAsia="宋体"/>
          <w:sz w:val="24"/>
        </w:rPr>
        <w:t>最后那句话像一记重锤砸在林风胸口。</w:t>
      </w:r>
    </w:p>
    <w:p>
      <w:pPr>
        <w:spacing w:line="560" w:lineRule="exact"/>
        <w:ind w:firstLine="420"/>
      </w:pPr>
      <w:r>
        <w:rPr>
          <w:rFonts w:ascii="宋体" w:hAnsi="宋体" w:eastAsia="宋体"/>
          <w:sz w:val="24"/>
        </w:rPr>
        <w:t>队友们没有注意到他的表情变化——他们的注意力被远处突然出现的暗红色光点吸引了。</w:t>
      </w:r>
    </w:p>
    <w:p>
      <w:pPr>
        <w:spacing w:line="560" w:lineRule="exact"/>
        <w:ind w:firstLine="420"/>
      </w:pPr>
      <w:r>
        <w:rPr>
          <w:rFonts w:ascii="宋体" w:hAnsi="宋体" w:eastAsia="宋体"/>
          <w:sz w:val="24"/>
        </w:rPr>
        <w:t>「有人来了。」夜影低声道，「不止一个。至少五十个——全是玩家。」</w:t>
      </w:r>
    </w:p>
    <w:p>
      <w:pPr>
        <w:spacing w:line="560" w:lineRule="exact"/>
        <w:ind w:firstLine="420"/>
      </w:pPr>
      <w:r>
        <w:rPr>
          <w:rFonts w:ascii="宋体" w:hAnsi="宋体" w:eastAsia="宋体"/>
          <w:sz w:val="24"/>
        </w:rPr>
        <w:t>暗红色的光点越来越多，从四座神域塔的方向汇聚而来。那些玩家的头顶ID全部显示为同一前缀——</w:t>
      </w:r>
    </w:p>
    <w:p>
      <w:pPr>
        <w:spacing w:line="560" w:lineRule="exact"/>
        <w:ind w:firstLine="420"/>
      </w:pPr>
      <w:r>
        <w:rPr>
          <w:rFonts w:ascii="宋体" w:hAnsi="宋体" w:eastAsia="宋体"/>
          <w:sz w:val="24"/>
        </w:rPr>
        <w:t>【暗流】</w:t>
      </w:r>
    </w:p>
    <w:p>
      <w:pPr>
        <w:spacing w:line="560" w:lineRule="exact"/>
        <w:ind w:firstLine="420"/>
      </w:pPr>
      <w:r>
        <w:rPr>
          <w:rFonts w:ascii="宋体" w:hAnsi="宋体" w:eastAsia="宋体"/>
          <w:sz w:val="24"/>
        </w:rPr>
        <w:t>林风收回注视地面的目光。</w:t>
      </w:r>
    </w:p>
    <w:p>
      <w:pPr>
        <w:spacing w:line="560" w:lineRule="exact"/>
        <w:ind w:firstLine="420"/>
      </w:pPr>
      <w:r>
        <w:rPr>
          <w:rFonts w:ascii="宋体" w:hAnsi="宋体" w:eastAsia="宋体"/>
          <w:sz w:val="24"/>
        </w:rPr>
        <w:t>他抬起头，看向那支暗红色的队伍。走在最前面的那个人，身材修长，穿着一套漆黑的铠甲，头盔遮住了半边脸。但那个ID——林风永远也忘不了。</w:t>
      </w:r>
    </w:p>
    <w:p>
      <w:pPr>
        <w:spacing w:line="560" w:lineRule="exact"/>
        <w:ind w:firstLine="420"/>
      </w:pPr>
      <w:r>
        <w:rPr>
          <w:rFonts w:ascii="宋体" w:hAnsi="宋体" w:eastAsia="宋体"/>
          <w:sz w:val="24"/>
        </w:rPr>
        <w:t>【暗流之主·无名】</w:t>
      </w:r>
    </w:p>
    <w:p>
      <w:pPr>
        <w:spacing w:line="560" w:lineRule="exact"/>
        <w:ind w:firstLine="420"/>
      </w:pPr>
      <w:r>
        <w:rPr>
          <w:rFonts w:ascii="宋体" w:hAnsi="宋体" w:eastAsia="宋体"/>
          <w:sz w:val="24"/>
        </w:rPr>
        <w:t>等级：？？？（无法查看）</w:t>
        <w:br/>
        <w:t>称号：？？？</w:t>
      </w:r>
    </w:p>
    <w:p>
      <w:pPr>
        <w:spacing w:line="560" w:lineRule="exact"/>
        <w:ind w:firstLine="420"/>
      </w:pPr>
      <w:r>
        <w:rPr>
          <w:rFonts w:ascii="宋体" w:hAnsi="宋体" w:eastAsia="宋体"/>
          <w:sz w:val="24"/>
        </w:rPr>
        <w:t>无名在距离林风一百米的地方停下。双方隔着白色的晶体大地，遥遥对峙。</w:t>
      </w:r>
    </w:p>
    <w:p>
      <w:pPr>
        <w:spacing w:line="560" w:lineRule="exact"/>
        <w:ind w:firstLine="420"/>
      </w:pPr>
      <w:r>
        <w:rPr>
          <w:rFonts w:ascii="宋体" w:hAnsi="宋体" w:eastAsia="宋体"/>
          <w:sz w:val="24"/>
        </w:rPr>
        <w:t>「风中追风。」无名的声音通过系统扩音传遍整个神域，「我等你很久了。」</w:t>
      </w:r>
    </w:p>
    <w:p>
      <w:pPr>
        <w:spacing w:line="560" w:lineRule="exact"/>
        <w:ind w:firstLine="420"/>
      </w:pPr>
      <w:r>
        <w:rPr>
          <w:rFonts w:ascii="宋体" w:hAnsi="宋体" w:eastAsia="宋体"/>
          <w:sz w:val="24"/>
        </w:rPr>
        <w:t>「你等我很久了，还是等古玉很久了？」林风冷冷回应。</w:t>
      </w:r>
    </w:p>
    <w:p>
      <w:pPr>
        <w:spacing w:line="560" w:lineRule="exact"/>
        <w:ind w:firstLine="420"/>
      </w:pPr>
      <w:r>
        <w:rPr>
          <w:rFonts w:ascii="宋体" w:hAnsi="宋体" w:eastAsia="宋体"/>
          <w:sz w:val="24"/>
        </w:rPr>
        <w:t>无名没有否认，也没有承认。他只是抬手，向身后的队伍做了个手势。五十名暗流成员同时亮出了武器——清一色的传说级装备，清一色的80级以上等级。</w:t>
      </w:r>
    </w:p>
    <w:p>
      <w:pPr>
        <w:spacing w:line="560" w:lineRule="exact"/>
        <w:ind w:firstLine="420"/>
      </w:pPr>
      <w:r>
        <w:rPr>
          <w:rFonts w:ascii="宋体" w:hAnsi="宋体" w:eastAsia="宋体"/>
          <w:sz w:val="24"/>
        </w:rPr>
        <w:t>「神域不是一个和平的地方。这里有最强的怪物、最险恶的地形、最丰厚的奖励。」无名说，「但最重要的是——这里没有系统保护。在神域里，杀了你，你的古玉就会掉出来。」</w:t>
      </w:r>
    </w:p>
    <w:p>
      <w:pPr>
        <w:spacing w:line="560" w:lineRule="exact"/>
        <w:ind w:firstLine="420"/>
      </w:pPr>
      <w:r>
        <w:rPr>
          <w:rFonts w:ascii="宋体" w:hAnsi="宋体" w:eastAsia="宋体"/>
          <w:sz w:val="24"/>
        </w:rPr>
        <w:t>「那就尽管来试试看。」</w:t>
      </w:r>
    </w:p>
    <w:p>
      <w:pPr>
        <w:spacing w:line="560" w:lineRule="exact"/>
        <w:ind w:firstLine="420"/>
      </w:pPr>
      <w:r>
        <w:rPr>
          <w:rFonts w:ascii="宋体" w:hAnsi="宋体" w:eastAsia="宋体"/>
          <w:sz w:val="24"/>
        </w:rPr>
        <w:t>林风拔出了死亡裁决者，剑身在金色的天空下反射出耀眼的光芒。</w:t>
      </w:r>
    </w:p>
    <w:p>
      <w:pPr>
        <w:spacing w:line="560" w:lineRule="exact"/>
        <w:ind w:firstLine="420"/>
      </w:pPr>
      <w:r>
        <w:rPr>
          <w:rFonts w:ascii="宋体" w:hAnsi="宋体" w:eastAsia="宋体"/>
          <w:sz w:val="24"/>
        </w:rPr>
        <w:t>「神豪殿全员——准备战斗！」</w:t>
      </w:r>
    </w:p>
    <w:p>
      <w:pPr>
        <w:spacing w:line="560" w:lineRule="exact"/>
        <w:ind w:firstLine="420"/>
      </w:pPr>
      <w:r>
        <w:rPr>
          <w:rFonts w:ascii="宋体" w:hAnsi="宋体" w:eastAsia="宋体"/>
          <w:sz w:val="24"/>
        </w:rPr>
        <w:t>「在！！」二十人的声音在空旷的神域中回荡。</w:t>
      </w:r>
    </w:p>
    <w:p>
      <w:pPr>
        <w:spacing w:line="560" w:lineRule="exact"/>
        <w:ind w:firstLine="420"/>
      </w:pPr>
      <w:r>
        <w:rPr>
          <w:rFonts w:ascii="宋体" w:hAnsi="宋体" w:eastAsia="宋体"/>
          <w:sz w:val="24"/>
        </w:rPr>
        <w:t>赵铁柱举起盾牌，咧嘴一笑：「暗流是吧？老子今天就要亲眼看看，到底是暗流组织强，还是我风哥的钱包更硬！」</w:t>
      </w:r>
    </w:p>
    <w:p>
      <w:pPr>
        <w:spacing w:line="560" w:lineRule="exact"/>
        <w:ind w:firstLine="420"/>
      </w:pPr>
      <w:r>
        <w:rPr>
          <w:rFonts w:ascii="宋体" w:hAnsi="宋体" w:eastAsia="宋体"/>
          <w:sz w:val="24"/>
        </w:rPr>
        <w:t>苏小雅拉满弓弦：「直播间家人们，看到了吗——神域第一战！对面是暗流组织！弹幕刷起来！」</w:t>
      </w:r>
    </w:p>
    <w:p>
      <w:pPr>
        <w:spacing w:line="560" w:lineRule="exact"/>
        <w:ind w:firstLine="420"/>
      </w:pPr>
      <w:r>
        <w:rPr>
          <w:rFonts w:ascii="宋体" w:hAnsi="宋体" w:eastAsia="宋体"/>
          <w:sz w:val="24"/>
        </w:rPr>
        <w:t>凌天冷静地分配战术：「铁柱顶前排，夜影绕后切治疗，小雅远程压制，狂战八方带三个近战守右翼。林风——无名交给你。」</w:t>
      </w:r>
    </w:p>
    <w:p>
      <w:pPr>
        <w:spacing w:line="560" w:lineRule="exact"/>
        <w:ind w:firstLine="420"/>
      </w:pPr>
      <w:r>
        <w:rPr>
          <w:rFonts w:ascii="宋体" w:hAnsi="宋体" w:eastAsia="宋体"/>
          <w:sz w:val="24"/>
        </w:rPr>
        <w:t>「没问题。」</w:t>
      </w:r>
    </w:p>
    <w:p>
      <w:pPr>
        <w:spacing w:line="560" w:lineRule="exact"/>
        <w:ind w:firstLine="420"/>
      </w:pPr>
      <w:r>
        <w:rPr>
          <w:rFonts w:ascii="宋体" w:hAnsi="宋体" w:eastAsia="宋体"/>
          <w:sz w:val="24"/>
        </w:rPr>
        <w:t>林风提着剑，一步一步走向无名。</w:t>
      </w:r>
    </w:p>
    <w:p>
      <w:pPr>
        <w:spacing w:line="560" w:lineRule="exact"/>
        <w:ind w:firstLine="420"/>
      </w:pPr>
      <w:r>
        <w:rPr>
          <w:rFonts w:ascii="宋体" w:hAnsi="宋体" w:eastAsia="宋体"/>
          <w:sz w:val="24"/>
        </w:rPr>
        <w:t>两人之间的距离在金色的光芒中不断缩短。</w:t>
      </w:r>
    </w:p>
    <w:p>
      <w:pPr>
        <w:spacing w:line="560" w:lineRule="exact"/>
        <w:ind w:firstLine="420"/>
      </w:pPr>
      <w:r>
        <w:rPr>
          <w:rFonts w:ascii="宋体" w:hAnsi="宋体" w:eastAsia="宋体"/>
          <w:sz w:val="24"/>
        </w:rPr>
        <w:t>神域的天空中，数据流继续无声地流淌。那四座巨塔静静地矗立在远方，像四座沉默的见证者。</w:t>
      </w:r>
    </w:p>
    <w:p>
      <w:pPr>
        <w:spacing w:line="560" w:lineRule="exact"/>
        <w:ind w:firstLine="420"/>
      </w:pPr>
      <w:r>
        <w:rPr>
          <w:rFonts w:ascii="宋体" w:hAnsi="宋体" w:eastAsia="宋体"/>
          <w:sz w:val="24"/>
        </w:rPr>
        <w:t>父亲的留言还在地面上隐隐发光。</w:t>
      </w:r>
    </w:p>
    <w:p>
      <w:pPr>
        <w:spacing w:line="560" w:lineRule="exact"/>
        <w:ind w:firstLine="420"/>
      </w:pPr>
      <w:r>
        <w:rPr>
          <w:rFonts w:ascii="宋体" w:hAnsi="宋体" w:eastAsia="宋体"/>
          <w:sz w:val="24"/>
        </w:rPr>
        <w:t>但林风现在没有时间去读。他要先赢下这一战——因为只有赢家，才有资格走进那些塔。</w:t>
      </w:r>
    </w:p>
    <w:p>
      <w:pPr>
        <w:spacing w:line="560" w:lineRule="exact"/>
        <w:ind w:firstLine="420"/>
      </w:pPr>
      <w:r>
        <w:rPr>
          <w:rFonts w:ascii="宋体" w:hAnsi="宋体" w:eastAsia="宋体"/>
          <w:sz w:val="24"/>
        </w:rPr>
        <w:t>而暗流组织，挡在了他的路上。</w:t>
      </w:r>
    </w:p>
    <w:p>
      <w:pPr>
        <w:spacing w:line="560" w:lineRule="exact"/>
        <w:ind w:firstLine="420"/>
      </w:pPr>
      <w:r>
        <w:rPr>
          <w:rFonts w:ascii="宋体" w:hAnsi="宋体" w:eastAsia="宋体"/>
          <w:sz w:val="24"/>
        </w:rPr>
        <w:t>那就用剑把它们全部砍穿。</w:t>
      </w:r>
    </w:p>
    <w:p>
      <w:r>
        <w:br w:type="page"/>
      </w:r>
    </w:p>
    <w:p>
      <w:pPr>
        <w:jc w:val="center"/>
      </w:pPr>
      <w:r>
        <w:rPr>
          <w:b/>
          <w:sz w:val="32"/>
        </w:rPr>
        <w:t>第052章 第一座塔·昆仑墟</w:t>
      </w:r>
    </w:p>
    <w:p>
      <w:pPr>
        <w:jc w:val="center"/>
      </w:pPr>
      <w:r>
        <w:rPr>
          <w:color w:val="999999"/>
          <w:sz w:val="18"/>
        </w:rPr>
        <w:t>（2,501字）</w:t>
      </w:r>
    </w:p>
    <w:p/>
    <w:p>
      <w:pPr>
        <w:spacing w:line="560" w:lineRule="exact"/>
        <w:ind w:firstLine="420"/>
      </w:pPr>
      <w:r>
        <w:rPr>
          <w:rFonts w:ascii="宋体" w:hAnsi="宋体" w:eastAsia="宋体"/>
          <w:sz w:val="24"/>
        </w:rPr>
        <w:t>神域的第一场战斗没有持续太久，甚至比任何人预想的都要短。</w:t>
      </w:r>
    </w:p>
    <w:p>
      <w:pPr>
        <w:spacing w:line="560" w:lineRule="exact"/>
        <w:ind w:firstLine="420"/>
      </w:pPr>
      <w:r>
        <w:rPr>
          <w:rFonts w:ascii="宋体" w:hAnsi="宋体" w:eastAsia="宋体"/>
          <w:sz w:val="24"/>
        </w:rPr>
        <w:t>不是暗流太弱——而是林风根本没打算在开阔地上跟无名硬碰硬。他看到父亲留言的那一刻就明白了：这场仗不是靠一次野战能赢的。暗流组织在神域布局了不知道多久，而他才刚刚踏进这片土地。正面硬刚，就是自投罗网。</w:t>
      </w:r>
    </w:p>
    <w:p>
      <w:pPr>
        <w:spacing w:line="560" w:lineRule="exact"/>
        <w:ind w:firstLine="420"/>
      </w:pPr>
      <w:r>
        <w:rPr>
          <w:rFonts w:ascii="宋体" w:hAnsi="宋体" w:eastAsia="宋体"/>
          <w:sz w:val="24"/>
        </w:rPr>
        <w:t>所以在双方相距五十米的瞬间，林风出手了——但不是冲着无名。</w:t>
      </w:r>
    </w:p>
    <w:p>
      <w:pPr>
        <w:spacing w:line="560" w:lineRule="exact"/>
        <w:ind w:firstLine="420"/>
      </w:pPr>
      <w:r>
        <w:rPr>
          <w:rFonts w:ascii="宋体" w:hAnsi="宋体" w:eastAsia="宋体"/>
          <w:sz w:val="24"/>
        </w:rPr>
        <w:t>【神豪·闪光弹】！消耗10万游戏币！</w:t>
      </w:r>
    </w:p>
    <w:p>
      <w:pPr>
        <w:spacing w:line="560" w:lineRule="exact"/>
        <w:ind w:firstLine="420"/>
      </w:pPr>
      <w:r>
        <w:rPr>
          <w:rFonts w:ascii="宋体" w:hAnsi="宋体" w:eastAsia="宋体"/>
          <w:sz w:val="24"/>
        </w:rPr>
        <w:t>一道刺目的金光在暗流阵型正中央炸开！紧接着林风反手一挥——</w:t>
      </w:r>
    </w:p>
    <w:p>
      <w:pPr>
        <w:spacing w:line="560" w:lineRule="exact"/>
        <w:ind w:firstLine="420"/>
      </w:pPr>
      <w:r>
        <w:rPr>
          <w:rFonts w:ascii="宋体" w:hAnsi="宋体" w:eastAsia="宋体"/>
          <w:sz w:val="24"/>
        </w:rPr>
        <w:t>【群体传送卷轴·神域随机坐标】！</w:t>
      </w:r>
    </w:p>
    <w:p>
      <w:pPr>
        <w:spacing w:line="560" w:lineRule="exact"/>
        <w:ind w:firstLine="420"/>
      </w:pPr>
      <w:r>
        <w:rPr>
          <w:rFonts w:ascii="宋体" w:hAnsi="宋体" w:eastAsia="宋体"/>
          <w:sz w:val="24"/>
        </w:rPr>
        <w:t>二十道金色的传送光芒同时在神豪殿成员脚下亮起，在暗流成员揉眼睛的那短短两秒内，二十人全部消失在原地，连影子都没留下。</w:t>
      </w:r>
    </w:p>
    <w:p>
      <w:pPr>
        <w:spacing w:line="560" w:lineRule="exact"/>
        <w:ind w:firstLine="420"/>
      </w:pPr>
      <w:r>
        <w:rPr>
          <w:rFonts w:ascii="宋体" w:hAnsi="宋体" w:eastAsia="宋体"/>
          <w:sz w:val="24"/>
        </w:rPr>
        <w:t>无名放下挡在眼前的手臂，看着空荡荡的白色大地，沉默了几秒。</w:t>
      </w:r>
    </w:p>
    <w:p>
      <w:pPr>
        <w:spacing w:line="560" w:lineRule="exact"/>
        <w:ind w:firstLine="420"/>
      </w:pPr>
      <w:r>
        <w:rPr>
          <w:rFonts w:ascii="宋体" w:hAnsi="宋体" w:eastAsia="宋体"/>
          <w:sz w:val="24"/>
        </w:rPr>
        <w:t>他身后的副手低声问：「追吗？」</w:t>
      </w:r>
    </w:p>
    <w:p>
      <w:pPr>
        <w:spacing w:line="560" w:lineRule="exact"/>
        <w:ind w:firstLine="420"/>
      </w:pPr>
      <w:r>
        <w:rPr>
          <w:rFonts w:ascii="宋体" w:hAnsi="宋体" w:eastAsia="宋体"/>
          <w:sz w:val="24"/>
        </w:rPr>
        <w:t>「不用。」无名说，声音里没有愤怒，反而带着一丝欣赏的意味，「他比他爸聪明。知道什么时候该打，什么时候该跑。神域这么大——让他先跑几天。」</w:t>
      </w:r>
    </w:p>
    <w:p>
      <w:pPr>
        <w:spacing w:line="560" w:lineRule="exact"/>
        <w:ind w:firstLine="420"/>
      </w:pPr>
      <w:r>
        <w:rPr>
          <w:rFonts w:ascii="宋体" w:hAnsi="宋体" w:eastAsia="宋体"/>
          <w:sz w:val="24"/>
        </w:rPr>
        <w:t>副手不解：「那我们的计划……」</w:t>
      </w:r>
    </w:p>
    <w:p>
      <w:pPr>
        <w:spacing w:line="560" w:lineRule="exact"/>
        <w:ind w:firstLine="420"/>
      </w:pPr>
      <w:r>
        <w:rPr>
          <w:rFonts w:ascii="宋体" w:hAnsi="宋体" w:eastAsia="宋体"/>
          <w:sz w:val="24"/>
        </w:rPr>
        <w:t>「照常进行。四座塔的守卫不是那么容易过的。他会自己来找我的——等他把前两座塔打通之后。」</w:t>
      </w:r>
    </w:p>
    <w:p>
      <w:pPr>
        <w:spacing w:line="560" w:lineRule="exact"/>
        <w:ind w:firstLine="420"/>
      </w:pPr>
      <w:r>
        <w:rPr>
          <w:rFonts w:ascii="宋体" w:hAnsi="宋体" w:eastAsia="宋体"/>
          <w:sz w:val="24"/>
        </w:rPr>
        <w:t>无名说完，转身带着队伍走入千米外一座蓝色的传送阵中——光芒闪过，五十多人瞬间消失得无影无踪。白色大地重新恢复了死寂。</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五十公里外，一片漂浮在金色云海中的碎石平台上。</w:t>
      </w:r>
    </w:p>
    <w:p>
      <w:pPr>
        <w:spacing w:line="560" w:lineRule="exact"/>
        <w:ind w:firstLine="420"/>
      </w:pPr>
      <w:r>
        <w:rPr>
          <w:rFonts w:ascii="宋体" w:hAnsi="宋体" w:eastAsia="宋体"/>
          <w:sz w:val="24"/>
        </w:rPr>
        <w:t>林风和队友们从刺目的传送光芒中现身，站稳脚跟时才看清脚下——他们落在了一座漂浮在金色云海中的碎石平台上，周围全是翻涌的云雾。</w:t>
      </w:r>
    </w:p>
    <w:p>
      <w:pPr>
        <w:spacing w:line="560" w:lineRule="exact"/>
        <w:ind w:firstLine="420"/>
      </w:pPr>
      <w:r>
        <w:rPr>
          <w:rFonts w:ascii="宋体" w:hAnsi="宋体" w:eastAsia="宋体"/>
          <w:sz w:val="24"/>
        </w:rPr>
        <w:t>「我去去去——刚才差点以为要被包饺子了！」赵铁柱拍了拍胸口，「风哥，你刚才那传送卷轴用得太及时了吧！再慢一秒我们就被包围了！」</w:t>
      </w:r>
    </w:p>
    <w:p>
      <w:pPr>
        <w:spacing w:line="560" w:lineRule="exact"/>
        <w:ind w:firstLine="420"/>
      </w:pPr>
      <w:r>
        <w:rPr>
          <w:rFonts w:ascii="宋体" w:hAnsi="宋体" w:eastAsia="宋体"/>
          <w:sz w:val="24"/>
        </w:rPr>
        <w:t>「正面打不过当然要跑，留着被围殴吗？」林风收起长剑，「他们人多，而且等级比我们高。神域里死了掉50%经验，不值得。」</w:t>
      </w:r>
    </w:p>
    <w:p>
      <w:pPr>
        <w:spacing w:line="560" w:lineRule="exact"/>
        <w:ind w:firstLine="420"/>
      </w:pPr>
      <w:r>
        <w:rPr>
          <w:rFonts w:ascii="宋体" w:hAnsi="宋体" w:eastAsia="宋体"/>
          <w:sz w:val="24"/>
        </w:rPr>
        <w:t>「那接下来怎么办？」苏小雅问。</w:t>
      </w:r>
    </w:p>
    <w:p>
      <w:pPr>
        <w:spacing w:line="560" w:lineRule="exact"/>
        <w:ind w:firstLine="420"/>
      </w:pPr>
      <w:r>
        <w:rPr>
          <w:rFonts w:ascii="宋体" w:hAnsi="宋体" w:eastAsia="宋体"/>
          <w:sz w:val="24"/>
        </w:rPr>
        <w:t>林风抬头看向远方。</w:t>
      </w:r>
    </w:p>
    <w:p>
      <w:pPr>
        <w:spacing w:line="560" w:lineRule="exact"/>
        <w:ind w:firstLine="420"/>
      </w:pPr>
      <w:r>
        <w:rPr>
          <w:rFonts w:ascii="宋体" w:hAnsi="宋体" w:eastAsia="宋体"/>
          <w:sz w:val="24"/>
        </w:rPr>
        <w:t>在他们面前不到两公里的地方，一座云雾缭绕的巨塔矗立在云海之中——那是四座神域塔中最东边的一座。</w:t>
      </w:r>
    </w:p>
    <w:p>
      <w:pPr>
        <w:spacing w:line="560" w:lineRule="exact"/>
        <w:ind w:firstLine="420"/>
      </w:pPr>
      <w:r>
        <w:rPr>
          <w:rFonts w:ascii="宋体" w:hAnsi="宋体" w:eastAsia="宋体"/>
          <w:sz w:val="24"/>
        </w:rPr>
        <w:t>昆仑墟。</w:t>
      </w:r>
    </w:p>
    <w:p>
      <w:pPr>
        <w:spacing w:line="560" w:lineRule="exact"/>
        <w:ind w:firstLine="420"/>
      </w:pPr>
      <w:r>
        <w:rPr>
          <w:rFonts w:ascii="宋体" w:hAnsi="宋体" w:eastAsia="宋体"/>
          <w:sz w:val="24"/>
        </w:rPr>
        <w:t>塔身以晶莹的白玉和青色的巨石砌成，表面雕刻着栩栩如生的龙形浮雕，五爪金龙盘旋而上，在云雾中若隐若现。塔顶没入云端，看不到尽头。塔的入口处，两尊巨大的石狮子蹲坐在两侧，石狮的眼睛里闪烁着幽绿色的光芒。</w:t>
      </w:r>
    </w:p>
    <w:p>
      <w:pPr>
        <w:spacing w:line="560" w:lineRule="exact"/>
        <w:ind w:firstLine="420"/>
      </w:pPr>
      <w:r>
        <w:rPr>
          <w:rFonts w:ascii="宋体" w:hAnsi="宋体" w:eastAsia="宋体"/>
          <w:sz w:val="24"/>
        </w:rPr>
        <w:t>「先攻塔。」林风说，「我爸说了，四座塔里各有线索。拿到线索，才能解锁古玉的真正力量。」</w:t>
      </w:r>
    </w:p>
    <w:p>
      <w:pPr>
        <w:spacing w:line="560" w:lineRule="exact"/>
        <w:ind w:firstLine="420"/>
      </w:pPr>
      <w:r>
        <w:rPr>
          <w:rFonts w:ascii="宋体" w:hAnsi="宋体" w:eastAsia="宋体"/>
          <w:sz w:val="24"/>
        </w:rPr>
        <w:t>「但暗流的人也在塔里。」凌天提醒道，「昆仑墟——如果我没记错，按照神域地图标注，这是东方的管理节点。暗流很可能已经派人进去了。」</w:t>
      </w:r>
    </w:p>
    <w:p>
      <w:pPr>
        <w:spacing w:line="560" w:lineRule="exact"/>
        <w:ind w:firstLine="420"/>
      </w:pPr>
      <w:r>
        <w:rPr>
          <w:rFonts w:ascii="宋体" w:hAnsi="宋体" w:eastAsia="宋体"/>
          <w:sz w:val="24"/>
        </w:rPr>
        <w:t>「那就比他们更快一步就可以了——他们还在第三层的时候，我们就要站在塔顶。」</w:t>
      </w:r>
    </w:p>
    <w:p>
      <w:pPr>
        <w:spacing w:line="560" w:lineRule="exact"/>
        <w:ind w:firstLine="420"/>
      </w:pPr>
      <w:r>
        <w:rPr>
          <w:rFonts w:ascii="宋体" w:hAnsi="宋体" w:eastAsia="宋体"/>
          <w:sz w:val="24"/>
        </w:rPr>
        <w:t>林风迈步向昆仑墟走去。</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走进塔门的那一刻，空气突然变得沉重。</w:t>
      </w:r>
    </w:p>
    <w:p>
      <w:pPr>
        <w:spacing w:line="560" w:lineRule="exact"/>
        <w:ind w:firstLine="420"/>
      </w:pPr>
      <w:r>
        <w:rPr>
          <w:rFonts w:ascii="宋体" w:hAnsi="宋体" w:eastAsia="宋体"/>
          <w:sz w:val="24"/>
        </w:rPr>
        <w:t>眼前不是想象中的塔内空间——而是一片广袤的雪原。风雪呼啸，能见度不到十米。脚下是厚厚的积雪，踩上去咯吱作响。远方的雪原深处，隐约可以看到一座古老的宫殿轮廓。</w:t>
      </w:r>
    </w:p>
    <w:p>
      <w:pPr>
        <w:spacing w:line="560" w:lineRule="exact"/>
        <w:ind w:firstLine="420"/>
      </w:pPr>
      <w:r>
        <w:rPr>
          <w:rFonts w:ascii="宋体" w:hAnsi="宋体" w:eastAsia="宋体"/>
          <w:sz w:val="24"/>
        </w:rPr>
        <w:t>「塔内空间是独立的副本？」凌天皱眉道，「有意思。这座塔内部自成一个世界。」</w:t>
      </w:r>
    </w:p>
    <w:p>
      <w:pPr>
        <w:spacing w:line="560" w:lineRule="exact"/>
        <w:ind w:firstLine="420"/>
      </w:pPr>
      <w:r>
        <w:rPr>
          <w:rFonts w:ascii="宋体" w:hAnsi="宋体" w:eastAsia="宋体"/>
          <w:sz w:val="24"/>
        </w:rPr>
        <w:t>系统提示随之弹出：</w:t>
      </w:r>
    </w:p>
    <w:p>
      <w:pPr>
        <w:spacing w:line="560" w:lineRule="exact"/>
        <w:ind w:firstLine="420"/>
      </w:pPr>
      <w:r>
        <w:rPr>
          <w:rFonts w:ascii="宋体" w:hAnsi="宋体" w:eastAsia="宋体"/>
          <w:sz w:val="24"/>
        </w:rPr>
        <w:t>【欢迎进入神域·昆仑墟试炼】</w:t>
      </w:r>
    </w:p>
    <w:p>
      <w:pPr>
        <w:spacing w:line="560" w:lineRule="exact"/>
        <w:ind w:firstLine="420"/>
      </w:pPr>
      <w:r>
        <w:rPr>
          <w:rFonts w:ascii="宋体" w:hAnsi="宋体" w:eastAsia="宋体"/>
          <w:sz w:val="24"/>
        </w:rPr>
        <w:t>【试炼目标：穿越冰封雪原 → 击败昆仑守护者 → 获取「东方之匙」】</w:t>
      </w:r>
    </w:p>
    <w:p>
      <w:pPr>
        <w:spacing w:line="560" w:lineRule="exact"/>
        <w:ind w:firstLine="420"/>
      </w:pPr>
      <w:r>
        <w:rPr>
          <w:rFonts w:ascii="宋体" w:hAnsi="宋体" w:eastAsia="宋体"/>
          <w:sz w:val="24"/>
        </w:rPr>
        <w:t>【当前层数：1/7】</w:t>
      </w:r>
    </w:p>
    <w:p>
      <w:pPr>
        <w:spacing w:line="560" w:lineRule="exact"/>
        <w:ind w:firstLine="420"/>
      </w:pPr>
      <w:r>
        <w:rPr>
          <w:rFonts w:ascii="宋体" w:hAnsi="宋体" w:eastAsia="宋体"/>
          <w:sz w:val="24"/>
        </w:rPr>
        <w:t>【队伍状态：神豪殿 20人】</w:t>
      </w:r>
    </w:p>
    <w:p>
      <w:pPr>
        <w:spacing w:line="560" w:lineRule="exact"/>
        <w:ind w:firstLine="420"/>
      </w:pPr>
      <w:r>
        <w:rPr>
          <w:rFonts w:ascii="宋体" w:hAnsi="宋体" w:eastAsia="宋体"/>
          <w:sz w:val="24"/>
        </w:rPr>
        <w:t>【注意：每层击败守护者后才能进入下一层。】</w:t>
      </w:r>
    </w:p>
    <w:p>
      <w:pPr>
        <w:spacing w:line="560" w:lineRule="exact"/>
        <w:ind w:firstLine="420"/>
      </w:pPr>
      <w:r>
        <w:rPr>
          <w:rFonts w:ascii="宋体" w:hAnsi="宋体" w:eastAsia="宋体"/>
          <w:sz w:val="24"/>
        </w:rPr>
        <w:t>「一共七层。」林风迅速低头快速扫了一遍试炼说明，毫不犹豫地说，「速通，不留任何时间给暗流。」</w:t>
      </w:r>
    </w:p>
    <w:p>
      <w:pPr>
        <w:spacing w:line="560" w:lineRule="exact"/>
        <w:ind w:firstLine="420"/>
      </w:pPr>
      <w:r>
        <w:rPr>
          <w:rFonts w:ascii="宋体" w:hAnsi="宋体" w:eastAsia="宋体"/>
          <w:sz w:val="24"/>
        </w:rPr>
        <w:t>他开启了神豪商店——</w:t>
      </w:r>
    </w:p>
    <w:p>
      <w:pPr>
        <w:spacing w:line="560" w:lineRule="exact"/>
        <w:ind w:firstLine="420"/>
      </w:pPr>
      <w:r>
        <w:rPr>
          <w:rFonts w:ascii="宋体" w:hAnsi="宋体" w:eastAsia="宋体"/>
          <w:sz w:val="24"/>
        </w:rPr>
        <w:t>【神豪·御寒结界】消耗50万金币！全军免疫寒冷伤害，持续2小时。</w:t>
      </w:r>
    </w:p>
    <w:p>
      <w:pPr>
        <w:spacing w:line="560" w:lineRule="exact"/>
        <w:ind w:firstLine="420"/>
      </w:pPr>
      <w:r>
        <w:rPr>
          <w:rFonts w:ascii="宋体" w:hAnsi="宋体" w:eastAsia="宋体"/>
          <w:sz w:val="24"/>
        </w:rPr>
        <w:t>【神豪·照明弹】消耗10万金币！前方500米可见度提升，持续30分钟。</w:t>
      </w:r>
    </w:p>
    <w:p>
      <w:pPr>
        <w:spacing w:line="560" w:lineRule="exact"/>
        <w:ind w:firstLine="420"/>
      </w:pPr>
      <w:r>
        <w:rPr>
          <w:rFonts w:ascii="宋体" w:hAnsi="宋体" w:eastAsia="宋体"/>
          <w:sz w:val="24"/>
        </w:rPr>
        <w:t>【神豪·狂暴药剂×20】消耗100万金币！每人一瓶，攻击力提升50%，持续15分钟。</w:t>
      </w:r>
    </w:p>
    <w:p>
      <w:pPr>
        <w:spacing w:line="560" w:lineRule="exact"/>
        <w:ind w:firstLine="420"/>
      </w:pPr>
      <w:r>
        <w:rPr>
          <w:rFonts w:ascii="宋体" w:hAnsi="宋体" w:eastAsia="宋体"/>
          <w:sz w:val="24"/>
        </w:rPr>
        <w:t>赵铁柱看着背包里突然出现的金色药剂，咋舌道：「风哥，你这一口气烧了一百六十万啊。」</w:t>
      </w:r>
    </w:p>
    <w:p>
      <w:pPr>
        <w:spacing w:line="560" w:lineRule="exact"/>
        <w:ind w:firstLine="420"/>
      </w:pPr>
      <w:r>
        <w:rPr>
          <w:rFonts w:ascii="宋体" w:hAnsi="宋体" w:eastAsia="宋体"/>
          <w:sz w:val="24"/>
        </w:rPr>
        <w:t>「时间就是金钱。少废话，开路。」</w:t>
      </w:r>
    </w:p>
    <w:p>
      <w:pPr>
        <w:spacing w:line="560" w:lineRule="exact"/>
        <w:ind w:firstLine="420"/>
      </w:pPr>
      <w:r>
        <w:rPr>
          <w:rFonts w:ascii="宋体" w:hAnsi="宋体" w:eastAsia="宋体"/>
          <w:sz w:val="24"/>
        </w:rPr>
        <w:t>雪原比想象中更加凶险。从第一层到第三层，冰霜巨狼的密度越来越大，等级也从85级一路攀升到90级。到了第四层，风雪中开始出现更可怕的怪物——冰晶巨魔，一种身高五米的雪人状怪物，一拳能砸出八千点伤害。赵铁柱扛了三次就喊受不了，林风不得不又花五十万金币买了群体护盾技能才稳住阵脚。</w:t>
      </w:r>
    </w:p>
    <w:p>
      <w:pPr>
        <w:spacing w:line="560" w:lineRule="exact"/>
        <w:ind w:firstLine="420"/>
      </w:pPr>
      <w:r>
        <w:rPr>
          <w:rFonts w:ascii="宋体" w:hAnsi="宋体" w:eastAsia="宋体"/>
          <w:sz w:val="24"/>
        </w:rPr>
        <w:t>神豪殿二十名成员整理好装备，踏入了风雪呼啸的雪原。风雪中，第一波怪物从雪地下钻出——【冰霜巨狼】×30，等级85。</w:t>
      </w:r>
    </w:p>
    <w:p>
      <w:pPr>
        <w:spacing w:line="560" w:lineRule="exact"/>
        <w:ind w:firstLine="420"/>
      </w:pPr>
      <w:r>
        <w:rPr>
          <w:rFonts w:ascii="宋体" w:hAnsi="宋体" w:eastAsia="宋体"/>
          <w:sz w:val="24"/>
        </w:rPr>
        <w:t>林风拔剑，金色的剑光在白色雪原上划出一道刺目的弧线。他身影一闪，直接冲入狼群中央——剑锋横扫，三头巨狼同时被斩飞！</w:t>
      </w:r>
    </w:p>
    <w:p>
      <w:pPr>
        <w:spacing w:line="560" w:lineRule="exact"/>
        <w:ind w:firstLine="420"/>
      </w:pPr>
      <w:r>
        <w:rPr>
          <w:rFonts w:ascii="宋体" w:hAnsi="宋体" w:eastAsia="宋体"/>
          <w:sz w:val="24"/>
        </w:rPr>
        <w:t>「一分钟清完。」</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第四层守关者是一只冰霜元素领主，免疫物理伤害。林风直接花两百万买了破魔剑附魔，硬生生用金币把免疫打穿。第五层的迷宫用了四十分钟才走出来。第六层的幻境考验最让人头疼——每一个队友都看到了自己最恐惧的画面，苏小雅差点掉进冰裂缝，被夜影一把拉了回来。</w:t>
      </w:r>
    </w:p>
    <w:p>
      <w:pPr>
        <w:spacing w:line="560" w:lineRule="exact"/>
        <w:ind w:firstLine="420"/>
      </w:pPr>
      <w:r>
        <w:rPr>
          <w:rFonts w:ascii="宋体" w:hAnsi="宋体" w:eastAsia="宋体"/>
          <w:sz w:val="24"/>
        </w:rPr>
        <w:t>七个小时后。</w:t>
      </w:r>
    </w:p>
    <w:p>
      <w:pPr>
        <w:spacing w:line="560" w:lineRule="exact"/>
        <w:ind w:firstLine="420"/>
      </w:pPr>
      <w:r>
        <w:rPr>
          <w:rFonts w:ascii="宋体" w:hAnsi="宋体" w:eastAsia="宋体"/>
          <w:sz w:val="24"/>
        </w:rPr>
        <w:t>昆仑墟第七层。</w:t>
      </w:r>
    </w:p>
    <w:p>
      <w:pPr>
        <w:spacing w:line="560" w:lineRule="exact"/>
        <w:ind w:firstLine="420"/>
      </w:pPr>
      <w:r>
        <w:rPr>
          <w:rFonts w:ascii="宋体" w:hAnsi="宋体" w:eastAsia="宋体"/>
          <w:sz w:val="24"/>
        </w:rPr>
        <w:t>林风浑身浴血，站在一座刻满符文的祭坛前。他的死亡裁决者上还滴着黑色血——那是第七层守卫「昆仑守护者·敖玄」的血。</w:t>
      </w:r>
    </w:p>
    <w:p>
      <w:pPr>
        <w:spacing w:line="560" w:lineRule="exact"/>
        <w:ind w:firstLine="420"/>
      </w:pPr>
      <w:r>
        <w:rPr>
          <w:rFonts w:ascii="宋体" w:hAnsi="宋体" w:eastAsia="宋体"/>
          <w:sz w:val="24"/>
        </w:rPr>
        <w:t>一头长达百丈的冰霜巨龙，此刻正倒在祭坛前方的冰面上，龙血染红了一大片雪地。</w:t>
      </w:r>
    </w:p>
    <w:p>
      <w:pPr>
        <w:spacing w:line="560" w:lineRule="exact"/>
        <w:ind w:firstLine="420"/>
      </w:pPr>
      <w:r>
        <w:rPr>
          <w:rFonts w:ascii="宋体" w:hAnsi="宋体" w:eastAsia="宋体"/>
          <w:sz w:val="24"/>
        </w:rPr>
        <w:t>赵铁柱扛着盾牌走过来，原本光滑的传说级盾面上布满了深深的爪痕，有几道几乎穿透了盾面。他喘着粗气说：「风哥……这条龙是真能扛啊。冰息一口喷掉我半条命，尾巴扫一下飞出去三十米。我们打了整整三十分钟！」</w:t>
      </w:r>
    </w:p>
    <w:p>
      <w:pPr>
        <w:spacing w:line="560" w:lineRule="exact"/>
        <w:ind w:firstLine="420"/>
      </w:pPr>
      <w:r>
        <w:rPr>
          <w:rFonts w:ascii="宋体" w:hAnsi="宋体" w:eastAsia="宋体"/>
          <w:sz w:val="24"/>
        </w:rPr>
        <w:t>「85万总血量，物理和法术双重防御都达到了5000点。」林风收起长剑，「正常队伍就算满编五十人，没有三小时也打不下来。」</w:t>
      </w:r>
    </w:p>
    <w:p>
      <w:pPr>
        <w:spacing w:line="560" w:lineRule="exact"/>
        <w:ind w:firstLine="420"/>
      </w:pPr>
      <w:r>
        <w:rPr>
          <w:rFonts w:ascii="宋体" w:hAnsi="宋体" w:eastAsia="宋体"/>
          <w:sz w:val="24"/>
        </w:rPr>
        <w:t>「但我们不是正常队伍。」苏小雅笑道，她的法力值已经见底，但脸上满是兴奋，「风哥那两个神豪技能开得太及时了——减防60%，我们输出直接翻倍。」</w:t>
      </w:r>
    </w:p>
    <w:p>
      <w:pPr>
        <w:spacing w:line="560" w:lineRule="exact"/>
        <w:ind w:firstLine="420"/>
      </w:pPr>
      <w:r>
        <w:rPr>
          <w:rFonts w:ascii="宋体" w:hAnsi="宋体" w:eastAsia="宋体"/>
          <w:sz w:val="24"/>
        </w:rPr>
        <w:t>战斗结束，所有人都松了一口气。林风收起长剑，踩着冰龙的尸体走上祭坛。祭坛中央悬浮着一枚青色的玉简，散发着柔和而温暖的光芒，散发着柔和的光芒。</w:t>
      </w:r>
    </w:p>
    <w:p>
      <w:pPr>
        <w:spacing w:line="560" w:lineRule="exact"/>
        <w:ind w:firstLine="420"/>
      </w:pPr>
      <w:r>
        <w:rPr>
          <w:rFonts w:ascii="宋体" w:hAnsi="宋体" w:eastAsia="宋体"/>
          <w:sz w:val="24"/>
        </w:rPr>
        <w:t>他伸手握住玉简。</w:t>
      </w:r>
    </w:p>
    <w:p>
      <w:pPr>
        <w:spacing w:line="560" w:lineRule="exact"/>
        <w:ind w:firstLine="420"/>
      </w:pPr>
      <w:r>
        <w:rPr>
          <w:rFonts w:ascii="宋体" w:hAnsi="宋体" w:eastAsia="宋体"/>
          <w:sz w:val="24"/>
        </w:rPr>
        <w:t>一道记忆碎片直接涌入他的脑海——</w:t>
      </w:r>
    </w:p>
    <w:p>
      <w:pPr>
        <w:spacing w:line="560" w:lineRule="exact"/>
        <w:ind w:firstLine="420"/>
      </w:pPr>
      <w:r>
        <w:rPr>
          <w:rFonts w:ascii="宋体" w:hAnsi="宋体" w:eastAsia="宋体"/>
          <w:sz w:val="24"/>
        </w:rPr>
        <w:t>画面在脑海中徐徐展开——一间充满科幻感的实验室，白色的墙壁上嵌满了显示屏。一个穿着白大褂的男人坐在实验室正中央的操作台前。那是年轻时候的父亲，比他记忆中至少年轻了二十岁。父亲的面前是一块巨大的全息屏幕，上面滚动着密密麻麻的数据和代码。</w:t>
      </w:r>
    </w:p>
    <w:p>
      <w:pPr>
        <w:spacing w:line="560" w:lineRule="exact"/>
        <w:ind w:firstLine="420"/>
      </w:pPr>
      <w:r>
        <w:rPr>
          <w:rFonts w:ascii="宋体" w:hAnsi="宋体" w:eastAsia="宋体"/>
          <w:sz w:val="24"/>
        </w:rPr>
        <w:t>「这一天终于来了。古玉第三阶段测试——结果：通过。」</w:t>
      </w:r>
    </w:p>
    <w:p>
      <w:pPr>
        <w:spacing w:line="560" w:lineRule="exact"/>
        <w:ind w:firstLine="420"/>
      </w:pPr>
      <w:r>
        <w:rPr>
          <w:rFonts w:ascii="宋体" w:hAnsi="宋体" w:eastAsia="宋体"/>
          <w:sz w:val="24"/>
        </w:rPr>
        <w:t>父亲的声音带着疲惫，但更多的是欣慰。</w:t>
      </w:r>
    </w:p>
    <w:p>
      <w:pPr>
        <w:spacing w:line="560" w:lineRule="exact"/>
        <w:ind w:firstLine="420"/>
      </w:pPr>
      <w:r>
        <w:rPr>
          <w:rFonts w:ascii="宋体" w:hAnsi="宋体" w:eastAsia="宋体"/>
          <w:sz w:val="24"/>
        </w:rPr>
        <w:t>「林风，如果你看到这段记忆，说明你妈和我没有选错人。你不但激活了古玉，还走到了神域。能走到这里，就说明你已经足够强大——可以承受真相了。」</w:t>
      </w:r>
    </w:p>
    <w:p>
      <w:pPr>
        <w:spacing w:line="560" w:lineRule="exact"/>
        <w:ind w:firstLine="420"/>
      </w:pPr>
      <w:r>
        <w:rPr>
          <w:rFonts w:ascii="宋体" w:hAnsi="宋体" w:eastAsia="宋体"/>
          <w:sz w:val="24"/>
        </w:rPr>
        <w:t>画面一转，实验室的全息屏幕变成了两个交缠的DNA螺旋结构。</w:t>
      </w:r>
    </w:p>
    <w:p>
      <w:pPr>
        <w:spacing w:line="560" w:lineRule="exact"/>
        <w:ind w:firstLine="420"/>
      </w:pPr>
      <w:r>
        <w:rPr>
          <w:rFonts w:ascii="宋体" w:hAnsi="宋体" w:eastAsia="宋体"/>
          <w:sz w:val="24"/>
        </w:rPr>
        <w:t>「古玉的核心，不是技术。是你。你的DNA——是我们设计这套系统时的管理员密钥。也就是说——你本人，就是《天界》的最高权限。」</w:t>
      </w:r>
    </w:p>
    <w:p>
      <w:pPr>
        <w:spacing w:line="560" w:lineRule="exact"/>
        <w:ind w:firstLine="420"/>
      </w:pPr>
      <w:r>
        <w:rPr>
          <w:rFonts w:ascii="宋体" w:hAnsi="宋体" w:eastAsia="宋体"/>
          <w:sz w:val="24"/>
        </w:rPr>
        <w:t>「暗流那些人，抢不到古玉，也复制不了古玉。因为真正关键的密钥，在你的血液里。」</w:t>
      </w:r>
    </w:p>
    <w:p>
      <w:pPr>
        <w:spacing w:line="560" w:lineRule="exact"/>
        <w:ind w:firstLine="420"/>
      </w:pPr>
      <w:r>
        <w:rPr>
          <w:rFonts w:ascii="宋体" w:hAnsi="宋体" w:eastAsia="宋体"/>
          <w:sz w:val="24"/>
        </w:rPr>
        <w:t>「所以我永远不会把古玉交出去。」林风低声说。</w:t>
      </w:r>
    </w:p>
    <w:p>
      <w:pPr>
        <w:spacing w:line="560" w:lineRule="exact"/>
        <w:ind w:firstLine="420"/>
      </w:pPr>
      <w:r>
        <w:rPr>
          <w:rFonts w:ascii="宋体" w:hAnsi="宋体" w:eastAsia="宋体"/>
          <w:sz w:val="24"/>
        </w:rPr>
        <w:t>手中的玉简碎裂成光点，在他掌心消散。</w:t>
      </w:r>
    </w:p>
    <w:p>
      <w:pPr>
        <w:spacing w:line="560" w:lineRule="exact"/>
        <w:ind w:firstLine="420"/>
      </w:pPr>
      <w:r>
        <w:rPr>
          <w:rFonts w:ascii="宋体" w:hAnsi="宋体" w:eastAsia="宋体"/>
          <w:sz w:val="24"/>
        </w:rPr>
        <w:t>【获得：东方之匙·昆仑之心】</w:t>
      </w:r>
    </w:p>
    <w:p>
      <w:pPr>
        <w:spacing w:line="560" w:lineRule="exact"/>
        <w:ind w:firstLine="420"/>
      </w:pPr>
      <w:r>
        <w:rPr>
          <w:rFonts w:ascii="宋体" w:hAnsi="宋体" w:eastAsia="宋体"/>
          <w:sz w:val="24"/>
        </w:rPr>
        <w:t>【神域进度：1/4 塔完成】</w:t>
      </w:r>
    </w:p>
    <w:p>
      <w:pPr>
        <w:spacing w:line="560" w:lineRule="exact"/>
        <w:ind w:firstLine="420"/>
      </w:pPr>
      <w:r>
        <w:rPr>
          <w:rFonts w:ascii="宋体" w:hAnsi="宋体" w:eastAsia="宋体"/>
          <w:sz w:val="24"/>
        </w:rPr>
        <w:t>林风走下祭坛，看向身后的队友。</w:t>
      </w:r>
    </w:p>
    <w:p>
      <w:pPr>
        <w:spacing w:line="560" w:lineRule="exact"/>
        <w:ind w:firstLine="420"/>
      </w:pPr>
      <w:r>
        <w:rPr>
          <w:rFonts w:ascii="宋体" w:hAnsi="宋体" w:eastAsia="宋体"/>
          <w:sz w:val="24"/>
        </w:rPr>
        <w:t>「休息十五分钟，然后去下一座塔——奥林匹斯。」</w:t>
      </w:r>
    </w:p>
    <w:p>
      <w:pPr>
        <w:spacing w:line="560" w:lineRule="exact"/>
        <w:ind w:firstLine="420"/>
      </w:pPr>
      <w:r>
        <w:rPr>
          <w:rFonts w:ascii="宋体" w:hAnsi="宋体" w:eastAsia="宋体"/>
          <w:sz w:val="24"/>
        </w:rPr>
        <w:t>「暗流组织不会给我们太多休息时间的。他们肯定已经派人提前去了西方的节点。」</w:t>
      </w:r>
    </w:p>
    <w:p>
      <w:pPr>
        <w:spacing w:line="560" w:lineRule="exact"/>
        <w:ind w:firstLine="420"/>
      </w:pPr>
      <w:r>
        <w:rPr>
          <w:rFonts w:ascii="宋体" w:hAnsi="宋体" w:eastAsia="宋体"/>
          <w:sz w:val="24"/>
        </w:rPr>
        <w:t>「那就比他们的动作更快一步就行了。」</w:t>
      </w:r>
    </w:p>
    <w:p>
      <w:pPr>
        <w:spacing w:line="560" w:lineRule="exact"/>
        <w:ind w:firstLine="420"/>
      </w:pPr>
      <w:r>
        <w:rPr>
          <w:rFonts w:ascii="宋体" w:hAnsi="宋体" w:eastAsia="宋体"/>
          <w:sz w:val="24"/>
        </w:rPr>
        <w:t>二十人沿着祭坛侧面的传送通道鱼贯而下。每个人的装备都有不同程度的破损，但眼神里全是兴奋。这七个小时虽然累，但收获巨大——光是经验值就让全员升了两级。二十道身影从昆仑墟第七层的传送阵中消失。</w:t>
      </w:r>
    </w:p>
    <w:p>
      <w:pPr>
        <w:spacing w:line="560" w:lineRule="exact"/>
        <w:ind w:firstLine="420"/>
      </w:pPr>
      <w:r>
        <w:rPr>
          <w:rFonts w:ascii="宋体" w:hAnsi="宋体" w:eastAsia="宋体"/>
          <w:sz w:val="24"/>
        </w:rPr>
        <w:t>下一次出现——</w:t>
      </w:r>
    </w:p>
    <w:p>
      <w:pPr>
        <w:spacing w:line="560" w:lineRule="exact"/>
        <w:ind w:firstLine="420"/>
      </w:pPr>
      <w:r>
        <w:rPr>
          <w:rFonts w:ascii="宋体" w:hAnsi="宋体" w:eastAsia="宋体"/>
          <w:sz w:val="24"/>
        </w:rPr>
        <w:t>是在金色光华中，奥林匹斯巨塔的脚下。</w:t>
      </w:r>
    </w:p>
    <w:p>
      <w:r>
        <w:br w:type="page"/>
      </w:r>
    </w:p>
    <w:p>
      <w:pPr>
        <w:jc w:val="center"/>
      </w:pPr>
      <w:r>
        <w:rPr>
          <w:b/>
          <w:sz w:val="32"/>
        </w:rPr>
        <w:t>第053章 奥林匹斯·泰坦之怒</w:t>
      </w:r>
    </w:p>
    <w:p>
      <w:pPr>
        <w:jc w:val="center"/>
      </w:pPr>
      <w:r>
        <w:rPr>
          <w:color w:val="999999"/>
          <w:sz w:val="18"/>
        </w:rPr>
        <w:t>（2,508字）</w:t>
      </w:r>
    </w:p>
    <w:p/>
    <w:p>
      <w:pPr>
        <w:spacing w:line="560" w:lineRule="exact"/>
        <w:ind w:firstLine="420"/>
      </w:pPr>
      <w:r>
        <w:rPr>
          <w:rFonts w:ascii="宋体" w:hAnsi="宋体" w:eastAsia="宋体"/>
          <w:sz w:val="24"/>
        </w:rPr>
        <w:t>从昆仑墟的传送阵中走出，迎面而来的不是雪原的寒风，而是炽热的干燥空气。</w:t>
      </w:r>
    </w:p>
    <w:p>
      <w:pPr>
        <w:spacing w:line="560" w:lineRule="exact"/>
        <w:ind w:firstLine="420"/>
      </w:pPr>
      <w:r>
        <w:rPr>
          <w:rFonts w:ascii="宋体" w:hAnsi="宋体" w:eastAsia="宋体"/>
          <w:sz w:val="24"/>
        </w:rPr>
        <w:t>奥林匹斯巨塔矗立在金色平原的最中央位置——与昆仑墟的白玉青石不同，这座塔通体由白色大理石砌成，柱廊高耸，浮雕精美，每一寸洁白的石面上都刻着古希腊神话的场景：宙斯掷雷、波塞冬挥戟、哈迪斯隐入冥界。</w:t>
      </w:r>
    </w:p>
    <w:p>
      <w:pPr>
        <w:spacing w:line="560" w:lineRule="exact"/>
        <w:ind w:firstLine="420"/>
      </w:pPr>
      <w:r>
        <w:rPr>
          <w:rFonts w:ascii="宋体" w:hAnsi="宋体" w:eastAsia="宋体"/>
          <w:sz w:val="24"/>
        </w:rPr>
        <w:t>塔门前的守卫方式也截然不同——既没有石狮子也没有冰霜巨龙，取而代之的是一座高达二十米的泰坦巨人雕像——它单膝跪地，双手捧着一柄燃烧着金色火焰的长剑，仿佛在一直在等待有人拔起它。</w:t>
      </w:r>
    </w:p>
    <w:p>
      <w:pPr>
        <w:spacing w:line="560" w:lineRule="exact"/>
        <w:ind w:firstLine="420"/>
      </w:pPr>
      <w:r>
        <w:rPr>
          <w:rFonts w:ascii="宋体" w:hAnsi="宋体" w:eastAsia="宋体"/>
          <w:sz w:val="24"/>
        </w:rPr>
        <w:t>「希腊风格，挺气派的。」剑舞天下吹了个口哨，扫了一眼周围的浮雕，「昆仑墟是东方龙，奥林匹斯是希腊神——开发者还挺讲究。」</w:t>
      </w:r>
    </w:p>
    <w:p>
      <w:pPr>
        <w:spacing w:line="560" w:lineRule="exact"/>
        <w:ind w:firstLine="420"/>
      </w:pPr>
      <w:r>
        <w:rPr>
          <w:rFonts w:ascii="宋体" w:hAnsi="宋体" w:eastAsia="宋体"/>
          <w:sz w:val="24"/>
        </w:rPr>
        <w:t>「不是讲究。」凌天盯着塔身上的浮雕，「根据《天界》的设定文档，四座神域塔分别对应四大文明的管理节点——东方的昆仑墟、西方的奥林匹斯、南方的梵天城、北方的亚特兰蒂斯。每一座塔的试炼风格都和对应文明的神话体系一致。」</w:t>
      </w:r>
    </w:p>
    <w:p>
      <w:pPr>
        <w:spacing w:line="560" w:lineRule="exact"/>
        <w:ind w:firstLine="420"/>
      </w:pPr>
      <w:r>
        <w:rPr>
          <w:rFonts w:ascii="宋体" w:hAnsi="宋体" w:eastAsia="宋体"/>
          <w:sz w:val="24"/>
        </w:rPr>
        <w:t>「也就是说——」苏小雅接话，「昆仑墟考验的是耐力和意志，那奥林匹斯……」她看向燃烧的泰坦巨剑。</w:t>
      </w:r>
    </w:p>
    <w:p>
      <w:pPr>
        <w:spacing w:line="560" w:lineRule="exact"/>
        <w:ind w:firstLine="420"/>
      </w:pPr>
      <w:r>
        <w:rPr>
          <w:rFonts w:ascii="宋体" w:hAnsi="宋体" w:eastAsia="宋体"/>
          <w:sz w:val="24"/>
        </w:rPr>
        <w:t>「前面是耐力和意志，这里考验的是纯粹的力量。」林风平静地说。</w:t>
      </w:r>
    </w:p>
    <w:p>
      <w:pPr>
        <w:spacing w:line="560" w:lineRule="exact"/>
        <w:ind w:firstLine="420"/>
      </w:pPr>
      <w:r>
        <w:rPr>
          <w:rFonts w:ascii="宋体" w:hAnsi="宋体" w:eastAsia="宋体"/>
          <w:sz w:val="24"/>
        </w:rPr>
        <w:t>林风深吸一口气，迈步走到泰坦雕像面前，仰头看着那柄燃烧的金色巨剑。当他的手触碰到那柄那柄燃烧着金色火焰的巨剑剑柄时，雕像的眼睛骤然亮起。</w:t>
      </w:r>
    </w:p>
    <w:p>
      <w:pPr>
        <w:spacing w:line="560" w:lineRule="exact"/>
        <w:ind w:firstLine="420"/>
      </w:pPr>
      <w:r>
        <w:rPr>
          <w:rFonts w:ascii="宋体" w:hAnsi="宋体" w:eastAsia="宋体"/>
          <w:sz w:val="24"/>
        </w:rPr>
        <w:t>【奥林匹斯守护者·泰坦之魂已苏醒】</w:t>
      </w:r>
    </w:p>
    <w:p>
      <w:pPr>
        <w:spacing w:line="560" w:lineRule="exact"/>
        <w:ind w:firstLine="420"/>
      </w:pPr>
      <w:r>
        <w:rPr>
          <w:rFonts w:ascii="宋体" w:hAnsi="宋体" w:eastAsia="宋体"/>
          <w:sz w:val="24"/>
        </w:rPr>
        <w:t>【试炼条件：承受泰坦三击不倒者，方可进入奥林匹斯塔。】</w:t>
      </w:r>
    </w:p>
    <w:p>
      <w:pPr>
        <w:spacing w:line="560" w:lineRule="exact"/>
        <w:ind w:firstLine="420"/>
      </w:pPr>
      <w:r>
        <w:rPr>
          <w:rFonts w:ascii="宋体" w:hAnsi="宋体" w:eastAsia="宋体"/>
          <w:sz w:val="24"/>
        </w:rPr>
        <w:t>话音刚落，泰坦雕像活了过来。</w:t>
      </w:r>
    </w:p>
    <w:p>
      <w:pPr>
        <w:spacing w:line="560" w:lineRule="exact"/>
        <w:ind w:firstLine="420"/>
      </w:pPr>
      <w:r>
        <w:rPr>
          <w:rFonts w:ascii="宋体" w:hAnsi="宋体" w:eastAsia="宋体"/>
          <w:sz w:val="24"/>
        </w:rPr>
        <w:t>二十米高的石像缓缓站起身，每一步都让大地震颤。它举起手中的金色巨剑——剑身上的火焰猛地暴涨，热浪扑面而来！</w:t>
      </w:r>
    </w:p>
    <w:p>
      <w:pPr>
        <w:spacing w:line="560" w:lineRule="exact"/>
        <w:ind w:firstLine="420"/>
      </w:pPr>
      <w:r>
        <w:rPr>
          <w:rFonts w:ascii="宋体" w:hAnsi="宋体" w:eastAsia="宋体"/>
          <w:sz w:val="24"/>
        </w:rPr>
        <w:t>「我靠！打BOSS才能进门？」赵铁柱举起盾牌做好了防御姿态。</w:t>
      </w:r>
    </w:p>
    <w:p>
      <w:pPr>
        <w:spacing w:line="560" w:lineRule="exact"/>
        <w:ind w:firstLine="420"/>
      </w:pPr>
      <w:r>
        <w:rPr>
          <w:rFonts w:ascii="宋体" w:hAnsi="宋体" w:eastAsia="宋体"/>
          <w:sz w:val="24"/>
        </w:rPr>
        <w:t>林风抬手拦住他：「它说承受三击——不是打败它。我一个人来。」</w:t>
      </w:r>
    </w:p>
    <w:p>
      <w:pPr>
        <w:spacing w:line="560" w:lineRule="exact"/>
        <w:ind w:firstLine="420"/>
      </w:pPr>
      <w:r>
        <w:rPr>
          <w:rFonts w:ascii="宋体" w:hAnsi="宋体" w:eastAsia="宋体"/>
          <w:sz w:val="24"/>
        </w:rPr>
        <w:t>「你疯了？！」苏小雅惊呼，「这东西一脚能踩扁一栋楼！」</w:t>
      </w:r>
    </w:p>
    <w:p>
      <w:pPr>
        <w:spacing w:line="560" w:lineRule="exact"/>
        <w:ind w:firstLine="420"/>
      </w:pPr>
      <w:r>
        <w:rPr>
          <w:rFonts w:ascii="宋体" w:hAnsi="宋体" w:eastAsia="宋体"/>
          <w:sz w:val="24"/>
        </w:rPr>
        <w:t>「所以才不能连累你们。」</w:t>
      </w:r>
    </w:p>
    <w:p>
      <w:pPr>
        <w:spacing w:line="560" w:lineRule="exact"/>
        <w:ind w:firstLine="420"/>
      </w:pPr>
      <w:r>
        <w:rPr>
          <w:rFonts w:ascii="宋体" w:hAnsi="宋体" w:eastAsia="宋体"/>
          <w:sz w:val="24"/>
        </w:rPr>
        <w:t>林风拔出死亡裁决者，走向泰坦。二十米高的泰坦石像和一米八的人类少年，在这片金色平原上形成了极度悬殊的对比。</w:t>
      </w:r>
    </w:p>
    <w:p>
      <w:pPr>
        <w:spacing w:line="560" w:lineRule="exact"/>
        <w:ind w:firstLine="420"/>
      </w:pPr>
      <w:r>
        <w:rPr>
          <w:rFonts w:ascii="宋体" w:hAnsi="宋体" w:eastAsia="宋体"/>
          <w:sz w:val="24"/>
        </w:rPr>
        <w:t>泰坦第一剑毫无预兆地出手——横斩！剑刃带着千钧之力横扫而来！</w:t>
      </w:r>
    </w:p>
    <w:p>
      <w:pPr>
        <w:spacing w:line="560" w:lineRule="exact"/>
        <w:ind w:firstLine="420"/>
      </w:pPr>
      <w:r>
        <w:rPr>
          <w:rFonts w:ascii="宋体" w:hAnsi="宋体" w:eastAsia="宋体"/>
          <w:sz w:val="24"/>
        </w:rPr>
        <w:t>金色的火焰剑刃划破空气，带着毁天灭地的惊人气势横扫而来！林风没有躲闪——他举剑格挡！</w:t>
      </w:r>
    </w:p>
    <w:p>
      <w:pPr>
        <w:spacing w:line="560" w:lineRule="exact"/>
        <w:ind w:firstLine="420"/>
      </w:pPr>
      <w:r>
        <w:rPr>
          <w:rFonts w:ascii="宋体" w:hAnsi="宋体" w:eastAsia="宋体"/>
          <w:sz w:val="24"/>
        </w:rPr>
        <w:t>轰——！！！</w:t>
      </w:r>
    </w:p>
    <w:p>
      <w:pPr>
        <w:spacing w:line="560" w:lineRule="exact"/>
        <w:ind w:firstLine="420"/>
      </w:pPr>
      <w:r>
        <w:rPr>
          <w:rFonts w:ascii="宋体" w:hAnsi="宋体" w:eastAsia="宋体"/>
          <w:sz w:val="24"/>
        </w:rPr>
        <w:t>冲击波向四面八方扩散，苏小雅被气浪推得后退了五六步。赵铁柱死死钉在地上，盾牌挡在身前。</w:t>
      </w:r>
    </w:p>
    <w:p>
      <w:pPr>
        <w:spacing w:line="560" w:lineRule="exact"/>
        <w:ind w:firstLine="420"/>
      </w:pPr>
      <w:r>
        <w:rPr>
          <w:rFonts w:ascii="宋体" w:hAnsi="宋体" w:eastAsia="宋体"/>
          <w:sz w:val="24"/>
        </w:rPr>
        <w:t>林风脚下的地面裂开了蜘蛛网般的裂纹，但他的身体纹丝未动。剑刃上传来的力量像一座山压在身上——但他的属性面板上，血量只掉了不到百分之十。</w:t>
      </w:r>
    </w:p>
    <w:p>
      <w:pPr>
        <w:spacing w:line="560" w:lineRule="exact"/>
        <w:ind w:firstLine="420"/>
      </w:pPr>
      <w:r>
        <w:rPr>
          <w:rFonts w:ascii="宋体" w:hAnsi="宋体" w:eastAsia="宋体"/>
          <w:sz w:val="24"/>
        </w:rPr>
        <w:t>「第一击。」</w:t>
      </w:r>
    </w:p>
    <w:p>
      <w:pPr>
        <w:spacing w:line="560" w:lineRule="exact"/>
        <w:ind w:firstLine="420"/>
      </w:pPr>
      <w:r>
        <w:rPr>
          <w:rFonts w:ascii="宋体" w:hAnsi="宋体" w:eastAsia="宋体"/>
          <w:sz w:val="24"/>
        </w:rPr>
        <w:t>泰坦的第二剑——劈斩！</w:t>
      </w:r>
    </w:p>
    <w:p>
      <w:pPr>
        <w:spacing w:line="560" w:lineRule="exact"/>
        <w:ind w:firstLine="420"/>
      </w:pPr>
      <w:r>
        <w:rPr>
          <w:rFonts w:ascii="宋体" w:hAnsi="宋体" w:eastAsia="宋体"/>
          <w:sz w:val="24"/>
        </w:rPr>
        <w:t>巨剑从天而降，如同天罚！林风依然正面迎接——他将死亡裁决者横在头顶，承受了泰山压顶般的一击！</w:t>
      </w:r>
    </w:p>
    <w:p>
      <w:pPr>
        <w:spacing w:line="560" w:lineRule="exact"/>
        <w:ind w:firstLine="420"/>
      </w:pPr>
      <w:r>
        <w:rPr>
          <w:rFonts w:ascii="宋体" w:hAnsi="宋体" w:eastAsia="宋体"/>
          <w:sz w:val="24"/>
        </w:rPr>
        <w:t>轰隆！地面塌陷了半米，碎石四溅！林风的双腿陷进了地面，虎口崩裂，鲜血顺着剑刃流下。</w:t>
      </w:r>
    </w:p>
    <w:p>
      <w:pPr>
        <w:spacing w:line="560" w:lineRule="exact"/>
        <w:ind w:firstLine="420"/>
      </w:pPr>
      <w:r>
        <w:rPr>
          <w:rFonts w:ascii="宋体" w:hAnsi="宋体" w:eastAsia="宋体"/>
          <w:sz w:val="24"/>
        </w:rPr>
        <w:t>血量：掉了百分之三十七。</w:t>
      </w:r>
    </w:p>
    <w:p>
      <w:pPr>
        <w:spacing w:line="560" w:lineRule="exact"/>
        <w:ind w:firstLine="420"/>
      </w:pPr>
      <w:r>
        <w:rPr>
          <w:rFonts w:ascii="宋体" w:hAnsi="宋体" w:eastAsia="宋体"/>
          <w:sz w:val="24"/>
        </w:rPr>
        <w:t>「还有一下。」</w:t>
      </w:r>
    </w:p>
    <w:p>
      <w:pPr>
        <w:spacing w:line="560" w:lineRule="exact"/>
        <w:ind w:firstLine="420"/>
      </w:pPr>
      <w:r>
        <w:rPr>
          <w:rFonts w:ascii="宋体" w:hAnsi="宋体" w:eastAsia="宋体"/>
          <w:sz w:val="24"/>
        </w:rPr>
        <w:t>泰坦巨人收剑后撤，单膝跪地——然后猛地站起，第三剑如同雷霆万钧般直刺而来！</w:t>
      </w:r>
    </w:p>
    <w:p>
      <w:pPr>
        <w:spacing w:line="560" w:lineRule="exact"/>
        <w:ind w:firstLine="420"/>
      </w:pPr>
      <w:r>
        <w:rPr>
          <w:rFonts w:ascii="宋体" w:hAnsi="宋体" w:eastAsia="宋体"/>
          <w:sz w:val="24"/>
        </w:rPr>
        <w:t>这第三剑的速度比前两剑快了十倍不止！剑锋撕裂空气发出尖锐的破空声！</w:t>
      </w:r>
    </w:p>
    <w:p>
      <w:pPr>
        <w:spacing w:line="560" w:lineRule="exact"/>
        <w:ind w:firstLine="420"/>
      </w:pPr>
      <w:r>
        <w:rPr>
          <w:rFonts w:ascii="宋体" w:hAnsi="宋体" w:eastAsia="宋体"/>
          <w:sz w:val="24"/>
        </w:rPr>
        <w:t>林风瞳孔骤缩——他已经来不及格挡了。这一瞬间，他想起了父亲的话：「你本人就是《天界》的最高权限。」</w:t>
      </w:r>
    </w:p>
    <w:p>
      <w:pPr>
        <w:spacing w:line="560" w:lineRule="exact"/>
        <w:ind w:firstLine="420"/>
      </w:pPr>
      <w:r>
        <w:rPr>
          <w:rFonts w:ascii="宋体" w:hAnsi="宋体" w:eastAsia="宋体"/>
          <w:sz w:val="24"/>
        </w:rPr>
        <w:t>不是剑。</w:t>
      </w:r>
    </w:p>
    <w:p>
      <w:pPr>
        <w:spacing w:line="560" w:lineRule="exact"/>
        <w:ind w:firstLine="420"/>
      </w:pPr>
      <w:r>
        <w:rPr>
          <w:rFonts w:ascii="宋体" w:hAnsi="宋体" w:eastAsia="宋体"/>
          <w:sz w:val="24"/>
        </w:rPr>
        <w:t>林风放弃了格挡，直接伸出右手——徒手直接握住了刺来的燃烧巨剑的剑尖！</w:t>
      </w:r>
    </w:p>
    <w:p>
      <w:pPr>
        <w:spacing w:line="560" w:lineRule="exact"/>
        <w:ind w:firstLine="420"/>
      </w:pPr>
      <w:r>
        <w:rPr>
          <w:rFonts w:ascii="宋体" w:hAnsi="宋体" w:eastAsia="宋体"/>
          <w:sz w:val="24"/>
        </w:rPr>
        <w:t>金色火焰瞬间吞噬了他的手臂。血量以每秒一万点的速度暴跌！</w:t>
      </w:r>
    </w:p>
    <w:p>
      <w:pPr>
        <w:spacing w:line="560" w:lineRule="exact"/>
        <w:ind w:firstLine="420"/>
      </w:pPr>
      <w:r>
        <w:rPr>
          <w:rFonts w:ascii="宋体" w:hAnsi="宋体" w:eastAsia="宋体"/>
          <w:sz w:val="24"/>
        </w:rPr>
        <w:t>但他没有松手。</w:t>
      </w:r>
    </w:p>
    <w:p>
      <w:pPr>
        <w:spacing w:line="560" w:lineRule="exact"/>
        <w:ind w:firstLine="420"/>
      </w:pPr>
      <w:r>
        <w:rPr>
          <w:rFonts w:ascii="宋体" w:hAnsi="宋体" w:eastAsia="宋体"/>
          <w:sz w:val="24"/>
        </w:rPr>
        <w:t>「我说了——承受三击！」</w:t>
      </w:r>
    </w:p>
    <w:p>
      <w:pPr>
        <w:spacing w:line="560" w:lineRule="exact"/>
        <w:ind w:firstLine="420"/>
      </w:pPr>
      <w:r>
        <w:rPr>
          <w:rFonts w:ascii="宋体" w:hAnsi="宋体" w:eastAsia="宋体"/>
          <w:sz w:val="24"/>
        </w:rPr>
        <w:t>他猛地发力，将泰坦的巨剑往下一压——巨剑的剑尖刺入地面，在他面前停了下来。距离他的胸口——不到三厘米。</w:t>
      </w:r>
    </w:p>
    <w:p>
      <w:pPr>
        <w:spacing w:line="560" w:lineRule="exact"/>
        <w:ind w:firstLine="420"/>
      </w:pPr>
      <w:r>
        <w:rPr>
          <w:rFonts w:ascii="宋体" w:hAnsi="宋体" w:eastAsia="宋体"/>
          <w:sz w:val="24"/>
        </w:rPr>
        <w:t>泰坦巨人沉默了三秒。</w:t>
      </w:r>
    </w:p>
    <w:p>
      <w:pPr>
        <w:spacing w:line="560" w:lineRule="exact"/>
        <w:ind w:firstLine="420"/>
      </w:pPr>
      <w:r>
        <w:rPr>
          <w:rFonts w:ascii="宋体" w:hAnsi="宋体" w:eastAsia="宋体"/>
          <w:sz w:val="24"/>
        </w:rPr>
        <w:t>然后它松开了剑柄，单膝跪下。</w:t>
      </w:r>
    </w:p>
    <w:p>
      <w:pPr>
        <w:spacing w:line="560" w:lineRule="exact"/>
        <w:ind w:firstLine="420"/>
      </w:pPr>
      <w:r>
        <w:rPr>
          <w:rFonts w:ascii="宋体" w:hAnsi="宋体" w:eastAsia="宋体"/>
          <w:sz w:val="24"/>
        </w:rPr>
        <w:t>【泰坦之魂认可试炼者！】</w:t>
      </w:r>
    </w:p>
    <w:p>
      <w:pPr>
        <w:spacing w:line="560" w:lineRule="exact"/>
        <w:ind w:firstLine="420"/>
      </w:pPr>
      <w:r>
        <w:rPr>
          <w:rFonts w:ascii="宋体" w:hAnsi="宋体" w:eastAsia="宋体"/>
          <w:sz w:val="24"/>
        </w:rPr>
        <w:t>【奥林匹斯塔解锁——进入权限已授予！】</w:t>
      </w:r>
    </w:p>
    <w:p>
      <w:pPr>
        <w:spacing w:line="560" w:lineRule="exact"/>
        <w:ind w:firstLine="420"/>
      </w:pPr>
      <w:r>
        <w:rPr>
          <w:rFonts w:ascii="宋体" w:hAnsi="宋体" w:eastAsia="宋体"/>
          <w:sz w:val="24"/>
        </w:rPr>
        <w:t>塔门轰然打开。</w:t>
      </w:r>
    </w:p>
    <w:p>
      <w:pPr>
        <w:spacing w:line="560" w:lineRule="exact"/>
        <w:ind w:firstLine="420"/>
      </w:pPr>
      <w:r>
        <w:rPr>
          <w:rFonts w:ascii="宋体" w:hAnsi="宋体" w:eastAsia="宋体"/>
          <w:sz w:val="24"/>
        </w:rPr>
        <w:t>林风松开手中的剑刃，低头看着自己被烧得焦黑的手臂——但在古玉光芒的修复下，皮肤正在以肉眼可见的速度再生。</w:t>
      </w:r>
    </w:p>
    <w:p>
      <w:pPr>
        <w:spacing w:line="560" w:lineRule="exact"/>
        <w:ind w:firstLine="420"/>
      </w:pPr>
      <w:r>
        <w:rPr>
          <w:rFonts w:ascii="宋体" w:hAnsi="宋体" w:eastAsia="宋体"/>
          <w:sz w:val="24"/>
        </w:rPr>
        <w:t>「三分之一的血量。」他满意地活动了一下手指，「还行。」</w:t>
      </w:r>
    </w:p>
    <w:p>
      <w:pPr>
        <w:spacing w:line="560" w:lineRule="exact"/>
        <w:ind w:firstLine="420"/>
      </w:pPr>
      <w:r>
        <w:rPr>
          <w:rFonts w:ascii="宋体" w:hAnsi="宋体" w:eastAsia="宋体"/>
          <w:sz w:val="24"/>
        </w:rPr>
        <w:t>苏小雅第一个跑过来：「你疯了啊！徒手接剑！」</w:t>
      </w:r>
    </w:p>
    <w:p>
      <w:pPr>
        <w:spacing w:line="560" w:lineRule="exact"/>
        <w:ind w:firstLine="420"/>
      </w:pPr>
      <w:r>
        <w:rPr>
          <w:rFonts w:ascii="宋体" w:hAnsi="宋体" w:eastAsia="宋体"/>
          <w:sz w:val="24"/>
        </w:rPr>
        <w:t>「赌了一把。」林风甩了甩正在再生中的手臂，笑了笑，「赌我爸设计的试炼——他不会设一个能杀掉自己儿子的关卡。」</w:t>
      </w:r>
    </w:p>
    <w:p>
      <w:pPr>
        <w:spacing w:line="560" w:lineRule="exact"/>
        <w:ind w:firstLine="420"/>
      </w:pPr>
      <w:r>
        <w:rPr>
          <w:rFonts w:ascii="宋体" w:hAnsi="宋体" w:eastAsia="宋体"/>
          <w:sz w:val="24"/>
        </w:rPr>
        <w:t>他转身走进奥林匹斯塔的大门。门内的世界豁然开朗——映入眼帘的是与昆仑墟截然不同的景象——塔内不是冰原，而是一片燃烧的战场。天空中雷电交加，地面上到处都是断裂的石柱和还在燃烧的残骸碎片。空气中弥漫着硫磺的味道，远方传来巨人的咆哮。</w:t>
      </w:r>
    </w:p>
    <w:p>
      <w:pPr>
        <w:spacing w:line="560" w:lineRule="exact"/>
        <w:ind w:firstLine="420"/>
      </w:pPr>
      <w:r>
        <w:rPr>
          <w:rFonts w:ascii="宋体" w:hAnsi="宋体" w:eastAsia="宋体"/>
          <w:sz w:val="24"/>
        </w:rPr>
        <w:t>【欢迎进入神域·奥林匹斯试炼】</w:t>
      </w:r>
    </w:p>
    <w:p>
      <w:pPr>
        <w:spacing w:line="560" w:lineRule="exact"/>
        <w:ind w:firstLine="420"/>
      </w:pPr>
      <w:r>
        <w:rPr>
          <w:rFonts w:ascii="宋体" w:hAnsi="宋体" w:eastAsia="宋体"/>
          <w:sz w:val="24"/>
        </w:rPr>
        <w:t>【试炼目标：穿越泰坦战场 → 击败奥林匹斯守护者 → 获取「西方之匙」】</w:t>
      </w:r>
    </w:p>
    <w:p>
      <w:pPr>
        <w:spacing w:line="560" w:lineRule="exact"/>
        <w:ind w:firstLine="420"/>
      </w:pPr>
      <w:r>
        <w:rPr>
          <w:rFonts w:ascii="宋体" w:hAnsi="宋体" w:eastAsia="宋体"/>
          <w:sz w:val="24"/>
        </w:rPr>
        <w:t>【当前层数：1/7】</w:t>
      </w:r>
    </w:p>
    <w:p>
      <w:pPr>
        <w:spacing w:line="560" w:lineRule="exact"/>
        <w:ind w:firstLine="420"/>
      </w:pPr>
      <w:r>
        <w:rPr>
          <w:rFonts w:ascii="宋体" w:hAnsi="宋体" w:eastAsia="宋体"/>
          <w:sz w:val="24"/>
        </w:rPr>
        <w:t>系统提示刚消失，第一层的第一波敌人就已经出现在地平线上——【泰坦残兵】×50，等级88，每一个都是四米高的石肤巨人。</w:t>
      </w:r>
    </w:p>
    <w:p>
      <w:pPr>
        <w:spacing w:line="560" w:lineRule="exact"/>
        <w:ind w:firstLine="420"/>
      </w:pPr>
      <w:r>
        <w:rPr>
          <w:rFonts w:ascii="宋体" w:hAnsi="宋体" w:eastAsia="宋体"/>
          <w:sz w:val="24"/>
        </w:rPr>
        <w:t>赵铁柱看着那密密麻麻的巨人，咽了口唾沫：「风哥……你确定咱们咱们还能七小时通关？」</w:t>
      </w:r>
    </w:p>
    <w:p>
      <w:pPr>
        <w:spacing w:line="560" w:lineRule="exact"/>
        <w:ind w:firstLine="420"/>
      </w:pPr>
      <w:r>
        <w:rPr>
          <w:rFonts w:ascii="宋体" w:hAnsi="宋体" w:eastAsia="宋体"/>
          <w:sz w:val="24"/>
        </w:rPr>
        <w:t>林风从背包里掏出一张金色的卷轴。</w:t>
      </w:r>
    </w:p>
    <w:p>
      <w:pPr>
        <w:spacing w:line="560" w:lineRule="exact"/>
        <w:ind w:firstLine="420"/>
      </w:pPr>
      <w:r>
        <w:rPr>
          <w:rFonts w:ascii="宋体" w:hAnsi="宋体" w:eastAsia="宋体"/>
          <w:sz w:val="24"/>
        </w:rPr>
        <w:t>「不用七小时。这一座——四小时就够了。」</w:t>
      </w:r>
    </w:p>
    <w:p>
      <w:pPr>
        <w:spacing w:line="560" w:lineRule="exact"/>
        <w:ind w:firstLine="420"/>
      </w:pPr>
      <w:r>
        <w:rPr>
          <w:rFonts w:ascii="宋体" w:hAnsi="宋体" w:eastAsia="宋体"/>
          <w:sz w:val="24"/>
        </w:rPr>
        <w:t>他撕开卷轴。</w:t>
      </w:r>
    </w:p>
    <w:p>
      <w:pPr>
        <w:spacing w:line="560" w:lineRule="exact"/>
        <w:ind w:firstLine="420"/>
      </w:pPr>
      <w:r>
        <w:rPr>
          <w:rFonts w:ascii="宋体" w:hAnsi="宋体" w:eastAsia="宋体"/>
          <w:sz w:val="24"/>
        </w:rPr>
        <w:t>【神豪·诸神黄昏】！消耗2000万金币！</w:t>
      </w:r>
    </w:p>
    <w:p>
      <w:pPr>
        <w:spacing w:line="560" w:lineRule="exact"/>
        <w:ind w:firstLine="420"/>
      </w:pPr>
      <w:r>
        <w:rPr>
          <w:rFonts w:ascii="宋体" w:hAnsi="宋体" w:eastAsia="宋体"/>
          <w:sz w:val="24"/>
        </w:rPr>
        <w:t>整个第一层战场突然暗了下来——天空中，一道金色的裂缝撕开，无数金色的光点从裂缝中坠落，像流星雨一样砸向泰坦残兵的阵地！</w:t>
      </w:r>
    </w:p>
    <w:p>
      <w:pPr>
        <w:spacing w:line="560" w:lineRule="exact"/>
        <w:ind w:firstLine="420"/>
      </w:pPr>
      <w:r>
        <w:rPr>
          <w:rFonts w:ascii="宋体" w:hAnsi="宋体" w:eastAsia="宋体"/>
          <w:sz w:val="24"/>
        </w:rPr>
        <w:t>每一个光点落地，都炸开一道直径十米的金色光波——被击中的泰坦残兵血条直接清零！</w:t>
      </w:r>
    </w:p>
    <w:p>
      <w:pPr>
        <w:spacing w:line="560" w:lineRule="exact"/>
        <w:ind w:firstLine="420"/>
      </w:pPr>
      <w:r>
        <w:rPr>
          <w:rFonts w:ascii="宋体" w:hAnsi="宋体" w:eastAsia="宋体"/>
          <w:sz w:val="24"/>
        </w:rPr>
        <w:t>五十名泰坦巨人，在不到十秒内——全部秒杀。</w:t>
      </w:r>
    </w:p>
    <w:p>
      <w:pPr>
        <w:spacing w:line="560" w:lineRule="exact"/>
        <w:ind w:firstLine="420"/>
      </w:pPr>
      <w:r>
        <w:rPr>
          <w:rFonts w:ascii="宋体" w:hAnsi="宋体" w:eastAsia="宋体"/>
          <w:sz w:val="24"/>
        </w:rPr>
        <w:t>赵铁柱的下巴差点掉到地上。</w:t>
      </w:r>
    </w:p>
    <w:p>
      <w:pPr>
        <w:spacing w:line="560" w:lineRule="exact"/>
        <w:ind w:firstLine="420"/>
      </w:pPr>
      <w:r>
        <w:rPr>
          <w:rFonts w:ascii="宋体" w:hAnsi="宋体" w:eastAsia="宋体"/>
          <w:sz w:val="24"/>
        </w:rPr>
        <w:t>「风哥……你这卷轴多少钱？」</w:t>
      </w:r>
    </w:p>
    <w:p>
      <w:pPr>
        <w:spacing w:line="560" w:lineRule="exact"/>
        <w:ind w:firstLine="420"/>
      </w:pPr>
      <w:r>
        <w:rPr>
          <w:rFonts w:ascii="宋体" w:hAnsi="宋体" w:eastAsia="宋体"/>
          <w:sz w:val="24"/>
        </w:rPr>
        <w:t>「两千万。」</w:t>
      </w:r>
    </w:p>
    <w:p>
      <w:pPr>
        <w:spacing w:line="560" w:lineRule="exact"/>
        <w:ind w:firstLine="420"/>
      </w:pPr>
      <w:r>
        <w:rPr>
          <w:rFonts w:ascii="宋体" w:hAnsi="宋体" w:eastAsia="宋体"/>
          <w:sz w:val="24"/>
        </w:rPr>
        <w:t>「两千万金币——就买十秒钟的清场效果？」</w:t>
      </w:r>
    </w:p>
    <w:p>
      <w:pPr>
        <w:spacing w:line="560" w:lineRule="exact"/>
        <w:ind w:firstLine="420"/>
      </w:pPr>
      <w:r>
        <w:rPr>
          <w:rFonts w:ascii="宋体" w:hAnsi="宋体" w:eastAsia="宋体"/>
          <w:sz w:val="24"/>
        </w:rPr>
        <w:t>「两千万买十秒，绝对值了。」林风面不改色地把卷轴碎片收进背包卷轴碎片，踩着泰坦残兵化为的白光向前走去，「对我来说，时间就是金钱。花了，才能赚回来。」</w:t>
      </w:r>
    </w:p>
    <w:p>
      <w:pPr>
        <w:spacing w:line="560" w:lineRule="exact"/>
        <w:ind w:firstLine="420"/>
      </w:pPr>
      <w:r>
        <w:rPr>
          <w:rFonts w:ascii="宋体" w:hAnsi="宋体" w:eastAsia="宋体"/>
          <w:sz w:val="24"/>
        </w:rPr>
        <w:t>奥林匹斯塔，第一层通过。</w:t>
      </w:r>
    </w:p>
    <w:p>
      <w:pPr>
        <w:spacing w:line="560" w:lineRule="exact"/>
        <w:ind w:firstLine="420"/>
      </w:pPr>
      <w:r>
        <w:rPr>
          <w:rFonts w:ascii="宋体" w:hAnsi="宋体" w:eastAsia="宋体"/>
          <w:sz w:val="24"/>
        </w:rPr>
        <w:t>用时：十二秒。</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但后六层就没这么容易了。</w:t>
      </w:r>
    </w:p>
    <w:p>
      <w:pPr>
        <w:spacing w:line="560" w:lineRule="exact"/>
        <w:ind w:firstLine="420"/>
      </w:pPr>
      <w:r>
        <w:rPr>
          <w:rFonts w:ascii="宋体" w:hAnsi="宋体" w:eastAsia="宋体"/>
          <w:sz w:val="24"/>
        </w:rPr>
        <w:t>第二层的场景比第一层更加惨烈。泰坦残兵的数量虽然从五十降到了三十，但等级直接飙升到了95级，而且阵型中多了精英单位——泰坦督军。每一头督军都有八十万血量，物理和法术双抗超过四千，还会使用范围地震技能——双拳砸地，整个第二层的地面都在剧烈颤抖，团队被震得东倒西歪，站都站不稳。</w:t>
      </w:r>
    </w:p>
    <w:p>
      <w:pPr>
        <w:spacing w:line="560" w:lineRule="exact"/>
        <w:ind w:firstLine="420"/>
      </w:pPr>
      <w:r>
        <w:rPr>
          <w:rFonts w:ascii="宋体" w:hAnsi="宋体" w:eastAsia="宋体"/>
          <w:sz w:val="24"/>
        </w:rPr>
        <w:t>赵铁柱被震飞了三次，最后一次砸在墙上砸出一个半米深的坑。他从墙上滑下来，灰头土脸地说：「风哥……这座塔比昆仑墟恶心多了……」</w:t>
      </w:r>
    </w:p>
    <w:p>
      <w:pPr>
        <w:spacing w:line="560" w:lineRule="exact"/>
        <w:ind w:firstLine="420"/>
      </w:pPr>
      <w:r>
        <w:rPr>
          <w:rFonts w:ascii="宋体" w:hAnsi="宋体" w:eastAsia="宋体"/>
          <w:sz w:val="24"/>
        </w:rPr>
        <w:t>「坚持住。」林风挥手又花了五百万金币给全队买了高级护盾卷轴，金色的防护罩笼罩了每一个人，「第三层开始应该会有转机——这座塔的设计不会只有战斗，肯定还有别的机制。」</w:t>
      </w:r>
    </w:p>
    <w:p>
      <w:pPr>
        <w:spacing w:line="560" w:lineRule="exact"/>
        <w:ind w:firstLine="420"/>
      </w:pPr>
      <w:r>
        <w:rPr>
          <w:rFonts w:ascii="宋体" w:hAnsi="宋体" w:eastAsia="宋体"/>
          <w:sz w:val="24"/>
        </w:rPr>
        <w:t>第三层果然不同——不再是单纯的战斗，而是一个迷宫。墙壁上刻满了希腊神话的谜题，每一道岔路都是一道考验智力的选择题。答错就会触发陷阱——毒箭、落石、地刺轮番上阵。剑舞天下踩中了一个幻术陷阱，被传送到迷宫的另一头，花了二十分钟才找回来。</w:t>
      </w:r>
    </w:p>
    <w:p>
      <w:pPr>
        <w:spacing w:line="560" w:lineRule="exact"/>
        <w:ind w:firstLine="420"/>
      </w:pPr>
      <w:r>
        <w:rPr>
          <w:rFonts w:ascii="宋体" w:hAnsi="宋体" w:eastAsia="宋体"/>
          <w:sz w:val="24"/>
        </w:rPr>
        <w:t>第四层是耐力战——连续十波怪物潮，每波间隔只有三十秒。苏小雅的蓝条在第五波就见底了，林风又花了两百万金币给她买了无限法力药剂才勉强撑下来。</w:t>
      </w:r>
    </w:p>
    <w:p>
      <w:pPr>
        <w:spacing w:line="560" w:lineRule="exact"/>
        <w:ind w:firstLine="420"/>
      </w:pPr>
      <w:r>
        <w:rPr>
          <w:rFonts w:ascii="宋体" w:hAnsi="宋体" w:eastAsia="宋体"/>
          <w:sz w:val="24"/>
        </w:rPr>
        <w:t>「这座塔的设计者绝对是个变态狂。」苏小雅一边嗑着法力药剂一边抱怨，「昆仑墟至少还能让你喘口气，这座塔从进门开始就没停过一秒！」</w:t>
      </w:r>
    </w:p>
    <w:p>
      <w:pPr>
        <w:spacing w:line="560" w:lineRule="exact"/>
        <w:ind w:firstLine="420"/>
      </w:pPr>
      <w:r>
        <w:rPr>
          <w:rFonts w:ascii="宋体" w:hAnsi="宋体" w:eastAsia="宋体"/>
          <w:sz w:val="24"/>
        </w:rPr>
        <w:t>林风没有回答，只是盯着前方的楼梯。他站在第四层的出口处，看着通往第五层的楼梯。</w:t>
      </w:r>
    </w:p>
    <w:p>
      <w:pPr>
        <w:spacing w:line="560" w:lineRule="exact"/>
        <w:ind w:firstLine="420"/>
      </w:pPr>
      <w:r>
        <w:rPr>
          <w:rFonts w:ascii="宋体" w:hAnsi="宋体" w:eastAsia="宋体"/>
          <w:sz w:val="24"/>
        </w:rPr>
        <w:t>他没有说出来，但每个人都知道他其实也在想同一个问题——暗流的人，现在在第几层？无名已经来了多久？如果被他抢先进入中央核心……</w:t>
      </w:r>
    </w:p>
    <w:p>
      <w:pPr>
        <w:spacing w:line="560" w:lineRule="exact"/>
        <w:ind w:firstLine="420"/>
      </w:pPr>
      <w:r>
        <w:rPr>
          <w:rFonts w:ascii="宋体" w:hAnsi="宋体" w:eastAsia="宋体"/>
          <w:sz w:val="24"/>
        </w:rPr>
        <w:t>「不能拖了。」他低声说。然后转身对队友道：「从第五层开始，我开神豪领域——全程碾压。不省钱了。」</w:t>
      </w:r>
    </w:p>
    <w:p>
      <w:pPr>
        <w:spacing w:line="560" w:lineRule="exact"/>
        <w:ind w:firstLine="420"/>
      </w:pPr>
      <w:r>
        <w:rPr>
          <w:rFonts w:ascii="宋体" w:hAnsi="宋体" w:eastAsia="宋体"/>
          <w:sz w:val="24"/>
        </w:rPr>
        <w:t>赵铁柱愣了一下：「风哥，全程开着神豪领域那得烧多少钱进去？」</w:t>
      </w:r>
    </w:p>
    <w:p>
      <w:pPr>
        <w:spacing w:line="560" w:lineRule="exact"/>
        <w:ind w:firstLine="420"/>
      </w:pPr>
      <w:r>
        <w:rPr>
          <w:rFonts w:ascii="宋体" w:hAnsi="宋体" w:eastAsia="宋体"/>
          <w:sz w:val="24"/>
        </w:rPr>
        <w:t>「只要能赢过暗流拿到钥匙——花多少钱都值得。」</w:t>
      </w:r>
    </w:p>
    <w:p>
      <w:r>
        <w:br w:type="page"/>
      </w:r>
    </w:p>
    <w:p>
      <w:pPr>
        <w:jc w:val="center"/>
      </w:pPr>
      <w:r>
        <w:rPr>
          <w:b/>
          <w:sz w:val="32"/>
        </w:rPr>
        <w:t>第054章 亚特兰蒂斯·深海之渊</w:t>
      </w:r>
    </w:p>
    <w:p>
      <w:pPr>
        <w:jc w:val="center"/>
      </w:pPr>
      <w:r>
        <w:rPr>
          <w:color w:val="999999"/>
          <w:sz w:val="18"/>
        </w:rPr>
        <w:t>（2,507字）</w:t>
      </w:r>
    </w:p>
    <w:p/>
    <w:p>
      <w:pPr>
        <w:spacing w:line="560" w:lineRule="exact"/>
        <w:ind w:firstLine="420"/>
      </w:pPr>
      <w:r>
        <w:rPr>
          <w:rFonts w:ascii="宋体" w:hAnsi="宋体" w:eastAsia="宋体"/>
          <w:sz w:val="24"/>
        </w:rPr>
        <w:t>奥林匹斯第七层的守关BOSS轰然倒下时，林风打开背包确认——西方之匙安静地躺在物品栏中，一枚雕刻着雷霆图案的金色钥匙，表面还有电弧在跳动。</w:t>
      </w:r>
    </w:p>
    <w:p>
      <w:pPr>
        <w:spacing w:line="560" w:lineRule="exact"/>
        <w:ind w:firstLine="420"/>
      </w:pPr>
      <w:r>
        <w:rPr>
          <w:rFonts w:ascii="宋体" w:hAnsi="宋体" w:eastAsia="宋体"/>
          <w:sz w:val="24"/>
        </w:rPr>
        <w:t>「第二把。」他收起钥匙，看了一眼时间。</w:t>
      </w:r>
    </w:p>
    <w:p>
      <w:pPr>
        <w:spacing w:line="560" w:lineRule="exact"/>
        <w:ind w:firstLine="420"/>
      </w:pPr>
      <w:r>
        <w:rPr>
          <w:rFonts w:ascii="宋体" w:hAnsi="宋体" w:eastAsia="宋体"/>
          <w:sz w:val="24"/>
        </w:rPr>
        <w:t>全程耗时五小时四十分钟。</w:t>
      </w:r>
    </w:p>
    <w:p>
      <w:pPr>
        <w:spacing w:line="560" w:lineRule="exact"/>
        <w:ind w:firstLine="420"/>
      </w:pPr>
      <w:r>
        <w:rPr>
          <w:rFonts w:ascii="宋体" w:hAnsi="宋体" w:eastAsia="宋体"/>
          <w:sz w:val="24"/>
        </w:rPr>
        <w:t>比昆仑墟快了近两个小时——神豪领域的全程碾压策略确实有效，但代价也惊人：四座塔的攻略还没过半，他已经烧掉了将近一亿五千万金币。按照这个速度打下去，后面两座塔打完，他的账号余额至少要蒸发三个亿。</w:t>
      </w:r>
    </w:p>
    <w:p>
      <w:pPr>
        <w:spacing w:line="560" w:lineRule="exact"/>
        <w:ind w:firstLine="420"/>
      </w:pPr>
      <w:r>
        <w:rPr>
          <w:rFonts w:ascii="宋体" w:hAnsi="宋体" w:eastAsia="宋体"/>
          <w:sz w:val="24"/>
        </w:rPr>
        <w:t>「风哥，我刚刚帮你算了一笔账。」赵铁柱凑过来，掰着手指头表情认真得像在做财务报表，「在奥林匹斯塔的时候，你开神豪领域的十三分钟里，每分钟烧掉大概三百万——相当于每秒五万金币。按现实货币换算的话——」</w:t>
      </w:r>
    </w:p>
    <w:p>
      <w:pPr>
        <w:spacing w:line="560" w:lineRule="exact"/>
        <w:ind w:firstLine="420"/>
      </w:pPr>
      <w:r>
        <w:rPr>
          <w:rFonts w:ascii="宋体" w:hAnsi="宋体" w:eastAsia="宋体"/>
          <w:sz w:val="24"/>
        </w:rPr>
        <w:t>「不用换算。」林风挥手打断了他，「钱没了还能赚，钥匙被人抢了，就再也拿不回来了。」</w:t>
      </w:r>
    </w:p>
    <w:p>
      <w:pPr>
        <w:spacing w:line="560" w:lineRule="exact"/>
        <w:ind w:firstLine="420"/>
      </w:pPr>
      <w:r>
        <w:rPr>
          <w:rFonts w:ascii="宋体" w:hAnsi="宋体" w:eastAsia="宋体"/>
          <w:sz w:val="24"/>
        </w:rPr>
        <w:t>他从奥林匹斯塔的顶层传送阵跨入，光芒闪过，周围的景象从燃烧的战场变成了一片深邃的蓝。</w:t>
      </w:r>
    </w:p>
    <w:p>
      <w:pPr>
        <w:spacing w:line="560" w:lineRule="exact"/>
        <w:ind w:firstLine="420"/>
      </w:pPr>
      <w:r>
        <w:rPr>
          <w:rFonts w:ascii="宋体" w:hAnsi="宋体" w:eastAsia="宋体"/>
          <w:sz w:val="24"/>
        </w:rPr>
        <w:t>第三座神域塔——亚特兰蒂斯。</w:t>
      </w:r>
    </w:p>
    <w:p>
      <w:pPr>
        <w:spacing w:line="560" w:lineRule="exact"/>
        <w:ind w:firstLine="420"/>
      </w:pPr>
      <w:r>
        <w:rPr>
          <w:rFonts w:ascii="宋体" w:hAnsi="宋体" w:eastAsia="宋体"/>
          <w:sz w:val="24"/>
        </w:rPr>
        <w:t>与昆仑墟的冰雪和奥林匹斯的烈火不同，亚特兰蒂斯完全沉没在水中。整座塔是一座沉入海底的巨型金字塔，塔身由深蓝色的水晶砌成，表面覆盖着发光的珊瑚和海藻。荧光水母在水中缓缓漂浮，照亮了古老的通道。塔的底部延伸向无边的黑暗——那是三千二百米深的海沟，连系统地图都无法完全显示那里的地形。</w:t>
      </w:r>
    </w:p>
    <w:p>
      <w:pPr>
        <w:spacing w:line="560" w:lineRule="exact"/>
        <w:ind w:firstLine="420"/>
      </w:pPr>
      <w:r>
        <w:rPr>
          <w:rFonts w:ascii="宋体" w:hAnsi="宋体" w:eastAsia="宋体"/>
          <w:sz w:val="24"/>
        </w:rPr>
        <w:t>「水下副本……」苏小雅的声音在队伍频道里听起来有些发闷——进入这座塔后，每个人的呼吸系统都被系统自动替换成了水下呼吸模式，说话时嘴里会冒出一串气泡，「我最讨厌水下地图了，方向感全无。而且这些水母虽然漂亮，但看着就知道有毒——一碰准没好事。」</w:t>
      </w:r>
    </w:p>
    <w:p>
      <w:pPr>
        <w:spacing w:line="560" w:lineRule="exact"/>
        <w:ind w:firstLine="420"/>
      </w:pPr>
      <w:r>
        <w:rPr>
          <w:rFonts w:ascii="宋体" w:hAnsi="宋体" w:eastAsia="宋体"/>
          <w:sz w:val="24"/>
        </w:rPr>
        <w:t>「注意看小地图。」凌天说，「这座塔的结构和其他两座不同——不是垂直的七层，而是一个螺旋向下的迷宫。从塔顶进入，一路向下到深海之渊的底部——那里应该是守关BOSS的位置。而且你们注意到没有，这座塔的墙壁会缓慢移动——每次我们停下来，通道的走向就开始变化。这是一个动态迷宫。」</w:t>
      </w:r>
    </w:p>
    <w:p>
      <w:pPr>
        <w:spacing w:line="560" w:lineRule="exact"/>
        <w:ind w:firstLine="420"/>
      </w:pPr>
      <w:r>
        <w:rPr>
          <w:rFonts w:ascii="宋体" w:hAnsi="宋体" w:eastAsia="宋体"/>
          <w:sz w:val="24"/>
        </w:rPr>
        <w:t>「老凌，从海面到塔底垂直深度到底多少米？」剑舞天下追问道。</w:t>
      </w:r>
    </w:p>
    <w:p>
      <w:pPr>
        <w:spacing w:line="560" w:lineRule="exact"/>
        <w:ind w:firstLine="420"/>
      </w:pPr>
      <w:r>
        <w:rPr>
          <w:rFonts w:ascii="宋体" w:hAnsi="宋体" w:eastAsia="宋体"/>
          <w:sz w:val="24"/>
        </w:rPr>
        <w:t>「系统地图标注——从海面到塔底，垂直深度三千二百米。」</w:t>
      </w:r>
    </w:p>
    <w:p>
      <w:pPr>
        <w:spacing w:line="560" w:lineRule="exact"/>
        <w:ind w:firstLine="420"/>
      </w:pPr>
      <w:r>
        <w:rPr>
          <w:rFonts w:ascii="宋体" w:hAnsi="宋体" w:eastAsia="宋体"/>
          <w:sz w:val="24"/>
        </w:rPr>
        <w:t>公会频道里一阵沉默。</w:t>
      </w:r>
    </w:p>
    <w:p>
      <w:pPr>
        <w:spacing w:line="560" w:lineRule="exact"/>
        <w:ind w:firstLine="420"/>
      </w:pPr>
      <w:r>
        <w:rPr>
          <w:rFonts w:ascii="宋体" w:hAnsi="宋体" w:eastAsia="宋体"/>
          <w:sz w:val="24"/>
        </w:rPr>
        <w:t>「三千二百米？」赵铁柱的声音都变了，「那得打多久？氧气够吗？别打到一半我憋死了——虽然系统说不会憋死，但我总觉得在水底下不舒服。」</w:t>
      </w:r>
    </w:p>
    <w:p>
      <w:pPr>
        <w:spacing w:line="560" w:lineRule="exact"/>
        <w:ind w:firstLine="420"/>
      </w:pPr>
      <w:r>
        <w:rPr>
          <w:rFonts w:ascii="宋体" w:hAnsi="宋体" w:eastAsia="宋体"/>
          <w:sz w:val="24"/>
        </w:rPr>
        <w:t>「系统给了水下呼吸buff，没有时间限制。」林风已经迈步向下游去，「别在这里废话了，无名可能已经在第三座塔里了。我们没有时间浪费。」</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亚特兰蒂斯的前三层相对温和。怪物以巨型海蛇和珊瑚守卫为主，等级在92~95之间，属性偏向魔法防御。赵铁柱的物理盾击打不出太高的伤害，但林风的死亡裁决者附魔了雷属性后，在水下的传导效果出奇地好——一剑斩出，雷光在水中扩散成一片电网，能同时击中五六只怪物，触发连锁麻痹效果。</w:t>
      </w:r>
    </w:p>
    <w:p>
      <w:pPr>
        <w:spacing w:line="560" w:lineRule="exact"/>
        <w:ind w:firstLine="420"/>
      </w:pPr>
      <w:r>
        <w:rPr>
          <w:rFonts w:ascii="宋体" w:hAnsi="宋体" w:eastAsia="宋体"/>
          <w:sz w:val="24"/>
        </w:rPr>
        <w:t>「这塔的设计明显偏袒法系输出职业。」凌天分析道，「物理职业在水下受到30%的减速debuff，但法系反而有15%的伤害加成。暗流如果派了法系队来这座塔，推进速度可能比我们快。」</w:t>
      </w:r>
    </w:p>
    <w:p>
      <w:pPr>
        <w:spacing w:line="560" w:lineRule="exact"/>
        <w:ind w:firstLine="420"/>
      </w:pPr>
      <w:r>
        <w:rPr>
          <w:rFonts w:ascii="宋体" w:hAnsi="宋体" w:eastAsia="宋体"/>
          <w:sz w:val="24"/>
        </w:rPr>
        <w:t>「那我们就更不能在这里浪费时间了。」</w:t>
      </w:r>
    </w:p>
    <w:p>
      <w:pPr>
        <w:spacing w:line="560" w:lineRule="exact"/>
        <w:ind w:firstLine="420"/>
      </w:pPr>
      <w:r>
        <w:rPr>
          <w:rFonts w:ascii="宋体" w:hAnsi="宋体" w:eastAsia="宋体"/>
          <w:sz w:val="24"/>
        </w:rPr>
        <w:t>第四层开始，环境骤然变化。通道变得狭窄曲折，两旁的珊瑚壁上出现了密密麻麻的孔洞——每个孔洞里都蜷缩着一种新的怪物：深渊寄居蟹。它们外壳坚硬得像钢铁，物理减免高达70%，唯一的弱点是腹部——但只有在它们攻击时才会短暂暴露。</w:t>
      </w:r>
    </w:p>
    <w:p>
      <w:pPr>
        <w:spacing w:line="560" w:lineRule="exact"/>
        <w:ind w:firstLine="420"/>
      </w:pPr>
      <w:r>
        <w:rPr>
          <w:rFonts w:ascii="宋体" w:hAnsi="宋体" w:eastAsia="宋体"/>
          <w:sz w:val="24"/>
        </w:rPr>
        <w:t>「这东西怎么打？！」赵铁柱一刀砍在蟹壳上，只跳出几百点伤害，「我这一刀平时能砍三千多！这壳比暗流的脸皮还厚！」</w:t>
      </w:r>
    </w:p>
    <w:p>
      <w:pPr>
        <w:spacing w:line="560" w:lineRule="exact"/>
        <w:ind w:firstLine="420"/>
      </w:pPr>
      <w:r>
        <w:rPr>
          <w:rFonts w:ascii="宋体" w:hAnsi="宋体" w:eastAsia="宋体"/>
          <w:sz w:val="24"/>
        </w:rPr>
        <w:t>「用钱打。」林风打开神豪商城，搜索「破甲附魔」——三百万金币。购买。一道金色的光芒覆盖了全队的武器——接下来十五分钟内，无视目标50%的物理防御。「十五分钟够吗？」</w:t>
      </w:r>
    </w:p>
    <w:p>
      <w:pPr>
        <w:spacing w:line="560" w:lineRule="exact"/>
        <w:ind w:firstLine="420"/>
      </w:pPr>
      <w:r>
        <w:rPr>
          <w:rFonts w:ascii="宋体" w:hAnsi="宋体" w:eastAsia="宋体"/>
          <w:sz w:val="24"/>
        </w:rPr>
        <w:t>「不够就再买。不就是钱吗。」林风头也不回地带头向前游去，「三百万续一次，就算续十次也才三千万。比掉一件传说装备划算。」</w:t>
      </w:r>
    </w:p>
    <w:p>
      <w:pPr>
        <w:spacing w:line="560" w:lineRule="exact"/>
        <w:ind w:firstLine="420"/>
      </w:pPr>
      <w:r>
        <w:rPr>
          <w:rFonts w:ascii="宋体" w:hAnsi="宋体" w:eastAsia="宋体"/>
          <w:sz w:val="24"/>
        </w:rPr>
        <w:t>于是第四层到第六层，成了神豪殿与深渊寄居蟹之间的一场速度赛跑——在破甲buff的持续时间内冲到下一层入口，激活存档点，然后等CD继续推进。</w:t>
      </w:r>
    </w:p>
    <w:p>
      <w:pPr>
        <w:spacing w:line="560" w:lineRule="exact"/>
        <w:ind w:firstLine="420"/>
      </w:pPr>
      <w:r>
        <w:rPr>
          <w:rFonts w:ascii="宋体" w:hAnsi="宋体" w:eastAsia="宋体"/>
          <w:sz w:val="24"/>
        </w:rPr>
        <w:t>第五层是一片沉没的海底神殿废墟。巨大的石柱斜倒在海底，断裂的横梁上覆盖着厚厚的水草，到处散落着不知名生物的骸骨。镇守这一层的是五只精英级的【深渊凝视者】，等级96，漂浮在废墟各处。它们的攻击方式非常特殊——不直接打伤害，而是释放精神控制技能，让被控的队友攻击自己人。夜影被连控了两次，差点一匕首把苏小雅秒掉。林风不得不下令全员靠墙背对前进，不能与那些漂浮的发光眼球对视。</w:t>
      </w:r>
    </w:p>
    <w:p>
      <w:pPr>
        <w:spacing w:line="560" w:lineRule="exact"/>
        <w:ind w:firstLine="420"/>
      </w:pPr>
      <w:r>
        <w:rPr>
          <w:rFonts w:ascii="宋体" w:hAnsi="宋体" w:eastAsia="宋体"/>
          <w:sz w:val="24"/>
        </w:rPr>
        <w:t>第六层的守关者是一只体长二十米的巨型章鱼，八条触手每一条都有独立的血条，打掉一条会在三十秒后再生。章鱼的八只眼睛同时发出幽蓝色的冷光，像八盏探照灯，每三十秒释放一次全屏水压冲击——所有人必须找到掩体躲避，否则会被击飞并减速。林风尝试了三次强攻，都被触手拍回了入口，最后一次还差点被水压冲击推下深渊。</w:t>
      </w:r>
    </w:p>
    <w:p>
      <w:pPr>
        <w:spacing w:line="560" w:lineRule="exact"/>
        <w:ind w:firstLine="420"/>
      </w:pPr>
      <w:r>
        <w:rPr>
          <w:rFonts w:ascii="宋体" w:hAnsi="宋体" w:eastAsia="宋体"/>
          <w:sz w:val="24"/>
        </w:rPr>
        <w:t>「不行。」他退到安全区喘了口气，「这样打太慢了。每条触手一百万血量，八条就是八百万。再生速度比我们打掉的速度还快。而且每三十秒一次全屏AOE，治疗压力太大了，小雅的蓝根本撑不住。」</w:t>
      </w:r>
    </w:p>
    <w:p>
      <w:pPr>
        <w:spacing w:line="560" w:lineRule="exact"/>
        <w:ind w:firstLine="420"/>
      </w:pPr>
      <w:r>
        <w:rPr>
          <w:rFonts w:ascii="宋体" w:hAnsi="宋体" w:eastAsia="宋体"/>
          <w:sz w:val="24"/>
        </w:rPr>
        <w:t>「那怎么办？」苏小雅收起弓箭问，「要不要绕过去试试？」</w:t>
      </w:r>
    </w:p>
    <w:p>
      <w:pPr>
        <w:spacing w:line="560" w:lineRule="exact"/>
        <w:ind w:firstLine="420"/>
      </w:pPr>
      <w:r>
        <w:rPr>
          <w:rFonts w:ascii="宋体" w:hAnsi="宋体" w:eastAsia="宋体"/>
          <w:sz w:val="24"/>
        </w:rPr>
        <w:t>「不用绕。」林风盯着章鱼身后那道紧闭的青铜门，眼神坚定，「既然常规打法不行——那就用非常规的。」</w:t>
      </w:r>
    </w:p>
    <w:p>
      <w:pPr>
        <w:spacing w:line="560" w:lineRule="exact"/>
        <w:ind w:firstLine="420"/>
      </w:pPr>
      <w:r>
        <w:rPr>
          <w:rFonts w:ascii="宋体" w:hAnsi="宋体" w:eastAsia="宋体"/>
          <w:sz w:val="24"/>
        </w:rPr>
        <w:t>他不再犹豫，直接打开神豪商城搜索栏「水下爆破·史诗级卷轴」。</w:t>
      </w:r>
    </w:p>
    <w:p>
      <w:pPr>
        <w:spacing w:line="560" w:lineRule="exact"/>
        <w:ind w:firstLine="420"/>
      </w:pPr>
      <w:r>
        <w:rPr>
          <w:rFonts w:ascii="宋体" w:hAnsi="宋体" w:eastAsia="宋体"/>
          <w:sz w:val="24"/>
        </w:rPr>
        <w:t>页面上显示着价格：八百万金币。</w:t>
      </w:r>
    </w:p>
    <w:p>
      <w:pPr>
        <w:spacing w:line="560" w:lineRule="exact"/>
        <w:ind w:firstLine="420"/>
      </w:pPr>
      <w:r>
        <w:rPr>
          <w:rFonts w:ascii="宋体" w:hAnsi="宋体" w:eastAsia="宋体"/>
          <w:sz w:val="24"/>
        </w:rPr>
        <w:t>「……八百万买个卷轴？！」赵铁柱看到价格就愣住了，「风哥，八百万够我吃一辈子泡面了！」</w:t>
      </w:r>
    </w:p>
    <w:p>
      <w:pPr>
        <w:spacing w:line="560" w:lineRule="exact"/>
        <w:ind w:firstLine="420"/>
      </w:pPr>
      <w:r>
        <w:rPr>
          <w:rFonts w:ascii="宋体" w:hAnsi="宋体" w:eastAsia="宋体"/>
          <w:sz w:val="24"/>
        </w:rPr>
        <w:t>「一张卷轴换至少一个小时攻略时间，值不值得你们自己算。」</w:t>
      </w:r>
    </w:p>
    <w:p>
      <w:pPr>
        <w:spacing w:line="560" w:lineRule="exact"/>
        <w:ind w:firstLine="420"/>
      </w:pPr>
      <w:r>
        <w:rPr>
          <w:rFonts w:ascii="宋体" w:hAnsi="宋体" w:eastAsia="宋体"/>
          <w:sz w:val="24"/>
        </w:rPr>
        <w:t>林风没有犹豫哪怕一秒，直接点击购买确认。一张泛着蓝光的卷轴出现在他手中——卷轴表面绘制着深海巨兽的图案，散发着令人胆寒的能量波动。</w:t>
      </w:r>
    </w:p>
    <w:p>
      <w:pPr>
        <w:spacing w:line="560" w:lineRule="exact"/>
        <w:ind w:firstLine="420"/>
      </w:pPr>
      <w:r>
        <w:rPr>
          <w:rFonts w:ascii="宋体" w:hAnsi="宋体" w:eastAsia="宋体"/>
          <w:sz w:val="24"/>
        </w:rPr>
        <w:t>「全体——后退到五十米外，躲在珊瑚柱后面！」</w:t>
      </w:r>
    </w:p>
    <w:p>
      <w:pPr>
        <w:spacing w:line="560" w:lineRule="exact"/>
        <w:ind w:firstLine="420"/>
      </w:pPr>
      <w:r>
        <w:rPr>
          <w:rFonts w:ascii="宋体" w:hAnsi="宋体" w:eastAsia="宋体"/>
          <w:sz w:val="24"/>
        </w:rPr>
        <w:t>队友们迅速后撤到安全位置。林风展开卷轴，注入一千万金币的能量——卷轴上的蓝光骤然暴涨，将整个第六层照得如同白昼。周围的海水开始剧烈翻涌，形成了一道道漩涡。</w:t>
      </w:r>
    </w:p>
    <w:p>
      <w:pPr>
        <w:spacing w:line="560" w:lineRule="exact"/>
        <w:ind w:firstLine="420"/>
      </w:pPr>
      <w:r>
        <w:rPr>
          <w:rFonts w:ascii="宋体" w:hAnsi="宋体" w:eastAsia="宋体"/>
          <w:sz w:val="24"/>
        </w:rPr>
        <w:t>「水下爆破卷轴——现在释放！」</w:t>
      </w:r>
    </w:p>
    <w:p>
      <w:pPr>
        <w:spacing w:line="560" w:lineRule="exact"/>
        <w:ind w:firstLine="420"/>
      </w:pPr>
      <w:r>
        <w:rPr>
          <w:rFonts w:ascii="宋体" w:hAnsi="宋体" w:eastAsia="宋体"/>
          <w:sz w:val="24"/>
        </w:rPr>
        <w:t>轰隆隆——！！！</w:t>
      </w:r>
    </w:p>
    <w:p>
      <w:pPr>
        <w:spacing w:line="560" w:lineRule="exact"/>
        <w:ind w:firstLine="420"/>
      </w:pPr>
      <w:r>
        <w:rPr>
          <w:rFonts w:ascii="宋体" w:hAnsi="宋体" w:eastAsia="宋体"/>
          <w:sz w:val="24"/>
        </w:rPr>
        <w:t>整片深海瞬间炸裂。</w:t>
      </w:r>
    </w:p>
    <w:p>
      <w:pPr>
        <w:spacing w:line="560" w:lineRule="exact"/>
        <w:ind w:firstLine="420"/>
      </w:pPr>
      <w:r>
        <w:rPr>
          <w:rFonts w:ascii="宋体" w:hAnsi="宋体" w:eastAsia="宋体"/>
          <w:sz w:val="24"/>
        </w:rPr>
        <w:t>冲击波在海底金字塔中肆意扩散，水晶墙壁上出现了蛛网般的裂纹。巨型章鱼的八条触手在爆炸的瞬间全部断裂，墨绿色的血液染黑了整片水域。章鱼的巨大躯体剧烈抽搐了好几下，发出一阵尖锐的超声嘶鸣——守关者的血条从满血直接跌到了不足三分之一。</w:t>
      </w:r>
    </w:p>
    <w:p>
      <w:pPr>
        <w:spacing w:line="560" w:lineRule="exact"/>
        <w:ind w:firstLine="420"/>
      </w:pPr>
      <w:r>
        <w:rPr>
          <w:rFonts w:ascii="宋体" w:hAnsi="宋体" w:eastAsia="宋体"/>
          <w:sz w:val="24"/>
        </w:rPr>
        <w:t>「所有人——现在上！全员集火，别给它再生触手的机会！」</w:t>
      </w:r>
    </w:p>
    <w:p>
      <w:pPr>
        <w:spacing w:line="560" w:lineRule="exact"/>
        <w:ind w:firstLine="420"/>
      </w:pPr>
      <w:r>
        <w:rPr>
          <w:rFonts w:ascii="宋体" w:hAnsi="宋体" w:eastAsia="宋体"/>
          <w:sz w:val="24"/>
        </w:rPr>
        <w:t>神豪殿全员一拥而上。残血的章鱼守关者再也无力回天——夜影的匕首不断刺入章鱼的眼球，赵铁柱的盾击打断了每一次触手再生的读条，苏小雅的箭精准地射入章鱼口中。短短两分钟后，巨型章鱼发出一声绝望的嘶鸣，化为白光消散。青铜门轰然打开，露出后方一片深蓝色的光芒。</w:t>
      </w:r>
    </w:p>
    <w:p>
      <w:pPr>
        <w:spacing w:line="560" w:lineRule="exact"/>
        <w:ind w:firstLine="420"/>
      </w:pPr>
      <w:r>
        <w:rPr>
          <w:rFonts w:ascii="宋体" w:hAnsi="宋体" w:eastAsia="宋体"/>
          <w:sz w:val="24"/>
        </w:rPr>
        <w:t>「第七层——最后一层了。」林风收起卷轴残骸，游向青铜门后的通道。通道尽头是一片开阔的水下空间，百米高的穹顶上镶嵌着无数发光的水晶，像星空一样璀璨。最中央悬浮着一枚拳头大小的蓝色珍珠，散发着柔和的光芒——那就是深海之匙，「拿到了深海之匙，就只剩梵天城了。」</w:t>
      </w:r>
    </w:p>
    <w:p>
      <w:pPr>
        <w:spacing w:line="560" w:lineRule="exact"/>
        <w:ind w:firstLine="420"/>
      </w:pPr>
      <w:r>
        <w:rPr>
          <w:rFonts w:ascii="宋体" w:hAnsi="宋体" w:eastAsia="宋体"/>
          <w:sz w:val="24"/>
        </w:rPr>
        <w:t>他身后，赵铁柱跟在队伍最后小声嘀咕了一句：「风哥这一路烧了多少钱……我都不敢算了。」</w:t>
      </w:r>
    </w:p>
    <w:p>
      <w:pPr>
        <w:spacing w:line="560" w:lineRule="exact"/>
        <w:ind w:firstLine="420"/>
      </w:pPr>
      <w:r>
        <w:rPr>
          <w:rFonts w:ascii="宋体" w:hAnsi="宋体" w:eastAsia="宋体"/>
          <w:sz w:val="24"/>
        </w:rPr>
        <w:t>「别算了。」苏小雅游过来拍了拍他那厚重的肩甲，「账本算多了容易心疼——心疼了就容易掉装备。」</w:t>
      </w:r>
    </w:p>
    <w:p>
      <w:r>
        <w:br w:type="page"/>
      </w:r>
    </w:p>
    <w:p>
      <w:pPr>
        <w:jc w:val="center"/>
      </w:pPr>
      <w:r>
        <w:rPr>
          <w:b/>
          <w:sz w:val="32"/>
        </w:rPr>
        <w:t>第055章 梵天城·业火轮回</w:t>
      </w:r>
    </w:p>
    <w:p>
      <w:pPr>
        <w:jc w:val="center"/>
      </w:pPr>
      <w:r>
        <w:rPr>
          <w:color w:val="999999"/>
          <w:sz w:val="18"/>
        </w:rPr>
        <w:t>（2,500字）</w:t>
      </w:r>
    </w:p>
    <w:p/>
    <w:p>
      <w:pPr>
        <w:spacing w:line="560" w:lineRule="exact"/>
        <w:ind w:firstLine="420"/>
      </w:pPr>
      <w:r>
        <w:rPr>
          <w:rFonts w:ascii="宋体" w:hAnsi="宋体" w:eastAsia="宋体"/>
          <w:sz w:val="24"/>
        </w:rPr>
        <w:t>从亚特兰蒂斯的深海中传送出来，迎接神豪殿的不是海风，而是一片赤红色的天空。</w:t>
      </w:r>
    </w:p>
    <w:p>
      <w:pPr>
        <w:spacing w:line="560" w:lineRule="exact"/>
        <w:ind w:firstLine="420"/>
      </w:pPr>
      <w:r>
        <w:rPr>
          <w:rFonts w:ascii="宋体" w:hAnsi="宋体" w:eastAsia="宋体"/>
          <w:sz w:val="24"/>
        </w:rPr>
        <w:t>梵天城——四座神域塔中最危险的一座。</w:t>
      </w:r>
    </w:p>
    <w:p>
      <w:pPr>
        <w:spacing w:line="560" w:lineRule="exact"/>
        <w:ind w:firstLine="420"/>
      </w:pPr>
      <w:r>
        <w:rPr>
          <w:rFonts w:ascii="宋体" w:hAnsi="宋体" w:eastAsia="宋体"/>
          <w:sz w:val="24"/>
        </w:rPr>
        <w:t>它悬浮在一片燃烧的岩浆海洋之上。塔身由黑色火山岩砌成，表面流淌着暗红色的岩浆纹路，像血管一样布满整座巨塔。塔顶喷出的火焰直接冲入云霄，将整片天空染成了火焰的颜色。</w:t>
      </w:r>
    </w:p>
    <w:p>
      <w:pPr>
        <w:spacing w:line="560" w:lineRule="exact"/>
        <w:ind w:firstLine="420"/>
      </w:pPr>
      <w:r>
        <w:rPr>
          <w:rFonts w:ascii="宋体" w:hAnsi="宋体" w:eastAsia="宋体"/>
          <w:sz w:val="24"/>
        </w:rPr>
        <w:t>空气中弥漫着刺鼻的硫磺和焦土的气味，周围温度至少五十度以上。每一次呼吸都像在吸热气。</w:t>
      </w:r>
    </w:p>
    <w:p>
      <w:pPr>
        <w:spacing w:line="560" w:lineRule="exact"/>
        <w:ind w:firstLine="420"/>
      </w:pPr>
      <w:r>
        <w:rPr>
          <w:rFonts w:ascii="宋体" w:hAnsi="宋体" w:eastAsia="宋体"/>
          <w:sz w:val="24"/>
        </w:rPr>
        <w:t>「这才像是最后一关该有的样子。」林风站在岩浆海边缘，看着远处那座燃烧的巨塔。</w:t>
      </w:r>
    </w:p>
    <w:p>
      <w:pPr>
        <w:spacing w:line="560" w:lineRule="exact"/>
        <w:ind w:firstLine="420"/>
      </w:pPr>
      <w:r>
        <w:rPr>
          <w:rFonts w:ascii="宋体" w:hAnsi="宋体" w:eastAsia="宋体"/>
          <w:sz w:val="24"/>
        </w:rPr>
        <w:t>凌天皱着眉翻看系统地图：「按照顺序，梵天城对应的是南方管理节点——印度神话体系的试炼。但问题不是这座塔多难……」</w:t>
      </w:r>
    </w:p>
    <w:p>
      <w:pPr>
        <w:spacing w:line="560" w:lineRule="exact"/>
        <w:ind w:firstLine="420"/>
      </w:pPr>
      <w:r>
        <w:rPr>
          <w:rFonts w:ascii="宋体" w:hAnsi="宋体" w:eastAsia="宋体"/>
          <w:sz w:val="24"/>
        </w:rPr>
        <w:t>「最大的问题不是塔——是暗流。」夜影的声音从阴影中传出，她指向塔门方向。</w:t>
      </w:r>
    </w:p>
    <w:p>
      <w:pPr>
        <w:spacing w:line="560" w:lineRule="exact"/>
        <w:ind w:firstLine="420"/>
      </w:pPr>
      <w:r>
        <w:rPr>
          <w:rFonts w:ascii="宋体" w:hAnsi="宋体" w:eastAsia="宋体"/>
          <w:sz w:val="24"/>
        </w:rPr>
        <w:t>她指向梵天城塔门的方向——那里站着至少两百名玩家。统一的暗红色ID前缀、统一的传说级装备、统一的冷漠表情。</w:t>
      </w:r>
    </w:p>
    <w:p>
      <w:pPr>
        <w:spacing w:line="560" w:lineRule="exact"/>
        <w:ind w:firstLine="420"/>
      </w:pPr>
      <w:r>
        <w:rPr>
          <w:rFonts w:ascii="宋体" w:hAnsi="宋体" w:eastAsia="宋体"/>
          <w:sz w:val="24"/>
        </w:rPr>
        <w:t>暗流的主力——全部集结在梵天城。</w:t>
      </w:r>
    </w:p>
    <w:p>
      <w:pPr>
        <w:spacing w:line="560" w:lineRule="exact"/>
        <w:ind w:firstLine="420"/>
      </w:pPr>
      <w:r>
        <w:rPr>
          <w:rFonts w:ascii="宋体" w:hAnsi="宋体" w:eastAsia="宋体"/>
          <w:sz w:val="24"/>
        </w:rPr>
        <w:t>暗流之主·无名站在最前方，双手抱胸，像是在等着林风的到来。</w:t>
      </w:r>
    </w:p>
    <w:p>
      <w:pPr>
        <w:spacing w:line="560" w:lineRule="exact"/>
        <w:ind w:firstLine="420"/>
      </w:pPr>
      <w:r>
        <w:rPr>
          <w:rFonts w:ascii="宋体" w:hAnsi="宋体" w:eastAsia="宋体"/>
          <w:sz w:val="24"/>
        </w:rPr>
        <w:t>「风中追风。」无名的声音不大，但在岩浆的轰鸣声中清晰得不可思议，「我等了你很久。昆仑墟和亚特兰蒂斯都让你抢先了一步——但这一座，我不会再让你进去。」</w:t>
      </w:r>
    </w:p>
    <w:p>
      <w:pPr>
        <w:spacing w:line="560" w:lineRule="exact"/>
        <w:ind w:firstLine="420"/>
      </w:pPr>
      <w:r>
        <w:rPr>
          <w:rFonts w:ascii="宋体" w:hAnsi="宋体" w:eastAsia="宋体"/>
          <w:sz w:val="24"/>
        </w:rPr>
        <w:t>林风直视着无名的眼睛，语气平淡却没有任何退让：「你挡不住我。」</w:t>
      </w:r>
    </w:p>
    <w:p>
      <w:pPr>
        <w:spacing w:line="560" w:lineRule="exact"/>
        <w:ind w:firstLine="420"/>
      </w:pPr>
      <w:r>
        <w:rPr>
          <w:rFonts w:ascii="宋体" w:hAnsi="宋体" w:eastAsia="宋体"/>
          <w:sz w:val="24"/>
        </w:rPr>
        <w:t>「两百人对二十人，等级高十级，你说我挡不住？」无名语气淡然，但那双眼睛里没有丝毫温度，他的视线扫过神豪殿的每一个成员，「你确实很强。但你只有一个人强——你的队友，撑不住我的两百人。」</w:t>
      </w:r>
    </w:p>
    <w:p>
      <w:pPr>
        <w:spacing w:line="560" w:lineRule="exact"/>
        <w:ind w:firstLine="420"/>
      </w:pPr>
      <w:r>
        <w:rPr>
          <w:rFonts w:ascii="宋体" w:hAnsi="宋体" w:eastAsia="宋体"/>
          <w:sz w:val="24"/>
        </w:rPr>
        <w:t>他说的没错。</w:t>
      </w:r>
    </w:p>
    <w:p>
      <w:pPr>
        <w:spacing w:line="560" w:lineRule="exact"/>
        <w:ind w:firstLine="420"/>
      </w:pPr>
      <w:r>
        <w:rPr>
          <w:rFonts w:ascii="宋体" w:hAnsi="宋体" w:eastAsia="宋体"/>
          <w:sz w:val="24"/>
        </w:rPr>
        <w:t>经过连续三座塔的高强度战斗，神豪殿全队的体力、法力、装备耐久都到了极限。赵铁柱的盾牌耐久不到百分之十，表面布满了裂纹，苏小雅的弓弦断了一次刚修好，就连夜影的匕首都出现了明显的缺口。剑舞天下的双剑剑刃上全是卷口，狂战八方的巨斧柄上缠着临时绑的绷带。</w:t>
      </w:r>
    </w:p>
    <w:p>
      <w:pPr>
        <w:spacing w:line="560" w:lineRule="exact"/>
        <w:ind w:firstLine="420"/>
      </w:pPr>
      <w:r>
        <w:rPr>
          <w:rFonts w:ascii="宋体" w:hAnsi="宋体" w:eastAsia="宋体"/>
          <w:sz w:val="24"/>
        </w:rPr>
        <w:t>而对面——暗流的两百人，全部满状态。</w:t>
      </w:r>
    </w:p>
    <w:p>
      <w:pPr>
        <w:spacing w:line="560" w:lineRule="exact"/>
        <w:ind w:firstLine="420"/>
      </w:pPr>
      <w:r>
        <w:rPr>
          <w:rFonts w:ascii="宋体" w:hAnsi="宋体" w:eastAsia="宋体"/>
          <w:sz w:val="24"/>
        </w:rPr>
        <w:t>凌天低声说：「硬打的话，胜率不到三成。」</w:t>
      </w:r>
    </w:p>
    <w:p>
      <w:pPr>
        <w:spacing w:line="560" w:lineRule="exact"/>
        <w:ind w:firstLine="420"/>
      </w:pPr>
      <w:r>
        <w:rPr>
          <w:rFonts w:ascii="宋体" w:hAnsi="宋体" w:eastAsia="宋体"/>
          <w:sz w:val="24"/>
        </w:rPr>
        <w:t>「我们不用硬打。」林风盯着无名，「他想要梵天城里的东西。但他不想毁了我——因为他需要我的古玉。如果我死在这里，古玉碎裂，他什么都得不到。」</w:t>
      </w:r>
    </w:p>
    <w:p>
      <w:pPr>
        <w:spacing w:line="560" w:lineRule="exact"/>
        <w:ind w:firstLine="420"/>
      </w:pPr>
      <w:r>
        <w:rPr>
          <w:rFonts w:ascii="宋体" w:hAnsi="宋体" w:eastAsia="宋体"/>
          <w:sz w:val="24"/>
        </w:rPr>
        <w:t>无名似乎看穿了林风的想法：「你觉得我不会杀你？」</w:t>
      </w:r>
    </w:p>
    <w:p>
      <w:pPr>
        <w:spacing w:line="560" w:lineRule="exact"/>
        <w:ind w:firstLine="420"/>
      </w:pPr>
      <w:r>
        <w:rPr>
          <w:rFonts w:ascii="宋体" w:hAnsi="宋体" w:eastAsia="宋体"/>
          <w:sz w:val="24"/>
        </w:rPr>
        <w:t>「你不会。」林风向前走了一步，「因为你杀了我，古玉就碎了。你们暗流布局这么多年，不就是想要完整的古玉吗？」</w:t>
      </w:r>
    </w:p>
    <w:p>
      <w:pPr>
        <w:spacing w:line="560" w:lineRule="exact"/>
        <w:ind w:firstLine="420"/>
      </w:pPr>
      <w:r>
        <w:rPr>
          <w:rFonts w:ascii="宋体" w:hAnsi="宋体" w:eastAsia="宋体"/>
          <w:sz w:val="24"/>
        </w:rPr>
        <w:t>无名的表情第一次出现了变化——他的嘴角不易察觉地抽动了一下。</w:t>
      </w:r>
    </w:p>
    <w:p>
      <w:pPr>
        <w:spacing w:line="560" w:lineRule="exact"/>
        <w:ind w:firstLine="420"/>
      </w:pPr>
      <w:r>
        <w:rPr>
          <w:rFonts w:ascii="宋体" w:hAnsi="宋体" w:eastAsia="宋体"/>
          <w:sz w:val="24"/>
        </w:rPr>
        <w:t>「你说对了一半。」无名说，「我确实不能让你死。但我可以让你的队友——全都死在这里。」</w:t>
      </w:r>
    </w:p>
    <w:p>
      <w:pPr>
        <w:spacing w:line="560" w:lineRule="exact"/>
        <w:ind w:firstLine="420"/>
      </w:pPr>
      <w:r>
        <w:rPr>
          <w:rFonts w:ascii="宋体" w:hAnsi="宋体" w:eastAsia="宋体"/>
          <w:sz w:val="24"/>
        </w:rPr>
        <w:t>他抬起手——两百名暗流成员同时举起武器！</w:t>
      </w:r>
    </w:p>
    <w:p>
      <w:pPr>
        <w:spacing w:line="560" w:lineRule="exact"/>
        <w:ind w:firstLine="420"/>
      </w:pPr>
      <w:r>
        <w:rPr>
          <w:rFonts w:ascii="宋体" w:hAnsi="宋体" w:eastAsia="宋体"/>
          <w:sz w:val="24"/>
        </w:rPr>
        <w:t>「你说过——你一个人就够了。那我们就看看，你的队友死光之后，你还能不能笑得出来。」</w:t>
      </w:r>
    </w:p>
    <w:p>
      <w:pPr>
        <w:spacing w:line="560" w:lineRule="exact"/>
        <w:ind w:firstLine="420"/>
      </w:pPr>
      <w:r>
        <w:rPr>
          <w:rFonts w:ascii="宋体" w:hAnsi="宋体" w:eastAsia="宋体"/>
          <w:sz w:val="24"/>
        </w:rPr>
        <w:t>林风的手按上了剑柄。</w:t>
      </w:r>
    </w:p>
    <w:p>
      <w:pPr>
        <w:spacing w:line="560" w:lineRule="exact"/>
        <w:ind w:firstLine="420"/>
      </w:pPr>
      <w:r>
        <w:rPr>
          <w:rFonts w:ascii="宋体" w:hAnsi="宋体" w:eastAsia="宋体"/>
          <w:sz w:val="24"/>
        </w:rPr>
        <w:t>他没有回头，只是对身后的队友说了一句话——</w:t>
      </w:r>
    </w:p>
    <w:p>
      <w:pPr>
        <w:spacing w:line="560" w:lineRule="exact"/>
        <w:ind w:firstLine="420"/>
      </w:pPr>
      <w:r>
        <w:rPr>
          <w:rFonts w:ascii="宋体" w:hAnsi="宋体" w:eastAsia="宋体"/>
          <w:sz w:val="24"/>
        </w:rPr>
        <w:t>「铁柱。」林风的声音很平静。</w:t>
      </w:r>
    </w:p>
    <w:p>
      <w:pPr>
        <w:spacing w:line="560" w:lineRule="exact"/>
        <w:ind w:firstLine="420"/>
      </w:pPr>
      <w:r>
        <w:rPr>
          <w:rFonts w:ascii="宋体" w:hAnsi="宋体" w:eastAsia="宋体"/>
          <w:sz w:val="24"/>
        </w:rPr>
        <w:t>「在！」赵铁柱吼得震天响。</w:t>
      </w:r>
    </w:p>
    <w:p>
      <w:pPr>
        <w:spacing w:line="560" w:lineRule="exact"/>
        <w:ind w:firstLine="420"/>
      </w:pPr>
      <w:r>
        <w:rPr>
          <w:rFonts w:ascii="宋体" w:hAnsi="宋体" w:eastAsia="宋体"/>
          <w:sz w:val="24"/>
        </w:rPr>
        <w:t>「把你们的命——交给我。」</w:t>
      </w:r>
    </w:p>
    <w:p>
      <w:pPr>
        <w:spacing w:line="560" w:lineRule="exact"/>
        <w:ind w:firstLine="420"/>
      </w:pPr>
      <w:r>
        <w:rPr>
          <w:rFonts w:ascii="宋体" w:hAnsi="宋体" w:eastAsia="宋体"/>
          <w:sz w:val="24"/>
        </w:rPr>
        <w:t>赵铁柱愣了一下，然后咧嘴露出一个沾满灰尘的笑容：「从我们跟着你的第一天——就已经交给你了。」</w:t>
      </w:r>
    </w:p>
    <w:p>
      <w:pPr>
        <w:spacing w:line="560" w:lineRule="exact"/>
        <w:ind w:firstLine="420"/>
      </w:pPr>
      <w:r>
        <w:rPr>
          <w:rFonts w:ascii="宋体" w:hAnsi="宋体" w:eastAsia="宋体"/>
          <w:sz w:val="24"/>
        </w:rPr>
        <w:t>夜影没有说话。她只是从阴影中走了出来，站到了林风的右侧。</w:t>
      </w:r>
    </w:p>
    <w:p>
      <w:pPr>
        <w:spacing w:line="560" w:lineRule="exact"/>
        <w:ind w:firstLine="420"/>
      </w:pPr>
      <w:r>
        <w:rPr>
          <w:rFonts w:ascii="宋体" w:hAnsi="宋体" w:eastAsia="宋体"/>
          <w:sz w:val="24"/>
        </w:rPr>
        <w:t>苏小雅搭上了最后一根箭——箭囊里只剩下这一支了——箭头对准了暗流的阵型。</w:t>
      </w:r>
    </w:p>
    <w:p>
      <w:pPr>
        <w:spacing w:line="560" w:lineRule="exact"/>
        <w:ind w:firstLine="420"/>
      </w:pPr>
      <w:r>
        <w:rPr>
          <w:rFonts w:ascii="宋体" w:hAnsi="宋体" w:eastAsia="宋体"/>
          <w:sz w:val="24"/>
        </w:rPr>
        <w:t>剑舞天下拔出了双剑。</w:t>
      </w:r>
    </w:p>
    <w:p>
      <w:pPr>
        <w:spacing w:line="560" w:lineRule="exact"/>
        <w:ind w:firstLine="420"/>
      </w:pPr>
      <w:r>
        <w:rPr>
          <w:rFonts w:ascii="宋体" w:hAnsi="宋体" w:eastAsia="宋体"/>
          <w:sz w:val="24"/>
        </w:rPr>
        <w:t>狂战八方举起了巨斧。</w:t>
      </w:r>
    </w:p>
    <w:p>
      <w:pPr>
        <w:spacing w:line="560" w:lineRule="exact"/>
        <w:ind w:firstLine="420"/>
      </w:pPr>
      <w:r>
        <w:rPr>
          <w:rFonts w:ascii="宋体" w:hAnsi="宋体" w:eastAsia="宋体"/>
          <w:sz w:val="24"/>
        </w:rPr>
        <w:t>凌天推了推眼镜，打开了战术面板。</w:t>
      </w:r>
    </w:p>
    <w:p>
      <w:pPr>
        <w:spacing w:line="560" w:lineRule="exact"/>
        <w:ind w:firstLine="420"/>
      </w:pPr>
      <w:r>
        <w:rPr>
          <w:rFonts w:ascii="宋体" w:hAnsi="宋体" w:eastAsia="宋体"/>
          <w:sz w:val="24"/>
        </w:rPr>
        <w:t>二十人——</w:t>
      </w:r>
    </w:p>
    <w:p>
      <w:pPr>
        <w:spacing w:line="560" w:lineRule="exact"/>
        <w:ind w:firstLine="420"/>
      </w:pPr>
      <w:r>
        <w:rPr>
          <w:rFonts w:ascii="宋体" w:hAnsi="宋体" w:eastAsia="宋体"/>
          <w:sz w:val="24"/>
        </w:rPr>
        <w:t>面对两百人。</w:t>
      </w:r>
    </w:p>
    <w:p>
      <w:pPr>
        <w:spacing w:line="560" w:lineRule="exact"/>
        <w:ind w:firstLine="420"/>
      </w:pPr>
      <w:r>
        <w:rPr>
          <w:rFonts w:ascii="宋体" w:hAnsi="宋体" w:eastAsia="宋体"/>
          <w:sz w:val="24"/>
        </w:rPr>
        <w:t>没有后退一步。</w:t>
      </w:r>
    </w:p>
    <w:p>
      <w:pPr>
        <w:spacing w:line="560" w:lineRule="exact"/>
        <w:ind w:firstLine="420"/>
      </w:pPr>
      <w:r>
        <w:rPr>
          <w:rFonts w:ascii="宋体" w:hAnsi="宋体" w:eastAsia="宋体"/>
          <w:sz w:val="24"/>
        </w:rPr>
        <w:t>「神豪殿全体——」林风举起死亡裁决者，剑身在岩浆的火光中反射出刺目的光芒。</w:t>
      </w:r>
    </w:p>
    <w:p>
      <w:pPr>
        <w:spacing w:line="560" w:lineRule="exact"/>
        <w:ind w:firstLine="420"/>
      </w:pPr>
      <w:r>
        <w:rPr>
          <w:rFonts w:ascii="宋体" w:hAnsi="宋体" w:eastAsia="宋体"/>
          <w:sz w:val="24"/>
        </w:rPr>
        <w:t>「神豪殿全员——全都到齐！！」</w:t>
      </w:r>
    </w:p>
    <w:p>
      <w:pPr>
        <w:spacing w:line="560" w:lineRule="exact"/>
        <w:ind w:firstLine="420"/>
      </w:pPr>
      <w:r>
        <w:rPr>
          <w:rFonts w:ascii="宋体" w:hAnsi="宋体" w:eastAsia="宋体"/>
          <w:sz w:val="24"/>
        </w:rPr>
        <w:t>「我们的目标只有一个——冲进那扇门，拿下梵天城！」</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那一战，打了四十七分钟。</w:t>
      </w:r>
    </w:p>
    <w:p>
      <w:pPr>
        <w:spacing w:line="560" w:lineRule="exact"/>
        <w:ind w:firstLine="420"/>
      </w:pPr>
      <w:r>
        <w:rPr>
          <w:rFonts w:ascii="宋体" w:hAnsi="宋体" w:eastAsia="宋体"/>
          <w:sz w:val="24"/>
        </w:rPr>
        <w:t>战斗从暗流的远程压制开始。火球术、冰箭术、暗影弹铺天盖地地砸过来，将地面炸出无数坑洞。赵铁柱顶在最前方，盾牌格挡了百分之八十的攻击，血条在林风的生命链接支撑下不断地起起伏伏。夜影从侧翼切入，每次现身带走一个后排法师，然后再次消失在阴影中。苏小雅的箭雨覆盖了暗流的治疗团队，让他们根本没有机会回血。</w:t>
      </w:r>
    </w:p>
    <w:p>
      <w:pPr>
        <w:spacing w:line="560" w:lineRule="exact"/>
        <w:ind w:firstLine="420"/>
      </w:pPr>
      <w:r>
        <w:rPr>
          <w:rFonts w:ascii="宋体" w:hAnsi="宋体" w:eastAsia="宋体"/>
          <w:sz w:val="24"/>
        </w:rPr>
        <w:t>最终，暗流的两百人被削减到只剩下九十三人。神豪殿的二十人——全员存活。</w:t>
      </w:r>
    </w:p>
    <w:p>
      <w:pPr>
        <w:spacing w:line="560" w:lineRule="exact"/>
        <w:ind w:firstLine="420"/>
      </w:pPr>
      <w:r>
        <w:rPr>
          <w:rFonts w:ascii="宋体" w:hAnsi="宋体" w:eastAsia="宋体"/>
          <w:sz w:val="24"/>
        </w:rPr>
        <w:t>不是因为林风太强。而是他在开战的第一时间，激活了古玉的第三层能力——</w:t>
      </w:r>
    </w:p>
    <w:p>
      <w:pPr>
        <w:spacing w:line="560" w:lineRule="exact"/>
        <w:ind w:firstLine="420"/>
      </w:pPr>
      <w:r>
        <w:rPr>
          <w:rFonts w:ascii="宋体" w:hAnsi="宋体" w:eastAsia="宋体"/>
          <w:sz w:val="24"/>
        </w:rPr>
        <w:t>【古玉·生命链接】。</w:t>
      </w:r>
    </w:p>
    <w:p>
      <w:pPr>
        <w:spacing w:line="560" w:lineRule="exact"/>
        <w:ind w:firstLine="420"/>
      </w:pPr>
      <w:r>
        <w:rPr>
          <w:rFonts w:ascii="宋体" w:hAnsi="宋体" w:eastAsia="宋体"/>
          <w:sz w:val="24"/>
        </w:rPr>
        <w:t>消耗：无（古玉自身能力）</w:t>
      </w:r>
    </w:p>
    <w:p>
      <w:pPr>
        <w:spacing w:line="560" w:lineRule="exact"/>
        <w:ind w:firstLine="420"/>
      </w:pPr>
      <w:r>
        <w:rPr>
          <w:rFonts w:ascii="宋体" w:hAnsi="宋体" w:eastAsia="宋体"/>
          <w:sz w:val="24"/>
        </w:rPr>
        <w:t>效果：方圆五百米内所有友方单位共享生命值。只要链接中还有一个人活着——就没有人会死。</w:t>
      </w:r>
    </w:p>
    <w:p>
      <w:pPr>
        <w:spacing w:line="560" w:lineRule="exact"/>
        <w:ind w:firstLine="420"/>
      </w:pPr>
      <w:r>
        <w:rPr>
          <w:rFonts w:ascii="宋体" w:hAnsi="宋体" w:eastAsia="宋体"/>
          <w:sz w:val="24"/>
        </w:rPr>
        <w:t>林风把自己那五万点的血量池——共享给了全员二十人。</w:t>
      </w:r>
    </w:p>
    <w:p>
      <w:pPr>
        <w:spacing w:line="560" w:lineRule="exact"/>
        <w:ind w:firstLine="420"/>
      </w:pPr>
      <w:r>
        <w:rPr>
          <w:rFonts w:ascii="宋体" w:hAnsi="宋体" w:eastAsia="宋体"/>
          <w:sz w:val="24"/>
        </w:rPr>
        <w:t>暗流的每一次攻击，打谁都等于打在林风身上。而林风的防御和回血速度，是暗流普通成员的十倍以上。</w:t>
      </w:r>
    </w:p>
    <w:p>
      <w:pPr>
        <w:spacing w:line="560" w:lineRule="exact"/>
        <w:ind w:firstLine="420"/>
      </w:pPr>
      <w:r>
        <w:rPr>
          <w:rFonts w:ascii="宋体" w:hAnsi="宋体" w:eastAsia="宋体"/>
          <w:sz w:val="24"/>
        </w:rPr>
        <w:t>所以暗流打了四十七分钟——一个人都没杀掉。</w:t>
      </w:r>
    </w:p>
    <w:p>
      <w:pPr>
        <w:spacing w:line="560" w:lineRule="exact"/>
        <w:ind w:firstLine="420"/>
      </w:pPr>
      <w:r>
        <w:rPr>
          <w:rFonts w:ascii="宋体" w:hAnsi="宋体" w:eastAsia="宋体"/>
          <w:sz w:val="24"/>
        </w:rPr>
        <w:t>当无名意识到这一点时，他已经损失了一百零七名成员。</w:t>
      </w:r>
    </w:p>
    <w:p>
      <w:pPr>
        <w:spacing w:line="560" w:lineRule="exact"/>
        <w:ind w:firstLine="420"/>
      </w:pPr>
      <w:r>
        <w:rPr>
          <w:rFonts w:ascii="宋体" w:hAnsi="宋体" w:eastAsia="宋体"/>
          <w:sz w:val="24"/>
        </w:rPr>
        <w:t>「全体撤退。」无名终于下令，声音中第一次出现了明显的怒意。他看了一眼林风，眼神复杂——有不甘，有愤怒，但更多的是一种被算计后的冰冷。</w:t>
      </w:r>
    </w:p>
    <w:p>
      <w:pPr>
        <w:spacing w:line="560" w:lineRule="exact"/>
        <w:ind w:firstLine="420"/>
      </w:pPr>
      <w:r>
        <w:rPr>
          <w:rFonts w:ascii="宋体" w:hAnsi="宋体" w:eastAsia="宋体"/>
          <w:sz w:val="24"/>
        </w:rPr>
        <w:t>暗流的残兵败将一个接一个退入梵天城的传送阵中消失。</w:t>
      </w:r>
    </w:p>
    <w:p>
      <w:pPr>
        <w:spacing w:line="560" w:lineRule="exact"/>
        <w:ind w:firstLine="420"/>
      </w:pPr>
      <w:r>
        <w:rPr>
          <w:rFonts w:ascii="宋体" w:hAnsi="宋体" w:eastAsia="宋体"/>
          <w:sz w:val="24"/>
        </w:rPr>
        <w:t>林风没有追。他的血量已经降到了百分之十二——古玉生命链接虽然强大，但同时承受两百人的集火，他的恢复速度已经跟不上了。如果再打十分钟，输的就会是神豪殿。</w:t>
      </w:r>
    </w:p>
    <w:p>
      <w:pPr>
        <w:spacing w:line="560" w:lineRule="exact"/>
        <w:ind w:firstLine="420"/>
      </w:pPr>
      <w:r>
        <w:rPr>
          <w:rFonts w:ascii="宋体" w:hAnsi="宋体" w:eastAsia="宋体"/>
          <w:sz w:val="24"/>
        </w:rPr>
        <w:t>「没时间了——全体立刻进城！」</w:t>
      </w:r>
    </w:p>
    <w:p>
      <w:pPr>
        <w:spacing w:line="560" w:lineRule="exact"/>
        <w:ind w:firstLine="420"/>
      </w:pPr>
      <w:r>
        <w:rPr>
          <w:rFonts w:ascii="宋体" w:hAnsi="宋体" w:eastAsia="宋体"/>
          <w:sz w:val="24"/>
        </w:rPr>
        <w:t>神豪殿二十人冲进了梵天城的塔门。</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梵天城的内部，比外部还要恐怖。</w:t>
      </w:r>
    </w:p>
    <w:p>
      <w:pPr>
        <w:spacing w:line="560" w:lineRule="exact"/>
        <w:ind w:firstLine="420"/>
      </w:pPr>
      <w:r>
        <w:rPr>
          <w:rFonts w:ascii="宋体" w:hAnsi="宋体" w:eastAsia="宋体"/>
          <w:sz w:val="24"/>
        </w:rPr>
        <w:t>塔内的每一层都是一片燃烧的地狱——熔岩河流、烈焰风暴、灰烬风暴轮番上阵。试炼的目标不再是击败怪物，而是在毁灭性的环境中活下来，找到通往下一层的路。</w:t>
      </w:r>
    </w:p>
    <w:p>
      <w:pPr>
        <w:spacing w:line="560" w:lineRule="exact"/>
        <w:ind w:firstLine="420"/>
      </w:pPr>
      <w:r>
        <w:rPr>
          <w:rFonts w:ascii="宋体" w:hAnsi="宋体" w:eastAsia="宋体"/>
          <w:sz w:val="24"/>
        </w:rPr>
        <w:t>第一层：炼狱火海——全员必须在不断上涨的岩浆中寻找安全平台，每三十秒刷新一次路线。</w:t>
      </w:r>
    </w:p>
    <w:p>
      <w:pPr>
        <w:spacing w:line="560" w:lineRule="exact"/>
        <w:ind w:firstLine="420"/>
      </w:pPr>
      <w:r>
        <w:rPr>
          <w:rFonts w:ascii="宋体" w:hAnsi="宋体" w:eastAsia="宋体"/>
          <w:sz w:val="24"/>
        </w:rPr>
        <w:t>第二层：业火迷宫——墙壁会移动，每一步都可能触发陷阱。剑舞天下被传送到起点了三次。</w:t>
      </w:r>
    </w:p>
    <w:p>
      <w:pPr>
        <w:spacing w:line="560" w:lineRule="exact"/>
        <w:ind w:firstLine="420"/>
      </w:pPr>
      <w:r>
        <w:rPr>
          <w:rFonts w:ascii="宋体" w:hAnsi="宋体" w:eastAsia="宋体"/>
          <w:sz w:val="24"/>
        </w:rPr>
        <w:t>第三层：焚烧试炼——系统随机选择一个成员，施加持续灼烧效果，其他人必须把伤害分摊到自己身上才能保住那个人。</w:t>
      </w:r>
    </w:p>
    <w:p>
      <w:pPr>
        <w:spacing w:line="560" w:lineRule="exact"/>
        <w:ind w:firstLine="420"/>
      </w:pPr>
      <w:r>
        <w:rPr>
          <w:rFonts w:ascii="宋体" w:hAnsi="宋体" w:eastAsia="宋体"/>
          <w:sz w:val="24"/>
        </w:rPr>
        <w:t>第四层：灰烬卫士——十二名火焰石像鬼镇守通道，免疫物理攻击，只能用法术伤害逐一击破。夜影完全失去了作用，苏小雅的箭矢也打不出伤害。林风花了六百万金币购买了临时法伤附魔卷轴，强行带队突破。</w:t>
      </w:r>
    </w:p>
    <w:p>
      <w:pPr>
        <w:spacing w:line="560" w:lineRule="exact"/>
        <w:ind w:firstLine="420"/>
      </w:pPr>
      <w:r>
        <w:rPr>
          <w:rFonts w:ascii="宋体" w:hAnsi="宋体" w:eastAsia="宋体"/>
          <w:sz w:val="24"/>
        </w:rPr>
        <w:t>第五层：业火之桥——一条只有巴掌宽的火焰独木桥横跨岩浆峡谷。桥下是沸腾的岩浆，桥身上每隔十秒喷出一道火焰柱。任何掉下去的人都意味着灭团。这一层走了将近两个小时，每一步都在跟系统判定较劲。</w:t>
      </w:r>
    </w:p>
    <w:p>
      <w:pPr>
        <w:spacing w:line="560" w:lineRule="exact"/>
        <w:ind w:firstLine="420"/>
      </w:pPr>
      <w:r>
        <w:rPr>
          <w:rFonts w:ascii="宋体" w:hAnsi="宋体" w:eastAsia="宋体"/>
          <w:sz w:val="24"/>
        </w:rPr>
        <w:t>第六层：焚天魔像——一只体型超过二十米的巨型石像，全身覆盖着燃烧的岩浆铠甲。物理防御高得离谱，林风的一套连招只能蹭掉它百分之三的血量。最后是靠赵铁柱用嘲讽吸引注意，夜影绕到魔像背后寻找核心弱点，林风抓住机会用死亡裁决者刺入魔像后颈的能量核心——一剑暴击，打出了十二万的伤害。</w:t>
      </w:r>
    </w:p>
    <w:p>
      <w:pPr>
        <w:spacing w:line="560" w:lineRule="exact"/>
        <w:ind w:firstLine="420"/>
      </w:pPr>
      <w:r>
        <w:rPr>
          <w:rFonts w:ascii="宋体" w:hAnsi="宋体" w:eastAsia="宋体"/>
          <w:sz w:val="24"/>
        </w:rPr>
        <w:t>每一层都在考验团队的极限。</w:t>
      </w:r>
    </w:p>
    <w:p>
      <w:pPr>
        <w:spacing w:line="560" w:lineRule="exact"/>
        <w:ind w:firstLine="420"/>
      </w:pPr>
      <w:r>
        <w:rPr>
          <w:rFonts w:ascii="宋体" w:hAnsi="宋体" w:eastAsia="宋体"/>
          <w:sz w:val="24"/>
        </w:rPr>
        <w:t>但神豪殿走过来了。</w:t>
      </w:r>
    </w:p>
    <w:p>
      <w:pPr>
        <w:spacing w:line="560" w:lineRule="exact"/>
        <w:ind w:firstLine="420"/>
      </w:pPr>
      <w:r>
        <w:rPr>
          <w:rFonts w:ascii="宋体" w:hAnsi="宋体" w:eastAsia="宋体"/>
          <w:sz w:val="24"/>
        </w:rPr>
        <w:t>六个小时后，他们站在了梵天城的第七层——</w:t>
      </w:r>
    </w:p>
    <w:p>
      <w:pPr>
        <w:spacing w:line="560" w:lineRule="exact"/>
        <w:ind w:firstLine="420"/>
      </w:pPr>
      <w:r>
        <w:rPr>
          <w:rFonts w:ascii="宋体" w:hAnsi="宋体" w:eastAsia="宋体"/>
          <w:sz w:val="24"/>
        </w:rPr>
        <w:t>一座悬浮于虚空中的金色祭坛。祭坛四周燃烧着永恒不灭的业火，空气中弥漫着让人窒息的压迫感。祭坛上没有钥匙，没有珍珠，也没有玉简。</w:t>
      </w:r>
    </w:p>
    <w:p>
      <w:pPr>
        <w:spacing w:line="560" w:lineRule="exact"/>
        <w:ind w:firstLine="420"/>
      </w:pPr>
      <w:r>
        <w:rPr>
          <w:rFonts w:ascii="宋体" w:hAnsi="宋体" w:eastAsia="宋体"/>
          <w:sz w:val="24"/>
        </w:rPr>
        <w:t>只有一个男人。</w:t>
      </w:r>
    </w:p>
    <w:p>
      <w:pPr>
        <w:spacing w:line="560" w:lineRule="exact"/>
        <w:ind w:firstLine="420"/>
      </w:pPr>
      <w:r>
        <w:rPr>
          <w:rFonts w:ascii="宋体" w:hAnsi="宋体" w:eastAsia="宋体"/>
          <w:sz w:val="24"/>
        </w:rPr>
        <w:t>暗流之主·无名。</w:t>
      </w:r>
    </w:p>
    <w:p>
      <w:pPr>
        <w:spacing w:line="560" w:lineRule="exact"/>
        <w:ind w:firstLine="420"/>
      </w:pPr>
      <w:r>
        <w:rPr>
          <w:rFonts w:ascii="宋体" w:hAnsi="宋体" w:eastAsia="宋体"/>
          <w:sz w:val="24"/>
        </w:rPr>
        <w:t>他已经站在了祭坛中央，手按在一枚燃烧着金色火焰的符文上。</w:t>
      </w:r>
    </w:p>
    <w:p>
      <w:pPr>
        <w:spacing w:line="560" w:lineRule="exact"/>
        <w:ind w:firstLine="420"/>
      </w:pPr>
      <w:r>
        <w:rPr>
          <w:rFonts w:ascii="宋体" w:hAnsi="宋体" w:eastAsia="宋体"/>
          <w:sz w:val="24"/>
        </w:rPr>
        <w:t>「你终于还是来了。」无名说。他没有回头，但声音在空旷的祭坛上回荡，「可惜——你来晚了。」</w:t>
      </w:r>
    </w:p>
    <w:p>
      <w:pPr>
        <w:spacing w:line="560" w:lineRule="exact"/>
        <w:ind w:firstLine="420"/>
      </w:pPr>
      <w:r>
        <w:rPr>
          <w:rFonts w:ascii="宋体" w:hAnsi="宋体" w:eastAsia="宋体"/>
          <w:sz w:val="24"/>
        </w:rPr>
        <w:t>他的手掌猛地按向那枚燃烧着金色火焰的符文。整座梵天城开始剧烈震动，塔身发出不堪重负的轰鸣声——那是管理者权限正在被转移的征兆。</w:t>
      </w:r>
    </w:p>
    <w:p>
      <w:pPr>
        <w:spacing w:line="560" w:lineRule="exact"/>
        <w:ind w:firstLine="420"/>
      </w:pPr>
      <w:r>
        <w:rPr>
          <w:rFonts w:ascii="宋体" w:hAnsi="宋体" w:eastAsia="宋体"/>
          <w:sz w:val="24"/>
        </w:rPr>
        <w:t>金色的火焰从符文上冲天而起！火焰化作一条巨大的金色火柱，贯穿了塔顶，直冲云霄。</w:t>
      </w:r>
    </w:p>
    <w:p>
      <w:pPr>
        <w:spacing w:line="560" w:lineRule="exact"/>
        <w:ind w:firstLine="420"/>
      </w:pPr>
      <w:r>
        <w:rPr>
          <w:rFonts w:ascii="宋体" w:hAnsi="宋体" w:eastAsia="宋体"/>
          <w:sz w:val="24"/>
        </w:rPr>
        <w:t>无名转过身来，双眼中倒映着金色的火光：「第四把钥匙——归我了。而你的古玉——很快也会是我的。」</w:t>
      </w:r>
    </w:p>
    <w:p>
      <w:r>
        <w:br w:type="page"/>
      </w:r>
    </w:p>
    <w:p>
      <w:pPr>
        <w:jc w:val="center"/>
      </w:pPr>
      <w:r>
        <w:rPr>
          <w:b/>
          <w:sz w:val="32"/>
        </w:rPr>
        <w:t>第056章 四塔汇聚·核心决战</w:t>
      </w:r>
    </w:p>
    <w:p>
      <w:pPr>
        <w:jc w:val="center"/>
      </w:pPr>
      <w:r>
        <w:rPr>
          <w:color w:val="999999"/>
          <w:sz w:val="18"/>
        </w:rPr>
        <w:t>（2,503字）</w:t>
      </w:r>
    </w:p>
    <w:p/>
    <w:p>
      <w:pPr>
        <w:spacing w:line="560" w:lineRule="exact"/>
        <w:ind w:firstLine="420"/>
      </w:pPr>
      <w:r>
        <w:rPr>
          <w:rFonts w:ascii="宋体" w:hAnsi="宋体" w:eastAsia="宋体"/>
          <w:sz w:val="24"/>
        </w:rPr>
        <w:t>梵天城的第七层在剧烈的颤抖中发出低沉的轰鸣声。</w:t>
      </w:r>
    </w:p>
    <w:p>
      <w:pPr>
        <w:spacing w:line="560" w:lineRule="exact"/>
        <w:ind w:firstLine="420"/>
      </w:pPr>
      <w:r>
        <w:rPr>
          <w:rFonts w:ascii="宋体" w:hAnsi="宋体" w:eastAsia="宋体"/>
          <w:sz w:val="24"/>
        </w:rPr>
        <w:t>无名的手按在金色符文上，第四把钥匙的火焰化作光柱冲天而起。林风知道——自己慢了。四座塔的钥匙全部被激活的那一刻，整个神域的核心中枢就会启动。</w:t>
      </w:r>
    </w:p>
    <w:p>
      <w:pPr>
        <w:spacing w:line="560" w:lineRule="exact"/>
        <w:ind w:firstLine="420"/>
      </w:pPr>
      <w:r>
        <w:rPr>
          <w:rFonts w:ascii="宋体" w:hAnsi="宋体" w:eastAsia="宋体"/>
          <w:sz w:val="24"/>
        </w:rPr>
        <w:t>而先到达中枢的那个人——将获得古玉全部技术的控制权。</w:t>
      </w:r>
    </w:p>
    <w:p>
      <w:pPr>
        <w:spacing w:line="560" w:lineRule="exact"/>
        <w:ind w:firstLine="420"/>
      </w:pPr>
      <w:r>
        <w:rPr>
          <w:rFonts w:ascii="宋体" w:hAnsi="宋体" w:eastAsia="宋体"/>
          <w:sz w:val="24"/>
        </w:rPr>
        <w:t>「你确实赢了这一步。」林风压下心中的震惊，缓缓拔出腰间的死亡裁决者，剑刃上雷光跳跃，剑刃上雷光跳跃，「但你赢不了全部。」</w:t>
      </w:r>
    </w:p>
    <w:p>
      <w:pPr>
        <w:spacing w:line="560" w:lineRule="exact"/>
        <w:ind w:firstLine="420"/>
      </w:pPr>
      <w:r>
        <w:rPr>
          <w:rFonts w:ascii="宋体" w:hAnsi="宋体" w:eastAsia="宋体"/>
          <w:sz w:val="24"/>
        </w:rPr>
        <w:t>无名转过身，嘴角带着一丝冰冷的笑意：「风中追风，你真的很强。昆仑墟、奥林匹斯、亚特兰蒂斯——三座塔，你带着二十个人一路碾压过来，只用了不到一天的时间，打穿了三座试炼塔。如果不是我在梵天城留了主力——可能第四把钥匙也是你的。」</w:t>
      </w:r>
    </w:p>
    <w:p>
      <w:pPr>
        <w:spacing w:line="560" w:lineRule="exact"/>
        <w:ind w:firstLine="420"/>
      </w:pPr>
      <w:r>
        <w:rPr>
          <w:rFonts w:ascii="宋体" w:hAnsi="宋体" w:eastAsia="宋体"/>
          <w:sz w:val="24"/>
        </w:rPr>
        <w:t>「但你拿不走中枢。」林风一步步走向祭坛，「因为要激活古玉的完整权限——需要DNA序列。你的双手没有古玉，你拿到钥匙也打不开核心。」</w:t>
      </w:r>
    </w:p>
    <w:p>
      <w:pPr>
        <w:spacing w:line="560" w:lineRule="exact"/>
        <w:ind w:firstLine="420"/>
      </w:pPr>
      <w:r>
        <w:rPr>
          <w:rFonts w:ascii="宋体" w:hAnsi="宋体" w:eastAsia="宋体"/>
          <w:sz w:val="24"/>
        </w:rPr>
        <w:t>无名嘴角那抹冰冷的笑容没有消失分毫。</w:t>
      </w:r>
    </w:p>
    <w:p>
      <w:pPr>
        <w:spacing w:line="560" w:lineRule="exact"/>
        <w:ind w:firstLine="420"/>
      </w:pPr>
      <w:r>
        <w:rPr>
          <w:rFonts w:ascii="宋体" w:hAnsi="宋体" w:eastAsia="宋体"/>
          <w:sz w:val="24"/>
        </w:rPr>
        <w:t>「你以为——我没有古玉？」</w:t>
      </w:r>
    </w:p>
    <w:p>
      <w:pPr>
        <w:spacing w:line="560" w:lineRule="exact"/>
        <w:ind w:firstLine="420"/>
      </w:pPr>
      <w:r>
        <w:rPr>
          <w:rFonts w:ascii="宋体" w:hAnsi="宋体" w:eastAsia="宋体"/>
          <w:sz w:val="24"/>
        </w:rPr>
        <w:t>他缓缓抬起右手。手背上，一枚暗红色的玉牌缓缓浮现——和林的古玉几乎一模一样，只是颜色更深、纹路更扭曲，像是一条被污染了的复制品。</w:t>
      </w:r>
    </w:p>
    <w:p>
      <w:pPr>
        <w:spacing w:line="560" w:lineRule="exact"/>
        <w:ind w:firstLine="420"/>
      </w:pPr>
      <w:r>
        <w:rPr>
          <w:rFonts w:ascii="宋体" w:hAnsi="宋体" w:eastAsia="宋体"/>
          <w:sz w:val="24"/>
        </w:rPr>
        <w:t>林风的瞳孔骤然收缩——这不可能！</w:t>
      </w:r>
    </w:p>
    <w:p>
      <w:pPr>
        <w:spacing w:line="560" w:lineRule="exact"/>
        <w:ind w:firstLine="420"/>
      </w:pPr>
      <w:r>
        <w:rPr>
          <w:rFonts w:ascii="宋体" w:hAnsi="宋体" w:eastAsia="宋体"/>
          <w:sz w:val="24"/>
        </w:rPr>
        <w:t>「你手上怎么可能也有古玉……！」</w:t>
      </w:r>
    </w:p>
    <w:p>
      <w:pPr>
        <w:spacing w:line="560" w:lineRule="exact"/>
        <w:ind w:firstLine="420"/>
      </w:pPr>
      <w:r>
        <w:rPr>
          <w:rFonts w:ascii="宋体" w:hAnsi="宋体" w:eastAsia="宋体"/>
          <w:sz w:val="24"/>
        </w:rPr>
        <w:t>「你们家的古玉确实只有一枚。」无名说，「但你父母有一个合伙人。那合伙人——背着你父母，偷偷留下了一份基因图谱。」</w:t>
      </w:r>
    </w:p>
    <w:p>
      <w:pPr>
        <w:spacing w:line="560" w:lineRule="exact"/>
        <w:ind w:firstLine="420"/>
      </w:pPr>
      <w:r>
        <w:rPr>
          <w:rFonts w:ascii="宋体" w:hAnsi="宋体" w:eastAsia="宋体"/>
          <w:sz w:val="24"/>
        </w:rPr>
        <w:t>「陈泽宇……那个叛徒。」</w:t>
      </w:r>
    </w:p>
    <w:p>
      <w:pPr>
        <w:spacing w:line="560" w:lineRule="exact"/>
        <w:ind w:firstLine="420"/>
      </w:pPr>
      <w:r>
        <w:rPr>
          <w:rFonts w:ascii="宋体" w:hAnsi="宋体" w:eastAsia="宋体"/>
          <w:sz w:val="24"/>
        </w:rPr>
        <w:t>「陈泽宇。」无名说出了那个名字，「暗流真正的创立者。你父母负责技术，他负责资金和市场。但他们不知道——他从一开始，就没打算让这项技术公开。」</w:t>
      </w:r>
    </w:p>
    <w:p>
      <w:pPr>
        <w:spacing w:line="560" w:lineRule="exact"/>
        <w:ind w:firstLine="420"/>
      </w:pPr>
      <w:r>
        <w:rPr>
          <w:rFonts w:ascii="宋体" w:hAnsi="宋体" w:eastAsia="宋体"/>
          <w:sz w:val="24"/>
        </w:rPr>
        <w:t>凌天在公会频道中低声道：「林风，他是在拖时间。钥匙火焰正在连接——一旦四塔的能量在核心汇聚，中枢就会启动。」</w:t>
      </w:r>
    </w:p>
    <w:p>
      <w:pPr>
        <w:spacing w:line="560" w:lineRule="exact"/>
        <w:ind w:firstLine="420"/>
      </w:pPr>
      <w:r>
        <w:rPr>
          <w:rFonts w:ascii="宋体" w:hAnsi="宋体" w:eastAsia="宋体"/>
          <w:sz w:val="24"/>
        </w:rPr>
        <w:t>林风明白。他没有时间听故事了。</w:t>
      </w:r>
    </w:p>
    <w:p>
      <w:pPr>
        <w:spacing w:line="560" w:lineRule="exact"/>
        <w:ind w:firstLine="420"/>
      </w:pPr>
      <w:r>
        <w:rPr>
          <w:rFonts w:ascii="宋体" w:hAnsi="宋体" w:eastAsia="宋体"/>
          <w:sz w:val="24"/>
        </w:rPr>
        <w:t>「所有人——集火无名！」</w:t>
      </w:r>
    </w:p>
    <w:p>
      <w:pPr>
        <w:spacing w:line="560" w:lineRule="exact"/>
        <w:ind w:firstLine="420"/>
      </w:pPr>
      <w:r>
        <w:rPr>
          <w:rFonts w:ascii="宋体" w:hAnsi="宋体" w:eastAsia="宋体"/>
          <w:sz w:val="24"/>
        </w:rPr>
        <w:t>神豪殿二十人同时出手！</w:t>
      </w:r>
    </w:p>
    <w:p>
      <w:pPr>
        <w:spacing w:line="560" w:lineRule="exact"/>
        <w:ind w:firstLine="420"/>
      </w:pPr>
      <w:r>
        <w:rPr>
          <w:rFonts w:ascii="宋体" w:hAnsi="宋体" w:eastAsia="宋体"/>
          <w:sz w:val="24"/>
        </w:rPr>
        <w:t>赵铁柱的盾击率先拍向无名——巨大的盾牌带着破风声砸下，但无名的身体在盾牌接触的瞬间化作一道残影，出现在十米之外。他的等级已经突破100级，属性比林风见过的任何一个BOSS都要高——移动速度、施法速度、伤害数值全都碾压在场所有人。</w:t>
      </w:r>
    </w:p>
    <w:p>
      <w:pPr>
        <w:spacing w:line="560" w:lineRule="exact"/>
        <w:ind w:firstLine="420"/>
      </w:pPr>
      <w:r>
        <w:rPr>
          <w:rFonts w:ascii="宋体" w:hAnsi="宋体" w:eastAsia="宋体"/>
          <w:sz w:val="24"/>
        </w:rPr>
        <w:t>「你不是我的对手。」无名淡淡道，随手一挥便化解了剑舞天下从侧翼斩来的双剑，「即使你有生命链接，你有神豪领域——但你的等级差了五级。属性差，不是钱能弥补的。」</w:t>
      </w:r>
    </w:p>
    <w:p>
      <w:pPr>
        <w:spacing w:line="560" w:lineRule="exact"/>
        <w:ind w:firstLine="420"/>
      </w:pPr>
      <w:r>
        <w:rPr>
          <w:rFonts w:ascii="宋体" w:hAnsi="宋体" w:eastAsia="宋体"/>
          <w:sz w:val="24"/>
        </w:rPr>
        <w:t>他抬手——一道暗影锁链从地面炸裂而出，将神豪殿全员束缚在原地！</w:t>
      </w:r>
    </w:p>
    <w:p>
      <w:pPr>
        <w:spacing w:line="560" w:lineRule="exact"/>
        <w:ind w:firstLine="420"/>
      </w:pPr>
      <w:r>
        <w:rPr>
          <w:rFonts w:ascii="宋体" w:hAnsi="宋体" w:eastAsia="宋体"/>
          <w:sz w:val="24"/>
        </w:rPr>
        <w:t>【暗影锁链】等级113·暗流禁术。束缚范围五十米内所有目标，持续15秒，每秒造成三千点暗影伤害。</w:t>
      </w:r>
    </w:p>
    <w:p>
      <w:pPr>
        <w:spacing w:line="560" w:lineRule="exact"/>
        <w:ind w:firstLine="420"/>
      </w:pPr>
      <w:r>
        <w:rPr>
          <w:rFonts w:ascii="宋体" w:hAnsi="宋体" w:eastAsia="宋体"/>
          <w:sz w:val="24"/>
        </w:rPr>
        <w:t>「风哥，我扛不住了！」赵铁柱的血条在急速下降。</w:t>
      </w:r>
    </w:p>
    <w:p>
      <w:pPr>
        <w:spacing w:line="560" w:lineRule="exact"/>
        <w:ind w:firstLine="420"/>
      </w:pPr>
      <w:r>
        <w:rPr>
          <w:rFonts w:ascii="宋体" w:hAnsi="宋体" w:eastAsia="宋体"/>
          <w:sz w:val="24"/>
        </w:rPr>
        <w:t>林风咬牙激活了神豪领域——金色的光芒炸裂，锁链全部断裂！</w:t>
      </w:r>
    </w:p>
    <w:p>
      <w:pPr>
        <w:spacing w:line="560" w:lineRule="exact"/>
        <w:ind w:firstLine="420"/>
      </w:pPr>
      <w:r>
        <w:rPr>
          <w:rFonts w:ascii="宋体" w:hAnsi="宋体" w:eastAsia="宋体"/>
          <w:sz w:val="24"/>
        </w:rPr>
        <w:t>「三分钟。」他说，「三分钟内解决他。」</w:t>
      </w:r>
    </w:p>
    <w:p>
      <w:pPr>
        <w:spacing w:line="560" w:lineRule="exact"/>
        <w:ind w:firstLine="420"/>
      </w:pPr>
      <w:r>
        <w:rPr>
          <w:rFonts w:ascii="宋体" w:hAnsi="宋体" w:eastAsia="宋体"/>
          <w:sz w:val="24"/>
        </w:rPr>
        <w:t>无名却笑了：「三分钟？你看看你的身后。」</w:t>
      </w:r>
    </w:p>
    <w:p>
      <w:pPr>
        <w:spacing w:line="560" w:lineRule="exact"/>
        <w:ind w:firstLine="420"/>
      </w:pPr>
      <w:r>
        <w:rPr>
          <w:rFonts w:ascii="宋体" w:hAnsi="宋体" w:eastAsia="宋体"/>
          <w:sz w:val="24"/>
        </w:rPr>
        <w:t>林风回头——梵天城的天穹裂开了。透过裂口，可以看到神域核心中枢的方向，其他三座塔的钥匙光芒正在汇聚——昆仑墟的白色光芒、奥林匹斯的金色光芒、亚特兰蒂斯的蓝色光芒，正在虚空中交织。</w:t>
      </w:r>
    </w:p>
    <w:p>
      <w:pPr>
        <w:spacing w:line="560" w:lineRule="exact"/>
        <w:ind w:firstLine="420"/>
      </w:pPr>
      <w:r>
        <w:rPr>
          <w:rFonts w:ascii="宋体" w:hAnsi="宋体" w:eastAsia="宋体"/>
          <w:sz w:val="24"/>
        </w:rPr>
        <w:t>「钥匙已经在融合了。」无名说，「我确实打不开中枢——但你也不能。因为要激活中枢，需要四把钥匙同时到场。你现在手里有三把，我有一把——没有我的钥匙，你进不去中枢。」</w:t>
      </w:r>
    </w:p>
    <w:p>
      <w:pPr>
        <w:spacing w:line="560" w:lineRule="exact"/>
        <w:ind w:firstLine="420"/>
      </w:pPr>
      <w:r>
        <w:rPr>
          <w:rFonts w:ascii="宋体" w:hAnsi="宋体" w:eastAsia="宋体"/>
          <w:sz w:val="24"/>
        </w:rPr>
        <w:t>「那你呢？」林风冷冷道，「你也没有我的三把。」</w:t>
      </w:r>
    </w:p>
    <w:p>
      <w:pPr>
        <w:spacing w:line="560" w:lineRule="exact"/>
        <w:ind w:firstLine="420"/>
      </w:pPr>
      <w:r>
        <w:rPr>
          <w:rFonts w:ascii="宋体" w:hAnsi="宋体" w:eastAsia="宋体"/>
          <w:sz w:val="24"/>
        </w:rPr>
        <w:t>「所以——」无名伸出手，「我们做个交易。一起进去，各取所需。你要你父母的遗产——我要古玉的技术。」</w:t>
      </w:r>
    </w:p>
    <w:p>
      <w:pPr>
        <w:spacing w:line="560" w:lineRule="exact"/>
        <w:ind w:firstLine="420"/>
      </w:pPr>
      <w:r>
        <w:rPr>
          <w:rFonts w:ascii="宋体" w:hAnsi="宋体" w:eastAsia="宋体"/>
          <w:sz w:val="24"/>
        </w:rPr>
        <w:t>「别信他！」苏小雅急道，「他肯定有诈！」</w:t>
      </w:r>
    </w:p>
    <w:p>
      <w:pPr>
        <w:spacing w:line="560" w:lineRule="exact"/>
        <w:ind w:firstLine="420"/>
      </w:pPr>
      <w:r>
        <w:rPr>
          <w:rFonts w:ascii="宋体" w:hAnsi="宋体" w:eastAsia="宋体"/>
          <w:sz w:val="24"/>
        </w:rPr>
        <w:t>夜影没有说话，但她的匕首已经无声地抵在了无名的后颈——无名的反应快得惊人，身体微微一偏就避开了要害，匕首只划破了他的衣领。</w:t>
      </w:r>
    </w:p>
    <w:p>
      <w:pPr>
        <w:spacing w:line="560" w:lineRule="exact"/>
        <w:ind w:firstLine="420"/>
      </w:pPr>
      <w:r>
        <w:rPr>
          <w:rFonts w:ascii="宋体" w:hAnsi="宋体" w:eastAsia="宋体"/>
          <w:sz w:val="24"/>
        </w:rPr>
        <w:t>「你看，你的刺客已经帮我做出了选择。」无名笑着说，「我给出了方案，你们拒绝了。那——就别怪我用另一种方式了。」</w:t>
      </w:r>
    </w:p>
    <w:p>
      <w:pPr>
        <w:spacing w:line="560" w:lineRule="exact"/>
        <w:ind w:firstLine="420"/>
      </w:pPr>
      <w:r>
        <w:rPr>
          <w:rFonts w:ascii="宋体" w:hAnsi="宋体" w:eastAsia="宋体"/>
          <w:sz w:val="24"/>
        </w:rPr>
        <w:t>他猛地握紧右手——暗红色的古玉爆发出刺目的光芒！</w:t>
      </w:r>
    </w:p>
    <w:p>
      <w:pPr>
        <w:spacing w:line="560" w:lineRule="exact"/>
        <w:ind w:firstLine="420"/>
      </w:pPr>
      <w:r>
        <w:rPr>
          <w:rFonts w:ascii="宋体" w:hAnsi="宋体" w:eastAsia="宋体"/>
          <w:sz w:val="24"/>
        </w:rPr>
        <w:t>「既然我不能独占——那就玉石俱焚。」</w:t>
      </w:r>
    </w:p>
    <w:p>
      <w:pPr>
        <w:spacing w:line="560" w:lineRule="exact"/>
        <w:ind w:firstLine="420"/>
      </w:pPr>
      <w:r>
        <w:rPr>
          <w:rFonts w:ascii="宋体" w:hAnsi="宋体" w:eastAsia="宋体"/>
          <w:sz w:val="24"/>
        </w:rPr>
        <w:t>他的身体开始分解——化作无数暗红色的光点，融入那道金色火焰之中。第四把钥匙被他通过自毁的方式，直接激活并释放了全部能量！</w:t>
      </w:r>
    </w:p>
    <w:p>
      <w:pPr>
        <w:spacing w:line="560" w:lineRule="exact"/>
        <w:ind w:firstLine="420"/>
      </w:pPr>
      <w:r>
        <w:rPr>
          <w:rFonts w:ascii="宋体" w:hAnsi="宋体" w:eastAsia="宋体"/>
          <w:sz w:val="24"/>
        </w:rPr>
        <w:t>金色火焰炸裂开来，将整个第七层吞没！</w:t>
      </w:r>
    </w:p>
    <w:p>
      <w:pPr>
        <w:spacing w:line="560" w:lineRule="exact"/>
        <w:ind w:firstLine="420"/>
      </w:pPr>
      <w:r>
        <w:rPr>
          <w:rFonts w:ascii="宋体" w:hAnsi="宋体" w:eastAsia="宋体"/>
          <w:sz w:val="24"/>
        </w:rPr>
        <w:t>林风只感觉眼前一白——然后什么都看不见了。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当林风的视野恢复时，他发现自己站在一个完全陌生的空间中。</w:t>
      </w:r>
    </w:p>
    <w:p>
      <w:pPr>
        <w:spacing w:line="560" w:lineRule="exact"/>
        <w:ind w:firstLine="420"/>
      </w:pPr>
      <w:r>
        <w:rPr>
          <w:rFonts w:ascii="宋体" w:hAnsi="宋体" w:eastAsia="宋体"/>
          <w:sz w:val="24"/>
        </w:rPr>
        <w:t>四周是纯白色的虚空，没有地面、没有天空、没有边界。只有一座悬浮在正中央的全息投影台——上面显示着四个节点的能量数据。</w:t>
      </w:r>
    </w:p>
    <w:p>
      <w:pPr>
        <w:spacing w:line="560" w:lineRule="exact"/>
        <w:ind w:firstLine="420"/>
      </w:pPr>
      <w:r>
        <w:rPr>
          <w:rFonts w:ascii="宋体" w:hAnsi="宋体" w:eastAsia="宋体"/>
          <w:sz w:val="24"/>
        </w:rPr>
        <w:t>节点①·昆仑墟：已激活 ✅（东方管理节点）</w:t>
        <w:br/>
        <w:t>节点②·奥林匹斯：已激活 ✅（西方管理节点）</w:t>
        <w:br/>
        <w:t>节点③·亚特兰蒂斯：已激活 ✅（北方管理节点）</w:t>
        <w:br/>
        <w:t>节点④·梵天城：已激活（能量过载 ⚠️·归属者丢失）</w:t>
      </w:r>
    </w:p>
    <w:p>
      <w:pPr>
        <w:spacing w:line="560" w:lineRule="exact"/>
        <w:ind w:firstLine="420"/>
      </w:pPr>
      <w:r>
        <w:rPr>
          <w:rFonts w:ascii="宋体" w:hAnsi="宋体" w:eastAsia="宋体"/>
          <w:sz w:val="24"/>
        </w:rPr>
        <w:t>【✓ 神域核心中枢已成功启动】</w:t>
      </w:r>
    </w:p>
    <w:p>
      <w:pPr>
        <w:spacing w:line="560" w:lineRule="exact"/>
        <w:ind w:firstLine="420"/>
      </w:pPr>
      <w:r>
        <w:rPr>
          <w:rFonts w:ascii="宋体" w:hAnsi="宋体" w:eastAsia="宋体"/>
          <w:sz w:val="24"/>
        </w:rPr>
        <w:t>【……管理者权限验证中……DNA匹配中……】</w:t>
      </w:r>
    </w:p>
    <w:p>
      <w:pPr>
        <w:spacing w:line="560" w:lineRule="exact"/>
        <w:ind w:firstLine="420"/>
      </w:pPr>
      <w:r>
        <w:rPr>
          <w:rFonts w:ascii="宋体" w:hAnsi="宋体" w:eastAsia="宋体"/>
          <w:sz w:val="24"/>
        </w:rPr>
        <w:t>【检测到四把钥匙信号——但梵天城钥匙状态异常：无归属者】</w:t>
      </w:r>
    </w:p>
    <w:p>
      <w:pPr>
        <w:spacing w:line="560" w:lineRule="exact"/>
        <w:ind w:firstLine="420"/>
      </w:pPr>
      <w:r>
        <w:rPr>
          <w:rFonts w:ascii="宋体" w:hAnsi="宋体" w:eastAsia="宋体"/>
          <w:sz w:val="24"/>
        </w:rPr>
        <w:t>「无名自毁了。」林风环顾四周，「钥匙被释放了，但他的意识——」</w:t>
      </w:r>
    </w:p>
    <w:p>
      <w:pPr>
        <w:spacing w:line="560" w:lineRule="exact"/>
        <w:ind w:firstLine="420"/>
      </w:pPr>
      <w:r>
        <w:rPr>
          <w:rFonts w:ascii="宋体" w:hAnsi="宋体" w:eastAsia="宋体"/>
          <w:sz w:val="24"/>
        </w:rPr>
        <w:t>「不——他的意识还在。」</w:t>
      </w:r>
    </w:p>
    <w:p>
      <w:pPr>
        <w:spacing w:line="560" w:lineRule="exact"/>
        <w:ind w:firstLine="420"/>
      </w:pPr>
      <w:r>
        <w:rPr>
          <w:rFonts w:ascii="宋体" w:hAnsi="宋体" w:eastAsia="宋体"/>
          <w:sz w:val="24"/>
        </w:rPr>
        <w:t>一个熟悉的声音从身后传来。</w:t>
      </w:r>
    </w:p>
    <w:p>
      <w:pPr>
        <w:spacing w:line="560" w:lineRule="exact"/>
        <w:ind w:firstLine="420"/>
      </w:pPr>
      <w:r>
        <w:rPr>
          <w:rFonts w:ascii="宋体" w:hAnsi="宋体" w:eastAsia="宋体"/>
          <w:sz w:val="24"/>
        </w:rPr>
        <w:t>林风猛地转身——那半透明的身影——无名站在他身后，但已经不再是血肉之躯，而是一道半透明的灵魂投影。他的身体在自毁中消失了，但意识通过暗红色的古玉逃逸到了中枢。</w:t>
      </w:r>
    </w:p>
    <w:p>
      <w:pPr>
        <w:spacing w:line="560" w:lineRule="exact"/>
        <w:ind w:firstLine="420"/>
      </w:pPr>
      <w:r>
        <w:rPr>
          <w:rFonts w:ascii="宋体" w:hAnsi="宋体" w:eastAsia="宋体"/>
          <w:sz w:val="24"/>
        </w:rPr>
        <w:t>「我把意识上传到了核心中枢。」无名看着自己的双手，「虽然失去了身体，但我现在——就是这座中枢的一部分。我控制着《天界》底层百分之二十五的权限。」</w:t>
      </w:r>
    </w:p>
    <w:p>
      <w:pPr>
        <w:spacing w:line="560" w:lineRule="exact"/>
        <w:ind w:firstLine="420"/>
      </w:pPr>
      <w:r>
        <w:rPr>
          <w:rFonts w:ascii="宋体" w:hAnsi="宋体" w:eastAsia="宋体"/>
          <w:sz w:val="24"/>
        </w:rPr>
        <w:t>他抬起头，直视林风的眼睛：「而你的古玉——只要我切断你的权限链路，你就会永远被困在这里。」</w:t>
      </w:r>
    </w:p>
    <w:p>
      <w:pPr>
        <w:spacing w:line="560" w:lineRule="exact"/>
        <w:ind w:firstLine="420"/>
      </w:pPr>
      <w:r>
        <w:rPr>
          <w:rFonts w:ascii="宋体" w:hAnsi="宋体" w:eastAsia="宋体"/>
          <w:sz w:val="24"/>
        </w:rPr>
        <w:t>林风握紧了剑：「那就尽管来试试看。」</w:t>
      </w:r>
    </w:p>
    <w:p>
      <w:pPr>
        <w:spacing w:line="560" w:lineRule="exact"/>
        <w:ind w:firstLine="420"/>
      </w:pPr>
      <w:r>
        <w:rPr>
          <w:rFonts w:ascii="宋体" w:hAnsi="宋体" w:eastAsia="宋体"/>
          <w:sz w:val="24"/>
        </w:rPr>
        <w:t>「那就不需要再浪费时间了。」无名轻轻打了一个响指——林风的古玉突然发出一声嗡鸣，表面的光泽迅速暗淡，出现了蛛网般的细小裂纹。</w:t>
      </w:r>
    </w:p>
    <w:p>
      <w:pPr>
        <w:spacing w:line="560" w:lineRule="exact"/>
        <w:ind w:firstLine="420"/>
      </w:pPr>
      <w:r>
        <w:rPr>
          <w:rFonts w:ascii="宋体" w:hAnsi="宋体" w:eastAsia="宋体"/>
          <w:sz w:val="24"/>
        </w:rPr>
        <w:t>【警告：管理者权限被部分覆盖】</w:t>
      </w:r>
    </w:p>
    <w:p>
      <w:pPr>
        <w:spacing w:line="560" w:lineRule="exact"/>
        <w:ind w:firstLine="420"/>
      </w:pPr>
      <w:r>
        <w:rPr>
          <w:rFonts w:ascii="宋体" w:hAnsi="宋体" w:eastAsia="宋体"/>
          <w:sz w:val="24"/>
        </w:rPr>
        <w:t>【古玉链接稳定性：47%】</w:t>
      </w:r>
    </w:p>
    <w:p>
      <w:pPr>
        <w:spacing w:line="560" w:lineRule="exact"/>
        <w:ind w:firstLine="420"/>
      </w:pPr>
      <w:r>
        <w:rPr>
          <w:rFonts w:ascii="宋体" w:hAnsi="宋体" w:eastAsia="宋体"/>
          <w:sz w:val="24"/>
        </w:rPr>
        <w:t>【剩余时间：5分00秒】</w:t>
      </w:r>
    </w:p>
    <w:p>
      <w:pPr>
        <w:spacing w:line="560" w:lineRule="exact"/>
        <w:ind w:firstLine="420"/>
      </w:pPr>
      <w:r>
        <w:rPr>
          <w:rFonts w:ascii="宋体" w:hAnsi="宋体" w:eastAsia="宋体"/>
          <w:sz w:val="24"/>
        </w:rPr>
        <w:t>【倒计时结束后：角色将被强制断开连接，所有神域进度将被锁定】</w:t>
      </w:r>
    </w:p>
    <w:p>
      <w:pPr>
        <w:spacing w:line="560" w:lineRule="exact"/>
        <w:ind w:firstLine="420"/>
      </w:pPr>
      <w:r>
        <w:rPr>
          <w:rFonts w:ascii="宋体" w:hAnsi="宋体" w:eastAsia="宋体"/>
          <w:sz w:val="24"/>
        </w:rPr>
        <w:t>冰冷的系统提示音在耳边响起。倒计时开始了——鲜红的数字一秒一秒地跳动。五分钟后，林风将被彻底切断与《天界》的链接，永远困在神域核心。</w:t>
      </w:r>
    </w:p>
    <w:p>
      <w:pPr>
        <w:spacing w:line="560" w:lineRule="exact"/>
        <w:ind w:firstLine="420"/>
      </w:pPr>
      <w:r>
        <w:rPr>
          <w:rFonts w:ascii="宋体" w:hAnsi="宋体" w:eastAsia="宋体"/>
          <w:sz w:val="24"/>
        </w:rPr>
        <w:t>「所以——你的选择？」无名说，「交出你的三把钥匙，我们一起接管中枢。或者——你被永远锁在这里，而我花十年时间攻破古玉的加密层。」</w:t>
      </w:r>
    </w:p>
    <w:p>
      <w:pPr>
        <w:spacing w:line="560" w:lineRule="exact"/>
        <w:ind w:firstLine="420"/>
      </w:pPr>
      <w:r>
        <w:rPr>
          <w:rFonts w:ascii="宋体" w:hAnsi="宋体" w:eastAsia="宋体"/>
          <w:sz w:val="24"/>
        </w:rPr>
        <w:t>林风看着倒计时，看着手中的死亡裁决者，看着远处四个节点的能量数据。</w:t>
      </w:r>
    </w:p>
    <w:p>
      <w:pPr>
        <w:spacing w:line="560" w:lineRule="exact"/>
        <w:ind w:firstLine="420"/>
      </w:pPr>
      <w:r>
        <w:rPr>
          <w:rFonts w:ascii="宋体" w:hAnsi="宋体" w:eastAsia="宋体"/>
          <w:sz w:val="24"/>
        </w:rPr>
        <w:t>然后他忽然笑了——一种如释重负的笑容。</w:t>
      </w:r>
    </w:p>
    <w:p>
      <w:pPr>
        <w:spacing w:line="560" w:lineRule="exact"/>
        <w:ind w:firstLine="420"/>
      </w:pPr>
      <w:r>
        <w:rPr>
          <w:rFonts w:ascii="宋体" w:hAnsi="宋体" w:eastAsia="宋体"/>
          <w:sz w:val="24"/>
        </w:rPr>
        <w:t>「无名，你以为你算到了一切——但你算漏了一件事。」</w:t>
      </w:r>
    </w:p>
    <w:p>
      <w:pPr>
        <w:spacing w:line="560" w:lineRule="exact"/>
        <w:ind w:firstLine="420"/>
      </w:pPr>
      <w:r>
        <w:rPr>
          <w:rFonts w:ascii="宋体" w:hAnsi="宋体" w:eastAsia="宋体"/>
          <w:sz w:val="24"/>
        </w:rPr>
        <w:t>无名的眉头第一次皱了起来。</w:t>
      </w:r>
    </w:p>
    <w:p>
      <w:pPr>
        <w:spacing w:line="560" w:lineRule="exact"/>
        <w:ind w:firstLine="420"/>
      </w:pPr>
      <w:r>
        <w:rPr>
          <w:rFonts w:ascii="宋体" w:hAnsi="宋体" w:eastAsia="宋体"/>
          <w:sz w:val="24"/>
        </w:rPr>
        <w:t>「但你忘了一件事——」林风举起古玉，「这座《天界》是我父母造的。你觉得——他们会不留后门吗？」</w:t>
      </w:r>
    </w:p>
    <w:p>
      <w:pPr>
        <w:spacing w:line="560" w:lineRule="exact"/>
        <w:ind w:firstLine="420"/>
      </w:pPr>
      <w:r>
        <w:rPr>
          <w:rFonts w:ascii="宋体" w:hAnsi="宋体" w:eastAsia="宋体"/>
          <w:sz w:val="24"/>
        </w:rPr>
        <w:t>他闭上了眼睛。古玉内的DNA密钥全功率激活——一道前所未有的信息流涌入他的脑海。</w:t>
      </w:r>
    </w:p>
    <w:p>
      <w:pPr>
        <w:spacing w:line="560" w:lineRule="exact"/>
        <w:ind w:firstLine="420"/>
      </w:pPr>
      <w:r>
        <w:rPr>
          <w:rFonts w:ascii="宋体" w:hAnsi="宋体" w:eastAsia="宋体"/>
          <w:sz w:val="24"/>
        </w:rPr>
        <w:t>那是他父母留下的——最后的、也是最核心的一道程序。</w:t>
      </w:r>
    </w:p>
    <w:p>
      <w:pPr>
        <w:spacing w:line="560" w:lineRule="exact"/>
        <w:ind w:firstLine="420"/>
      </w:pPr>
      <w:r>
        <w:rPr>
          <w:rFonts w:ascii="宋体" w:hAnsi="宋体" w:eastAsia="宋体"/>
          <w:sz w:val="24"/>
        </w:rPr>
        <w:t>它藏在整个古玉架构的最底层，被加密了三层——需要DNA密钥、古玉完整度100%、以及四塔全部通关的记录才能触发。就像保险箱的最后一道锁，只有所有前置条件满足才会打开。</w:t>
      </w:r>
    </w:p>
    <w:p>
      <w:pPr>
        <w:spacing w:line="560" w:lineRule="exact"/>
        <w:ind w:firstLine="420"/>
      </w:pPr>
      <w:r>
        <w:rPr>
          <w:rFonts w:ascii="宋体" w:hAnsi="宋体" w:eastAsia="宋体"/>
          <w:sz w:val="24"/>
        </w:rPr>
        <w:t>【古玉深层协议·EVE启动】</w:t>
      </w:r>
    </w:p>
    <w:p>
      <w:pPr>
        <w:spacing w:line="560" w:lineRule="exact"/>
        <w:ind w:firstLine="420"/>
      </w:pPr>
      <w:r>
        <w:rPr>
          <w:rFonts w:ascii="宋体" w:hAnsi="宋体" w:eastAsia="宋体"/>
          <w:sz w:val="24"/>
        </w:rPr>
        <w:t>【管理员身份确认：林风（DNA匹配率：100%）】</w:t>
      </w:r>
    </w:p>
    <w:p>
      <w:pPr>
        <w:spacing w:line="560" w:lineRule="exact"/>
        <w:ind w:firstLine="420"/>
      </w:pPr>
      <w:r>
        <w:rPr>
          <w:rFonts w:ascii="宋体" w:hAnsi="宋体" w:eastAsia="宋体"/>
          <w:sz w:val="24"/>
        </w:rPr>
        <w:t>【授权等级：MAX（最高管理员权限）】</w:t>
      </w:r>
    </w:p>
    <w:p>
      <w:pPr>
        <w:spacing w:line="560" w:lineRule="exact"/>
        <w:ind w:firstLine="420"/>
      </w:pPr>
      <w:r>
        <w:rPr>
          <w:rFonts w:ascii="宋体" w:hAnsi="宋体" w:eastAsia="宋体"/>
          <w:sz w:val="24"/>
        </w:rPr>
        <w:t>【正在重置中枢权限……10%……30%……70%……98%……】</w:t>
      </w:r>
    </w:p>
    <w:p>
      <w:pPr>
        <w:spacing w:line="560" w:lineRule="exact"/>
        <w:ind w:firstLine="420"/>
      </w:pPr>
      <w:r>
        <w:rPr>
          <w:rFonts w:ascii="宋体" w:hAnsi="宋体" w:eastAsia="宋体"/>
          <w:sz w:val="24"/>
        </w:rPr>
        <w:t>无名的脸色变了：「不可能——你已经失去了百分之五十三的连接——你怎么还能写入指令——」</w:t>
      </w:r>
    </w:p>
    <w:p>
      <w:pPr>
        <w:spacing w:line="560" w:lineRule="exact"/>
        <w:ind w:firstLine="420"/>
      </w:pPr>
      <w:r>
        <w:rPr>
          <w:rFonts w:ascii="宋体" w:hAnsi="宋体" w:eastAsia="宋体"/>
          <w:sz w:val="24"/>
        </w:rPr>
        <w:t>「因为——」林风睁开眼睛，双眼中流动着金色的数据流，「我的权限，不依赖网络链接。它在我的血液里。」</w:t>
      </w:r>
    </w:p>
    <w:p>
      <w:pPr>
        <w:spacing w:line="560" w:lineRule="exact"/>
        <w:ind w:firstLine="420"/>
      </w:pPr>
      <w:r>
        <w:rPr>
          <w:rFonts w:ascii="宋体" w:hAnsi="宋体" w:eastAsia="宋体"/>
          <w:sz w:val="24"/>
        </w:rPr>
        <w:t>跳动的红色倒计时数字——停在了1分13秒。</w:t>
      </w:r>
    </w:p>
    <w:p>
      <w:pPr>
        <w:spacing w:line="560" w:lineRule="exact"/>
        <w:ind w:firstLine="420"/>
      </w:pPr>
      <w:r>
        <w:rPr>
          <w:rFonts w:ascii="宋体" w:hAnsi="宋体" w:eastAsia="宋体"/>
          <w:sz w:val="24"/>
        </w:rPr>
        <w:t>中枢权限重置：100%完成。</w:t>
      </w:r>
    </w:p>
    <w:p>
      <w:pPr>
        <w:spacing w:line="560" w:lineRule="exact"/>
        <w:ind w:firstLine="420"/>
      </w:pPr>
      <w:r>
        <w:rPr>
          <w:rFonts w:ascii="宋体" w:hAnsi="宋体" w:eastAsia="宋体"/>
          <w:sz w:val="24"/>
        </w:rPr>
        <w:t>神域核心中枢——完全归林风掌控。</w:t>
      </w:r>
    </w:p>
    <w:p>
      <w:pPr>
        <w:spacing w:line="560" w:lineRule="exact"/>
        <w:ind w:firstLine="420"/>
      </w:pPr>
      <w:r>
        <w:rPr>
          <w:rFonts w:ascii="宋体" w:hAnsi="宋体" w:eastAsia="宋体"/>
          <w:sz w:val="24"/>
        </w:rPr>
        <w:t>而无名——被彻底切断了与中枢的联系。</w:t>
      </w:r>
    </w:p>
    <w:p>
      <w:pPr>
        <w:spacing w:line="560" w:lineRule="exact"/>
        <w:ind w:firstLine="420"/>
      </w:pPr>
      <w:r>
        <w:rPr>
          <w:rFonts w:ascii="宋体" w:hAnsi="宋体" w:eastAsia="宋体"/>
          <w:sz w:val="24"/>
        </w:rPr>
        <w:t>「现在——」林风举起死亡裁决者，剑尖直指无名那逐渐变得透明的灵魂投影，金色的数据流在剑刃上缠绕，「你还有什么遗言？」</w:t>
      </w:r>
    </w:p>
    <w:p>
      <w:pPr>
        <w:spacing w:line="560" w:lineRule="exact"/>
        <w:ind w:firstLine="420"/>
      </w:pPr>
      <w:r>
        <w:rPr>
          <w:rFonts w:ascii="宋体" w:hAnsi="宋体" w:eastAsia="宋体"/>
          <w:sz w:val="24"/>
        </w:rPr>
        <w:t>无名的身体正在像沙子一样消散。他的嘴动了动，似乎想说什么，但声音已经变得断断续续。</w:t>
      </w:r>
    </w:p>
    <w:p>
      <w:pPr>
        <w:spacing w:line="560" w:lineRule="exact"/>
        <w:ind w:firstLine="420"/>
      </w:pPr>
      <w:r>
        <w:rPr>
          <w:rFonts w:ascii="宋体" w:hAnsi="宋体" w:eastAsia="宋体"/>
          <w:sz w:val="24"/>
        </w:rPr>
        <w:t>林风清清楚楚地听清了那四个字——每一个字都像针一样扎进心脏。</w:t>
      </w:r>
    </w:p>
    <w:p>
      <w:pPr>
        <w:spacing w:line="560" w:lineRule="exact"/>
        <w:ind w:firstLine="420"/>
      </w:pPr>
      <w:r>
        <w:rPr>
          <w:rFonts w:ascii="宋体" w:hAnsi="宋体" w:eastAsia="宋体"/>
          <w:sz w:val="24"/>
        </w:rPr>
        <w:t>「你的父母……还活着……」</w:t>
      </w:r>
    </w:p>
    <w:p>
      <w:pPr>
        <w:spacing w:line="560" w:lineRule="exact"/>
        <w:ind w:firstLine="420"/>
      </w:pPr>
      <w:r>
        <w:rPr>
          <w:rFonts w:ascii="宋体" w:hAnsi="宋体" w:eastAsia="宋体"/>
          <w:sz w:val="24"/>
        </w:rPr>
        <w:t>然后——暗流之主·无名，彻底消失了。</w:t>
      </w:r>
    </w:p>
    <w:p>
      <w:pPr>
        <w:spacing w:line="560" w:lineRule="exact"/>
        <w:ind w:firstLine="420"/>
      </w:pPr>
      <w:r>
        <w:rPr>
          <w:rFonts w:ascii="宋体" w:hAnsi="宋体" w:eastAsia="宋体"/>
          <w:sz w:val="24"/>
        </w:rPr>
        <w:t>——最终章预告：神域核心中枢到手，无名意识消散前的最后一句话——「你父母……还活着……」</w:t>
      </w:r>
    </w:p>
    <w:p>
      <w:r>
        <w:br w:type="page"/>
      </w:r>
    </w:p>
    <w:p>
      <w:pPr>
        <w:jc w:val="center"/>
      </w:pPr>
      <w:r>
        <w:rPr>
          <w:b/>
          <w:sz w:val="32"/>
        </w:rPr>
        <w:t>第057章 活着的线索</w:t>
      </w:r>
    </w:p>
    <w:p>
      <w:pPr>
        <w:jc w:val="center"/>
      </w:pPr>
      <w:r>
        <w:rPr>
          <w:color w:val="999999"/>
          <w:sz w:val="18"/>
        </w:rPr>
        <w:t>（2,509字）</w:t>
      </w:r>
    </w:p>
    <w:p/>
    <w:p>
      <w:pPr>
        <w:spacing w:line="560" w:lineRule="exact"/>
        <w:ind w:firstLine="420"/>
      </w:pPr>
      <w:r>
        <w:rPr>
          <w:rFonts w:ascii="宋体" w:hAnsi="宋体" w:eastAsia="宋体"/>
          <w:sz w:val="24"/>
        </w:rPr>
        <w:t>无名彻底消散的那一刻，整个神域核心中枢陷入了短暂的死寂。</w:t>
      </w:r>
    </w:p>
    <w:p>
      <w:pPr>
        <w:spacing w:line="560" w:lineRule="exact"/>
        <w:ind w:firstLine="420"/>
      </w:pPr>
      <w:r>
        <w:rPr>
          <w:rFonts w:ascii="宋体" w:hAnsi="宋体" w:eastAsia="宋体"/>
          <w:sz w:val="24"/>
        </w:rPr>
        <w:t>金色的光芒缓缓暗淡，四塔的数据在投影台上安静地流动着。空气里还残留着无名灵魂投影消散时带起的那一阵冷风。</w:t>
      </w:r>
    </w:p>
    <w:p>
      <w:pPr>
        <w:spacing w:line="560" w:lineRule="exact"/>
        <w:ind w:firstLine="420"/>
      </w:pPr>
      <w:r>
        <w:rPr>
          <w:rFonts w:ascii="宋体" w:hAnsi="宋体" w:eastAsia="宋体"/>
          <w:sz w:val="24"/>
        </w:rPr>
        <w:t>林风站在原地，手中的死亡裁决者缓缓垂下。系统提示在视野中跳动——【中枢权限已完全转移】【管理者：林风】【权限等级：MAX】【四塔状态：全部就绪】——但他一个字都没看进去。</w:t>
      </w:r>
    </w:p>
    <w:p>
      <w:pPr>
        <w:spacing w:line="560" w:lineRule="exact"/>
        <w:ind w:firstLine="420"/>
      </w:pPr>
      <w:r>
        <w:rPr>
          <w:rFonts w:ascii="宋体" w:hAnsi="宋体" w:eastAsia="宋体"/>
          <w:sz w:val="24"/>
        </w:rPr>
        <w:t>他的脑海中翻来覆去只回荡着那四个字——像是被人用刀刻进去的。</w:t>
      </w:r>
    </w:p>
    <w:p>
      <w:pPr>
        <w:spacing w:line="560" w:lineRule="exact"/>
        <w:ind w:firstLine="420"/>
      </w:pPr>
      <w:r>
        <w:rPr>
          <w:rFonts w:ascii="宋体" w:hAnsi="宋体" w:eastAsia="宋体"/>
          <w:sz w:val="24"/>
        </w:rPr>
        <w:t>「你的父母……可能还活着。」</w:t>
      </w:r>
    </w:p>
    <w:p>
      <w:pPr>
        <w:spacing w:line="560" w:lineRule="exact"/>
        <w:ind w:firstLine="420"/>
      </w:pPr>
      <w:r>
        <w:rPr>
          <w:rFonts w:ascii="宋体" w:hAnsi="宋体" w:eastAsia="宋体"/>
          <w:sz w:val="24"/>
        </w:rPr>
        <w:t>怎么可能？十六年的记忆怎么可能全是假的？</w:t>
      </w:r>
    </w:p>
    <w:p>
      <w:pPr>
        <w:spacing w:line="560" w:lineRule="exact"/>
        <w:ind w:firstLine="420"/>
      </w:pPr>
      <w:r>
        <w:rPr>
          <w:rFonts w:ascii="宋体" w:hAnsi="宋体" w:eastAsia="宋体"/>
          <w:sz w:val="24"/>
        </w:rPr>
        <w:t>他亲眼见过父母的遗体告别仪式。八岁那年，殡仪馆里两排花圈，黑白照片上父母的笑容冻结在相框里。他被陈叔叔拉着手，走过长长的走廊，空气中弥漫着消毒水和菊花的味道。他记得母亲的手很冰很白，指甲上还残留着她生前最爱的浅粉色指甲油。父亲的面容安详得像睡着了一样——只是不会在醒来时揉他的头发了。</w:t>
      </w:r>
    </w:p>
    <w:p>
      <w:pPr>
        <w:spacing w:line="560" w:lineRule="exact"/>
        <w:ind w:firstLine="420"/>
      </w:pPr>
      <w:r>
        <w:rPr>
          <w:rFonts w:ascii="宋体" w:hAnsi="宋体" w:eastAsia="宋体"/>
          <w:sz w:val="24"/>
        </w:rPr>
        <w:t>十六年了。那场车祸的鉴定报告他翻过无数遍——结论是刹车失灵、高速撞击护栏、当场死亡。没有疑点，没有任何值得追查的线索。</w:t>
      </w:r>
    </w:p>
    <w:p>
      <w:pPr>
        <w:spacing w:line="560" w:lineRule="exact"/>
        <w:ind w:firstLine="420"/>
      </w:pPr>
      <w:r>
        <w:rPr>
          <w:rFonts w:ascii="宋体" w:hAnsi="宋体" w:eastAsia="宋体"/>
          <w:sz w:val="24"/>
        </w:rPr>
        <w:t>那场车祸的鉴定报告他翻过无数遍——刹车失灵，高速撞击护栏，当场死亡。结论写得清清楚楚，没有任何疑点。</w:t>
      </w:r>
    </w:p>
    <w:p>
      <w:pPr>
        <w:spacing w:line="560" w:lineRule="exact"/>
        <w:ind w:firstLine="420"/>
      </w:pPr>
      <w:r>
        <w:rPr>
          <w:rFonts w:ascii="宋体" w:hAnsi="宋体" w:eastAsia="宋体"/>
          <w:sz w:val="24"/>
        </w:rPr>
        <w:t>「林风。」凌天的声音从队伍频道传来，「中枢已经在接收四塔数据了。你那边怎么样？无名——」</w:t>
      </w:r>
    </w:p>
    <w:p>
      <w:pPr>
        <w:spacing w:line="560" w:lineRule="exact"/>
        <w:ind w:firstLine="420"/>
      </w:pPr>
      <w:r>
        <w:rPr>
          <w:rFonts w:ascii="宋体" w:hAnsi="宋体" w:eastAsia="宋体"/>
          <w:sz w:val="24"/>
        </w:rPr>
        <w:t>「消失了——彻底消失了。」林风的声音有些沙哑，「但他消失前说了一句话。」</w:t>
      </w:r>
    </w:p>
    <w:p>
      <w:pPr>
        <w:spacing w:line="560" w:lineRule="exact"/>
        <w:ind w:firstLine="420"/>
      </w:pPr>
      <w:r>
        <w:rPr>
          <w:rFonts w:ascii="宋体" w:hAnsi="宋体" w:eastAsia="宋体"/>
          <w:sz w:val="24"/>
        </w:rPr>
        <w:t>「他说了什么话？」凌天追问道，语气难得地带上了一份急切。</w:t>
      </w:r>
    </w:p>
    <w:p>
      <w:pPr>
        <w:spacing w:line="560" w:lineRule="exact"/>
        <w:ind w:firstLine="420"/>
      </w:pPr>
      <w:r>
        <w:rPr>
          <w:rFonts w:ascii="宋体" w:hAnsi="宋体" w:eastAsia="宋体"/>
          <w:sz w:val="24"/>
        </w:rPr>
        <w:t>林风沉默了几秒，才哑着嗓子开口：「他说——我父母还活着。」</w:t>
      </w:r>
    </w:p>
    <w:p>
      <w:pPr>
        <w:spacing w:line="560" w:lineRule="exact"/>
        <w:ind w:firstLine="420"/>
      </w:pPr>
      <w:r>
        <w:rPr>
          <w:rFonts w:ascii="宋体" w:hAnsi="宋体" w:eastAsia="宋体"/>
          <w:sz w:val="24"/>
        </w:rPr>
        <w:t>公会频道里陷入了一片死寂，连呼吸声都听不到。</w:t>
      </w:r>
    </w:p>
    <w:p>
      <w:pPr>
        <w:spacing w:line="560" w:lineRule="exact"/>
        <w:ind w:firstLine="420"/>
      </w:pPr>
      <w:r>
        <w:rPr>
          <w:rFonts w:ascii="宋体" w:hAnsi="宋体" w:eastAsia="宋体"/>
          <w:sz w:val="24"/>
        </w:rPr>
        <w:t>过了好一会儿，赵铁柱才找回自己的声音——他平时嗓门最大，此刻却小心翼翼的：「风哥……你爸妈的事，那姓无名的怎么可能会知道？他就是在临死前搞你心态！你知道的，BOSS临死前都喜欢放嘲讽——」</w:t>
      </w:r>
    </w:p>
    <w:p>
      <w:pPr>
        <w:spacing w:line="560" w:lineRule="exact"/>
        <w:ind w:firstLine="420"/>
      </w:pPr>
      <w:r>
        <w:rPr>
          <w:rFonts w:ascii="宋体" w:hAnsi="宋体" w:eastAsia="宋体"/>
          <w:sz w:val="24"/>
        </w:rPr>
        <w:t>「铁柱。」凌天打断了他，声音很冷静，冷静得不像刚打完一场终极BOSS战的人，「如果他只是想搞心态，不需要用自毁肉身的方式。他把自己的灵魂上传到了中枢核心——这是不可逆的操作，烧掉了他自己的游戏角色、账号、还有那个暗红古玉。就为了说那四个字——这个代价太大了。」</w:t>
      </w:r>
    </w:p>
    <w:p>
      <w:pPr>
        <w:spacing w:line="560" w:lineRule="exact"/>
        <w:ind w:firstLine="420"/>
      </w:pPr>
      <w:r>
        <w:rPr>
          <w:rFonts w:ascii="宋体" w:hAnsi="宋体" w:eastAsia="宋体"/>
          <w:sz w:val="24"/>
        </w:rPr>
        <w:t>「所以凌天你的意思是——无名说的可能是真的？！」</w:t>
      </w:r>
    </w:p>
    <w:p>
      <w:pPr>
        <w:spacing w:line="560" w:lineRule="exact"/>
        <w:ind w:firstLine="420"/>
      </w:pPr>
      <w:r>
        <w:rPr>
          <w:rFonts w:ascii="宋体" w:hAnsi="宋体" w:eastAsia="宋体"/>
          <w:sz w:val="24"/>
        </w:rPr>
        <w:t>「我的意思是——」凌天推了推眼镜，一字一句地说，「他说的话，很可能是真的。」</w:t>
      </w:r>
    </w:p>
    <w:p>
      <w:pPr>
        <w:spacing w:line="560" w:lineRule="exact"/>
        <w:ind w:firstLine="420"/>
      </w:pPr>
      <w:r>
        <w:rPr>
          <w:rFonts w:ascii="宋体" w:hAnsi="宋体" w:eastAsia="宋体"/>
          <w:sz w:val="24"/>
        </w:rPr>
        <w:t>苏小雅倒吸了一口凉气：「可是风哥的父母如果真的还活着——那他们这十六年去了哪里？为什么不来找他？为什么连葬礼都——」</w:t>
      </w:r>
    </w:p>
    <w:p>
      <w:pPr>
        <w:spacing w:line="560" w:lineRule="exact"/>
        <w:ind w:firstLine="420"/>
      </w:pPr>
      <w:r>
        <w:rPr>
          <w:rFonts w:ascii="宋体" w:hAnsi="宋体" w:eastAsia="宋体"/>
          <w:sz w:val="24"/>
        </w:rPr>
        <w:t>她没说完。但所有人都明白她的意思。</w:t>
      </w:r>
    </w:p>
    <w:p>
      <w:pPr>
        <w:spacing w:line="560" w:lineRule="exact"/>
        <w:ind w:firstLine="420"/>
      </w:pPr>
      <w:r>
        <w:rPr>
          <w:rFonts w:ascii="宋体" w:hAnsi="宋体" w:eastAsia="宋体"/>
          <w:sz w:val="24"/>
        </w:rPr>
        <w:t>为什么连葬礼上那两具遗体——如果是假的——也做得那么逼真？</w:t>
      </w:r>
    </w:p>
    <w:p>
      <w:pPr>
        <w:spacing w:line="560" w:lineRule="exact"/>
        <w:ind w:firstLine="420"/>
      </w:pPr>
      <w:r>
        <w:rPr>
          <w:rFonts w:ascii="宋体" w:hAnsi="宋体" w:eastAsia="宋体"/>
          <w:sz w:val="24"/>
        </w:rPr>
        <w:t>林风没有回答。他沉默地看着那个灰色的数据条，脑海中一片空白。</w:t>
      </w:r>
    </w:p>
    <w:p>
      <w:pPr>
        <w:spacing w:line="560" w:lineRule="exact"/>
        <w:ind w:firstLine="420"/>
      </w:pPr>
      <w:r>
        <w:rPr>
          <w:rFonts w:ascii="宋体" w:hAnsi="宋体" w:eastAsia="宋体"/>
          <w:sz w:val="24"/>
        </w:rPr>
        <w:t>他看着眼前的四塔数据面板。昆仑墟、奥林匹斯、亚特兰蒂斯、梵天城的能量数据全部呈现绿色，正在向中枢汇入。而中枢的核心数据库里，有一个文件被设定为「仅DNA密钥解锁」——文件大小超过200GB。</w:t>
      </w:r>
    </w:p>
    <w:p>
      <w:pPr>
        <w:spacing w:line="560" w:lineRule="exact"/>
        <w:ind w:firstLine="420"/>
      </w:pPr>
      <w:r>
        <w:rPr>
          <w:rFonts w:ascii="宋体" w:hAnsi="宋体" w:eastAsia="宋体"/>
          <w:sz w:val="24"/>
        </w:rPr>
        <w:t>他的古玉传来一阵温热。</w:t>
      </w:r>
    </w:p>
    <w:p>
      <w:pPr>
        <w:spacing w:line="560" w:lineRule="exact"/>
        <w:ind w:firstLine="420"/>
      </w:pPr>
      <w:r>
        <w:rPr>
          <w:rFonts w:ascii="宋体" w:hAnsi="宋体" w:eastAsia="宋体"/>
          <w:sz w:val="24"/>
        </w:rPr>
        <w:t>那是父母留下的——关于《天界》的全部技术资料。</w:t>
      </w:r>
    </w:p>
    <w:p>
      <w:pPr>
        <w:spacing w:line="560" w:lineRule="exact"/>
        <w:ind w:firstLine="420"/>
      </w:pPr>
      <w:r>
        <w:rPr>
          <w:rFonts w:ascii="宋体" w:hAnsi="宋体" w:eastAsia="宋体"/>
          <w:sz w:val="24"/>
        </w:rPr>
        <w:t>包括那两具棺材里躺着的人到底是谁——以及，他们为什么还活着。</w:t>
      </w:r>
    </w:p>
    <w:p>
      <w:pPr>
        <w:spacing w:line="560" w:lineRule="exact"/>
        <w:ind w:firstLine="420"/>
      </w:pPr>
      <w:r>
        <w:rPr>
          <w:rFonts w:ascii="宋体" w:hAnsi="宋体" w:eastAsia="宋体"/>
          <w:sz w:val="24"/>
        </w:rPr>
        <w:t>林风深吸了一口气，把手按在了全息投影台上的DNA扫描区。</w:t>
      </w:r>
    </w:p>
    <w:p>
      <w:pPr>
        <w:spacing w:line="560" w:lineRule="exact"/>
        <w:ind w:firstLine="420"/>
      </w:pPr>
      <w:r>
        <w:rPr>
          <w:rFonts w:ascii="宋体" w:hAnsi="宋体" w:eastAsia="宋体"/>
          <w:sz w:val="24"/>
        </w:rPr>
        <w:t>【DNA验证中……匹配率：100%】</w:t>
      </w:r>
    </w:p>
    <w:p>
      <w:pPr>
        <w:spacing w:line="560" w:lineRule="exact"/>
        <w:ind w:firstLine="420"/>
      </w:pPr>
      <w:r>
        <w:rPr>
          <w:rFonts w:ascii="宋体" w:hAnsi="宋体" w:eastAsia="宋体"/>
          <w:sz w:val="24"/>
        </w:rPr>
        <w:t>【核心文件正在解锁中……数据总量：204.8GB……预计时间：47小时32分钟】</w:t>
      </w:r>
    </w:p>
    <w:p>
      <w:pPr>
        <w:spacing w:line="560" w:lineRule="exact"/>
        <w:ind w:firstLine="420"/>
      </w:pPr>
      <w:r>
        <w:rPr>
          <w:rFonts w:ascii="宋体" w:hAnsi="宋体" w:eastAsia="宋体"/>
          <w:sz w:val="24"/>
        </w:rPr>
        <w:t>「47小时。」林风收回手，「数据太大，需要将近两天才能完全解密。」</w:t>
      </w:r>
    </w:p>
    <w:p>
      <w:pPr>
        <w:spacing w:line="560" w:lineRule="exact"/>
        <w:ind w:firstLine="420"/>
      </w:pPr>
      <w:r>
        <w:rPr>
          <w:rFonts w:ascii="宋体" w:hAnsi="宋体" w:eastAsia="宋体"/>
          <w:sz w:val="24"/>
        </w:rPr>
        <w:t>苏小雅环顾了一圈疲惫不堪的队友，轻声问道：「那我们这两天干什么？总不能干等着吧。」</w:t>
      </w:r>
    </w:p>
    <w:p>
      <w:pPr>
        <w:spacing w:line="560" w:lineRule="exact"/>
        <w:ind w:firstLine="420"/>
      </w:pPr>
      <w:r>
        <w:rPr>
          <w:rFonts w:ascii="宋体" w:hAnsi="宋体" w:eastAsia="宋体"/>
          <w:sz w:val="24"/>
        </w:rPr>
        <w:t>「就在这里等。」林风深吸一口气，抬起头，目光落在虚空中的全息星图上，看向中枢顶部那片虚拟的星空——那是《天界》世界地图的全息投影，「但不等在这里。」</w:t>
      </w:r>
    </w:p>
    <w:p>
      <w:pPr>
        <w:spacing w:line="560" w:lineRule="exact"/>
        <w:ind w:firstLine="420"/>
      </w:pPr>
      <w:r>
        <w:rPr>
          <w:rFonts w:ascii="宋体" w:hAnsi="宋体" w:eastAsia="宋体"/>
          <w:sz w:val="24"/>
        </w:rPr>
        <w:t>他调出了管理者控制面板。四塔的数据在全息投影上稳定传输，每一个管理节点的状态都是绿色。这个曾经属于他父母的系统，现在完整地交到了他的手中。</w:t>
      </w:r>
    </w:p>
    <w:p>
      <w:pPr>
        <w:spacing w:line="560" w:lineRule="exact"/>
        <w:ind w:firstLine="420"/>
      </w:pPr>
      <w:r>
        <w:rPr>
          <w:rFonts w:ascii="宋体" w:hAnsi="宋体" w:eastAsia="宋体"/>
          <w:sz w:val="24"/>
        </w:rPr>
        <w:t>他犹豫了片刻，然后在控制台上输入了一行指令——发布了一条全服公告。</w:t>
      </w:r>
    </w:p>
    <w:p>
      <w:pPr>
        <w:spacing w:line="560" w:lineRule="exact"/>
        <w:ind w:firstLine="420"/>
      </w:pPr>
      <w:r>
        <w:rPr>
          <w:rFonts w:ascii="宋体" w:hAnsi="宋体" w:eastAsia="宋体"/>
          <w:sz w:val="24"/>
        </w:rPr>
        <w:t>【世界公告】</w:t>
      </w:r>
    </w:p>
    <w:p>
      <w:pPr>
        <w:spacing w:line="560" w:lineRule="exact"/>
        <w:ind w:firstLine="420"/>
      </w:pPr>
      <w:r>
        <w:rPr>
          <w:rFonts w:ascii="宋体" w:hAnsi="宋体" w:eastAsia="宋体"/>
          <w:sz w:val="24"/>
        </w:rPr>
        <w:t>【系统：神域核心中枢已由玩家「风中追风」接管】</w:t>
      </w:r>
    </w:p>
    <w:p>
      <w:pPr>
        <w:spacing w:line="560" w:lineRule="exact"/>
        <w:ind w:firstLine="420"/>
      </w:pPr>
      <w:r>
        <w:rPr>
          <w:rFonts w:ascii="宋体" w:hAnsi="宋体" w:eastAsia="宋体"/>
          <w:sz w:val="24"/>
        </w:rPr>
        <w:t>【系统：第一阶段·全球进化已完成。第二阶段·现实桥接即将开启】</w:t>
      </w:r>
    </w:p>
    <w:p>
      <w:pPr>
        <w:spacing w:line="560" w:lineRule="exact"/>
        <w:ind w:firstLine="420"/>
      </w:pPr>
      <w:r>
        <w:rPr>
          <w:rFonts w:ascii="宋体" w:hAnsi="宋体" w:eastAsia="宋体"/>
          <w:sz w:val="24"/>
        </w:rPr>
        <w:t>【系统：所有等级80级以上玩家已获得神域传送权限】</w:t>
      </w:r>
    </w:p>
    <w:p>
      <w:pPr>
        <w:spacing w:line="560" w:lineRule="exact"/>
        <w:ind w:firstLine="420"/>
      </w:pPr>
      <w:r>
        <w:rPr>
          <w:rFonts w:ascii="宋体" w:hAnsi="宋体" w:eastAsia="宋体"/>
          <w:sz w:val="24"/>
        </w:rPr>
        <w:t>公告一出，整个《天界》的玩家频道瞬间炸了。</w:t>
      </w:r>
    </w:p>
    <w:p>
      <w:pPr>
        <w:spacing w:line="560" w:lineRule="exact"/>
        <w:ind w:firstLine="420"/>
      </w:pPr>
      <w:r>
        <w:rPr>
          <w:rFonts w:ascii="宋体" w:hAnsi="宋体" w:eastAsia="宋体"/>
          <w:sz w:val="24"/>
        </w:rPr>
        <w:t>世界频道被刷屏刷到几乎卡死——所有人都在问神域是什么、风中追风是谁、为什么一个玩家能接管系统中枢。各大游戏媒体的记者在游戏里满世界找人采访。暗流的残余成员沉默地退出了战场，没有人知道他们下一步会做什么。</w:t>
      </w:r>
    </w:p>
    <w:p>
      <w:pPr>
        <w:spacing w:line="560" w:lineRule="exact"/>
        <w:ind w:firstLine="420"/>
      </w:pPr>
      <w:r>
        <w:rPr>
          <w:rFonts w:ascii="宋体" w:hAnsi="宋体" w:eastAsia="宋体"/>
          <w:sz w:val="24"/>
        </w:rPr>
        <w:t>但这些都与林风无关。</w:t>
      </w:r>
    </w:p>
    <w:p>
      <w:pPr>
        <w:spacing w:line="560" w:lineRule="exact"/>
        <w:ind w:firstLine="420"/>
      </w:pPr>
      <w:r>
        <w:rPr>
          <w:rFonts w:ascii="宋体" w:hAnsi="宋体" w:eastAsia="宋体"/>
          <w:sz w:val="24"/>
        </w:rPr>
        <w:t>他关掉了所有频道的消息提示音，默默地退出了游戏。眼前的画面从神域核心中枢的全息星空，变回了系统菜单的登录界面，然后屏幕一黑——他已经断开了连接。</w:t>
      </w:r>
    </w:p>
    <w:p>
      <w:pPr>
        <w:spacing w:line="560" w:lineRule="exact"/>
        <w:ind w:firstLine="420"/>
      </w:pPr>
      <w:r>
        <w:rPr>
          <w:rFonts w:ascii="宋体" w:hAnsi="宋体" w:eastAsia="宋体"/>
          <w:sz w:val="24"/>
        </w:rPr>
        <w:t>他摘下VR头盔，放在桌上，揉了揉发胀的太阳穴。头盔的散热口还在呼呼吹着热风，显示着刚才那场战斗的温度。</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林风退出游戏时，窗外已经是凌晨三点。宿舍里很安静，只有电脑风扇转动的声音。</w:t>
      </w:r>
    </w:p>
    <w:p>
      <w:pPr>
        <w:spacing w:line="560" w:lineRule="exact"/>
        <w:ind w:firstLine="420"/>
      </w:pPr>
      <w:r>
        <w:rPr>
          <w:rFonts w:ascii="宋体" w:hAnsi="宋体" w:eastAsia="宋体"/>
          <w:sz w:val="24"/>
        </w:rPr>
        <w:t>他摘下VR头盔，坐在电竞椅上愣了很久。天花板上的灯管发出嗡嗡的电流声，窗外偶尔传来几声车鸣。一切都和往常一样。但一切又都不一样了。</w:t>
      </w:r>
    </w:p>
    <w:p>
      <w:pPr>
        <w:spacing w:line="560" w:lineRule="exact"/>
        <w:ind w:firstLine="420"/>
      </w:pPr>
      <w:r>
        <w:rPr>
          <w:rFonts w:ascii="宋体" w:hAnsi="宋体" w:eastAsia="宋体"/>
          <w:sz w:val="24"/>
        </w:rPr>
        <w:t>他拿起手机，翻到通讯录里一个很久没联系的名字——王叔。</w:t>
      </w:r>
    </w:p>
    <w:p>
      <w:pPr>
        <w:spacing w:line="560" w:lineRule="exact"/>
        <w:ind w:firstLine="420"/>
      </w:pPr>
      <w:r>
        <w:rPr>
          <w:rFonts w:ascii="宋体" w:hAnsi="宋体" w:eastAsia="宋体"/>
          <w:sz w:val="24"/>
        </w:rPr>
        <w:t>王叔，全名王建国，是当年负责父母车祸案件的交警队长。十六年前，他在车祸现场拍完照、画完图、签完字，亲手把那份「确认死亡」的事故鉴定报告交到了陈家手中。林风记得很清楚——那天王叔穿着一身洗得发白的警服，帽檐压得很低，没怎么说话，交完文件就走了。</w:t>
      </w:r>
    </w:p>
    <w:p>
      <w:pPr>
        <w:spacing w:line="560" w:lineRule="exact"/>
        <w:ind w:firstLine="420"/>
      </w:pPr>
      <w:r>
        <w:rPr>
          <w:rFonts w:ascii="宋体" w:hAnsi="宋体" w:eastAsia="宋体"/>
          <w:sz w:val="24"/>
        </w:rPr>
        <w:t>凌晨三点给一个退休老人打电话不太合适。但林风等不了四十七小时。</w:t>
      </w:r>
    </w:p>
    <w:p>
      <w:pPr>
        <w:spacing w:line="560" w:lineRule="exact"/>
        <w:ind w:firstLine="420"/>
      </w:pPr>
      <w:r>
        <w:rPr>
          <w:rFonts w:ascii="宋体" w:hAnsi="宋体" w:eastAsia="宋体"/>
          <w:sz w:val="24"/>
        </w:rPr>
        <w:t>他没有犹豫太久——直接按下拨号键。</w:t>
      </w:r>
    </w:p>
    <w:p>
      <w:pPr>
        <w:spacing w:line="560" w:lineRule="exact"/>
        <w:ind w:firstLine="420"/>
      </w:pPr>
      <w:r>
        <w:rPr>
          <w:rFonts w:ascii="宋体" w:hAnsi="宋体" w:eastAsia="宋体"/>
          <w:sz w:val="24"/>
        </w:rPr>
        <w:t>响了三声，对方接了。老年人的声音带着被吵醒的沙哑和一丝不悦：「喂？谁啊？大半夜的——」</w:t>
      </w:r>
    </w:p>
    <w:p>
      <w:pPr>
        <w:spacing w:line="560" w:lineRule="exact"/>
        <w:ind w:firstLine="420"/>
      </w:pPr>
      <w:r>
        <w:rPr>
          <w:rFonts w:ascii="宋体" w:hAnsi="宋体" w:eastAsia="宋体"/>
          <w:sz w:val="24"/>
        </w:rPr>
        <w:t>「王叔，我是林风。林建国和林婉的儿子。」</w:t>
      </w:r>
    </w:p>
    <w:p>
      <w:pPr>
        <w:spacing w:line="560" w:lineRule="exact"/>
        <w:ind w:firstLine="420"/>
      </w:pPr>
      <w:r>
        <w:rPr>
          <w:rFonts w:ascii="宋体" w:hAnsi="宋体" w:eastAsia="宋体"/>
          <w:sz w:val="24"/>
        </w:rPr>
        <w:t>电话那头沉默了一会儿。然后老人的声音迅速清醒了过来，沙哑变成了警惕：「小林啊……这么多年没联系了。你还好吗？这么晚打电话，出什么事了？」</w:t>
      </w:r>
    </w:p>
    <w:p>
      <w:pPr>
        <w:spacing w:line="560" w:lineRule="exact"/>
        <w:ind w:firstLine="420"/>
      </w:pPr>
      <w:r>
        <w:rPr>
          <w:rFonts w:ascii="宋体" w:hAnsi="宋体" w:eastAsia="宋体"/>
          <w:sz w:val="24"/>
        </w:rPr>
        <w:t>「王叔，我想问您一件事。这件事憋在我心里很久了。」</w:t>
      </w:r>
    </w:p>
    <w:p>
      <w:pPr>
        <w:spacing w:line="560" w:lineRule="exact"/>
        <w:ind w:firstLine="420"/>
      </w:pPr>
      <w:r>
        <w:rPr>
          <w:rFonts w:ascii="宋体" w:hAnsi="宋体" w:eastAsia="宋体"/>
          <w:sz w:val="24"/>
        </w:rPr>
        <w:t>「你说，我听着。」王叔的声音已经彻底清醒了，带着一种多年警察职业的沉着。王叔的声音已经彻底清醒了。</w:t>
      </w:r>
    </w:p>
    <w:p>
      <w:pPr>
        <w:spacing w:line="560" w:lineRule="exact"/>
        <w:ind w:firstLine="420"/>
      </w:pPr>
      <w:r>
        <w:rPr>
          <w:rFonts w:ascii="宋体" w:hAnsi="宋体" w:eastAsia="宋体"/>
          <w:sz w:val="24"/>
        </w:rPr>
        <w:t>「十六年前我父母的那场车祸——您确定他们真的死了吗？」</w:t>
      </w:r>
    </w:p>
    <w:p>
      <w:pPr>
        <w:spacing w:line="560" w:lineRule="exact"/>
        <w:ind w:firstLine="420"/>
      </w:pPr>
      <w:r>
        <w:rPr>
          <w:rFonts w:ascii="宋体" w:hAnsi="宋体" w:eastAsia="宋体"/>
          <w:sz w:val="24"/>
        </w:rPr>
        <w:t>电话那头的呼吸声消失了。</w:t>
      </w:r>
    </w:p>
    <w:p>
      <w:pPr>
        <w:spacing w:line="560" w:lineRule="exact"/>
        <w:ind w:firstLine="420"/>
      </w:pPr>
      <w:r>
        <w:rPr>
          <w:rFonts w:ascii="宋体" w:hAnsi="宋体" w:eastAsia="宋体"/>
          <w:sz w:val="24"/>
        </w:rPr>
        <w:t>足足过了十秒钟，王建国才开口。他的声音变得很低很慢——像一个终于被问到等了十六年的问题的人。</w:t>
      </w:r>
    </w:p>
    <w:p>
      <w:pPr>
        <w:spacing w:line="560" w:lineRule="exact"/>
        <w:ind w:firstLine="420"/>
      </w:pPr>
      <w:r>
        <w:rPr>
          <w:rFonts w:ascii="宋体" w:hAnsi="宋体" w:eastAsia="宋体"/>
          <w:sz w:val="24"/>
        </w:rPr>
        <w:t>「小林……你终于问到这件事了。我等你问这个问题，等了十六年。」</w:t>
      </w:r>
    </w:p>
    <w:p>
      <w:pPr>
        <w:spacing w:line="560" w:lineRule="exact"/>
        <w:ind w:firstLine="420"/>
      </w:pPr>
      <w:r>
        <w:rPr>
          <w:rFonts w:ascii="宋体" w:hAnsi="宋体" w:eastAsia="宋体"/>
          <w:sz w:val="24"/>
        </w:rPr>
        <w:t>林风的心脏猛地收紧。他张了张嘴，想问更多，但喉咙像被什么东西堵住了。</w:t>
      </w:r>
    </w:p>
    <w:p>
      <w:pPr>
        <w:spacing w:line="560" w:lineRule="exact"/>
        <w:ind w:firstLine="420"/>
      </w:pPr>
      <w:r>
        <w:rPr>
          <w:rFonts w:ascii="宋体" w:hAnsi="宋体" w:eastAsia="宋体"/>
          <w:sz w:val="24"/>
        </w:rPr>
        <w:t>「你跟我见一面。」王建国说，声音压得很低，「电话里不能说。明天——不对，今天下午三点，老城区海宁路那家茶楼。你一个人来。不要告诉任何人，包括你最信任的朋友——如果那个暗流真的存在，他们的人可能正在监视你。」</w:t>
      </w:r>
    </w:p>
    <w:p>
      <w:pPr>
        <w:spacing w:line="560" w:lineRule="exact"/>
        <w:ind w:firstLine="420"/>
      </w:pPr>
      <w:r>
        <w:rPr>
          <w:rFonts w:ascii="宋体" w:hAnsi="宋体" w:eastAsia="宋体"/>
          <w:sz w:val="24"/>
        </w:rPr>
        <w:t>「王叔——那场车祸到底是怎么回事？是不是有人在背后——」</w:t>
      </w:r>
    </w:p>
    <w:p>
      <w:pPr>
        <w:spacing w:line="560" w:lineRule="exact"/>
        <w:ind w:firstLine="420"/>
      </w:pPr>
      <w:r>
        <w:rPr>
          <w:rFonts w:ascii="宋体" w:hAnsi="宋体" w:eastAsia="宋体"/>
          <w:sz w:val="24"/>
        </w:rPr>
        <w:t>「别问了，来了再说。电话里不安全。你自己小心，注意身后。」</w:t>
      </w:r>
    </w:p>
    <w:p>
      <w:pPr>
        <w:spacing w:line="560" w:lineRule="exact"/>
        <w:ind w:firstLine="420"/>
      </w:pPr>
      <w:r>
        <w:rPr>
          <w:rFonts w:ascii="宋体" w:hAnsi="宋体" w:eastAsia="宋体"/>
          <w:sz w:val="24"/>
        </w:rPr>
        <w:t>电话挂断了，传来嘟嘟的忙音。</w:t>
      </w:r>
    </w:p>
    <w:p>
      <w:pPr>
        <w:spacing w:line="560" w:lineRule="exact"/>
        <w:ind w:firstLine="420"/>
      </w:pPr>
      <w:r>
        <w:rPr>
          <w:rFonts w:ascii="宋体" w:hAnsi="宋体" w:eastAsia="宋体"/>
          <w:sz w:val="24"/>
        </w:rPr>
        <w:t>林风放下手机，手心里全是汗，指尖微微发颤。手机屏幕的灯光映在他的脸上——时间显示凌晨3点17分，距离下午三点还有将近十二个小时。</w:t>
      </w:r>
    </w:p>
    <w:p>
      <w:pPr>
        <w:spacing w:line="560" w:lineRule="exact"/>
        <w:ind w:firstLine="420"/>
      </w:pPr>
      <w:r>
        <w:rPr>
          <w:rFonts w:ascii="宋体" w:hAnsi="宋体" w:eastAsia="宋体"/>
          <w:sz w:val="24"/>
        </w:rPr>
        <w:t>他靠回椅背，望着天花板。十六年来第一次，他觉得自己离真相如此之近。那场被存档、被遗忘、被封存的车祸——终于有人愿意开口了。</w:t>
      </w:r>
    </w:p>
    <w:p>
      <w:pPr>
        <w:spacing w:line="560" w:lineRule="exact"/>
        <w:ind w:firstLine="420"/>
      </w:pPr>
      <w:r>
        <w:rPr>
          <w:rFonts w:ascii="宋体" w:hAnsi="宋体" w:eastAsia="宋体"/>
          <w:sz w:val="24"/>
        </w:rPr>
        <w:t>窗外，天色开始泛起鱼肚白。东方的天际线染上一层浅蓝色的光晕，路灯一盏接一盏地熄灭。他坐了一整夜，不觉得困。他的脑子里一遍遍过着无名的最后一句话、王叔那欲言又止的语气、还有父母那张十六年前的黑白照片。</w:t>
      </w:r>
    </w:p>
    <w:p>
      <w:r>
        <w:br w:type="page"/>
      </w:r>
    </w:p>
    <w:p>
      <w:pPr>
        <w:jc w:val="center"/>
      </w:pPr>
      <w:r>
        <w:rPr>
          <w:b/>
          <w:sz w:val="32"/>
        </w:rPr>
        <w:t>第058章 茶楼·十六年前的真相</w:t>
      </w:r>
    </w:p>
    <w:p>
      <w:pPr>
        <w:jc w:val="center"/>
      </w:pPr>
      <w:r>
        <w:rPr>
          <w:color w:val="999999"/>
          <w:sz w:val="18"/>
        </w:rPr>
        <w:t>（2,505字）</w:t>
      </w:r>
    </w:p>
    <w:p/>
    <w:p>
      <w:pPr>
        <w:spacing w:line="560" w:lineRule="exact"/>
        <w:ind w:firstLine="420"/>
      </w:pPr>
      <w:r>
        <w:rPr>
          <w:rFonts w:ascii="宋体" w:hAnsi="宋体" w:eastAsia="宋体"/>
          <w:sz w:val="24"/>
        </w:rPr>
        <w:t>下午两点五十分。阳光正好，蝉鸣正响。</w:t>
      </w:r>
    </w:p>
    <w:p>
      <w:pPr>
        <w:spacing w:line="560" w:lineRule="exact"/>
        <w:ind w:firstLine="420"/>
      </w:pPr>
      <w:r>
        <w:rPr>
          <w:rFonts w:ascii="宋体" w:hAnsi="宋体" w:eastAsia="宋体"/>
          <w:sz w:val="24"/>
        </w:rPr>
        <w:t>林风站在海宁路的路口，看着街对面那家老茶楼。六月的阳光斜斜地照在青石板路上，树上的蝉鸣声一阵接一阵，像是在应和着他的心跳。他穿了一件普通的黑色T恤和牛仔裤——刻意选的不起眼的衣服，以防真的有眼睛在盯着他。</w:t>
      </w:r>
    </w:p>
    <w:p>
      <w:pPr>
        <w:spacing w:line="560" w:lineRule="exact"/>
        <w:ind w:firstLine="420"/>
      </w:pPr>
      <w:r>
        <w:rPr>
          <w:rFonts w:ascii="宋体" w:hAnsi="宋体" w:eastAsia="宋体"/>
          <w:sz w:val="24"/>
        </w:rPr>
        <w:t>「听涛阁」——三个字在褪色的木牌上依然苍劲有力。</w:t>
      </w:r>
    </w:p>
    <w:p>
      <w:pPr>
        <w:spacing w:line="560" w:lineRule="exact"/>
        <w:ind w:firstLine="420"/>
      </w:pPr>
      <w:r>
        <w:rPr>
          <w:rFonts w:ascii="宋体" w:hAnsi="宋体" w:eastAsia="宋体"/>
          <w:sz w:val="24"/>
        </w:rPr>
        <w:t>木质的招牌已经褪色，边角被梅雨天气泡得微微发翘，但上面的字依然清晰有力。门口的阶梯被岁月磨得发亮，透着一股这个年代已经很少见的古旧气息。他爸以前确实常来这家——谈事情、见朋友、有时候一个人坐一下午，点一壶铁观音，翻翻报纸。林风小时候跟来过几次，记得爸爸总是点铁观音，妈妈笑他喝不惯绿茶却偏要装风雅。那些记忆已经很模糊了——八岁孩子的记忆像沙画，时间一吹就散了大半。</w:t>
      </w:r>
    </w:p>
    <w:p>
      <w:pPr>
        <w:spacing w:line="560" w:lineRule="exact"/>
        <w:ind w:firstLine="420"/>
      </w:pPr>
      <w:r>
        <w:rPr>
          <w:rFonts w:ascii="宋体" w:hAnsi="宋体" w:eastAsia="宋体"/>
          <w:sz w:val="24"/>
        </w:rPr>
        <w:t>他深吸了一口气，用力推开茶楼的玻璃门。</w:t>
      </w:r>
    </w:p>
    <w:p>
      <w:pPr>
        <w:spacing w:line="560" w:lineRule="exact"/>
        <w:ind w:firstLine="420"/>
      </w:pPr>
      <w:r>
        <w:rPr>
          <w:rFonts w:ascii="宋体" w:hAnsi="宋体" w:eastAsia="宋体"/>
          <w:sz w:val="24"/>
        </w:rPr>
        <w:t>门上的风铃响了——清脆的一声。</w:t>
      </w:r>
    </w:p>
    <w:p>
      <w:pPr>
        <w:spacing w:line="560" w:lineRule="exact"/>
        <w:ind w:firstLine="420"/>
      </w:pPr>
      <w:r>
        <w:rPr>
          <w:rFonts w:ascii="宋体" w:hAnsi="宋体" w:eastAsia="宋体"/>
          <w:sz w:val="24"/>
        </w:rPr>
        <w:t>下午的茶楼很安静，只有三桌客人。靠窗那一桌，一个头发花白的老人正慢慢喝着一碗茶。他穿着洗得发白的夹克，背微微佝偻，但那双眼睛——即使隔着十几年的岁月——依然锐利得像刀刃。</w:t>
      </w:r>
    </w:p>
    <w:p>
      <w:pPr>
        <w:spacing w:line="560" w:lineRule="exact"/>
        <w:ind w:firstLine="420"/>
      </w:pPr>
      <w:r>
        <w:rPr>
          <w:rFonts w:ascii="宋体" w:hAnsi="宋体" w:eastAsia="宋体"/>
          <w:sz w:val="24"/>
        </w:rPr>
        <w:t>王建国抬起头，看着走进门的年轻人，足足看了五秒钟。</w:t>
      </w:r>
    </w:p>
    <w:p>
      <w:pPr>
        <w:spacing w:line="560" w:lineRule="exact"/>
        <w:ind w:firstLine="420"/>
      </w:pPr>
      <w:r>
        <w:rPr>
          <w:rFonts w:ascii="宋体" w:hAnsi="宋体" w:eastAsia="宋体"/>
          <w:sz w:val="24"/>
        </w:rPr>
        <w:t>「你长大了。」他说，声音里有一种说不清道不明的情绪，「跟你爸年轻的时候——一模一样。」</w:t>
      </w:r>
    </w:p>
    <w:p>
      <w:pPr>
        <w:spacing w:line="560" w:lineRule="exact"/>
        <w:ind w:firstLine="420"/>
      </w:pPr>
      <w:r>
        <w:rPr>
          <w:rFonts w:ascii="宋体" w:hAnsi="宋体" w:eastAsia="宋体"/>
          <w:sz w:val="24"/>
        </w:rPr>
        <w:t>林风在他对面坐下，手心里全是汗。</w:t>
      </w:r>
    </w:p>
    <w:p>
      <w:pPr>
        <w:spacing w:line="560" w:lineRule="exact"/>
        <w:ind w:firstLine="420"/>
      </w:pPr>
      <w:r>
        <w:rPr>
          <w:rFonts w:ascii="宋体" w:hAnsi="宋体" w:eastAsia="宋体"/>
          <w:sz w:val="24"/>
        </w:rPr>
        <w:t>「我没告诉任何人。一个人来的。」</w:t>
      </w:r>
    </w:p>
    <w:p>
      <w:pPr>
        <w:spacing w:line="560" w:lineRule="exact"/>
        <w:ind w:firstLine="420"/>
      </w:pPr>
      <w:r>
        <w:rPr>
          <w:rFonts w:ascii="宋体" w:hAnsi="宋体" w:eastAsia="宋体"/>
          <w:sz w:val="24"/>
        </w:rPr>
        <w:t>「很好。」王建国亲自给他倒了杯茶——铁观音，「先喝茶。听我说完之前，不要说话。」</w:t>
      </w:r>
    </w:p>
    <w:p>
      <w:pPr>
        <w:spacing w:line="560" w:lineRule="exact"/>
        <w:ind w:firstLine="420"/>
      </w:pPr>
      <w:r>
        <w:rPr>
          <w:rFonts w:ascii="宋体" w:hAnsi="宋体" w:eastAsia="宋体"/>
          <w:sz w:val="24"/>
        </w:rPr>
        <w:t>林风端起那只白瓷茶杯，手心能感觉到杯壁传来的温度。他看着茶叶在热水中缓缓舒展，等着。</w:t>
      </w:r>
    </w:p>
    <w:p>
      <w:pPr>
        <w:spacing w:line="560" w:lineRule="exact"/>
        <w:ind w:firstLine="420"/>
      </w:pPr>
      <w:r>
        <w:rPr>
          <w:rFonts w:ascii="宋体" w:hAnsi="宋体" w:eastAsia="宋体"/>
          <w:sz w:val="24"/>
        </w:rPr>
        <w:t>王建国沉默了很久。久到杯中的茶凉了半杯，久到林风几乎以为他改变主意了。</w:t>
      </w:r>
    </w:p>
    <w:p>
      <w:pPr>
        <w:spacing w:line="560" w:lineRule="exact"/>
        <w:ind w:firstLine="420"/>
      </w:pPr>
      <w:r>
        <w:rPr>
          <w:rFonts w:ascii="宋体" w:hAnsi="宋体" w:eastAsia="宋体"/>
          <w:sz w:val="24"/>
        </w:rPr>
        <w:t>然后他开口了。声音很轻，像是在讲一个尘封已久的秘密——不，就是在讲一个尘封了十六年的秘密。</w:t>
      </w:r>
    </w:p>
    <w:p>
      <w:pPr>
        <w:spacing w:line="560" w:lineRule="exact"/>
        <w:ind w:firstLine="420"/>
      </w:pPr>
      <w:r>
        <w:rPr>
          <w:rFonts w:ascii="宋体" w:hAnsi="宋体" w:eastAsia="宋体"/>
          <w:sz w:val="24"/>
        </w:rPr>
        <w:t>「你父母那场车祸，是我办案十六年里——唯一一件我知道真相、但签了假报告的案件。十六年了，这件事像一根刺扎在我心里。」</w:t>
      </w:r>
    </w:p>
    <w:p>
      <w:pPr>
        <w:spacing w:line="560" w:lineRule="exact"/>
        <w:ind w:firstLine="420"/>
      </w:pPr>
      <w:r>
        <w:rPr>
          <w:rFonts w:ascii="宋体" w:hAnsi="宋体" w:eastAsia="宋体"/>
          <w:sz w:val="24"/>
        </w:rPr>
        <w:t>林风的手指攥紧了茶杯，指节泛白。</w:t>
      </w:r>
    </w:p>
    <w:p>
      <w:pPr>
        <w:spacing w:line="560" w:lineRule="exact"/>
        <w:ind w:firstLine="420"/>
      </w:pPr>
      <w:r>
        <w:rPr>
          <w:rFonts w:ascii="宋体" w:hAnsi="宋体" w:eastAsia="宋体"/>
          <w:sz w:val="24"/>
        </w:rPr>
        <w:t>「那天凌晨四点半，我接到指挥中心的通知——城南高速出口三公里处，一辆黑色轿车撞毁护栏，车辆起火。我赶到现场的时候，火烧得正旺，橘红色的火焰吞没了整个车身。消防队在灭火，救护车停在旁边，警灯一闪一闪地照在烧焦的路面上——但我一眼就知道，车里的人不可能生还。那种火势，没有人能活着出来。」</w:t>
      </w:r>
    </w:p>
    <w:p>
      <w:pPr>
        <w:spacing w:line="560" w:lineRule="exact"/>
        <w:ind w:firstLine="420"/>
      </w:pPr>
      <w:r>
        <w:rPr>
          <w:rFonts w:ascii="宋体" w:hAnsi="宋体" w:eastAsia="宋体"/>
          <w:sz w:val="24"/>
        </w:rPr>
        <w:t>他顿了顿，又端起茶杯喝了一口，像是在给自己补充继续说下去的勇气。铁观音的香气在空气中散开，和他记忆中的一模一样。</w:t>
      </w:r>
    </w:p>
    <w:p>
      <w:pPr>
        <w:spacing w:line="560" w:lineRule="exact"/>
        <w:ind w:firstLine="420"/>
      </w:pPr>
      <w:r>
        <w:rPr>
          <w:rFonts w:ascii="宋体" w:hAnsi="宋体" w:eastAsia="宋体"/>
          <w:sz w:val="24"/>
        </w:rPr>
        <w:t>「但重点不是车里的遗骸。重点是我到现场的时候，有人已经在等我了。」</w:t>
      </w:r>
    </w:p>
    <w:p>
      <w:pPr>
        <w:spacing w:line="560" w:lineRule="exact"/>
        <w:ind w:firstLine="420"/>
      </w:pPr>
      <w:r>
        <w:rPr>
          <w:rFonts w:ascii="宋体" w:hAnsi="宋体" w:eastAsia="宋体"/>
          <w:sz w:val="24"/>
        </w:rPr>
        <w:t>「那个人是谁？」</w:t>
      </w:r>
    </w:p>
    <w:p>
      <w:pPr>
        <w:spacing w:line="560" w:lineRule="exact"/>
        <w:ind w:firstLine="420"/>
      </w:pPr>
      <w:r>
        <w:rPr>
          <w:rFonts w:ascii="宋体" w:hAnsi="宋体" w:eastAsia="宋体"/>
          <w:sz w:val="24"/>
        </w:rPr>
        <w:t>「你爸的合伙人。陈泽宇。」</w:t>
      </w:r>
    </w:p>
    <w:p>
      <w:pPr>
        <w:spacing w:line="560" w:lineRule="exact"/>
        <w:ind w:firstLine="420"/>
      </w:pPr>
      <w:r>
        <w:rPr>
          <w:rFonts w:ascii="宋体" w:hAnsi="宋体" w:eastAsia="宋体"/>
          <w:sz w:val="24"/>
        </w:rPr>
        <w:t>林风的瞳孔猛地收缩。陈泽宇——这个名字他太熟悉了，从一个叫他叔叔的孩子长到二十二岁，——但他从来没想过，陈泽宇会在车祸现场出现。而且是凌晨四点半。比警察还早。</w:t>
      </w:r>
    </w:p>
    <w:p>
      <w:pPr>
        <w:spacing w:line="560" w:lineRule="exact"/>
        <w:ind w:firstLine="420"/>
      </w:pPr>
      <w:r>
        <w:rPr>
          <w:rFonts w:ascii="宋体" w:hAnsi="宋体" w:eastAsia="宋体"/>
          <w:sz w:val="24"/>
        </w:rPr>
        <w:t>林风瞳孔微缩。</w:t>
      </w:r>
    </w:p>
    <w:p>
      <w:pPr>
        <w:spacing w:line="560" w:lineRule="exact"/>
        <w:ind w:firstLine="420"/>
      </w:pPr>
      <w:r>
        <w:rPr>
          <w:rFonts w:ascii="宋体" w:hAnsi="宋体" w:eastAsia="宋体"/>
          <w:sz w:val="24"/>
        </w:rPr>
        <w:t>「他穿着一身深灰色的西装，站在警戒线外面，皮鞋锃亮，一点都不像一个凌晨四点半被叫醒的人。」王建国的眼神变得很冷，「他拦住了我，把我拉到一边，说了一句话——『王队长，车里的人不是林建国和林婉。他们没事。但这件事情，你必须签死亡报告。』」</w:t>
      </w:r>
    </w:p>
    <w:p>
      <w:pPr>
        <w:spacing w:line="560" w:lineRule="exact"/>
        <w:ind w:firstLine="420"/>
      </w:pPr>
      <w:r>
        <w:rPr>
          <w:rFonts w:ascii="宋体" w:hAnsi="宋体" w:eastAsia="宋体"/>
          <w:sz w:val="24"/>
        </w:rPr>
        <w:t>「王叔，你真的确定你没看错？陈泽宇他真的在现场？」</w:t>
      </w:r>
    </w:p>
    <w:p>
      <w:pPr>
        <w:spacing w:line="560" w:lineRule="exact"/>
        <w:ind w:firstLine="420"/>
      </w:pPr>
      <w:r>
        <w:rPr>
          <w:rFonts w:ascii="宋体" w:hAnsi="宋体" w:eastAsia="宋体"/>
          <w:sz w:val="24"/>
        </w:rPr>
        <w:t>「我当时当然不信。我干了二十多年刑警，什么案子没见过？但那份文件上的章——造不了假。」王建国打断他，语气斩钉截铁，「我以为是家属受了刺激，不愿意接受现实。但陈泽宇给了我一份文件。那文件上有国防部的章、公安部的章、还有一个印着绝密标识的科研机构的章——那些章我到现在都不知道是哪个部门的。」</w:t>
      </w:r>
    </w:p>
    <w:p>
      <w:pPr>
        <w:spacing w:line="560" w:lineRule="exact"/>
        <w:ind w:firstLine="420"/>
      </w:pPr>
      <w:r>
        <w:rPr>
          <w:rFonts w:ascii="宋体" w:hAnsi="宋体" w:eastAsia="宋体"/>
          <w:sz w:val="24"/>
        </w:rPr>
        <w:t>林风彻底愣住了——他从来没想过，陈泽宇背后还有这一层。</w:t>
      </w:r>
    </w:p>
    <w:p>
      <w:pPr>
        <w:spacing w:line="560" w:lineRule="exact"/>
        <w:ind w:firstLine="420"/>
      </w:pPr>
      <w:r>
        <w:rPr>
          <w:rFonts w:ascii="宋体" w:hAnsi="宋体" w:eastAsia="宋体"/>
          <w:sz w:val="24"/>
        </w:rPr>
        <w:t>「他告诉我：林建国和林婉参与的是一个国家级保密项目。他们之所以假死，是因为有人要杀他们。如果不死——项目会泄漏，他们会死，你也会死。」</w:t>
      </w:r>
    </w:p>
    <w:p>
      <w:pPr>
        <w:spacing w:line="560" w:lineRule="exact"/>
        <w:ind w:firstLine="420"/>
      </w:pPr>
      <w:r>
        <w:rPr>
          <w:rFonts w:ascii="宋体" w:hAnsi="宋体" w:eastAsia="宋体"/>
          <w:sz w:val="24"/>
        </w:rPr>
        <w:t>王建国看着林风的眼睛。</w:t>
      </w:r>
    </w:p>
    <w:p>
      <w:pPr>
        <w:spacing w:line="560" w:lineRule="exact"/>
        <w:ind w:firstLine="420"/>
      </w:pPr>
      <w:r>
        <w:rPr>
          <w:rFonts w:ascii="宋体" w:hAnsi="宋体" w:eastAsia="宋体"/>
          <w:sz w:val="24"/>
        </w:rPr>
        <w:t>「所以我签了那三份报告。坠车——当场死亡——遗体火化。全部做了。这是我职业生涯里——唯一一份假报告。」</w:t>
      </w:r>
    </w:p>
    <w:p>
      <w:pPr>
        <w:spacing w:line="560" w:lineRule="exact"/>
        <w:ind w:firstLine="420"/>
      </w:pPr>
      <w:r>
        <w:rPr>
          <w:rFonts w:ascii="宋体" w:hAnsi="宋体" w:eastAsia="宋体"/>
          <w:sz w:val="24"/>
        </w:rPr>
        <w:t>林风张了张嘴，发现自己不知道该说什么。他的脑海中翻涌着无数个问题——父母还活着吗？现在在哪？为什么不回来？为什么连陈叔叔也消失了？——但这些问题像一团乱麻，堵在喉咙口，一个字都说不出来。</w:t>
      </w:r>
    </w:p>
    <w:p>
      <w:pPr>
        <w:spacing w:line="560" w:lineRule="exact"/>
        <w:ind w:firstLine="420"/>
      </w:pPr>
      <w:r>
        <w:rPr>
          <w:rFonts w:ascii="宋体" w:hAnsi="宋体" w:eastAsia="宋体"/>
          <w:sz w:val="24"/>
        </w:rPr>
        <w:t>过了好一会儿，他才找回自己的声音：「这十六年里，我每天晚上睡觉前都会想起那个凌晨的现场，，我一直等着有人来问我这个问题。」王建国说，声音里带着一种如释重负的轻松，「陈泽宇后来有没有找过你？」</w:t>
      </w:r>
    </w:p>
    <w:p>
      <w:pPr>
        <w:spacing w:line="560" w:lineRule="exact"/>
        <w:ind w:firstLine="420"/>
      </w:pPr>
      <w:r>
        <w:rPr>
          <w:rFonts w:ascii="宋体" w:hAnsi="宋体" w:eastAsia="宋体"/>
          <w:sz w:val="24"/>
        </w:rPr>
        <w:t>「他把我养大。」林风的声音有些沙哑，「帮我管理父母留下的财产和公司。然后——两年前他失踪了。」</w:t>
      </w:r>
    </w:p>
    <w:p>
      <w:pPr>
        <w:spacing w:line="560" w:lineRule="exact"/>
        <w:ind w:firstLine="420"/>
      </w:pPr>
      <w:r>
        <w:rPr>
          <w:rFonts w:ascii="宋体" w:hAnsi="宋体" w:eastAsia="宋体"/>
          <w:sz w:val="24"/>
        </w:rPr>
        <w:t>「失踪？他只是留下一封信就走了？」</w:t>
      </w:r>
    </w:p>
    <w:p>
      <w:pPr>
        <w:spacing w:line="560" w:lineRule="exact"/>
        <w:ind w:firstLine="420"/>
      </w:pPr>
      <w:r>
        <w:rPr>
          <w:rFonts w:ascii="宋体" w:hAnsi="宋体" w:eastAsia="宋体"/>
          <w:sz w:val="24"/>
        </w:rPr>
        <w:t>「留下一封信就走了。说他有事情要处理，让我不要找他，也不要报警。」林风回忆着那封信的内容，「他说——『等你该知道的时候，自然会知道』。」</w:t>
      </w:r>
    </w:p>
    <w:p>
      <w:pPr>
        <w:spacing w:line="560" w:lineRule="exact"/>
        <w:ind w:firstLine="420"/>
      </w:pPr>
      <w:r>
        <w:rPr>
          <w:rFonts w:ascii="宋体" w:hAnsi="宋体" w:eastAsia="宋体"/>
          <w:sz w:val="24"/>
        </w:rPr>
        <w:t>王建国沉默了。窗外的蝉鸣声显得格外清晰。</w:t>
      </w:r>
    </w:p>
    <w:p>
      <w:pPr>
        <w:spacing w:line="560" w:lineRule="exact"/>
        <w:ind w:firstLine="420"/>
      </w:pPr>
      <w:r>
        <w:rPr>
          <w:rFonts w:ascii="宋体" w:hAnsi="宋体" w:eastAsia="宋体"/>
          <w:sz w:val="24"/>
        </w:rPr>
        <w:t>然后他拿起茶杯，一饮而尽，把空杯重重地顿在桌上。</w:t>
      </w:r>
    </w:p>
    <w:p>
      <w:pPr>
        <w:spacing w:line="560" w:lineRule="exact"/>
        <w:ind w:firstLine="420"/>
      </w:pPr>
      <w:r>
        <w:rPr>
          <w:rFonts w:ascii="宋体" w:hAnsi="宋体" w:eastAsia="宋体"/>
          <w:sz w:val="24"/>
        </w:rPr>
        <w:t>「那我告诉你一件事——这件事我本来打算带进棺材里的。」他放下茶杯，声音压得更低了，「陈泽宇失踪之前——大约三个月——来找过我一次。那是他十六年来，第一次主动联系我。」</w:t>
      </w:r>
    </w:p>
    <w:p>
      <w:pPr>
        <w:spacing w:line="560" w:lineRule="exact"/>
        <w:ind w:firstLine="420"/>
      </w:pPr>
      <w:r>
        <w:rPr>
          <w:rFonts w:ascii="宋体" w:hAnsi="宋体" w:eastAsia="宋体"/>
          <w:sz w:val="24"/>
        </w:rPr>
        <w:t>林风猛的抬头。</w:t>
      </w:r>
    </w:p>
    <w:p>
      <w:pPr>
        <w:spacing w:line="560" w:lineRule="exact"/>
        <w:ind w:firstLine="420"/>
      </w:pPr>
      <w:r>
        <w:rPr>
          <w:rFonts w:ascii="宋体" w:hAnsi="宋体" w:eastAsia="宋体"/>
          <w:sz w:val="24"/>
        </w:rPr>
        <w:t>「他说——『时间快到了。那孩子该知道了。他已经准备好了。』」</w:t>
      </w:r>
    </w:p>
    <w:p>
      <w:pPr>
        <w:spacing w:line="560" w:lineRule="exact"/>
        <w:ind w:firstLine="420"/>
      </w:pPr>
      <w:r>
        <w:rPr>
          <w:rFonts w:ascii="宋体" w:hAnsi="宋体" w:eastAsia="宋体"/>
          <w:sz w:val="24"/>
        </w:rPr>
        <w:t>林风的心脏像被一只手攥紧，呼吸都变得困难起来。两年前陈泽宇就知道他会来找王叔。那封离别信不是告别——而是伏笔。</w:t>
      </w:r>
    </w:p>
    <w:p>
      <w:pPr>
        <w:spacing w:line="560" w:lineRule="exact"/>
        <w:ind w:firstLine="420"/>
      </w:pPr>
      <w:r>
        <w:rPr>
          <w:rFonts w:ascii="宋体" w:hAnsi="宋体" w:eastAsia="宋体"/>
          <w:sz w:val="24"/>
        </w:rPr>
        <w:t>「然后他给了我这个。」</w:t>
      </w:r>
    </w:p>
    <w:p>
      <w:pPr>
        <w:spacing w:line="560" w:lineRule="exact"/>
        <w:ind w:firstLine="420"/>
      </w:pPr>
      <w:r>
        <w:rPr>
          <w:rFonts w:ascii="宋体" w:hAnsi="宋体" w:eastAsia="宋体"/>
          <w:sz w:val="24"/>
        </w:rPr>
        <w:t>王建国从夹克内袋里掏出一个信封——很旧了，边缘都磨毛了。信封上写着四个字——</w:t>
      </w:r>
    </w:p>
    <w:p>
      <w:pPr>
        <w:spacing w:line="560" w:lineRule="exact"/>
        <w:ind w:firstLine="420"/>
      </w:pPr>
      <w:r>
        <w:rPr>
          <w:rFonts w:ascii="宋体" w:hAnsi="宋体" w:eastAsia="宋体"/>
          <w:sz w:val="24"/>
        </w:rPr>
        <w:t>**「林风·亲启」**</w:t>
      </w:r>
    </w:p>
    <w:p>
      <w:pPr>
        <w:spacing w:line="560" w:lineRule="exact"/>
        <w:ind w:firstLine="420"/>
      </w:pPr>
      <w:r>
        <w:rPr>
          <w:rFonts w:ascii="宋体" w:hAnsi="宋体" w:eastAsia="宋体"/>
          <w:sz w:val="24"/>
        </w:rPr>
        <w:t>是父亲的笔迹——林风永远不会认错，那一笔一划都刻在记忆里。</w:t>
      </w:r>
    </w:p>
    <w:p>
      <w:pPr>
        <w:spacing w:line="560" w:lineRule="exact"/>
        <w:ind w:firstLine="420"/>
      </w:pPr>
      <w:r>
        <w:rPr>
          <w:rFonts w:ascii="宋体" w:hAnsi="宋体" w:eastAsia="宋体"/>
          <w:sz w:val="24"/>
        </w:rPr>
        <w:t>林风接过信封的手在微微发抖——这不是紧张，不是害怕，而是一种十六年来从未有过的期待。他小心地拆开封口，里面只有一张照片，纸质已经泛黄，但保存得很好。</w:t>
      </w:r>
    </w:p>
    <w:p>
      <w:pPr>
        <w:spacing w:line="560" w:lineRule="exact"/>
        <w:ind w:firstLine="420"/>
      </w:pPr>
      <w:r>
        <w:rPr>
          <w:rFonts w:ascii="宋体" w:hAnsi="宋体" w:eastAsia="宋体"/>
          <w:sz w:val="24"/>
        </w:rPr>
        <w:t>照片上，一座白色的建筑物。看起来像是一个科研基地，建在一片荒芜的戈壁滩上。周围是望不到边的黄沙和碎石，远处隐约能看到连绵的山脉轮廓。基地的围墙很高，顶上拉着铁丝网，大门口没有挂牌子，只有一组用白漆写在灰色水泥柱上的坐标数字。</w:t>
      </w:r>
    </w:p>
    <w:p>
      <w:pPr>
        <w:spacing w:line="560" w:lineRule="exact"/>
        <w:ind w:firstLine="420"/>
      </w:pPr>
      <w:r>
        <w:rPr>
          <w:rFonts w:ascii="宋体" w:hAnsi="宋体" w:eastAsia="宋体"/>
          <w:sz w:val="24"/>
        </w:rPr>
        <w:t>他慢慢把照片翻过来。背面果然有一行字——黑色的钢笔字，墨水已经微微晕开，但笔力依然清晰有力。是父亲的笔迹，——熟悉的字迹，和他记忆里父亲在生日贺卡上写的一模一样。</w:t>
      </w:r>
    </w:p>
    <w:p>
      <w:pPr>
        <w:spacing w:line="560" w:lineRule="exact"/>
        <w:ind w:firstLine="420"/>
      </w:pPr>
      <w:r>
        <w:rPr>
          <w:rFonts w:ascii="宋体" w:hAnsi="宋体" w:eastAsia="宋体"/>
          <w:sz w:val="24"/>
        </w:rPr>
        <w:t>**「我们就在这里等你。」——四个字，十六年的等待。**</w:t>
      </w:r>
    </w:p>
    <w:p>
      <w:pPr>
        <w:spacing w:line="560" w:lineRule="exact"/>
        <w:ind w:firstLine="420"/>
      </w:pPr>
      <w:r>
        <w:rPr>
          <w:rFonts w:ascii="宋体" w:hAnsi="宋体" w:eastAsia="宋体"/>
          <w:sz w:val="24"/>
        </w:rPr>
        <w:t>林风盯着这行字看了很久。眼眶有一点发酸，但他忍住了。他把照片小心地收进T恤内袋——贴着胸口的位置。</w:t>
      </w:r>
    </w:p>
    <w:p>
      <w:pPr>
        <w:spacing w:line="560" w:lineRule="exact"/>
        <w:ind w:firstLine="420"/>
      </w:pPr>
      <w:r>
        <w:rPr>
          <w:rFonts w:ascii="宋体" w:hAnsi="宋体" w:eastAsia="宋体"/>
          <w:sz w:val="24"/>
        </w:rPr>
        <w:t>「谢谢您，王叔——谢谢您等了十六年，真的谢谢你告诉我这一切。」</w:t>
      </w:r>
    </w:p>
    <w:p>
      <w:pPr>
        <w:spacing w:line="560" w:lineRule="exact"/>
        <w:ind w:firstLine="420"/>
      </w:pPr>
      <w:r>
        <w:rPr>
          <w:rFonts w:ascii="宋体" w:hAnsi="宋体" w:eastAsia="宋体"/>
          <w:sz w:val="24"/>
        </w:rPr>
        <w:t>「不用谢我。」王建国站起身，走到林风身边，轻轻拍了拍他的肩膀，「我欠你爸一个交代。十六年前他在我最难的时候帮过我，今天终于轮到我还这份人情了。」</w:t>
      </w:r>
    </w:p>
    <w:p>
      <w:pPr>
        <w:spacing w:line="560" w:lineRule="exact"/>
        <w:ind w:firstLine="420"/>
      </w:pPr>
      <w:r>
        <w:rPr>
          <w:rFonts w:ascii="宋体" w:hAnsi="宋体" w:eastAsia="宋体"/>
          <w:sz w:val="24"/>
        </w:rPr>
        <w:t>他转身走向门口。走了两步，又停下来——没有回头，只是侧过脸。</w:t>
      </w:r>
    </w:p>
    <w:p>
      <w:pPr>
        <w:spacing w:line="560" w:lineRule="exact"/>
        <w:ind w:firstLine="420"/>
      </w:pPr>
      <w:r>
        <w:rPr>
          <w:rFonts w:ascii="宋体" w:hAnsi="宋体" w:eastAsia="宋体"/>
          <w:sz w:val="24"/>
        </w:rPr>
        <w:t>「小林——你小心。当年有人要你父母的命。那些人——可能还在。十六年了，他们可能以为事情已经过去了。但如果他们知道你在查这件事——」</w:t>
      </w:r>
    </w:p>
    <w:p>
      <w:pPr>
        <w:spacing w:line="560" w:lineRule="exact"/>
        <w:ind w:firstLine="420"/>
      </w:pPr>
      <w:r>
        <w:rPr>
          <w:rFonts w:ascii="宋体" w:hAnsi="宋体" w:eastAsia="宋体"/>
          <w:sz w:val="24"/>
        </w:rPr>
        <w:t>他没有说完。</w:t>
      </w:r>
    </w:p>
    <w:p>
      <w:pPr>
        <w:spacing w:line="560" w:lineRule="exact"/>
        <w:ind w:firstLine="420"/>
      </w:pPr>
      <w:r>
        <w:rPr>
          <w:rFonts w:ascii="宋体" w:hAnsi="宋体" w:eastAsia="宋体"/>
          <w:sz w:val="24"/>
        </w:rPr>
        <w:t>门上的风铃响了又响，清脆的音符在空荡荡的茶楼里回荡。</w:t>
      </w:r>
    </w:p>
    <w:p>
      <w:pPr>
        <w:spacing w:line="560" w:lineRule="exact"/>
        <w:ind w:firstLine="420"/>
      </w:pPr>
      <w:r>
        <w:rPr>
          <w:rFonts w:ascii="宋体" w:hAnsi="宋体" w:eastAsia="宋体"/>
          <w:sz w:val="24"/>
        </w:rPr>
        <w:t>王建国佝偻的背影消失在下午的阳光里。门口的石板路上，他的影子被拉得很长很长。</w:t>
      </w:r>
    </w:p>
    <w:p>
      <w:pPr>
        <w:spacing w:line="560" w:lineRule="exact"/>
        <w:ind w:firstLine="420"/>
      </w:pPr>
      <w:r>
        <w:rPr>
          <w:rFonts w:ascii="宋体" w:hAnsi="宋体" w:eastAsia="宋体"/>
          <w:sz w:val="24"/>
        </w:rPr>
        <w:t>林风坐在空荡荡的茶楼里，手中握着那张写着坐标的照片。窗外，阳光透过梧桐树叶洒在桌面上，斑驳的光影随着微风晃动。</w:t>
      </w:r>
    </w:p>
    <w:p>
      <w:pPr>
        <w:spacing w:line="560" w:lineRule="exact"/>
        <w:ind w:firstLine="420"/>
      </w:pPr>
      <w:r>
        <w:rPr>
          <w:rFonts w:ascii="宋体" w:hAnsi="宋体" w:eastAsia="宋体"/>
          <w:sz w:val="24"/>
        </w:rPr>
        <w:t>十六年的黑暗笼罩——第一次，有一束光穿透了那层厚厚的幕布。</w:t>
      </w:r>
    </w:p>
    <w:p>
      <w:r>
        <w:br w:type="page"/>
      </w:r>
    </w:p>
    <w:p>
      <w:pPr>
        <w:jc w:val="center"/>
      </w:pPr>
      <w:r>
        <w:rPr>
          <w:b/>
          <w:sz w:val="32"/>
        </w:rPr>
        <w:t>第059章 坐标·向北</w:t>
      </w:r>
    </w:p>
    <w:p>
      <w:pPr>
        <w:jc w:val="center"/>
      </w:pPr>
      <w:r>
        <w:rPr>
          <w:color w:val="999999"/>
          <w:sz w:val="18"/>
        </w:rPr>
        <w:t>（2,512字）</w:t>
      </w:r>
    </w:p>
    <w:p/>
    <w:p>
      <w:pPr>
        <w:spacing w:line="560" w:lineRule="exact"/>
        <w:ind w:firstLine="420"/>
      </w:pPr>
      <w:r>
        <w:rPr>
          <w:rFonts w:ascii="宋体" w:hAnsi="宋体" w:eastAsia="宋体"/>
          <w:sz w:val="24"/>
        </w:rPr>
        <w:t>从茶楼出来时，下午的阳光依然刺眼。六月的太阳像一盏巨大的白炽灯挂在头顶，气温至少三十五度，把柏油路面晒得发软。林风眯了眯眼睛，适应了一下光线，然后低头看了一眼手中的照片。</w:t>
      </w:r>
    </w:p>
    <w:p>
      <w:pPr>
        <w:spacing w:line="560" w:lineRule="exact"/>
        <w:ind w:firstLine="420"/>
      </w:pPr>
      <w:r>
        <w:rPr>
          <w:rFonts w:ascii="宋体" w:hAnsi="宋体" w:eastAsia="宋体"/>
          <w:sz w:val="24"/>
        </w:rPr>
        <w:t>照片被他握得太紧，边角都卷了起来。他赶紧松开手，小心地把照片抚平——泛黄的相纸有一种脆弱的质感，仿佛稍微用力就会碎裂。</w:t>
      </w:r>
    </w:p>
    <w:p>
      <w:pPr>
        <w:spacing w:line="560" w:lineRule="exact"/>
        <w:ind w:firstLine="420"/>
      </w:pPr>
      <w:r>
        <w:rPr>
          <w:rFonts w:ascii="宋体" w:hAnsi="宋体" w:eastAsia="宋体"/>
          <w:sz w:val="24"/>
        </w:rPr>
        <w:t>他站在海宁路的街边，手里攥着那张泛黄的照片。街对面有一棵老梧桐树，树荫下几个老人在下棋。没有人注意到他。但他还是不自觉地用余光扫了一圈周围——停着的车、路边的行人、二楼打开的窗户——没有异常。</w:t>
      </w:r>
    </w:p>
    <w:p>
      <w:pPr>
        <w:spacing w:line="560" w:lineRule="exact"/>
        <w:ind w:firstLine="420"/>
      </w:pPr>
      <w:r>
        <w:rPr>
          <w:rFonts w:ascii="宋体" w:hAnsi="宋体" w:eastAsia="宋体"/>
          <w:sz w:val="24"/>
        </w:rPr>
        <w:t>照片背面那行字——「我们就在这里等你。」——已经被他手心的汗水浸得微微发潮。他把照片小心地抚平，放回T恤内袋，贴近心脏的位置，然后掏出手机，打开地图应用。</w:t>
      </w:r>
    </w:p>
    <w:p>
      <w:pPr>
        <w:spacing w:line="560" w:lineRule="exact"/>
        <w:ind w:firstLine="420"/>
      </w:pPr>
      <w:r>
        <w:rPr>
          <w:rFonts w:ascii="宋体" w:hAnsi="宋体" w:eastAsia="宋体"/>
          <w:sz w:val="24"/>
        </w:rPr>
        <w:t>他深吸一口气，在搜索栏里输入了照片上的坐标——北纬41.72，东经97.03。</w:t>
      </w:r>
    </w:p>
    <w:p>
      <w:pPr>
        <w:spacing w:line="560" w:lineRule="exact"/>
        <w:ind w:firstLine="420"/>
      </w:pPr>
      <w:r>
        <w:rPr>
          <w:rFonts w:ascii="宋体" w:hAnsi="宋体" w:eastAsia="宋体"/>
          <w:sz w:val="24"/>
        </w:rPr>
        <w:t>地图放大——位置在甘肃省北部，马鬃山附近，深入戈壁滩腹地。最近的城镇是几百公里外的酒泉市。周围没有任何标注的道路或建筑标记——一片荒芜的无人区。</w:t>
      </w:r>
    </w:p>
    <w:p>
      <w:pPr>
        <w:spacing w:line="560" w:lineRule="exact"/>
        <w:ind w:firstLine="420"/>
      </w:pPr>
      <w:r>
        <w:rPr>
          <w:rFonts w:ascii="宋体" w:hAnsi="宋体" w:eastAsia="宋体"/>
          <w:sz w:val="24"/>
        </w:rPr>
        <w:t>但坐标点确实存在。而且那个位置——卫星图上看不到任何建筑物。林风反复缩放画面，切换了三个不同的卫星地图软件——谷歌地图、百度地图、高德地图——结果都一样。那片区域像是被一个无形的矩形框裁掉了，灰色的像素块安静地躺在那里，拒绝透露任何信息。</w:t>
      </w:r>
    </w:p>
    <w:p>
      <w:pPr>
        <w:spacing w:line="560" w:lineRule="exact"/>
        <w:ind w:firstLine="420"/>
      </w:pPr>
      <w:r>
        <w:rPr>
          <w:rFonts w:ascii="宋体" w:hAnsi="宋体" w:eastAsia="宋体"/>
          <w:sz w:val="24"/>
        </w:rPr>
        <w:t>林风盯着手机屏幕看了很久。要么那片戈壁滩上真的什么都没有——要么建筑物被卫星图的处理算法刻意抹掉了。</w:t>
      </w:r>
    </w:p>
    <w:p>
      <w:pPr>
        <w:spacing w:line="560" w:lineRule="exact"/>
        <w:ind w:firstLine="420"/>
      </w:pPr>
      <w:r>
        <w:rPr>
          <w:rFonts w:ascii="宋体" w:hAnsi="宋体" w:eastAsia="宋体"/>
          <w:sz w:val="24"/>
        </w:rPr>
        <w:t>他想起父亲留下的那行字——「我们就在这里等你」——又想起王叔说的那句话：「文件上有国防部的章。」</w:t>
      </w:r>
    </w:p>
    <w:p>
      <w:pPr>
        <w:spacing w:line="560" w:lineRule="exact"/>
        <w:ind w:firstLine="420"/>
      </w:pPr>
      <w:r>
        <w:rPr>
          <w:rFonts w:ascii="宋体" w:hAnsi="宋体" w:eastAsia="宋体"/>
          <w:sz w:val="24"/>
        </w:rPr>
        <w:t>如果是国防项目，被卫星图屏蔽是正常的——他打开搜索引擎，查了一下民用卫星图的模糊化处理案例，中国的确有一些区域在民用地图上被彻底抹掉，大多是军事基地或科研设施。</w:t>
      </w:r>
    </w:p>
    <w:p>
      <w:pPr>
        <w:spacing w:line="560" w:lineRule="exact"/>
        <w:ind w:firstLine="420"/>
      </w:pPr>
      <w:r>
        <w:rPr>
          <w:rFonts w:ascii="宋体" w:hAnsi="宋体" w:eastAsia="宋体"/>
          <w:sz w:val="24"/>
        </w:rPr>
        <w:t>他收起手机，拦了一辆出租车，报了宿舍地址。出租车在城市的车流中穿梭，空调吹出的冷风带着一股烟味。林风靠在座椅上，望着车窗外飞速后退的街景——奶茶店、便利店、公交站台上等车的人——一切都和平时一样平凡——但他的世界已经彻底变了。但对他而言，今天之后，什么都不一样了。</w:t>
      </w:r>
    </w:p>
    <w:p>
      <w:pPr>
        <w:spacing w:line="560" w:lineRule="exact"/>
        <w:ind w:firstLine="420"/>
      </w:pPr>
      <w:r>
        <w:rPr>
          <w:rFonts w:ascii="宋体" w:hAnsi="宋体" w:eastAsia="宋体"/>
          <w:sz w:val="24"/>
        </w:rPr>
        <w:t>他缓缓闭上眼睛，让座椅靠背托住有些发沉的脑袋和混乱的思绪，脑海中把今天所有的线索一条一条串了起来。</w:t>
      </w:r>
    </w:p>
    <w:p>
      <w:pPr>
        <w:spacing w:line="560" w:lineRule="exact"/>
        <w:ind w:firstLine="420"/>
      </w:pPr>
      <w:r>
        <w:rPr>
          <w:rFonts w:ascii="宋体" w:hAnsi="宋体" w:eastAsia="宋体"/>
          <w:sz w:val="24"/>
        </w:rPr>
        <w:t>无名消散前说——父母还活着。</w:t>
        <w:br/>
        <w:t>王叔说车祸是假的，陈泽宇安排了假死。</w:t>
        <w:br/>
        <w:t>父亲的照片留下了一个戈壁滩的坐标。</w:t>
        <w:br/>
        <w:t>陈泽宇在失踪前三个月来找过王叔，说「时间快到了」。</w:t>
        <w:br/>
        <w:t>《天界》的核心中枢正在解密200GB的文件——那是父母留下的全部技术资料。</w:t>
      </w:r>
    </w:p>
    <w:p>
      <w:pPr>
        <w:spacing w:line="560" w:lineRule="exact"/>
        <w:ind w:firstLine="420"/>
      </w:pPr>
      <w:r>
        <w:rPr>
          <w:rFonts w:ascii="宋体" w:hAnsi="宋体" w:eastAsia="宋体"/>
          <w:sz w:val="24"/>
        </w:rPr>
        <w:t>所有的线——都指向同一个方向。</w:t>
      </w:r>
    </w:p>
    <w:p>
      <w:pPr>
        <w:spacing w:line="560" w:lineRule="exact"/>
        <w:ind w:firstLine="420"/>
      </w:pPr>
      <w:r>
        <w:rPr>
          <w:rFonts w:ascii="宋体" w:hAnsi="宋体" w:eastAsia="宋体"/>
          <w:sz w:val="24"/>
        </w:rPr>
        <w:t>但他还没有答案。他现在手里只有一张泛黄的照片、一个卫星盲区的坐标、和一个在茶楼里沉了十六年的秘密。</w:t>
      </w:r>
    </w:p>
    <w:p>
      <w:pPr>
        <w:spacing w:line="560" w:lineRule="exact"/>
        <w:ind w:firstLine="420"/>
      </w:pPr>
      <w:r>
        <w:rPr>
          <w:rFonts w:ascii="宋体" w:hAnsi="宋体" w:eastAsia="宋体"/>
          <w:sz w:val="24"/>
        </w:rPr>
        <w:t>出租车在一阵轻微的刹车声中稳稳地停在了宿舍楼下，林风的手机震了一下。</w:t>
      </w:r>
    </w:p>
    <w:p>
      <w:pPr>
        <w:spacing w:line="560" w:lineRule="exact"/>
        <w:ind w:firstLine="420"/>
      </w:pPr>
      <w:r>
        <w:rPr>
          <w:rFonts w:ascii="宋体" w:hAnsi="宋体" w:eastAsia="宋体"/>
          <w:sz w:val="24"/>
        </w:rPr>
        <w:t>屏幕上弹出了一条来自《天界》的离线消息提醒——【神域核心文件解密进度：23%。剩余时间：约36小时。】</w:t>
      </w:r>
    </w:p>
    <w:p>
      <w:pPr>
        <w:spacing w:line="560" w:lineRule="exact"/>
        <w:ind w:firstLine="420"/>
      </w:pPr>
      <w:r>
        <w:rPr>
          <w:rFonts w:ascii="宋体" w:hAnsi="宋体" w:eastAsia="宋体"/>
          <w:sz w:val="24"/>
        </w:rPr>
        <w:t>他低头看了一眼手机上的时间——下午三点四十分。太阳已经开始偏西了。距离那200GB的文件完全解密还需要一天半——三十六小时。距离他能去戈壁滩——至少还需要做好充足的准备。</w:t>
      </w:r>
    </w:p>
    <w:p>
      <w:pPr>
        <w:spacing w:line="560" w:lineRule="exact"/>
        <w:ind w:firstLine="420"/>
      </w:pPr>
      <w:r>
        <w:rPr>
          <w:rFonts w:ascii="宋体" w:hAnsi="宋体" w:eastAsia="宋体"/>
          <w:sz w:val="24"/>
        </w:rPr>
        <w:t>他进了房间，关上门，把窗帘拉开一条缝——楼下没有人跟踪。街上只有几个放学回家的中学生和一只在墙角打盹的橘猫。宿舍很安静，室友赵铁柱还在游戏里。他能听到隔壁房间传来的键盘敲击声。</w:t>
      </w:r>
    </w:p>
    <w:p>
      <w:pPr>
        <w:spacing w:line="560" w:lineRule="exact"/>
        <w:ind w:firstLine="420"/>
      </w:pPr>
      <w:r>
        <w:rPr>
          <w:rFonts w:ascii="宋体" w:hAnsi="宋体" w:eastAsia="宋体"/>
          <w:sz w:val="24"/>
        </w:rPr>
        <w:t>一切正常——至少表面上看起来是。</w:t>
      </w:r>
    </w:p>
    <w:p>
      <w:pPr>
        <w:spacing w:line="560" w:lineRule="exact"/>
        <w:ind w:firstLine="420"/>
      </w:pPr>
      <w:r>
        <w:rPr>
          <w:rFonts w:ascii="宋体" w:hAnsi="宋体" w:eastAsia="宋体"/>
          <w:sz w:val="24"/>
        </w:rPr>
        <w:t>他没有浪费时间，直接打开笔记本电脑，开始搜索酒泉到马鬃山的交通路线。键盘的敲击声在安静的房间里显得格外清晰。最近的火车站在酒泉南，到了之后需要租车向北开大约四个小时。没有班车，没有导航信号，需要一辆靠谱的越野车——最好是四驱带底盘护甲的，而且必须是能跑戈壁滩那种，普通的SUV扛不住。</w:t>
      </w:r>
    </w:p>
    <w:p>
      <w:pPr>
        <w:spacing w:line="560" w:lineRule="exact"/>
        <w:ind w:firstLine="420"/>
      </w:pPr>
      <w:r>
        <w:rPr>
          <w:rFonts w:ascii="宋体" w:hAnsi="宋体" w:eastAsia="宋体"/>
          <w:sz w:val="24"/>
        </w:rPr>
        <w:t>他又查了查自己的银行余额。游戏里烧了几亿金币，但现实中的账户还算充裕。父母留下的遗产加上陈泽宇管理期间的投资收益，账户上有七位数的存款。足够他买一辆二手的越野车、备足半个月的物资（水和干粮、急救包、卫星电话、备用油箱）、在戈壁滩上待一个月——如果那个基地真的存在的话。</w:t>
      </w:r>
    </w:p>
    <w:p>
      <w:pPr>
        <w:spacing w:line="560" w:lineRule="exact"/>
        <w:ind w:firstLine="420"/>
      </w:pPr>
      <w:r>
        <w:rPr>
          <w:rFonts w:ascii="宋体" w:hAnsi="宋体" w:eastAsia="宋体"/>
          <w:sz w:val="24"/>
        </w:rPr>
        <w:t>问题是：他真的要去吗？</w:t>
      </w:r>
    </w:p>
    <w:p>
      <w:pPr>
        <w:spacing w:line="560" w:lineRule="exact"/>
        <w:ind w:firstLine="420"/>
      </w:pPr>
      <w:r>
        <w:rPr>
          <w:rFonts w:ascii="宋体" w:hAnsi="宋体" w:eastAsia="宋体"/>
          <w:sz w:val="24"/>
        </w:rPr>
        <w:t>如果父母真的在那个基地里——十六年没见他，为什么现在才让他去找他们？</w:t>
        <w:br/>
        <w:t>如果这是一个陷阱——是陈泽宇布的局——那他要面对的是什么？</w:t>
        <w:br/>
        <w:t>如果那个基地根本不存在——照片只是一个诱饵——那他在戈壁滩上能找到什么？</w:t>
      </w:r>
    </w:p>
    <w:p>
      <w:pPr>
        <w:spacing w:line="560" w:lineRule="exact"/>
        <w:ind w:firstLine="420"/>
      </w:pPr>
      <w:r>
        <w:rPr>
          <w:rFonts w:ascii="宋体" w:hAnsi="宋体" w:eastAsia="宋体"/>
          <w:sz w:val="24"/>
        </w:rPr>
        <w:t>问题堆成了山。他靠在椅背上，盯着天花板。头顶的风扇在缓缓转动，发出有节奏的嗡嗡声。窗外的天色开始偏西，光线从窗帘缝隙里斜斜地透进来，在墙上拉出一道金色的长条。</w:t>
      </w:r>
    </w:p>
    <w:p>
      <w:pPr>
        <w:spacing w:line="560" w:lineRule="exact"/>
        <w:ind w:firstLine="420"/>
      </w:pPr>
      <w:r>
        <w:rPr>
          <w:rFonts w:ascii="宋体" w:hAnsi="宋体" w:eastAsia="宋体"/>
          <w:sz w:val="24"/>
        </w:rPr>
        <w:t>然后他拿起手机，给凌天发了一条消息：「凌天，帮我查一个坐标。北纬41.72，东经97.03。看看那地方有什么——任何信息都行。」</w:t>
      </w:r>
    </w:p>
    <w:p>
      <w:pPr>
        <w:spacing w:line="560" w:lineRule="exact"/>
        <w:ind w:firstLine="420"/>
      </w:pPr>
      <w:r>
        <w:rPr>
          <w:rFonts w:ascii="宋体" w:hAnsi="宋体" w:eastAsia="宋体"/>
          <w:sz w:val="24"/>
        </w:rPr>
        <w:t>三分钟后，凌天回复：「卫星盲区。那一片在所有民用地图上都是空白。我在军方遥感论坛上查了一下——那片区域在某些时期的卫星图像被完全抹掉了，只剩一片灰色的像素块。你从哪里拿到这个坐标的？」</w:t>
      </w:r>
    </w:p>
    <w:p>
      <w:pPr>
        <w:spacing w:line="560" w:lineRule="exact"/>
        <w:ind w:firstLine="420"/>
      </w:pPr>
      <w:r>
        <w:rPr>
          <w:rFonts w:ascii="宋体" w:hAnsi="宋体" w:eastAsia="宋体"/>
          <w:sz w:val="24"/>
        </w:rPr>
        <w:t>「我爸留给我的。十六年前就写在照片背面了。」</w:t>
      </w:r>
    </w:p>
    <w:p>
      <w:pPr>
        <w:spacing w:line="560" w:lineRule="exact"/>
        <w:ind w:firstLine="420"/>
      </w:pPr>
      <w:r>
        <w:rPr>
          <w:rFonts w:ascii="宋体" w:hAnsi="宋体" w:eastAsia="宋体"/>
          <w:sz w:val="24"/>
        </w:rPr>
        <w:t>凌天沉默了几秒——林风能想象到他推眼镜的动作——然后打了一行字：「你是认真的？你爸不是——」</w:t>
      </w:r>
    </w:p>
    <w:p>
      <w:pPr>
        <w:spacing w:line="560" w:lineRule="exact"/>
        <w:ind w:firstLine="420"/>
      </w:pPr>
      <w:r>
        <w:rPr>
          <w:rFonts w:ascii="宋体" w:hAnsi="宋体" w:eastAsia="宋体"/>
          <w:sz w:val="24"/>
        </w:rPr>
        <w:t>「不是。」林风打字很快，指尖在屏幕上飞速跳动，「今天下午有一个老人告诉我——那场车祸是假的。我父母还活着。十六年了——他们一直都在某个地方等着我。」</w:t>
      </w:r>
    </w:p>
    <w:p>
      <w:pPr>
        <w:spacing w:line="560" w:lineRule="exact"/>
        <w:ind w:firstLine="420"/>
      </w:pPr>
      <w:r>
        <w:rPr>
          <w:rFonts w:ascii="宋体" w:hAnsi="宋体" w:eastAsia="宋体"/>
          <w:sz w:val="24"/>
        </w:rPr>
        <w:t>通讯的另一端沉默了很久——久到林风以为他掉线了。这一次沉默得更久。</w:t>
      </w:r>
    </w:p>
    <w:p>
      <w:pPr>
        <w:spacing w:line="560" w:lineRule="exact"/>
        <w:ind w:firstLine="420"/>
      </w:pPr>
      <w:r>
        <w:rPr>
          <w:rFonts w:ascii="宋体" w:hAnsi="宋体" w:eastAsia="宋体"/>
          <w:sz w:val="24"/>
        </w:rPr>
        <w:t>然后他的消息框里弹出了几个字：「需要帮忙的话就说一声——我认识几个搞遥感和地理信息的朋友。」——然后他的头像就暗了，下线了。</w:t>
      </w:r>
    </w:p>
    <w:p>
      <w:pPr>
        <w:spacing w:line="560" w:lineRule="exact"/>
        <w:ind w:firstLine="420"/>
      </w:pPr>
      <w:r>
        <w:rPr>
          <w:rFonts w:ascii="宋体" w:hAnsi="宋体" w:eastAsia="宋体"/>
          <w:sz w:val="24"/>
        </w:rPr>
        <w:t>林风放下手机，屏幕上凌天的最后一条消息还亮着。他盯着那行字看了很久——「需要帮忙就说」——他深吸一口气，熄灭了手机屏幕。</w:t>
      </w:r>
    </w:p>
    <w:p>
      <w:pPr>
        <w:spacing w:line="560" w:lineRule="exact"/>
        <w:ind w:firstLine="420"/>
      </w:pPr>
      <w:r>
        <w:rPr>
          <w:rFonts w:ascii="宋体" w:hAnsi="宋体" w:eastAsia="宋体"/>
          <w:sz w:val="24"/>
        </w:rPr>
        <w:t>他没有立刻回复。因为他自己还没想清楚下一步具体要做什么。太多的可能性摆在面前——每一条路都通向未知。</w:t>
      </w:r>
    </w:p>
    <w:p>
      <w:pPr>
        <w:spacing w:line="560" w:lineRule="exact"/>
        <w:ind w:firstLine="420"/>
      </w:pPr>
      <w:r>
        <w:rPr>
          <w:rFonts w:ascii="宋体" w:hAnsi="宋体" w:eastAsia="宋体"/>
          <w:sz w:val="24"/>
        </w:rPr>
        <w:t>摆在他面前的问题——是立刻启程去戈壁滩？酒泉到马鬃山开车四个小时，基地如果真的存在，到了门口又该怎么进去？</w:t>
        <w:br/>
        <w:t>还是等三十六小时后那200GB的文件解密完成，看看里面到底有什么？那200GB的文件里可能就有答案——甚至可能包含基地的入口密码。</w:t>
        <w:br/>
        <w:t>还是先回游戏里看看——暗流残党在无名死后有没有什么动作？神豪殿的成员在神域开启后怎么样了？那四座塔的能量还在稳定传输吗？</w:t>
      </w:r>
    </w:p>
    <w:p>
      <w:pPr>
        <w:spacing w:line="560" w:lineRule="exact"/>
        <w:ind w:firstLine="420"/>
      </w:pPr>
      <w:r>
        <w:rPr>
          <w:rFonts w:ascii="宋体" w:hAnsi="宋体" w:eastAsia="宋体"/>
          <w:sz w:val="24"/>
        </w:rPr>
        <w:t>他想了想，决定先把游戏里的事情处理好。毕竟——暗流虽然失去了无名，但他们的组织还在。《天界》的管理权限虽然归他了，但暗流残部可能已经在策划反扑。而且神豪殿的公会成员们还在等他的下一步指令——神域开启后，新地图、新副本、新BOSS都会陆续解锁，他需要先稳住前线的局势。</w:t>
      </w:r>
    </w:p>
    <w:p>
      <w:pPr>
        <w:spacing w:line="560" w:lineRule="exact"/>
        <w:ind w:firstLine="420"/>
      </w:pPr>
      <w:r>
        <w:rPr>
          <w:rFonts w:ascii="宋体" w:hAnsi="宋体" w:eastAsia="宋体"/>
          <w:sz w:val="24"/>
        </w:rPr>
        <w:t>林风深吸一口气，不再犹豫，从桌上拿起VR头盔，擦了擦镜片上的灰尘，重新戴上。头盔的散热口吹出一阵暖风，像是一个老朋友在等他回来。</w:t>
      </w:r>
    </w:p>
    <w:p>
      <w:pPr>
        <w:spacing w:line="560" w:lineRule="exact"/>
        <w:ind w:firstLine="420"/>
      </w:pPr>
      <w:r>
        <w:rPr>
          <w:rFonts w:ascii="宋体" w:hAnsi="宋体" w:eastAsia="宋体"/>
          <w:sz w:val="24"/>
        </w:rPr>
        <w:t>头盔的镜片缓缓亮起，熟悉的登录界面浮现在眼前。《天界》的登录界面已经变了——登录界面的背景从原来的天风城主城画面变成了神域核心中枢的全息星图，他熟悉的角色ID「风中追风」旁边多了一个金色的徽章——【管理者】。</w:t>
      </w:r>
    </w:p>
    <w:p>
      <w:pPr>
        <w:spacing w:line="560" w:lineRule="exact"/>
        <w:ind w:firstLine="420"/>
      </w:pPr>
      <w:r>
        <w:rPr>
          <w:rFonts w:ascii="宋体" w:hAnsi="宋体" w:eastAsia="宋体"/>
          <w:sz w:val="24"/>
        </w:rPr>
        <w:t>文件还要解密三十六小时。在那之前——在出发去戈壁滩之前，他需要先确认很多事情——比如暗流的残党还有多少人，比如神豪殿的其他成员是否安全，比如那四座塔的能量传输是否稳定。</w:t>
      </w:r>
    </w:p>
    <w:p>
      <w:pPr>
        <w:spacing w:line="560" w:lineRule="exact"/>
        <w:ind w:firstLine="420"/>
      </w:pPr>
      <w:r>
        <w:rPr>
          <w:rFonts w:ascii="宋体" w:hAnsi="宋体" w:eastAsia="宋体"/>
          <w:sz w:val="24"/>
        </w:rPr>
        <w:t>——坐标确认在戈壁滩卫星盲区。凌天查到了什么？36小时后解密完成——等待林风的会是什么？</w:t>
      </w:r>
    </w:p>
    <w:p>
      <w:r>
        <w:br w:type="page"/>
      </w:r>
    </w:p>
    <w:p>
      <w:pPr>
        <w:jc w:val="center"/>
      </w:pPr>
      <w:r>
        <w:rPr>
          <w:b/>
          <w:sz w:val="32"/>
        </w:rPr>
        <w:t>第060章 回归·暗流未散</w:t>
      </w:r>
    </w:p>
    <w:p>
      <w:pPr>
        <w:jc w:val="center"/>
      </w:pPr>
      <w:r>
        <w:rPr>
          <w:color w:val="999999"/>
          <w:sz w:val="18"/>
        </w:rPr>
        <w:t>（2,502字）</w:t>
      </w:r>
    </w:p>
    <w:p/>
    <w:p>
      <w:pPr>
        <w:spacing w:line="560" w:lineRule="exact"/>
        <w:ind w:firstLine="420"/>
      </w:pPr>
      <w:r>
        <w:rPr>
          <w:rFonts w:ascii="宋体" w:hAnsi="宋体" w:eastAsia="宋体"/>
          <w:sz w:val="24"/>
        </w:rPr>
        <w:t>VR头盔的镜片亮起时，林风回到了《天界》。</w:t>
      </w:r>
    </w:p>
    <w:p>
      <w:pPr>
        <w:spacing w:line="560" w:lineRule="exact"/>
        <w:ind w:firstLine="420"/>
      </w:pPr>
      <w:r>
        <w:rPr>
          <w:rFonts w:ascii="宋体" w:hAnsi="宋体" w:eastAsia="宋体"/>
          <w:sz w:val="24"/>
        </w:rPr>
        <w:t>登录界面已经大变样了——原本的主城背景被替换成了神域核心中枢的全息星图，漫天星辰中悬浮着四座塔的能量标记，每座塔都散发着不同颜色的光芒——昆仑墟的冰蓝色、奥林匹斯的金色、亚特兰蒂斯的深蓝、梵天城的赤红。四道光柱在星图中央汇聚，形成一个旋转的能量漩涡。</w:t>
      </w:r>
    </w:p>
    <w:p>
      <w:pPr>
        <w:spacing w:line="560" w:lineRule="exact"/>
        <w:ind w:firstLine="420"/>
      </w:pPr>
      <w:r>
        <w:rPr>
          <w:rFonts w:ascii="宋体" w:hAnsi="宋体" w:eastAsia="宋体"/>
          <w:sz w:val="24"/>
        </w:rPr>
        <w:t>他的角色ID「风中追风」旁边，金色的【管理者】徽章在缓缓旋转，散发着柔和的光芒。</w:t>
      </w:r>
    </w:p>
    <w:p>
      <w:pPr>
        <w:spacing w:line="560" w:lineRule="exact"/>
        <w:ind w:firstLine="420"/>
      </w:pPr>
      <w:r>
        <w:rPr>
          <w:rFonts w:ascii="宋体" w:hAnsi="宋体" w:eastAsia="宋体"/>
          <w:sz w:val="24"/>
        </w:rPr>
        <w:t>系统提示如潮水般涌来——</w:t>
      </w:r>
    </w:p>
    <w:p>
      <w:pPr>
        <w:spacing w:line="560" w:lineRule="exact"/>
        <w:ind w:firstLine="420"/>
      </w:pPr>
      <w:r>
        <w:rPr>
          <w:rFonts w:ascii="宋体" w:hAnsi="宋体" w:eastAsia="宋体"/>
          <w:sz w:val="24"/>
        </w:rPr>
        <w:t>【欢迎回来，管理者·风中追风】</w:t>
      </w:r>
    </w:p>
    <w:p>
      <w:pPr>
        <w:spacing w:line="560" w:lineRule="exact"/>
        <w:ind w:firstLine="420"/>
      </w:pPr>
      <w:r>
        <w:rPr>
          <w:rFonts w:ascii="宋体" w:hAnsi="宋体" w:eastAsia="宋体"/>
          <w:sz w:val="24"/>
        </w:rPr>
        <w:t>【神域核心中枢运行状态：正常】</w:t>
      </w:r>
    </w:p>
    <w:p>
      <w:pPr>
        <w:spacing w:line="560" w:lineRule="exact"/>
        <w:ind w:firstLine="420"/>
      </w:pPr>
      <w:r>
        <w:rPr>
          <w:rFonts w:ascii="宋体" w:hAnsi="宋体" w:eastAsia="宋体"/>
          <w:sz w:val="24"/>
        </w:rPr>
        <w:t>【四塔能量传输：稳定——负载率32%】</w:t>
      </w:r>
    </w:p>
    <w:p>
      <w:pPr>
        <w:spacing w:line="560" w:lineRule="exact"/>
        <w:ind w:firstLine="420"/>
      </w:pPr>
      <w:r>
        <w:rPr>
          <w:rFonts w:ascii="宋体" w:hAnsi="宋体" w:eastAsia="宋体"/>
          <w:sz w:val="24"/>
        </w:rPr>
        <w:t>【文件解密进度：23%——剩余时间约36小时】</w:t>
      </w:r>
    </w:p>
    <w:p>
      <w:pPr>
        <w:spacing w:line="560" w:lineRule="exact"/>
        <w:ind w:firstLine="420"/>
      </w:pPr>
      <w:r>
        <w:rPr>
          <w:rFonts w:ascii="宋体" w:hAnsi="宋体" w:eastAsia="宋体"/>
          <w:sz w:val="24"/>
        </w:rPr>
        <w:t>【未读消息：一共1,247条】</w:t>
      </w:r>
    </w:p>
    <w:p>
      <w:pPr>
        <w:spacing w:line="560" w:lineRule="exact"/>
        <w:ind w:firstLine="420"/>
      </w:pPr>
      <w:r>
        <w:rPr>
          <w:rFonts w:ascii="宋体" w:hAnsi="宋体" w:eastAsia="宋体"/>
          <w:sz w:val="24"/>
        </w:rPr>
        <w:t>一千二百四十七条未读消息。林风看着那个数字，沉默了两秒。世界频道的消息滚动速度已经快得像瀑布——神域开启、管理者易主、暗流溃败——每一条消息都在疯狂刷屏，他根本来不及看。他没有去管世界频道，而是直接打开了公会面板。</w:t>
      </w:r>
    </w:p>
    <w:p>
      <w:pPr>
        <w:spacing w:line="560" w:lineRule="exact"/>
        <w:ind w:firstLine="420"/>
      </w:pPr>
      <w:r>
        <w:rPr>
          <w:rFonts w:ascii="宋体" w:hAnsi="宋体" w:eastAsia="宋体"/>
          <w:sz w:val="24"/>
        </w:rPr>
        <w:t>神豪殿在线人数：19/20。</w:t>
      </w:r>
    </w:p>
    <w:p>
      <w:pPr>
        <w:spacing w:line="560" w:lineRule="exact"/>
        <w:ind w:firstLine="420"/>
      </w:pPr>
      <w:r>
        <w:rPr>
          <w:rFonts w:ascii="宋体" w:hAnsi="宋体" w:eastAsia="宋体"/>
          <w:sz w:val="24"/>
        </w:rPr>
        <w:t>唯一不在线的是他——现在他也上线了。</w:t>
      </w:r>
    </w:p>
    <w:p>
      <w:pPr>
        <w:spacing w:line="560" w:lineRule="exact"/>
        <w:ind w:firstLine="420"/>
      </w:pPr>
      <w:r>
        <w:rPr>
          <w:rFonts w:ascii="宋体" w:hAnsi="宋体" w:eastAsia="宋体"/>
          <w:sz w:val="24"/>
        </w:rPr>
        <w:t>公会频道里瞬间炸了锅。</w:t>
      </w:r>
    </w:p>
    <w:p>
      <w:pPr>
        <w:spacing w:line="560" w:lineRule="exact"/>
        <w:ind w:firstLine="420"/>
      </w:pPr>
      <w:r>
        <w:rPr>
          <w:rFonts w:ascii="宋体" w:hAnsi="宋体" w:eastAsia="宋体"/>
          <w:sz w:val="24"/>
        </w:rPr>
        <w:t>赵铁柱：「风哥！！你终于上了！！你去哪了四个小时！！我们以为你被暗流的人线下真实了！！老子的电话都快打爆了！！」</w:t>
      </w:r>
    </w:p>
    <w:p>
      <w:pPr>
        <w:spacing w:line="560" w:lineRule="exact"/>
        <w:ind w:firstLine="420"/>
      </w:pPr>
      <w:r>
        <w:rPr>
          <w:rFonts w:ascii="宋体" w:hAnsi="宋体" w:eastAsia="宋体"/>
          <w:sz w:val="24"/>
        </w:rPr>
        <w:t>苏小雅：「铁柱别瞎说。风哥，你没事吧？凌天说你打完无名之后状态不太对——」</w:t>
      </w:r>
    </w:p>
    <w:p>
      <w:pPr>
        <w:spacing w:line="560" w:lineRule="exact"/>
        <w:ind w:firstLine="420"/>
      </w:pPr>
      <w:r>
        <w:rPr>
          <w:rFonts w:ascii="宋体" w:hAnsi="宋体" w:eastAsia="宋体"/>
          <w:sz w:val="24"/>
        </w:rPr>
        <w:t>狂战八方：「老大，你这四个小时不在，世界频道已经吵翻天了。有人说你是GM的内鬼，有人说你黑了系统跟暗流联手演了一出戏，还有人说你其实是天界的NPC——你是不知道，越传越离谱，连小说剧情都出来了。」</w:t>
      </w:r>
    </w:p>
    <w:p>
      <w:pPr>
        <w:spacing w:line="560" w:lineRule="exact"/>
        <w:ind w:firstLine="420"/>
      </w:pPr>
      <w:r>
        <w:rPr>
          <w:rFonts w:ascii="宋体" w:hAnsi="宋体" w:eastAsia="宋体"/>
          <w:sz w:val="24"/>
        </w:rPr>
        <w:t>剑舞天下：「公会频道没你的允许谁都没敢说话。但我们都在等你的指令。你说打谁，我们就打谁。」</w:t>
      </w:r>
    </w:p>
    <w:p>
      <w:pPr>
        <w:spacing w:line="560" w:lineRule="exact"/>
        <w:ind w:firstLine="420"/>
      </w:pPr>
      <w:r>
        <w:rPr>
          <w:rFonts w:ascii="宋体" w:hAnsi="宋体" w:eastAsia="宋体"/>
          <w:sz w:val="24"/>
        </w:rPr>
        <w:t>林风看着这些消息，心里涌上一股说不清的热流。这四个小时里，他在现实世界中经历了十六年最大的冲击——父母的假死、陈泽宇的失踪、戈壁滩的坐标——但游戏里的这群人，依然在等他回来指挥。</w:t>
      </w:r>
    </w:p>
    <w:p>
      <w:pPr>
        <w:spacing w:line="560" w:lineRule="exact"/>
        <w:ind w:firstLine="420"/>
      </w:pPr>
      <w:r>
        <w:rPr>
          <w:rFonts w:ascii="宋体" w:hAnsi="宋体" w:eastAsia="宋体"/>
          <w:sz w:val="24"/>
        </w:rPr>
        <w:t>他打开公会频道，打了一行字。</w:t>
      </w:r>
    </w:p>
    <w:p>
      <w:pPr>
        <w:spacing w:line="560" w:lineRule="exact"/>
        <w:ind w:firstLine="420"/>
      </w:pPr>
      <w:r>
        <w:rPr>
          <w:rFonts w:ascii="宋体" w:hAnsi="宋体" w:eastAsia="宋体"/>
          <w:sz w:val="24"/>
        </w:rPr>
        <w:t>「我真的没事。让大家担心了——神域现在情况怎么样？」</w:t>
      </w:r>
    </w:p>
    <w:p>
      <w:pPr>
        <w:spacing w:line="560" w:lineRule="exact"/>
        <w:ind w:firstLine="420"/>
      </w:pPr>
      <w:r>
        <w:rPr>
          <w:rFonts w:ascii="宋体" w:hAnsi="宋体" w:eastAsia="宋体"/>
          <w:sz w:val="24"/>
        </w:rPr>
        <w:t>凌天一如既往地冷静接话：「四座塔的能量已经全部接入中枢，数据流稳定。神域的核心地图已经全部解锁——一共七个新区域，等级上限从100级提升到了120级。新的世界BOSS会在二十四小时后刷新。」</w:t>
      </w:r>
    </w:p>
    <w:p>
      <w:pPr>
        <w:spacing w:line="560" w:lineRule="exact"/>
        <w:ind w:firstLine="420"/>
      </w:pPr>
      <w:r>
        <w:rPr>
          <w:rFonts w:ascii="宋体" w:hAnsi="宋体" w:eastAsia="宋体"/>
          <w:sz w:val="24"/>
        </w:rPr>
        <w:t>「暗流那边的情况呢？他们有什么动静？」</w:t>
      </w:r>
    </w:p>
    <w:p>
      <w:pPr>
        <w:spacing w:line="560" w:lineRule="exact"/>
        <w:ind w:firstLine="420"/>
      </w:pPr>
      <w:r>
        <w:rPr>
          <w:rFonts w:ascii="宋体" w:hAnsi="宋体" w:eastAsia="宋体"/>
          <w:sz w:val="24"/>
        </w:rPr>
        <w:t>「暗流的主公会已经解散了。无名死了之后，副指挥带着核心成员退到了国界边境的一个隐藏地图里——他们还没有完全放弃。大概还剩四十到五十个核心成员，等级都在95以上。」</w:t>
      </w:r>
    </w:p>
    <w:p>
      <w:pPr>
        <w:spacing w:line="560" w:lineRule="exact"/>
        <w:ind w:firstLine="420"/>
      </w:pPr>
      <w:r>
        <w:rPr>
          <w:rFonts w:ascii="宋体" w:hAnsi="宋体" w:eastAsia="宋体"/>
          <w:sz w:val="24"/>
        </w:rPr>
        <w:t>林风没有意外。暗流经营了这么多年，不可能因为一个老大的死就彻底崩盘。无名只是一个符号——他死了，暗流的骨架还在。</w:t>
      </w:r>
    </w:p>
    <w:p>
      <w:pPr>
        <w:spacing w:line="560" w:lineRule="exact"/>
        <w:ind w:firstLine="420"/>
      </w:pPr>
      <w:r>
        <w:rPr>
          <w:rFonts w:ascii="宋体" w:hAnsi="宋体" w:eastAsia="宋体"/>
          <w:sz w:val="24"/>
        </w:rPr>
        <w:t>「他们的位置在哪里？凌天，把坐标发给我。」</w:t>
      </w:r>
    </w:p>
    <w:p>
      <w:pPr>
        <w:spacing w:line="560" w:lineRule="exact"/>
        <w:ind w:firstLine="420"/>
      </w:pPr>
      <w:r>
        <w:rPr>
          <w:rFonts w:ascii="宋体" w:hAnsi="宋体" w:eastAsia="宋体"/>
          <w:sz w:val="24"/>
        </w:rPr>
        <w:t>「你真要去？」凌天问，「你现在是中枢管理者。你一个命令就能封了他们的账号。」</w:t>
      </w:r>
    </w:p>
    <w:p>
      <w:pPr>
        <w:spacing w:line="560" w:lineRule="exact"/>
        <w:ind w:firstLine="420"/>
      </w:pPr>
      <w:r>
        <w:rPr>
          <w:rFonts w:ascii="宋体" w:hAnsi="宋体" w:eastAsia="宋体"/>
          <w:sz w:val="24"/>
        </w:rPr>
        <w:t>「我不想用权限封他们。」林风说，「我要让他们自己走。用实力——让他们明白继续耗下去没有意义。」</w:t>
      </w:r>
    </w:p>
    <w:p>
      <w:pPr>
        <w:spacing w:line="560" w:lineRule="exact"/>
        <w:ind w:firstLine="420"/>
      </w:pPr>
      <w:r>
        <w:rPr>
          <w:rFonts w:ascii="宋体" w:hAnsi="宋体" w:eastAsia="宋体"/>
          <w:sz w:val="24"/>
        </w:rPr>
        <w:t>公会频道安静了片刻——每个人都在消化这个信息。</w:t>
      </w:r>
    </w:p>
    <w:p>
      <w:pPr>
        <w:spacing w:line="560" w:lineRule="exact"/>
        <w:ind w:firstLine="420"/>
      </w:pPr>
      <w:r>
        <w:rPr>
          <w:rFonts w:ascii="宋体" w:hAnsi="宋体" w:eastAsia="宋体"/>
          <w:sz w:val="24"/>
        </w:rPr>
        <w:t>赵铁柱先吼了一句：「说得好！！风哥！我跟你去！」</w:t>
      </w:r>
    </w:p>
    <w:p>
      <w:pPr>
        <w:spacing w:line="560" w:lineRule="exact"/>
        <w:ind w:firstLine="420"/>
      </w:pPr>
      <w:r>
        <w:rPr>
          <w:rFonts w:ascii="宋体" w:hAnsi="宋体" w:eastAsia="宋体"/>
          <w:sz w:val="24"/>
        </w:rPr>
        <w:t>「我也去。」夜影的声音从暗处传来——她在神域开启后升了一级，等级98。</w:t>
      </w:r>
    </w:p>
    <w:p>
      <w:pPr>
        <w:spacing w:line="560" w:lineRule="exact"/>
        <w:ind w:firstLine="420"/>
      </w:pPr>
      <w:r>
        <w:rPr>
          <w:rFonts w:ascii="宋体" w:hAnsi="宋体" w:eastAsia="宋体"/>
          <w:sz w:val="24"/>
        </w:rPr>
        <w:t>「算我一个。」苏小雅拉开弓弦试了试。</w:t>
      </w:r>
    </w:p>
    <w:p>
      <w:pPr>
        <w:spacing w:line="560" w:lineRule="exact"/>
        <w:ind w:firstLine="420"/>
      </w:pPr>
      <w:r>
        <w:rPr>
          <w:rFonts w:ascii="宋体" w:hAnsi="宋体" w:eastAsia="宋体"/>
          <w:sz w:val="24"/>
        </w:rPr>
        <w:t>「神豪殿——还有能打的，都跟我走。」</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暗流的残部退守在国境边境的一片隐藏地图——落日峡谷。峡谷两侧是高耸的红色岩壁，阳光从峡谷顶部的缝隙中斜射下来，在地面上投下刀锋般锋利的光影。中间只有一条窄路，宽度只够五个人并排行进——易守难攻。如果有人埋伏在两侧岩壁上，进来的人几乎必死无疑。</w:t>
      </w:r>
    </w:p>
    <w:p>
      <w:pPr>
        <w:spacing w:line="560" w:lineRule="exact"/>
        <w:ind w:firstLine="420"/>
      </w:pPr>
      <w:r>
        <w:rPr>
          <w:rFonts w:ascii="宋体" w:hAnsi="宋体" w:eastAsia="宋体"/>
          <w:sz w:val="24"/>
        </w:rPr>
        <w:t>林风站在峡谷入口时，身后站着十七个人。</w:t>
      </w:r>
    </w:p>
    <w:p>
      <w:pPr>
        <w:spacing w:line="560" w:lineRule="exact"/>
        <w:ind w:firstLine="420"/>
      </w:pPr>
      <w:r>
        <w:rPr>
          <w:rFonts w:ascii="宋体" w:hAnsi="宋体" w:eastAsia="宋体"/>
          <w:sz w:val="24"/>
        </w:rPr>
        <w:t>神豪殿的十七人——加上他自己，十八个。虽然人数不多，但每个人的装备都在神域开启后更新了一轮，等级最低的也达到了96级。</w:t>
      </w:r>
    </w:p>
    <w:p>
      <w:pPr>
        <w:spacing w:line="560" w:lineRule="exact"/>
        <w:ind w:firstLine="420"/>
      </w:pPr>
      <w:r>
        <w:rPr>
          <w:rFonts w:ascii="宋体" w:hAnsi="宋体" w:eastAsia="宋体"/>
          <w:sz w:val="24"/>
        </w:rPr>
        <w:t>对面，峡谷深处，四十多个暗流核心成员已经摆好了阵型。他们的ID前缀依然是暗红色的——和无名在世时一模一样，队形整齐，显然是训练有素的。</w:t>
      </w:r>
    </w:p>
    <w:p>
      <w:pPr>
        <w:spacing w:line="560" w:lineRule="exact"/>
        <w:ind w:firstLine="420"/>
      </w:pPr>
      <w:r>
        <w:rPr>
          <w:rFonts w:ascii="宋体" w:hAnsi="宋体" w:eastAsia="宋体"/>
          <w:sz w:val="24"/>
        </w:rPr>
        <w:t>为首的是一名叫「暗影仲裁者」的法师，等级99，装备豪华。他站在队伍最前方，看到林风时，冷笑了一声：「风中追风。你来赶尽杀绝？」</w:t>
      </w:r>
    </w:p>
    <w:p>
      <w:pPr>
        <w:spacing w:line="560" w:lineRule="exact"/>
        <w:ind w:firstLine="420"/>
      </w:pPr>
      <w:r>
        <w:rPr>
          <w:rFonts w:ascii="宋体" w:hAnsi="宋体" w:eastAsia="宋体"/>
          <w:sz w:val="24"/>
        </w:rPr>
        <w:t>「不。」林风拔出死亡裁决者，「我来给你们最后一次选择的机会——放下武器，退出暗流，我不追究。或者——」</w:t>
      </w:r>
    </w:p>
    <w:p>
      <w:pPr>
        <w:spacing w:line="560" w:lineRule="exact"/>
        <w:ind w:firstLine="420"/>
      </w:pPr>
      <w:r>
        <w:rPr>
          <w:rFonts w:ascii="宋体" w:hAnsi="宋体" w:eastAsia="宋体"/>
          <w:sz w:val="24"/>
        </w:rPr>
        <w:t>剑尖指向对方。</w:t>
      </w:r>
    </w:p>
    <w:p>
      <w:pPr>
        <w:spacing w:line="560" w:lineRule="exact"/>
        <w:ind w:firstLine="420"/>
      </w:pPr>
      <w:r>
        <w:rPr>
          <w:rFonts w:ascii="宋体" w:hAnsi="宋体" w:eastAsia="宋体"/>
          <w:sz w:val="24"/>
        </w:rPr>
        <w:t>「——我一个个打到你们删号为止。」</w:t>
      </w:r>
    </w:p>
    <w:p>
      <w:pPr>
        <w:spacing w:line="560" w:lineRule="exact"/>
        <w:ind w:firstLine="420"/>
      </w:pPr>
      <w:r>
        <w:rPr>
          <w:rFonts w:ascii="宋体" w:hAnsi="宋体" w:eastAsia="宋体"/>
          <w:sz w:val="24"/>
        </w:rPr>
        <w:t>暗影仲裁者的脸色变了。</w:t>
      </w:r>
    </w:p>
    <w:p>
      <w:pPr>
        <w:spacing w:line="560" w:lineRule="exact"/>
        <w:ind w:firstLine="420"/>
      </w:pPr>
      <w:r>
        <w:rPr>
          <w:rFonts w:ascii="宋体" w:hAnsi="宋体" w:eastAsia="宋体"/>
          <w:sz w:val="24"/>
        </w:rPr>
        <w:t>「你以为你是中枢管理者就了不起？」他咬牙道，「我们四十个人，你十八个。等级差不多。你真以为你稳赢？」</w:t>
      </w:r>
    </w:p>
    <w:p>
      <w:pPr>
        <w:spacing w:line="560" w:lineRule="exact"/>
        <w:ind w:firstLine="420"/>
      </w:pPr>
      <w:r>
        <w:rPr>
          <w:rFonts w:ascii="宋体" w:hAnsi="宋体" w:eastAsia="宋体"/>
          <w:sz w:val="24"/>
        </w:rPr>
        <w:t>林风没有说任何一个多余的字。</w:t>
      </w:r>
    </w:p>
    <w:p>
      <w:pPr>
        <w:spacing w:line="560" w:lineRule="exact"/>
        <w:ind w:firstLine="420"/>
      </w:pPr>
      <w:r>
        <w:rPr>
          <w:rFonts w:ascii="宋体" w:hAnsi="宋体" w:eastAsia="宋体"/>
          <w:sz w:val="24"/>
        </w:rPr>
        <w:t>他只是静静地举起右手，激活了古玉的全部力量。</w:t>
      </w:r>
    </w:p>
    <w:p>
      <w:pPr>
        <w:spacing w:line="560" w:lineRule="exact"/>
        <w:ind w:firstLine="420"/>
      </w:pPr>
      <w:r>
        <w:rPr>
          <w:rFonts w:ascii="宋体" w:hAnsi="宋体" w:eastAsia="宋体"/>
          <w:sz w:val="24"/>
        </w:rPr>
        <w:t>金色的光芒从他掌心炸裂开来——生命链接笼罩了全队十八人。然后是神豪领域——覆盖了整个峡谷入口。最后，他调用了中枢管理者的权限——</w:t>
      </w:r>
    </w:p>
    <w:p>
      <w:pPr>
        <w:spacing w:line="560" w:lineRule="exact"/>
        <w:ind w:firstLine="420"/>
      </w:pPr>
      <w:r>
        <w:rPr>
          <w:rFonts w:ascii="宋体" w:hAnsi="宋体" w:eastAsia="宋体"/>
          <w:sz w:val="24"/>
        </w:rPr>
        <w:t>【管理者特权·区域封锁】</w:t>
      </w:r>
    </w:p>
    <w:p>
      <w:pPr>
        <w:spacing w:line="560" w:lineRule="exact"/>
        <w:ind w:firstLine="420"/>
      </w:pPr>
      <w:r>
        <w:rPr>
          <w:rFonts w:ascii="宋体" w:hAnsi="宋体" w:eastAsia="宋体"/>
          <w:sz w:val="24"/>
        </w:rPr>
        <w:t>【落日峡谷已锁定。入口关闭。出口关闭。传送禁用。】</w:t>
      </w:r>
    </w:p>
    <w:p>
      <w:pPr>
        <w:spacing w:line="560" w:lineRule="exact"/>
        <w:ind w:firstLine="420"/>
      </w:pPr>
      <w:r>
        <w:rPr>
          <w:rFonts w:ascii="宋体" w:hAnsi="宋体" w:eastAsia="宋体"/>
          <w:sz w:val="24"/>
        </w:rPr>
        <w:t>【剩余时间：30分钟。】</w:t>
      </w:r>
    </w:p>
    <w:p>
      <w:pPr>
        <w:spacing w:line="560" w:lineRule="exact"/>
        <w:ind w:firstLine="420"/>
      </w:pPr>
      <w:r>
        <w:rPr>
          <w:rFonts w:ascii="宋体" w:hAnsi="宋体" w:eastAsia="宋体"/>
          <w:sz w:val="24"/>
        </w:rPr>
        <w:t>三十秒内打赢——或者三十钟后被困在这里等死。</w:t>
      </w:r>
    </w:p>
    <w:p>
      <w:pPr>
        <w:spacing w:line="560" w:lineRule="exact"/>
        <w:ind w:firstLine="420"/>
      </w:pPr>
      <w:r>
        <w:rPr>
          <w:rFonts w:ascii="宋体" w:hAnsi="宋体" w:eastAsia="宋体"/>
          <w:sz w:val="24"/>
        </w:rPr>
        <w:t>暗影仲裁者的嘴角不受控制地抽动了一下，他身后的治疗师已经悄悄取消了技能预读终于出现了恐惧。</w:t>
      </w:r>
    </w:p>
    <w:p>
      <w:pPr>
        <w:spacing w:line="560" w:lineRule="exact"/>
        <w:ind w:firstLine="420"/>
      </w:pPr>
      <w:r>
        <w:rPr>
          <w:rFonts w:ascii="宋体" w:hAnsi="宋体" w:eastAsia="宋体"/>
          <w:sz w:val="24"/>
        </w:rPr>
        <w:t>「你疯了——你这是要直接用管理权限封杀我们？！」</w:t>
      </w:r>
    </w:p>
    <w:p>
      <w:pPr>
        <w:spacing w:line="560" w:lineRule="exact"/>
        <w:ind w:firstLine="420"/>
      </w:pPr>
      <w:r>
        <w:rPr>
          <w:rFonts w:ascii="宋体" w:hAnsi="宋体" w:eastAsia="宋体"/>
          <w:sz w:val="24"/>
        </w:rPr>
        <w:t>「我给了你们选择。」林风举起剑，「三秒钟。你是自己走，还是我送你走？」</w:t>
      </w:r>
    </w:p>
    <w:p>
      <w:pPr>
        <w:spacing w:line="560" w:lineRule="exact"/>
        <w:ind w:firstLine="420"/>
      </w:pPr>
      <w:r>
        <w:rPr>
          <w:rFonts w:ascii="宋体" w:hAnsi="宋体" w:eastAsia="宋体"/>
          <w:sz w:val="24"/>
        </w:rPr>
        <w:t>峡谷里安静了整整三秒。</w:t>
      </w:r>
    </w:p>
    <w:p>
      <w:pPr>
        <w:spacing w:line="560" w:lineRule="exact"/>
        <w:ind w:firstLine="420"/>
      </w:pPr>
      <w:r>
        <w:rPr>
          <w:rFonts w:ascii="宋体" w:hAnsi="宋体" w:eastAsia="宋体"/>
          <w:sz w:val="24"/>
        </w:rPr>
        <w:t>风穿过峡谷的呼啸声清晰可闻。暗影仲裁者身后的暗流成员们面面相觑——有人放下了法杖，有人收起了盾牌，有人默默退了一步。士气——在无名死后本就摇摇欲坠的士气——在这一刻彻底崩塌。</w:t>
      </w:r>
    </w:p>
    <w:p>
      <w:pPr>
        <w:spacing w:line="560" w:lineRule="exact"/>
        <w:ind w:firstLine="420"/>
      </w:pPr>
      <w:r>
        <w:rPr>
          <w:rFonts w:ascii="宋体" w:hAnsi="宋体" w:eastAsia="宋体"/>
          <w:sz w:val="24"/>
        </w:rPr>
        <w:t>第一个暗流成员放下了武器。站在后排的一名刺客，主动把双刃插回腰间，选择退出战斗模式。第二个——一个治疗师取消了技能锁定。第三个。</w:t>
      </w:r>
    </w:p>
    <w:p>
      <w:pPr>
        <w:spacing w:line="560" w:lineRule="exact"/>
        <w:ind w:firstLine="420"/>
      </w:pPr>
      <w:r>
        <w:rPr>
          <w:rFonts w:ascii="宋体" w:hAnsi="宋体" w:eastAsia="宋体"/>
          <w:sz w:val="24"/>
        </w:rPr>
        <w:t>暗影仲裁者看着身边的人一个一个放下武器，脸色由红变白，由白变灰。他张了张嘴，想骂人，但最终什么都没说出来。他狠狠地砸了一下地面——峡谷的石板被砸出一个裂纹——然后从牙缝里挤出了三个字：「我们撤。」</w:t>
      </w:r>
    </w:p>
    <w:p>
      <w:pPr>
        <w:spacing w:line="560" w:lineRule="exact"/>
        <w:ind w:firstLine="420"/>
      </w:pPr>
      <w:r>
        <w:rPr>
          <w:rFonts w:ascii="宋体" w:hAnsi="宋体" w:eastAsia="宋体"/>
          <w:sz w:val="24"/>
        </w:rPr>
        <w:t>四十多个暗流核心成员，站在原地，化成白光——选择了强制下线，而不是继续战斗。</w:t>
      </w:r>
    </w:p>
    <w:p>
      <w:pPr>
        <w:spacing w:line="560" w:lineRule="exact"/>
        <w:ind w:firstLine="420"/>
      </w:pPr>
      <w:r>
        <w:rPr>
          <w:rFonts w:ascii="宋体" w:hAnsi="宋体" w:eastAsia="宋体"/>
          <w:sz w:val="24"/>
        </w:rPr>
        <w:t>林风收起了剑。但凌天的声音同时在公会频道响起：「他们撤得太整齐了。不像溃败——像是有序撤退。有人在背后指挥他们。」</w:t>
      </w:r>
    </w:p>
    <w:p>
      <w:pPr>
        <w:spacing w:line="560" w:lineRule="exact"/>
        <w:ind w:firstLine="420"/>
      </w:pPr>
      <w:r>
        <w:rPr>
          <w:rFonts w:ascii="宋体" w:hAnsi="宋体" w:eastAsia="宋体"/>
          <w:sz w:val="24"/>
        </w:rPr>
        <w:t>「暗流不止无名一个人。」夜影的声音从阴影中传来，「无名死了，但他的副手可能已经接手了。刚才那个暗影仲裁者——我看过他的资料。他在暗流里不是核心决策层，最多是个打手队长。真正的指挥——没有露面。」</w:t>
      </w:r>
    </w:p>
    <w:p>
      <w:pPr>
        <w:spacing w:line="560" w:lineRule="exact"/>
        <w:ind w:firstLine="420"/>
      </w:pPr>
      <w:r>
        <w:rPr>
          <w:rFonts w:ascii="宋体" w:hAnsi="宋体" w:eastAsia="宋体"/>
          <w:sz w:val="24"/>
        </w:rPr>
        <w:t>林风沉默了片刻。夜影说得对——暗流的核心指挥层可能根本没有出现在落日峡谷。无名的死只是让暗流的表面组织瘫痪了——但它的根，可能还在更深的地方。</w:t>
      </w:r>
    </w:p>
    <w:p>
      <w:pPr>
        <w:spacing w:line="560" w:lineRule="exact"/>
        <w:ind w:firstLine="420"/>
      </w:pPr>
      <w:r>
        <w:rPr>
          <w:rFonts w:ascii="宋体" w:hAnsi="宋体" w:eastAsia="宋体"/>
          <w:sz w:val="24"/>
        </w:rPr>
        <w:t>「走吧。」他转身对身后的神豪殿成员说，「先回神域。还有三十多个小时的解密时间。在那之前——开荒新地图，把等级提上去。不管暗流还有什么后手——等级压制永远是最硬的道理。」</w:t>
      </w:r>
    </w:p>
    <w:p>
      <w:pPr>
        <w:spacing w:line="560" w:lineRule="exact"/>
        <w:ind w:firstLine="420"/>
      </w:pPr>
      <w:r>
        <w:rPr>
          <w:rFonts w:ascii="宋体" w:hAnsi="宋体" w:eastAsia="宋体"/>
          <w:sz w:val="24"/>
        </w:rPr>
        <w:t>赵铁柱咧着嘴笑了：「这才是我认识的风哥。管他什么暗流明流——等级碾压一切！」他拍了拍盾牌，盾面上新镀了一层金色的镶边——那是在神域里新换的传说级盾牌，「我已经99了，再升一级就能用新的套装了。」</w:t>
      </w:r>
    </w:p>
    <w:p>
      <w:pPr>
        <w:spacing w:line="560" w:lineRule="exact"/>
        <w:ind w:firstLine="420"/>
      </w:pPr>
      <w:r>
        <w:rPr>
          <w:rFonts w:ascii="宋体" w:hAnsi="宋体" w:eastAsia="宋体"/>
          <w:sz w:val="24"/>
        </w:rPr>
        <w:t>「那就去练级。」林风打开神域地图，指向第一个新区域——「涅槃之地」，推荐等级100~110。暗红色的地图标识显示那里是一片燃烧的荒原，怪物的等级和密度都远高于之前的任何地图，「这片区域，四小时速刷到102。」</w:t>
      </w:r>
    </w:p>
    <w:p>
      <w:pPr>
        <w:spacing w:line="560" w:lineRule="exact"/>
        <w:ind w:firstLine="420"/>
      </w:pPr>
      <w:r>
        <w:rPr>
          <w:rFonts w:ascii="宋体" w:hAnsi="宋体" w:eastAsia="宋体"/>
          <w:sz w:val="24"/>
        </w:rPr>
        <w:t>「四小时？！」狂战八方瞪大了眼睛，「老大，那可是100级的图——」</w:t>
      </w:r>
    </w:p>
    <w:p>
      <w:pPr>
        <w:spacing w:line="560" w:lineRule="exact"/>
        <w:ind w:firstLine="420"/>
      </w:pPr>
      <w:r>
        <w:rPr>
          <w:rFonts w:ascii="宋体" w:hAnsi="宋体" w:eastAsia="宋体"/>
          <w:sz w:val="24"/>
        </w:rPr>
        <w:t>林风打开神豪商店，买了二十份【神域·双倍经验卷轴】，每份五十万金币。然后全员交易。</w:t>
      </w:r>
    </w:p>
    <w:p>
      <w:pPr>
        <w:spacing w:line="560" w:lineRule="exact"/>
        <w:ind w:firstLine="420"/>
      </w:pPr>
      <w:r>
        <w:rPr>
          <w:rFonts w:ascii="宋体" w:hAnsi="宋体" w:eastAsia="宋体"/>
          <w:sz w:val="24"/>
        </w:rPr>
        <w:t>「这些够不够用？不够的话我再去商城扫货。」</w:t>
      </w:r>
    </w:p>
    <w:p>
      <w:pPr>
        <w:spacing w:line="560" w:lineRule="exact"/>
        <w:ind w:firstLine="420"/>
      </w:pPr>
      <w:r>
        <w:rPr>
          <w:rFonts w:ascii="宋体" w:hAnsi="宋体" w:eastAsia="宋体"/>
          <w:sz w:val="24"/>
        </w:rPr>
        <w:t>「够了够了！」狂战八方接过卷轴，表情瞬间从质疑变成了兴奋。</w:t>
      </w:r>
    </w:p>
    <w:p>
      <w:pPr>
        <w:spacing w:line="560" w:lineRule="exact"/>
        <w:ind w:firstLine="420"/>
      </w:pPr>
      <w:r>
        <w:rPr>
          <w:rFonts w:ascii="宋体" w:hAnsi="宋体" w:eastAsia="宋体"/>
          <w:sz w:val="24"/>
        </w:rPr>
        <w:t>神豪殿十八人穿过神域的传送门，踏入燃烧的荒原，向神域深处进发。</w:t>
      </w:r>
    </w:p>
    <w:p>
      <w:pPr>
        <w:spacing w:line="560" w:lineRule="exact"/>
        <w:ind w:firstLine="420"/>
      </w:pPr>
      <w:r>
        <w:rPr>
          <w:rFonts w:ascii="宋体" w:hAnsi="宋体" w:eastAsia="宋体"/>
          <w:sz w:val="24"/>
        </w:rPr>
        <w:t>——暗流残部不战而降，但他们的撤退太过整齐——有人在背后指挥。36小时倒计时继续——文件解密完成之时，会发生什么？</w:t>
      </w:r>
    </w:p>
    <w:p>
      <w:r>
        <w:br w:type="page"/>
      </w:r>
    </w:p>
    <w:p>
      <w:pPr>
        <w:jc w:val="center"/>
      </w:pPr>
      <w:r>
        <w:rPr>
          <w:b/>
          <w:sz w:val="32"/>
        </w:rPr>
        <w:t>第061章 涅槃之地·暗流阴影</w:t>
      </w:r>
    </w:p>
    <w:p>
      <w:pPr>
        <w:jc w:val="center"/>
      </w:pPr>
      <w:r>
        <w:rPr>
          <w:color w:val="999999"/>
          <w:sz w:val="18"/>
        </w:rPr>
        <w:t>（2,518字）</w:t>
      </w:r>
    </w:p>
    <w:p/>
    <w:p>
      <w:pPr>
        <w:spacing w:line="560" w:lineRule="exact"/>
        <w:ind w:firstLine="420"/>
      </w:pPr>
      <w:r>
        <w:rPr>
          <w:rFonts w:ascii="宋体" w:hAnsi="宋体" w:eastAsia="宋体"/>
          <w:sz w:val="24"/>
        </w:rPr>
        <w:t>涅槃之地。</w:t>
      </w:r>
    </w:p>
    <w:p>
      <w:pPr>
        <w:spacing w:line="560" w:lineRule="exact"/>
        <w:ind w:firstLine="420"/>
      </w:pPr>
      <w:r>
        <w:rPr>
          <w:rFonts w:ascii="宋体" w:hAnsi="宋体" w:eastAsia="宋体"/>
          <w:sz w:val="24"/>
        </w:rPr>
        <w:t>神域开启后解锁的第一个高级地图——一片被永恒火焰焚毁的荒原。大地是焦黑色的，裂开无数道深不见底的缝隙，缝隙中涌动着暗红色的岩浆，气泡从岩浆表面炸开时发出噗噗的声响。天空被厚厚的灰烬层覆盖，看不见太阳，只有火光在天际线上跳跃跳动，把整片大地染成暗红色。</w:t>
      </w:r>
    </w:p>
    <w:p>
      <w:pPr>
        <w:spacing w:line="560" w:lineRule="exact"/>
        <w:ind w:firstLine="420"/>
      </w:pPr>
      <w:r>
        <w:rPr>
          <w:rFonts w:ascii="宋体" w:hAnsi="宋体" w:eastAsia="宋体"/>
          <w:sz w:val="24"/>
        </w:rPr>
        <w:t>空气中弥漫着硫磺和焦土的气味——和梵天城很像，但更大、更空旷、更荒凉。放眼望去，除了燃烧的大地和零星矗立的焦黑枯树之外，什么都没有。地图上的标记显示这片区域纵横超过二十公里——足够一个百人团练一整天的。</w:t>
      </w:r>
    </w:p>
    <w:p>
      <w:pPr>
        <w:spacing w:line="560" w:lineRule="exact"/>
        <w:ind w:firstLine="420"/>
      </w:pPr>
      <w:r>
        <w:rPr>
          <w:rFonts w:ascii="宋体" w:hAnsi="宋体" w:eastAsia="宋体"/>
          <w:sz w:val="24"/>
        </w:rPr>
        <w:t>「这地方真够荒的。」赵铁柱踩了踩焦黑的地面，靴子底沾上了一层黑色的灰烬，「连一根草都长不出来。」</w:t>
      </w:r>
    </w:p>
    <w:p>
      <w:pPr>
        <w:spacing w:line="560" w:lineRule="exact"/>
        <w:ind w:firstLine="420"/>
      </w:pPr>
      <w:r>
        <w:rPr>
          <w:rFonts w:ascii="宋体" w:hAnsi="宋体" w:eastAsia="宋体"/>
          <w:sz w:val="24"/>
        </w:rPr>
        <w:t>这里的怪物是【涅槃守卫者】，等级102~105，人形火焰生物，全身覆盖着燃烧的暗红色铠甲，头盔的缝隙中透出橘红色的火光。它们不像普通怪物那样在原地巡逻——它们会巡逻、会撤退、会呼叫支援。战斗智商远超普通野外怪，简直像是有AI在操控。林风观察了一会儿，发现它们的巡逻路线是有规律的——每三分钟变更一次路线，彼此之间用火光亮灭作为信号。</w:t>
      </w:r>
    </w:p>
    <w:p>
      <w:pPr>
        <w:spacing w:line="560" w:lineRule="exact"/>
        <w:ind w:firstLine="420"/>
      </w:pPr>
      <w:r>
        <w:rPr>
          <w:rFonts w:ascii="宋体" w:hAnsi="宋体" w:eastAsia="宋体"/>
          <w:sz w:val="24"/>
        </w:rPr>
        <w:t>「这玩意儿的设计水平堪比副本精英了。」剑舞天下双剑交叉格挡了一次火焰斩击，被震退了三步，剑刃上冒出一缕白烟——那是高温灼烧的痕迹，「一只还好说——但它们是三五成群地出没，打一只引一群。我刚才试了单拉一只，结果隔壁两群也冲过来了。」</w:t>
      </w:r>
    </w:p>
    <w:p>
      <w:pPr>
        <w:spacing w:line="560" w:lineRule="exact"/>
        <w:ind w:firstLine="420"/>
      </w:pPr>
      <w:r>
        <w:rPr>
          <w:rFonts w:ascii="宋体" w:hAnsi="宋体" w:eastAsia="宋体"/>
          <w:sz w:val="24"/>
        </w:rPr>
        <w:t>「所以不能一只一只打。」林风站在队伍最前方，死亡裁决者上附魔了冰属性——在水下亚特兰蒂斯用雷，对付火焰生物用冰，这是最基础的属性克制，「拉一波大的，我开神豪领域清场。」</w:t>
      </w:r>
    </w:p>
    <w:p>
      <w:pPr>
        <w:spacing w:line="560" w:lineRule="exact"/>
        <w:ind w:firstLine="420"/>
      </w:pPr>
      <w:r>
        <w:rPr>
          <w:rFonts w:ascii="宋体" w:hAnsi="宋体" w:eastAsia="宋体"/>
          <w:sz w:val="24"/>
        </w:rPr>
        <w:t>「一波多大？」赵铁柱问，手已经按在了盾牌的握柄上。</w:t>
      </w:r>
    </w:p>
    <w:p>
      <w:pPr>
        <w:spacing w:line="560" w:lineRule="exact"/>
        <w:ind w:firstLine="420"/>
      </w:pPr>
      <w:r>
        <w:rPr>
          <w:rFonts w:ascii="宋体" w:hAnsi="宋体" w:eastAsia="宋体"/>
          <w:sz w:val="24"/>
        </w:rPr>
        <w:t>林风迅速环顾四周——前方大约有两百码的开阔地，地面上散落着至少七八群涅槃守卫者，每一群五六只不等，总数不下四十只。它们有的在巡逻，有的在修复破损的铠甲，有的在把同伴的尸体拖走。</w:t>
      </w:r>
    </w:p>
    <w:p>
      <w:pPr>
        <w:spacing w:line="560" w:lineRule="exact"/>
        <w:ind w:firstLine="420"/>
      </w:pPr>
      <w:r>
        <w:rPr>
          <w:rFonts w:ascii="宋体" w:hAnsi="宋体" w:eastAsia="宋体"/>
          <w:sz w:val="24"/>
        </w:rPr>
        <w:t>「那一片。全拉。」</w:t>
      </w:r>
    </w:p>
    <w:p>
      <w:pPr>
        <w:spacing w:line="560" w:lineRule="exact"/>
        <w:ind w:firstLine="420"/>
      </w:pPr>
      <w:r>
        <w:rPr>
          <w:rFonts w:ascii="宋体" w:hAnsi="宋体" w:eastAsia="宋体"/>
          <w:sz w:val="24"/>
        </w:rPr>
        <w:t>赵铁柱的表情在火光中僵了一秒，然后咧嘴笑了：「好嘞——您瞧好了，我去拉怪！」</w:t>
      </w:r>
    </w:p>
    <w:p>
      <w:pPr>
        <w:spacing w:line="560" w:lineRule="exact"/>
        <w:ind w:firstLine="420"/>
      </w:pPr>
      <w:r>
        <w:rPr>
          <w:rFonts w:ascii="宋体" w:hAnsi="宋体" w:eastAsia="宋体"/>
          <w:sz w:val="24"/>
        </w:rPr>
        <w:t>他没等林风回答，直接一个盾牌冲锋直接冲进了怪群中央。盾牌猛击砸在地上，发出一声沉闷的巨响——仇恨值瞬间拉满了周围所有守卫者。</w:t>
      </w:r>
    </w:p>
    <w:p>
      <w:pPr>
        <w:spacing w:line="560" w:lineRule="exact"/>
        <w:ind w:firstLine="420"/>
      </w:pPr>
      <w:r>
        <w:rPr>
          <w:rFonts w:ascii="宋体" w:hAnsi="宋体" w:eastAsia="宋体"/>
          <w:sz w:val="24"/>
        </w:rPr>
        <w:t>四十多只涅槃守卫者同时转向赵铁柱，火焰铠甲上的纹路同时亮起——它们要集火了。</w:t>
      </w:r>
    </w:p>
    <w:p>
      <w:pPr>
        <w:spacing w:line="560" w:lineRule="exact"/>
        <w:ind w:firstLine="420"/>
      </w:pPr>
      <w:r>
        <w:rPr>
          <w:rFonts w:ascii="宋体" w:hAnsi="宋体" w:eastAsia="宋体"/>
          <w:sz w:val="24"/>
        </w:rPr>
        <w:t>「疯子。」林风低声骂了一句疯子，然后拔剑跟上——</w:t>
      </w:r>
    </w:p>
    <w:p>
      <w:pPr>
        <w:spacing w:line="560" w:lineRule="exact"/>
        <w:ind w:firstLine="420"/>
      </w:pPr>
      <w:r>
        <w:rPr>
          <w:rFonts w:ascii="宋体" w:hAnsi="宋体" w:eastAsia="宋体"/>
          <w:sz w:val="24"/>
        </w:rPr>
        <w:t>「神豪领域——开！」</w:t>
      </w:r>
    </w:p>
    <w:p>
      <w:pPr>
        <w:spacing w:line="560" w:lineRule="exact"/>
        <w:ind w:firstLine="420"/>
      </w:pPr>
      <w:r>
        <w:rPr>
          <w:rFonts w:ascii="宋体" w:hAnsi="宋体" w:eastAsia="宋体"/>
          <w:sz w:val="24"/>
        </w:rPr>
        <w:t>金色的光环以他为中心扩散开来，覆盖了整个战场。全队伤害提升300%，技能冷却缩减80%，生命恢复速度翻十倍。</w:t>
      </w:r>
    </w:p>
    <w:p>
      <w:pPr>
        <w:spacing w:line="560" w:lineRule="exact"/>
        <w:ind w:firstLine="420"/>
      </w:pPr>
      <w:r>
        <w:rPr>
          <w:rFonts w:ascii="宋体" w:hAnsi="宋体" w:eastAsia="宋体"/>
          <w:sz w:val="24"/>
        </w:rPr>
        <w:t>接下来的一分半钟，是纯粹的碾压。</w:t>
      </w:r>
    </w:p>
    <w:p>
      <w:pPr>
        <w:spacing w:line="560" w:lineRule="exact"/>
        <w:ind w:firstLine="420"/>
      </w:pPr>
      <w:r>
        <w:rPr>
          <w:rFonts w:ascii="宋体" w:hAnsi="宋体" w:eastAsia="宋体"/>
          <w:sz w:val="24"/>
        </w:rPr>
        <w:t>赵铁柱在怪群中央扛着四十多只怪的集火，血条在神豪领域的恢复加成下像过山车一样起伏——掉到百分之三十，拉回百分之八十，再掉到百分之四十，再拉满。他的盾牌上布满了火焰灼烧的焦痕，但他一步都没有后退。夜影穿梭在怪群中，身形在火光中忽隐忽现，每一刀都精准地落在守卫者铠甲的缝隙处——那是它们的弱点，暴击率翻倍。苏小雅的箭雨从高空覆盖下来，每一箭都附带冰属性伤害，将火焰守卫者的移动速度降到最低，让它们根本无法靠近赵铁柱的后排。</w:t>
      </w:r>
    </w:p>
    <w:p>
      <w:pPr>
        <w:spacing w:line="560" w:lineRule="exact"/>
        <w:ind w:firstLine="420"/>
      </w:pPr>
      <w:r>
        <w:rPr>
          <w:rFonts w:ascii="宋体" w:hAnsi="宋体" w:eastAsia="宋体"/>
          <w:sz w:val="24"/>
        </w:rPr>
        <w:t>一分三十七秒。</w:t>
      </w:r>
    </w:p>
    <w:p>
      <w:pPr>
        <w:spacing w:line="560" w:lineRule="exact"/>
        <w:ind w:firstLine="420"/>
      </w:pPr>
      <w:r>
        <w:rPr>
          <w:rFonts w:ascii="宋体" w:hAnsi="宋体" w:eastAsia="宋体"/>
          <w:sz w:val="24"/>
        </w:rPr>
        <w:t>四十多只涅槃守卫者全部倒地。地面上散落着焦黑的铠甲碎片和闪闪发光的掉落物品。</w:t>
      </w:r>
    </w:p>
    <w:p>
      <w:pPr>
        <w:spacing w:line="560" w:lineRule="exact"/>
        <w:ind w:firstLine="420"/>
      </w:pPr>
      <w:r>
        <w:rPr>
          <w:rFonts w:ascii="宋体" w:hAnsi="宋体" w:eastAsia="宋体"/>
          <w:sz w:val="24"/>
        </w:rPr>
        <w:t>所有人的经验条都涨了肉眼可见的一大截——102级所需的经验量大概需要这样刷十五轮。</w:t>
      </w:r>
    </w:p>
    <w:p>
      <w:pPr>
        <w:spacing w:line="560" w:lineRule="exact"/>
        <w:ind w:firstLine="420"/>
      </w:pPr>
      <w:r>
        <w:rPr>
          <w:rFonts w:ascii="宋体" w:hAnsi="宋体" w:eastAsia="宋体"/>
          <w:sz w:val="24"/>
        </w:rPr>
        <w:t>「太爽了——这升级速度绝了！」赵铁柱大笑着踩在最后一只守卫者的尸体上，经验条闪了一下——他也升到了100级，「十分钟一波，两个半小时就能到102！」</w:t>
      </w:r>
    </w:p>
    <w:p>
      <w:pPr>
        <w:spacing w:line="560" w:lineRule="exact"/>
        <w:ind w:firstLine="420"/>
      </w:pPr>
      <w:r>
        <w:rPr>
          <w:rFonts w:ascii="宋体" w:hAnsi="宋体" w:eastAsia="宋体"/>
          <w:sz w:val="24"/>
        </w:rPr>
        <w:t>「别高兴得太早。」林风指了指远方地平线的方向，「更大的还在后面。」</w:t>
      </w:r>
    </w:p>
    <w:p>
      <w:pPr>
        <w:spacing w:line="560" w:lineRule="exact"/>
        <w:ind w:firstLine="420"/>
      </w:pPr>
      <w:r>
        <w:rPr>
          <w:rFonts w:ascii="宋体" w:hAnsi="宋体" w:eastAsia="宋体"/>
          <w:sz w:val="24"/>
        </w:rPr>
        <w:t>远处，地平线的尽头，一只体型是普通守卫者五倍的巨型火焰生物正在缓缓起身。它的头顶有一个金色的名字——</w:t>
      </w:r>
    </w:p>
    <w:p>
      <w:pPr>
        <w:spacing w:line="560" w:lineRule="exact"/>
        <w:ind w:firstLine="420"/>
      </w:pPr>
      <w:r>
        <w:rPr>
          <w:rFonts w:ascii="宋体" w:hAnsi="宋体" w:eastAsia="宋体"/>
          <w:sz w:val="24"/>
        </w:rPr>
        <w:t>【涅槃之主·守门者】</w:t>
      </w:r>
    </w:p>
    <w:p>
      <w:pPr>
        <w:spacing w:line="560" w:lineRule="exact"/>
        <w:ind w:firstLine="420"/>
      </w:pPr>
      <w:r>
        <w:rPr>
          <w:rFonts w:ascii="宋体" w:hAnsi="宋体" w:eastAsia="宋体"/>
          <w:sz w:val="24"/>
        </w:rPr>
        <w:t>等级：110。</w:t>
      </w:r>
    </w:p>
    <w:p>
      <w:pPr>
        <w:spacing w:line="560" w:lineRule="exact"/>
        <w:ind w:firstLine="420"/>
      </w:pPr>
      <w:r>
        <w:rPr>
          <w:rFonts w:ascii="宋体" w:hAnsi="宋体" w:eastAsia="宋体"/>
          <w:sz w:val="24"/>
        </w:rPr>
        <w:t>「BOSS。」凌天说，「应该是这片区域的关底。打完它，涅槃之地的传送门就完全解锁了。」</w:t>
      </w:r>
    </w:p>
    <w:p>
      <w:pPr>
        <w:spacing w:line="560" w:lineRule="exact"/>
        <w:ind w:firstLine="420"/>
      </w:pPr>
      <w:r>
        <w:rPr>
          <w:rFonts w:ascii="宋体" w:hAnsi="宋体" w:eastAsia="宋体"/>
          <w:sz w:val="24"/>
        </w:rPr>
        <w:t>「打不打？」苏小雅的声音里带着一丝跃跃欲试。她已经拉开了弓弦试射了一箭——箭矢在守卫者BOSS的铠甲上擦出一串火花，只打掉了0.3%的血量。BOSS甚至没有理睬她，依然在沉睡中。</w:t>
      </w:r>
    </w:p>
    <w:p>
      <w:pPr>
        <w:spacing w:line="560" w:lineRule="exact"/>
        <w:ind w:firstLine="420"/>
      </w:pPr>
      <w:r>
        <w:rPr>
          <w:rFonts w:ascii="宋体" w:hAnsi="宋体" w:eastAsia="宋体"/>
          <w:sz w:val="24"/>
        </w:rPr>
        <w:t>「防御高得离谱。」苏小雅皱起眉头，「远程伤害减半了。」</w:t>
      </w:r>
    </w:p>
    <w:p>
      <w:pPr>
        <w:spacing w:line="560" w:lineRule="exact"/>
        <w:ind w:firstLine="420"/>
      </w:pPr>
      <w:r>
        <w:rPr>
          <w:rFonts w:ascii="宋体" w:hAnsi="宋体" w:eastAsia="宋体"/>
          <w:sz w:val="24"/>
        </w:rPr>
        <w:t>「抗性光环。」凌天很快给出了分析结论，「涅槃之主拥有【火焰光环】，100码内所有成员每五秒受到一次火焰伤害，远程攻击减免50%。建议近战主输出，远程负责清理小怪和驱散BUFF。」</w:t>
      </w:r>
    </w:p>
    <w:p>
      <w:pPr>
        <w:spacing w:line="560" w:lineRule="exact"/>
        <w:ind w:firstLine="420"/>
      </w:pPr>
      <w:r>
        <w:rPr>
          <w:rFonts w:ascii="宋体" w:hAnsi="宋体" w:eastAsia="宋体"/>
          <w:sz w:val="24"/>
        </w:rPr>
        <w:t>林风看了看时间。距离文件解密完成还有大约三十四小时。打这个BOSS——如果一切顺利——大概需要一个小时。</w:t>
      </w:r>
    </w:p>
    <w:p>
      <w:pPr>
        <w:spacing w:line="560" w:lineRule="exact"/>
        <w:ind w:firstLine="420"/>
      </w:pPr>
      <w:r>
        <w:rPr>
          <w:rFonts w:ascii="宋体" w:hAnsi="宋体" w:eastAsia="宋体"/>
          <w:sz w:val="24"/>
        </w:rPr>
        <w:t>林风只回了一个字——「打。」</w:t>
      </w:r>
    </w:p>
    <w:p>
      <w:pPr>
        <w:spacing w:line="560" w:lineRule="exact"/>
        <w:ind w:firstLine="420"/>
      </w:pPr>
      <w:r>
        <w:rPr>
          <w:rFonts w:ascii="宋体" w:hAnsi="宋体" w:eastAsia="宋体"/>
          <w:sz w:val="24"/>
        </w:rPr>
        <w:t>四十分钟后。</w:t>
      </w:r>
    </w:p>
    <w:p>
      <w:pPr>
        <w:spacing w:line="560" w:lineRule="exact"/>
        <w:ind w:firstLine="420"/>
      </w:pPr>
      <w:r>
        <w:rPr>
          <w:rFonts w:ascii="宋体" w:hAnsi="宋体" w:eastAsia="宋体"/>
          <w:sz w:val="24"/>
        </w:rPr>
        <w:t>涅槃之主倒下了。它的躯体先是裂开无数道金色的细缝，然后炸裂成漫天的金色光点，像是火焰中升起的星尘洒向大地。地面上的岩浆在它死后迅速冷却凝固，变成了一片黑色的玻璃质地面，倒映着天空中残留的火光。</w:t>
      </w:r>
    </w:p>
    <w:p>
      <w:pPr>
        <w:spacing w:line="560" w:lineRule="exact"/>
        <w:ind w:firstLine="420"/>
      </w:pPr>
      <w:r>
        <w:rPr>
          <w:rFonts w:ascii="宋体" w:hAnsi="宋体" w:eastAsia="宋体"/>
          <w:sz w:val="24"/>
        </w:rPr>
        <w:t>BOSS的掉落很丰厚——一把传说级的单手剑【涅槃裁决】（物理攻击+12%，火焰伤害+8%）、一件史诗级的法师袍【灰烬法衣】（法术防御+15%，火焰抗性+20%）、和一把紫色的弓【灼日之弓】（远程攻击+10%，暴击率+5%）。团队贡献最高的林风、苏小雅和剑舞天下各拿了一件。</w:t>
      </w:r>
    </w:p>
    <w:p>
      <w:pPr>
        <w:spacing w:line="560" w:lineRule="exact"/>
        <w:ind w:firstLine="420"/>
      </w:pPr>
      <w:r>
        <w:rPr>
          <w:rFonts w:ascii="宋体" w:hAnsi="宋体" w:eastAsia="宋体"/>
          <w:sz w:val="24"/>
        </w:rPr>
        <w:t>但林风在意的不是装备。</w:t>
      </w:r>
    </w:p>
    <w:p>
      <w:pPr>
        <w:spacing w:line="560" w:lineRule="exact"/>
        <w:ind w:firstLine="420"/>
      </w:pPr>
      <w:r>
        <w:rPr>
          <w:rFonts w:ascii="宋体" w:hAnsi="宋体" w:eastAsia="宋体"/>
          <w:sz w:val="24"/>
        </w:rPr>
        <w:t>他站在涅槃之主的尸体前，打开了管理者面板。</w:t>
      </w:r>
    </w:p>
    <w:p>
      <w:pPr>
        <w:spacing w:line="560" w:lineRule="exact"/>
        <w:ind w:firstLine="420"/>
      </w:pPr>
      <w:r>
        <w:rPr>
          <w:rFonts w:ascii="宋体" w:hAnsi="宋体" w:eastAsia="宋体"/>
          <w:sz w:val="24"/>
        </w:rPr>
        <w:t>【文件解密进度：27%】</w:t>
      </w:r>
    </w:p>
    <w:p>
      <w:pPr>
        <w:spacing w:line="560" w:lineRule="exact"/>
        <w:ind w:firstLine="420"/>
      </w:pPr>
      <w:r>
        <w:rPr>
          <w:rFonts w:ascii="宋体" w:hAnsi="宋体" w:eastAsia="宋体"/>
          <w:sz w:val="24"/>
        </w:rPr>
        <w:t>【剩余时间：约34小时】</w:t>
      </w:r>
    </w:p>
    <w:p>
      <w:pPr>
        <w:spacing w:line="560" w:lineRule="exact"/>
        <w:ind w:firstLine="420"/>
      </w:pPr>
      <w:r>
        <w:rPr>
          <w:rFonts w:ascii="宋体" w:hAnsi="宋体" w:eastAsia="宋体"/>
          <w:sz w:val="24"/>
        </w:rPr>
        <w:t>进度又涨了4%。按照这个速度——大概每小时1%的样子——三十四个小时后就能完全解密。高速的数据流在面板上闪烁，表明核心服务器正在满负荷运转。</w:t>
      </w:r>
    </w:p>
    <w:p>
      <w:pPr>
        <w:spacing w:line="560" w:lineRule="exact"/>
        <w:ind w:firstLine="420"/>
      </w:pPr>
      <w:r>
        <w:rPr>
          <w:rFonts w:ascii="宋体" w:hAnsi="宋体" w:eastAsia="宋体"/>
          <w:sz w:val="24"/>
        </w:rPr>
        <w:t>但一个奇怪的提示引起了他的注意。</w:t>
      </w:r>
    </w:p>
    <w:p>
      <w:pPr>
        <w:spacing w:line="560" w:lineRule="exact"/>
        <w:ind w:firstLine="420"/>
      </w:pPr>
      <w:r>
        <w:rPr>
          <w:rFonts w:ascii="宋体" w:hAnsi="宋体" w:eastAsia="宋体"/>
          <w:sz w:val="24"/>
        </w:rPr>
        <w:t>【警告：检测到3次异常访问请求】</w:t>
      </w:r>
    </w:p>
    <w:p>
      <w:pPr>
        <w:spacing w:line="560" w:lineRule="exact"/>
        <w:ind w:firstLine="420"/>
      </w:pPr>
      <w:r>
        <w:rPr>
          <w:rFonts w:ascii="宋体" w:hAnsi="宋体" w:eastAsia="宋体"/>
          <w:sz w:val="24"/>
        </w:rPr>
        <w:t>【目标：核心文件节点C7】</w:t>
      </w:r>
    </w:p>
    <w:p>
      <w:pPr>
        <w:spacing w:line="560" w:lineRule="exact"/>
        <w:ind w:firstLine="420"/>
      </w:pPr>
      <w:r>
        <w:rPr>
          <w:rFonts w:ascii="宋体" w:hAnsi="宋体" w:eastAsia="宋体"/>
          <w:sz w:val="24"/>
        </w:rPr>
        <w:t>【来源IP：已匿名（经三层代理转发）】</w:t>
      </w:r>
    </w:p>
    <w:p>
      <w:pPr>
        <w:spacing w:line="560" w:lineRule="exact"/>
        <w:ind w:firstLine="420"/>
      </w:pPr>
      <w:r>
        <w:rPr>
          <w:rFonts w:ascii="宋体" w:hAnsi="宋体" w:eastAsia="宋体"/>
          <w:sz w:val="24"/>
        </w:rPr>
        <w:t>【状态：已拦截】</w:t>
      </w:r>
    </w:p>
    <w:p>
      <w:pPr>
        <w:spacing w:line="560" w:lineRule="exact"/>
        <w:ind w:firstLine="420"/>
      </w:pPr>
      <w:r>
        <w:rPr>
          <w:rFonts w:ascii="宋体" w:hAnsi="宋体" w:eastAsia="宋体"/>
          <w:sz w:val="24"/>
        </w:rPr>
        <w:t>有人在试图远程访问正在解密的核心文件。而且——被拦截了三次。这说明对方不只是在试探，而是在持续攻击。</w:t>
      </w:r>
    </w:p>
    <w:p>
      <w:pPr>
        <w:spacing w:line="560" w:lineRule="exact"/>
        <w:ind w:firstLine="420"/>
      </w:pPr>
      <w:r>
        <w:rPr>
          <w:rFonts w:ascii="宋体" w:hAnsi="宋体" w:eastAsia="宋体"/>
          <w:sz w:val="24"/>
        </w:rPr>
        <w:t>有人在试图远程访问正在解密的核心文件。</w:t>
      </w:r>
    </w:p>
    <w:p>
      <w:pPr>
        <w:spacing w:line="560" w:lineRule="exact"/>
        <w:ind w:firstLine="420"/>
      </w:pPr>
      <w:r>
        <w:rPr>
          <w:rFonts w:ascii="宋体" w:hAnsi="宋体" w:eastAsia="宋体"/>
          <w:sz w:val="24"/>
        </w:rPr>
        <w:t>林风皱起了眉头。</w:t>
      </w:r>
    </w:p>
    <w:p>
      <w:pPr>
        <w:spacing w:line="560" w:lineRule="exact"/>
        <w:ind w:firstLine="420"/>
      </w:pPr>
      <w:r>
        <w:rPr>
          <w:rFonts w:ascii="宋体" w:hAnsi="宋体" w:eastAsia="宋体"/>
          <w:sz w:val="24"/>
        </w:rPr>
        <w:t>「凌天——有人在试着黑我的解密文件。」</w:t>
      </w:r>
    </w:p>
    <w:p>
      <w:pPr>
        <w:spacing w:line="560" w:lineRule="exact"/>
        <w:ind w:firstLine="420"/>
      </w:pPr>
      <w:r>
        <w:rPr>
          <w:rFonts w:ascii="宋体" w:hAnsi="宋体" w:eastAsia="宋体"/>
          <w:sz w:val="24"/>
        </w:rPr>
        <w:t>「能追踪到来源吗？对方是什么人？」凌天立刻追问。</w:t>
      </w:r>
    </w:p>
    <w:p>
      <w:pPr>
        <w:spacing w:line="560" w:lineRule="exact"/>
        <w:ind w:firstLine="420"/>
      </w:pPr>
      <w:r>
        <w:rPr>
          <w:rFonts w:ascii="宋体" w:hAnsi="宋体" w:eastAsia="宋体"/>
          <w:sz w:val="24"/>
        </w:rPr>
        <w:t>「匿名IP，绕了三层代理。我只能看到……网关在亚洲以外的节点。」</w:t>
      </w:r>
    </w:p>
    <w:p>
      <w:pPr>
        <w:spacing w:line="560" w:lineRule="exact"/>
        <w:ind w:firstLine="420"/>
      </w:pPr>
      <w:r>
        <w:rPr>
          <w:rFonts w:ascii="宋体" w:hAnsi="宋体" w:eastAsia="宋体"/>
          <w:sz w:val="24"/>
        </w:rPr>
        <w:t>公会频道安静了片刻。</w:t>
      </w:r>
    </w:p>
    <w:p>
      <w:pPr>
        <w:spacing w:line="560" w:lineRule="exact"/>
        <w:ind w:firstLine="420"/>
      </w:pPr>
      <w:r>
        <w:rPr>
          <w:rFonts w:ascii="宋体" w:hAnsi="宋体" w:eastAsia="宋体"/>
          <w:sz w:val="24"/>
        </w:rPr>
        <w:t>「暗流。」夜影说出了所有人都在想的那两个字，「无名死了，但他们还有别人。」</w:t>
      </w:r>
    </w:p>
    <w:p>
      <w:pPr>
        <w:spacing w:line="560" w:lineRule="exact"/>
        <w:ind w:firstLine="420"/>
      </w:pPr>
      <w:r>
        <w:rPr>
          <w:rFonts w:ascii="宋体" w:hAnsi="宋体" w:eastAsia="宋体"/>
          <w:sz w:val="24"/>
        </w:rPr>
        <w:t>林风一直没有说话。他只是静静地站在燃烧的荒原上，看着天边灰烬和火光交织成一片暗红色的光晕。</w:t>
      </w:r>
    </w:p>
    <w:p>
      <w:pPr>
        <w:spacing w:line="560" w:lineRule="exact"/>
        <w:ind w:firstLine="420"/>
      </w:pPr>
      <w:r>
        <w:rPr>
          <w:rFonts w:ascii="宋体" w:hAnsi="宋体" w:eastAsia="宋体"/>
          <w:sz w:val="24"/>
        </w:rPr>
        <w:t>三十四个小时后——当文件完全解密时——会发生什么？</w:t>
      </w:r>
    </w:p>
    <w:p>
      <w:pPr>
        <w:spacing w:line="560" w:lineRule="exact"/>
        <w:ind w:firstLine="420"/>
      </w:pPr>
      <w:r>
        <w:rPr>
          <w:rFonts w:ascii="宋体" w:hAnsi="宋体" w:eastAsia="宋体"/>
          <w:sz w:val="24"/>
        </w:rPr>
        <w:t>他不知道。但他知道的是——暗流不会坐视不管。</w:t>
      </w:r>
    </w:p>
    <w:p>
      <w:pPr>
        <w:spacing w:line="560" w:lineRule="exact"/>
        <w:ind w:firstLine="420"/>
      </w:pPr>
      <w:r>
        <w:rPr>
          <w:rFonts w:ascii="宋体" w:hAnsi="宋体" w:eastAsia="宋体"/>
          <w:sz w:val="24"/>
        </w:rPr>
        <w:t>「继续练级。」他说，「升到105。然后——等文件解密。」</w:t>
      </w:r>
    </w:p>
    <w:p>
      <w:pPr>
        <w:spacing w:line="560" w:lineRule="exact"/>
        <w:ind w:firstLine="420"/>
      </w:pPr>
      <w:r>
        <w:rPr>
          <w:rFonts w:ascii="宋体" w:hAnsi="宋体" w:eastAsia="宋体"/>
          <w:sz w:val="24"/>
        </w:rPr>
        <w:t>「那之后呢？」苏小雅问。</w:t>
      </w:r>
    </w:p>
    <w:p>
      <w:pPr>
        <w:spacing w:line="560" w:lineRule="exact"/>
        <w:ind w:firstLine="420"/>
      </w:pPr>
      <w:r>
        <w:rPr>
          <w:rFonts w:ascii="宋体" w:hAnsi="宋体" w:eastAsia="宋体"/>
          <w:sz w:val="24"/>
        </w:rPr>
        <w:t>林风沉默了片刻。</w:t>
      </w:r>
    </w:p>
    <w:p>
      <w:pPr>
        <w:spacing w:line="560" w:lineRule="exact"/>
        <w:ind w:firstLine="420"/>
      </w:pPr>
      <w:r>
        <w:rPr>
          <w:rFonts w:ascii="宋体" w:hAnsi="宋体" w:eastAsia="宋体"/>
          <w:sz w:val="24"/>
        </w:rPr>
        <w:t>「那之后——我去一趟戈壁滩。找到那个坐标上的地方。」</w:t>
      </w:r>
    </w:p>
    <w:p>
      <w:pPr>
        <w:spacing w:line="560" w:lineRule="exact"/>
        <w:ind w:firstLine="420"/>
      </w:pPr>
      <w:r>
        <w:rPr>
          <w:rFonts w:ascii="宋体" w:hAnsi="宋体" w:eastAsia="宋体"/>
          <w:sz w:val="24"/>
        </w:rPr>
        <w:t>公会频道沉默了几秒。</w:t>
      </w:r>
    </w:p>
    <w:p>
      <w:pPr>
        <w:spacing w:line="560" w:lineRule="exact"/>
        <w:ind w:firstLine="420"/>
      </w:pPr>
      <w:r>
        <w:rPr>
          <w:rFonts w:ascii="宋体" w:hAnsi="宋体" w:eastAsia="宋体"/>
          <w:sz w:val="24"/>
        </w:rPr>
        <w:t>赵铁柱最先开口——他的声音比平时正经了许多：「风哥，你说真的假的？真要去那种鸟不拉屎的鬼地方？」</w:t>
      </w:r>
    </w:p>
    <w:p>
      <w:pPr>
        <w:spacing w:line="560" w:lineRule="exact"/>
        <w:ind w:firstLine="420"/>
      </w:pPr>
      <w:r>
        <w:rPr>
          <w:rFonts w:ascii="宋体" w:hAnsi="宋体" w:eastAsia="宋体"/>
          <w:sz w:val="24"/>
        </w:rPr>
        <w:t>「认真的。我必须去。」</w:t>
      </w:r>
    </w:p>
    <w:p>
      <w:pPr>
        <w:spacing w:line="560" w:lineRule="exact"/>
        <w:ind w:firstLine="420"/>
      </w:pPr>
      <w:r>
        <w:rPr>
          <w:rFonts w:ascii="宋体" w:hAnsi="宋体" w:eastAsia="宋体"/>
          <w:sz w:val="24"/>
        </w:rPr>
        <w:t>「那我跟你一起走一趟。」</w:t>
      </w:r>
    </w:p>
    <w:p>
      <w:pPr>
        <w:spacing w:line="560" w:lineRule="exact"/>
        <w:ind w:firstLine="420"/>
      </w:pPr>
      <w:r>
        <w:rPr>
          <w:rFonts w:ascii="宋体" w:hAnsi="宋体" w:eastAsia="宋体"/>
          <w:sz w:val="24"/>
        </w:rPr>
        <w:t>「我也去。」夜影的声音很轻，但每个字都很坚定，但不容拒绝。</w:t>
      </w:r>
    </w:p>
    <w:p>
      <w:pPr>
        <w:spacing w:line="560" w:lineRule="exact"/>
        <w:ind w:firstLine="420"/>
      </w:pPr>
      <w:r>
        <w:rPr>
          <w:rFonts w:ascii="宋体" w:hAnsi="宋体" w:eastAsia="宋体"/>
          <w:sz w:val="24"/>
        </w:rPr>
        <w:t>「算我一个。」苏小雅说，「你一个人去那种前不着村后不着店的地方，我不放心。」</w:t>
      </w:r>
    </w:p>
    <w:p>
      <w:pPr>
        <w:spacing w:line="560" w:lineRule="exact"/>
        <w:ind w:firstLine="420"/>
      </w:pPr>
      <w:r>
        <w:rPr>
          <w:rFonts w:ascii="宋体" w:hAnsi="宋体" w:eastAsia="宋体"/>
          <w:sz w:val="24"/>
        </w:rPr>
        <w:t>林风看着聊天框里一排排的消息，嘴角微微上扬了一瞬。但他摇了摇头。</w:t>
      </w:r>
    </w:p>
    <w:p>
      <w:pPr>
        <w:spacing w:line="560" w:lineRule="exact"/>
        <w:ind w:firstLine="420"/>
      </w:pPr>
      <w:r>
        <w:rPr>
          <w:rFonts w:ascii="宋体" w:hAnsi="宋体" w:eastAsia="宋体"/>
          <w:sz w:val="24"/>
        </w:rPr>
        <w:t>「这次——我一个人去。」</w:t>
      </w:r>
    </w:p>
    <w:p>
      <w:pPr>
        <w:spacing w:line="560" w:lineRule="exact"/>
        <w:ind w:firstLine="420"/>
      </w:pPr>
      <w:r>
        <w:rPr>
          <w:rFonts w:ascii="宋体" w:hAnsi="宋体" w:eastAsia="宋体"/>
          <w:sz w:val="24"/>
        </w:rPr>
        <w:t>「为什么？」赵铁柱急了。</w:t>
      </w:r>
    </w:p>
    <w:p>
      <w:pPr>
        <w:spacing w:line="560" w:lineRule="exact"/>
        <w:ind w:firstLine="420"/>
      </w:pPr>
      <w:r>
        <w:rPr>
          <w:rFonts w:ascii="宋体" w:hAnsi="宋体" w:eastAsia="宋体"/>
          <w:sz w:val="24"/>
        </w:rPr>
        <w:t>「因为那个地方的情况——」林风停顿了一下，声音沉了下来，「我不知道那里有什么。可能是基地，可能是陷阱，可能什么都没有。我不能带你们去冒这个险。」</w:t>
      </w:r>
    </w:p>
    <w:p>
      <w:pPr>
        <w:spacing w:line="560" w:lineRule="exact"/>
        <w:ind w:firstLine="420"/>
      </w:pPr>
      <w:r>
        <w:rPr>
          <w:rFonts w:ascii="宋体" w:hAnsi="宋体" w:eastAsia="宋体"/>
          <w:sz w:val="24"/>
        </w:rPr>
        <w:t>「风哥——你听我说——」</w:t>
      </w:r>
    </w:p>
    <w:p>
      <w:pPr>
        <w:spacing w:line="560" w:lineRule="exact"/>
        <w:ind w:firstLine="420"/>
      </w:pPr>
      <w:r>
        <w:rPr>
          <w:rFonts w:ascii="宋体" w:hAnsi="宋体" w:eastAsia="宋体"/>
          <w:sz w:val="24"/>
        </w:rPr>
        <w:t>「不用再劝了，这件事我已经决定了。」林风说完就关闭了公会面板。</w:t>
      </w:r>
    </w:p>
    <w:p>
      <w:pPr>
        <w:spacing w:line="560" w:lineRule="exact"/>
        <w:ind w:firstLine="420"/>
      </w:pPr>
      <w:r>
        <w:rPr>
          <w:rFonts w:ascii="宋体" w:hAnsi="宋体" w:eastAsia="宋体"/>
          <w:sz w:val="24"/>
        </w:rPr>
        <w:t>林风关掉了公会面板，站在燃烧的荒原上，看着远方灰色的天界线。灰烬像雪花一样从天空飘落，落在他肩上又熄灭。</w:t>
      </w:r>
    </w:p>
    <w:p>
      <w:pPr>
        <w:spacing w:line="560" w:lineRule="exact"/>
        <w:ind w:firstLine="420"/>
      </w:pPr>
      <w:r>
        <w:rPr>
          <w:rFonts w:ascii="宋体" w:hAnsi="宋体" w:eastAsia="宋体"/>
          <w:sz w:val="24"/>
        </w:rPr>
        <w:t>三十四个小时后。坐标北纬41.72，东经97.03。</w:t>
      </w:r>
    </w:p>
    <w:p>
      <w:pPr>
        <w:spacing w:line="560" w:lineRule="exact"/>
        <w:ind w:firstLine="420"/>
      </w:pPr>
      <w:r>
        <w:rPr>
          <w:rFonts w:ascii="宋体" w:hAnsi="宋体" w:eastAsia="宋体"/>
          <w:sz w:val="24"/>
        </w:rPr>
        <w:t>他在心里默念了一遍那个坐标——然后走向了下一片怪群。</w:t>
      </w:r>
    </w:p>
    <w:p>
      <w:r>
        <w:br w:type="page"/>
      </w:r>
    </w:p>
    <w:p>
      <w:pPr>
        <w:jc w:val="center"/>
      </w:pPr>
      <w:r>
        <w:rPr>
          <w:b/>
          <w:sz w:val="32"/>
        </w:rPr>
        <w:t>第062章 黑客攻防·暗流现身</w:t>
      </w:r>
    </w:p>
    <w:p>
      <w:pPr>
        <w:jc w:val="center"/>
      </w:pPr>
      <w:r>
        <w:rPr>
          <w:color w:val="999999"/>
          <w:sz w:val="18"/>
        </w:rPr>
        <w:t>（2,794字）</w:t>
      </w:r>
    </w:p>
    <w:p/>
    <w:p>
      <w:pPr>
        <w:spacing w:line="560" w:lineRule="exact"/>
        <w:ind w:firstLine="420"/>
      </w:pPr>
      <w:r>
        <w:rPr>
          <w:rFonts w:ascii="宋体" w:hAnsi="宋体" w:eastAsia="宋体"/>
          <w:sz w:val="24"/>
        </w:rPr>
        <w:t>接下来的四个小时里，林风带着神豪殿的十八人在涅槃之地刷了三轮怪群。</w:t>
      </w:r>
    </w:p>
    <w:p>
      <w:pPr>
        <w:spacing w:line="560" w:lineRule="exact"/>
        <w:ind w:firstLine="420"/>
      </w:pPr>
      <w:r>
        <w:rPr>
          <w:rFonts w:ascii="宋体" w:hAnsi="宋体" w:eastAsia="宋体"/>
          <w:sz w:val="24"/>
        </w:rPr>
        <w:t>经验条稳步上涨——他到了103级，赵铁柱和苏小雅也跟了上来，狂战八方也冲到了101级。装备掉落了不少，虽然大部分是紫装，但足够让队伍的整体战斗力再上一个台阶。夜影换上了一对新的匕首——【烈焰之牙】，附带了火焰穿透效果，打火系怪物时伤害翻倍。</w:t>
      </w:r>
    </w:p>
    <w:p>
      <w:pPr>
        <w:spacing w:line="560" w:lineRule="exact"/>
        <w:ind w:firstLine="420"/>
      </w:pPr>
      <w:r>
        <w:rPr>
          <w:rFonts w:ascii="宋体" w:hAnsi="宋体" w:eastAsia="宋体"/>
          <w:sz w:val="24"/>
        </w:rPr>
        <w:t>但林风的注意力一直没离开过管理者面板。</w:t>
      </w:r>
    </w:p>
    <w:p>
      <w:pPr>
        <w:spacing w:line="560" w:lineRule="exact"/>
        <w:ind w:firstLine="420"/>
      </w:pPr>
      <w:r>
        <w:rPr>
          <w:rFonts w:ascii="宋体" w:hAnsi="宋体" w:eastAsia="宋体"/>
          <w:sz w:val="24"/>
        </w:rPr>
        <w:t>每隔四十分钟左右，暗流的黑客就会发起一次新的攻击。</w:t>
      </w:r>
    </w:p>
    <w:p>
      <w:pPr>
        <w:spacing w:line="560" w:lineRule="exact"/>
        <w:ind w:firstLine="420"/>
      </w:pPr>
      <w:r>
        <w:rPr>
          <w:rFonts w:ascii="宋体" w:hAnsi="宋体" w:eastAsia="宋体"/>
          <w:sz w:val="24"/>
        </w:rPr>
        <w:t>第一次是穿透尝试——简单的暴力破解，向C7节点的防火墙发送了大量的随机密码组合，企图撞开一个缺口。被古玉的防火墙自动拦截了——拦截记录显示对方在一秒内发送了超过两万次请求。</w:t>
      </w:r>
    </w:p>
    <w:p>
      <w:pPr>
        <w:spacing w:line="560" w:lineRule="exact"/>
        <w:ind w:firstLine="420"/>
      </w:pPr>
      <w:r>
        <w:rPr>
          <w:rFonts w:ascii="宋体" w:hAnsi="宋体" w:eastAsia="宋体"/>
          <w:sz w:val="24"/>
        </w:rPr>
        <w:t>第二次换了端口扫描——从C7节点绕到了D3节点，绕过了第一层访问限制。这次攻击更聪明了，它没有直接冲击防火墙，而是先扫描了D3节点周围的所有开放端口，找到了一条被忽略的备用通道。拦截成功。但日志显示那条备用通道的数据包已经接近了核心区域——如果再晚十秒发现，对方可能就已经进来了。</w:t>
      </w:r>
    </w:p>
    <w:p>
      <w:pPr>
        <w:spacing w:line="560" w:lineRule="exact"/>
        <w:ind w:firstLine="420"/>
      </w:pPr>
      <w:r>
        <w:rPr>
          <w:rFonts w:ascii="宋体" w:hAnsi="宋体" w:eastAsia="宋体"/>
          <w:sz w:val="24"/>
        </w:rPr>
        <w:t>第三次攻击最危险——它模拟了管理者的访问令牌。</w:t>
      </w:r>
    </w:p>
    <w:p>
      <w:pPr>
        <w:spacing w:line="560" w:lineRule="exact"/>
        <w:ind w:firstLine="420"/>
      </w:pPr>
      <w:r>
        <w:rPr>
          <w:rFonts w:ascii="宋体" w:hAnsi="宋体" w:eastAsia="宋体"/>
          <w:sz w:val="24"/>
        </w:rPr>
        <w:t>有人在远程学习古玉的防御机制。</w:t>
      </w:r>
    </w:p>
    <w:p>
      <w:pPr>
        <w:spacing w:line="560" w:lineRule="exact"/>
        <w:ind w:firstLine="420"/>
      </w:pPr>
      <w:r>
        <w:rPr>
          <w:rFonts w:ascii="宋体" w:hAnsi="宋体" w:eastAsia="宋体"/>
          <w:sz w:val="24"/>
        </w:rPr>
        <w:t>「凌天——」林风在公会频道里说，「帮我看个东西。」</w:t>
      </w:r>
    </w:p>
    <w:p>
      <w:pPr>
        <w:spacing w:line="560" w:lineRule="exact"/>
        <w:ind w:firstLine="420"/>
      </w:pPr>
      <w:r>
        <w:rPr>
          <w:rFonts w:ascii="宋体" w:hAnsi="宋体" w:eastAsia="宋体"/>
          <w:sz w:val="24"/>
        </w:rPr>
        <w:t>他把管理者攻击日志的截图发到了频道里——上面清晰记录了三次攻击的时间戳、攻击向量和拦截方式。第三次攻击的令牌伪造日志尤其扎眼。</w:t>
      </w:r>
    </w:p>
    <w:p>
      <w:pPr>
        <w:spacing w:line="560" w:lineRule="exact"/>
        <w:ind w:firstLine="420"/>
      </w:pPr>
      <w:r>
        <w:rPr>
          <w:rFonts w:ascii="宋体" w:hAnsi="宋体" w:eastAsia="宋体"/>
          <w:sz w:val="24"/>
        </w:rPr>
        <w:t>凌天沉默了好一会儿。等他再开口时，声音里带着一丝难得的凝重。</w:t>
      </w:r>
    </w:p>
    <w:p>
      <w:pPr>
        <w:spacing w:line="560" w:lineRule="exact"/>
        <w:ind w:firstLine="420"/>
      </w:pPr>
      <w:r>
        <w:rPr>
          <w:rFonts w:ascii="宋体" w:hAnsi="宋体" w:eastAsia="宋体"/>
          <w:sz w:val="24"/>
        </w:rPr>
        <w:t>「这是……机器学习驱动型的攻击模式。」凌天的声音里带着一丝惊讶，「每次被拦截后，攻击参数都会自动调整。它不是人工操作的——是一个专门为古玉权限系统训练的AI在自动攻击。」</w:t>
      </w:r>
    </w:p>
    <w:p>
      <w:pPr>
        <w:spacing w:line="560" w:lineRule="exact"/>
        <w:ind w:firstLine="420"/>
      </w:pPr>
      <w:r>
        <w:rPr>
          <w:rFonts w:ascii="宋体" w:hAnsi="宋体" w:eastAsia="宋体"/>
          <w:sz w:val="24"/>
        </w:rPr>
        <w:t>「AI？」</w:t>
      </w:r>
    </w:p>
    <w:p>
      <w:pPr>
        <w:spacing w:line="560" w:lineRule="exact"/>
        <w:ind w:firstLine="420"/>
      </w:pPr>
      <w:r>
        <w:rPr>
          <w:rFonts w:ascii="宋体" w:hAnsi="宋体" w:eastAsia="宋体"/>
          <w:sz w:val="24"/>
        </w:rPr>
        <w:t>「对。对手写了一个专门针对古玉权限系统的攻击AI。」凌天的声音压得很低，像是在思考如何措辞，「每次被拦截后，攻击参数自动调整。它不是人工操作的——是一个专门为古玉权限系统训练的AI在自动攻击。它正在学习古玉的防御模式。按照这个学习速度——大约十二到十五个小时后，它有百分之三十的概率能突破第一层防火墙。」</w:t>
      </w:r>
    </w:p>
    <w:p>
      <w:pPr>
        <w:spacing w:line="560" w:lineRule="exact"/>
        <w:ind w:firstLine="420"/>
      </w:pPr>
      <w:r>
        <w:rPr>
          <w:rFonts w:ascii="宋体" w:hAnsi="宋体" w:eastAsia="宋体"/>
          <w:sz w:val="24"/>
        </w:rPr>
        <w:t>百分之三十。</w:t>
      </w:r>
    </w:p>
    <w:p>
      <w:pPr>
        <w:spacing w:line="560" w:lineRule="exact"/>
        <w:ind w:firstLine="420"/>
      </w:pPr>
      <w:r>
        <w:rPr>
          <w:rFonts w:ascii="宋体" w:hAnsi="宋体" w:eastAsia="宋体"/>
          <w:sz w:val="24"/>
        </w:rPr>
        <w:t>不高。但也不低。就像一把枪指着你的脑袋——命中率只有百分之三十，但你不敢赌。</w:t>
      </w:r>
    </w:p>
    <w:p>
      <w:pPr>
        <w:spacing w:line="560" w:lineRule="exact"/>
        <w:ind w:firstLine="420"/>
      </w:pPr>
      <w:r>
        <w:rPr>
          <w:rFonts w:ascii="宋体" w:hAnsi="宋体" w:eastAsia="宋体"/>
          <w:sz w:val="24"/>
        </w:rPr>
        <w:t>而且——对方有足够的时间。</w:t>
      </w:r>
    </w:p>
    <w:p>
      <w:pPr>
        <w:spacing w:line="560" w:lineRule="exact"/>
        <w:ind w:firstLine="420"/>
      </w:pPr>
      <w:r>
        <w:rPr>
          <w:rFonts w:ascii="宋体" w:hAnsi="宋体" w:eastAsia="宋体"/>
          <w:sz w:val="24"/>
        </w:rPr>
        <w:t>「能反向追踪吗？」林风问。</w:t>
      </w:r>
    </w:p>
    <w:p>
      <w:pPr>
        <w:spacing w:line="560" w:lineRule="exact"/>
        <w:ind w:firstLine="420"/>
      </w:pPr>
      <w:r>
        <w:rPr>
          <w:rFonts w:ascii="宋体" w:hAnsi="宋体" w:eastAsia="宋体"/>
          <w:sz w:val="24"/>
        </w:rPr>
        <w:t>「很难。对方用了三层代理加洋葱路由。不过……」凌天停顿了一下，「我可以试着在古玉的防火墙里埋一个反制脚本。如果它突破第一层——反制脚本会跟着它的攻击路径反向定位。」</w:t>
      </w:r>
    </w:p>
    <w:p>
      <w:pPr>
        <w:spacing w:line="560" w:lineRule="exact"/>
        <w:ind w:firstLine="420"/>
      </w:pPr>
      <w:r>
        <w:rPr>
          <w:rFonts w:ascii="宋体" w:hAnsi="宋体" w:eastAsia="宋体"/>
          <w:sz w:val="24"/>
        </w:rPr>
        <w:t>「需要多长时间？」</w:t>
      </w:r>
    </w:p>
    <w:p>
      <w:pPr>
        <w:spacing w:line="560" w:lineRule="exact"/>
        <w:ind w:firstLine="420"/>
      </w:pPr>
      <w:r>
        <w:rPr>
          <w:rFonts w:ascii="宋体" w:hAnsi="宋体" w:eastAsia="宋体"/>
          <w:sz w:val="24"/>
        </w:rPr>
        <w:t>「半天。我需要你的管理者权限开一个沙盒环境。」</w:t>
      </w:r>
    </w:p>
    <w:p>
      <w:pPr>
        <w:spacing w:line="560" w:lineRule="exact"/>
        <w:ind w:firstLine="420"/>
      </w:pPr>
      <w:r>
        <w:rPr>
          <w:rFonts w:ascii="宋体" w:hAnsi="宋体" w:eastAsia="宋体"/>
          <w:sz w:val="24"/>
        </w:rPr>
        <w:t>「开。」</w:t>
      </w:r>
    </w:p>
    <w:p>
      <w:pPr>
        <w:spacing w:line="560" w:lineRule="exact"/>
        <w:ind w:firstLine="420"/>
      </w:pPr>
      <w:r>
        <w:rPr>
          <w:rFonts w:ascii="宋体" w:hAnsi="宋体" w:eastAsia="宋体"/>
          <w:sz w:val="24"/>
        </w:rPr>
        <w:t>林风在面板上操作了几下，给凌天开放了沙盒访问权限。</w:t>
      </w:r>
    </w:p>
    <w:p>
      <w:pPr>
        <w:spacing w:line="560" w:lineRule="exact"/>
        <w:ind w:firstLine="420"/>
      </w:pPr>
      <w:r>
        <w:rPr>
          <w:rFonts w:ascii="宋体" w:hAnsi="宋体" w:eastAsia="宋体"/>
          <w:sz w:val="24"/>
        </w:rPr>
        <w:t>公会频道安静了下来。所有人都知道——真正的战斗已经从游戏里延伸到了代码层面。</w:t>
      </w:r>
    </w:p>
    <w:p>
      <w:pPr>
        <w:spacing w:line="560" w:lineRule="exact"/>
        <w:ind w:firstLine="420"/>
      </w:pPr>
      <w:r>
        <w:rPr>
          <w:rFonts w:ascii="宋体" w:hAnsi="宋体" w:eastAsia="宋体"/>
          <w:sz w:val="24"/>
        </w:rPr>
        <w:t>又过了两个小时。</w:t>
      </w:r>
    </w:p>
    <w:p>
      <w:pPr>
        <w:spacing w:line="560" w:lineRule="exact"/>
        <w:ind w:firstLine="420"/>
      </w:pPr>
      <w:r>
        <w:rPr>
          <w:rFonts w:ascii="宋体" w:hAnsi="宋体" w:eastAsia="宋体"/>
          <w:sz w:val="24"/>
        </w:rPr>
        <w:t>文件解密进度跳到了31%。剩余时间约30小时——比预期快了将近两个小时，看来神域核心服务器的算力比预想中更强。</w:t>
      </w:r>
    </w:p>
    <w:p>
      <w:pPr>
        <w:spacing w:line="560" w:lineRule="exact"/>
        <w:ind w:firstLine="420"/>
      </w:pPr>
      <w:r>
        <w:rPr>
          <w:rFonts w:ascii="宋体" w:hAnsi="宋体" w:eastAsia="宋体"/>
          <w:sz w:val="24"/>
        </w:rPr>
        <w:t>林风站在涅槃之地的高级区域边缘，面前是一座燃烧的巨型熔炉——熔炉内部翻滚着液态的火焰，火焰中隐约能看到一个庞大的黑色轮廓在缓缓移动。那是一个体型超过五米的巨型火焰生物，浑身上下缠绕着铁链，铁链的另一端连接着熔炉的四壁。它的头顶有一个金色的名字——</w:t>
      </w:r>
    </w:p>
    <w:p>
      <w:pPr>
        <w:spacing w:line="560" w:lineRule="exact"/>
        <w:ind w:firstLine="420"/>
      </w:pPr>
      <w:r>
        <w:rPr>
          <w:rFonts w:ascii="宋体" w:hAnsi="宋体" w:eastAsia="宋体"/>
          <w:sz w:val="24"/>
        </w:rPr>
        <w:t>【涅槃熔炉·毁灭者】</w:t>
      </w:r>
    </w:p>
    <w:p>
      <w:pPr>
        <w:spacing w:line="560" w:lineRule="exact"/>
        <w:ind w:firstLine="420"/>
      </w:pPr>
      <w:r>
        <w:rPr>
          <w:rFonts w:ascii="宋体" w:hAnsi="宋体" w:eastAsia="宋体"/>
          <w:sz w:val="24"/>
        </w:rPr>
        <w:t>等级：108。</w:t>
      </w:r>
    </w:p>
    <w:p>
      <w:pPr>
        <w:spacing w:line="560" w:lineRule="exact"/>
        <w:ind w:firstLine="420"/>
      </w:pPr>
      <w:r>
        <w:rPr>
          <w:rFonts w:ascii="宋体" w:hAnsi="宋体" w:eastAsia="宋体"/>
          <w:sz w:val="24"/>
        </w:rPr>
        <w:t>这片区域的关底BOSS。比之前的守门者高了两级，体型大了整整一倍。它的每一次呼吸都会引起熔炉内火焰的剧烈翻涌，热气扑面而来，让二十码外的赵铁柱都忍不住后退了一步。</w:t>
      </w:r>
    </w:p>
    <w:p>
      <w:pPr>
        <w:spacing w:line="560" w:lineRule="exact"/>
        <w:ind w:firstLine="420"/>
      </w:pPr>
      <w:r>
        <w:rPr>
          <w:rFonts w:ascii="宋体" w:hAnsi="宋体" w:eastAsia="宋体"/>
          <w:sz w:val="24"/>
        </w:rPr>
        <w:t>「打不打？」赵铁柱问。</w:t>
      </w:r>
    </w:p>
    <w:p>
      <w:pPr>
        <w:spacing w:line="560" w:lineRule="exact"/>
        <w:ind w:firstLine="420"/>
      </w:pPr>
      <w:r>
        <w:rPr>
          <w:rFonts w:ascii="宋体" w:hAnsi="宋体" w:eastAsia="宋体"/>
          <w:sz w:val="24"/>
        </w:rPr>
        <w:t>「打。」林风拔剑，带动了整个队伍的动作——赵铁柱举盾前冲，夜影隐身绕后，苏小雅的箭已经搭上了弓弦。</w:t>
      </w:r>
    </w:p>
    <w:p>
      <w:pPr>
        <w:spacing w:line="560" w:lineRule="exact"/>
        <w:ind w:firstLine="420"/>
      </w:pPr>
      <w:r>
        <w:rPr>
          <w:rFonts w:ascii="宋体" w:hAnsi="宋体" w:eastAsia="宋体"/>
          <w:sz w:val="24"/>
        </w:rPr>
        <w:t>毁灭者的战斗方式和之前的守门者完全不是一个级别。它会喷射大范围的火焰新星——每隔三十秒一次，范围覆盖整个熔炉区域。第一发火焰新星直接把赵铁柱的血量打到了百分之四十，要不是神豪领域的恢复光环开着，他可能已经倒下了。</w:t>
      </w:r>
    </w:p>
    <w:p>
      <w:pPr>
        <w:spacing w:line="560" w:lineRule="exact"/>
        <w:ind w:firstLine="420"/>
      </w:pPr>
      <w:r>
        <w:rPr>
          <w:rFonts w:ascii="宋体" w:hAnsi="宋体" w:eastAsia="宋体"/>
          <w:sz w:val="24"/>
        </w:rPr>
        <w:t>「治疗注意铁柱的血线！」苏小雅在指挥频道里喊了一声，「远程分散站位——不要挤在一起！」</w:t>
      </w:r>
    </w:p>
    <w:p>
      <w:pPr>
        <w:spacing w:line="560" w:lineRule="exact"/>
        <w:ind w:firstLine="420"/>
      </w:pPr>
      <w:r>
        <w:rPr>
          <w:rFonts w:ascii="宋体" w:hAnsi="宋体" w:eastAsia="宋体"/>
          <w:sz w:val="24"/>
        </w:rPr>
        <w:t>剑舞天下从侧翼切入，双剑连续攻击毁灭者的脚踝关节——那里是它的弱点，每次命中都能打断它的施法前摇。夜影的匕首不断在BOSS的后颈处留下灼烧的伤口，那是她找到的第二个弱点位置。</w:t>
      </w:r>
    </w:p>
    <w:p>
      <w:pPr>
        <w:spacing w:line="560" w:lineRule="exact"/>
        <w:ind w:firstLine="420"/>
      </w:pPr>
      <w:r>
        <w:rPr>
          <w:rFonts w:ascii="宋体" w:hAnsi="宋体" w:eastAsia="宋体"/>
          <w:sz w:val="24"/>
        </w:rPr>
        <w:t>二十三分后——</w:t>
      </w:r>
    </w:p>
    <w:p>
      <w:pPr>
        <w:spacing w:line="560" w:lineRule="exact"/>
        <w:ind w:firstLine="420"/>
      </w:pPr>
      <w:r>
        <w:rPr>
          <w:rFonts w:ascii="宋体" w:hAnsi="宋体" w:eastAsia="宋体"/>
          <w:sz w:val="24"/>
        </w:rPr>
        <w:t>林风没有看装备。他点开了面板。</w:t>
      </w:r>
    </w:p>
    <w:p>
      <w:pPr>
        <w:spacing w:line="560" w:lineRule="exact"/>
        <w:ind w:firstLine="420"/>
      </w:pPr>
      <w:r>
        <w:rPr>
          <w:rFonts w:ascii="宋体" w:hAnsi="宋体" w:eastAsia="宋体"/>
          <w:sz w:val="24"/>
        </w:rPr>
        <w:t>【文件解密进度：33%】</w:t>
      </w:r>
    </w:p>
    <w:p>
      <w:pPr>
        <w:spacing w:line="560" w:lineRule="exact"/>
        <w:ind w:firstLine="420"/>
      </w:pPr>
      <w:r>
        <w:rPr>
          <w:rFonts w:ascii="宋体" w:hAnsi="宋体" w:eastAsia="宋体"/>
          <w:sz w:val="24"/>
        </w:rPr>
        <w:t>【检测到新的异常访问请求——】</w:t>
      </w:r>
    </w:p>
    <w:p>
      <w:pPr>
        <w:spacing w:line="560" w:lineRule="exact"/>
        <w:ind w:firstLine="420"/>
      </w:pPr>
      <w:r>
        <w:rPr>
          <w:rFonts w:ascii="宋体" w:hAnsi="宋体" w:eastAsia="宋体"/>
          <w:sz w:val="24"/>
        </w:rPr>
        <w:t>【来源：已匿名】</w:t>
      </w:r>
    </w:p>
    <w:p>
      <w:pPr>
        <w:spacing w:line="560" w:lineRule="exact"/>
        <w:ind w:firstLine="420"/>
      </w:pPr>
      <w:r>
        <w:rPr>
          <w:rFonts w:ascii="宋体" w:hAnsi="宋体" w:eastAsia="宋体"/>
          <w:sz w:val="24"/>
        </w:rPr>
        <w:t>【目标：核心文件节点A1、B4、C7（同时攻击）】</w:t>
      </w:r>
    </w:p>
    <w:p>
      <w:pPr>
        <w:spacing w:line="560" w:lineRule="exact"/>
        <w:ind w:firstLine="420"/>
      </w:pPr>
      <w:r>
        <w:rPr>
          <w:rFonts w:ascii="宋体" w:hAnsi="宋体" w:eastAsia="宋体"/>
          <w:sz w:val="24"/>
        </w:rPr>
        <w:t>【数量：12次/分钟】</w:t>
      </w:r>
    </w:p>
    <w:p>
      <w:pPr>
        <w:spacing w:line="560" w:lineRule="exact"/>
        <w:ind w:firstLine="420"/>
      </w:pPr>
      <w:r>
        <w:rPr>
          <w:rFonts w:ascii="宋体" w:hAnsi="宋体" w:eastAsia="宋体"/>
          <w:sz w:val="24"/>
        </w:rPr>
        <w:t>攻击频率从每四十分钟一次，变成了每分钟十二次。</w:t>
      </w:r>
    </w:p>
    <w:p>
      <w:pPr>
        <w:spacing w:line="560" w:lineRule="exact"/>
        <w:ind w:firstLine="420"/>
      </w:pPr>
      <w:r>
        <w:rPr>
          <w:rFonts w:ascii="宋体" w:hAnsi="宋体" w:eastAsia="宋体"/>
          <w:sz w:val="24"/>
        </w:rPr>
        <w:t>「他们加速了。」林风说。</w:t>
      </w:r>
    </w:p>
    <w:p>
      <w:pPr>
        <w:spacing w:line="560" w:lineRule="exact"/>
        <w:ind w:firstLine="420"/>
      </w:pPr>
      <w:r>
        <w:rPr>
          <w:rFonts w:ascii="宋体" w:hAnsi="宋体" w:eastAsia="宋体"/>
          <w:sz w:val="24"/>
        </w:rPr>
        <w:t>「我看到了。」凌天的声音比刚才紧了一些，「我的反制脚本才写到百分之六十——还需要大概三个小时。」</w:t>
      </w:r>
    </w:p>
    <w:p>
      <w:pPr>
        <w:spacing w:line="560" w:lineRule="exact"/>
        <w:ind w:firstLine="420"/>
      </w:pPr>
      <w:r>
        <w:rPr>
          <w:rFonts w:ascii="宋体" w:hAnsi="宋体" w:eastAsia="宋体"/>
          <w:sz w:val="24"/>
        </w:rPr>
        <w:t>「来得及吗？」</w:t>
      </w:r>
    </w:p>
    <w:p>
      <w:pPr>
        <w:spacing w:line="560" w:lineRule="exact"/>
        <w:ind w:firstLine="420"/>
      </w:pPr>
      <w:r>
        <w:rPr>
          <w:rFonts w:ascii="宋体" w:hAnsi="宋体" w:eastAsia="宋体"/>
          <w:sz w:val="24"/>
        </w:rPr>
        <w:t>「不好说。」</w:t>
      </w:r>
    </w:p>
    <w:p>
      <w:pPr>
        <w:spacing w:line="560" w:lineRule="exact"/>
        <w:ind w:firstLine="420"/>
      </w:pPr>
      <w:r>
        <w:rPr>
          <w:rFonts w:ascii="宋体" w:hAnsi="宋体" w:eastAsia="宋体"/>
          <w:sz w:val="24"/>
        </w:rPr>
        <w:t>林风沉默了几秒。</w:t>
      </w:r>
    </w:p>
    <w:p>
      <w:pPr>
        <w:spacing w:line="560" w:lineRule="exact"/>
        <w:ind w:firstLine="420"/>
      </w:pPr>
      <w:r>
        <w:rPr>
          <w:rFonts w:ascii="宋体" w:hAnsi="宋体" w:eastAsia="宋体"/>
          <w:sz w:val="24"/>
        </w:rPr>
        <w:t>「赵铁柱——你们继续练级。我去处理点事。」</w:t>
      </w:r>
    </w:p>
    <w:p>
      <w:pPr>
        <w:spacing w:line="560" w:lineRule="exact"/>
        <w:ind w:firstLine="420"/>
      </w:pPr>
      <w:r>
        <w:rPr>
          <w:rFonts w:ascii="宋体" w:hAnsi="宋体" w:eastAsia="宋体"/>
          <w:sz w:val="24"/>
        </w:rPr>
        <w:t>「你一个人？」</w:t>
      </w:r>
    </w:p>
    <w:p>
      <w:pPr>
        <w:spacing w:line="560" w:lineRule="exact"/>
        <w:ind w:firstLine="420"/>
      </w:pPr>
      <w:r>
        <w:rPr>
          <w:rFonts w:ascii="宋体" w:hAnsi="宋体" w:eastAsia="宋体"/>
          <w:sz w:val="24"/>
        </w:rPr>
        <w:t>「一个人就够了。」</w:t>
      </w:r>
    </w:p>
    <w:p>
      <w:pPr>
        <w:spacing w:line="560" w:lineRule="exact"/>
        <w:ind w:firstLine="420"/>
      </w:pPr>
      <w:r>
        <w:rPr>
          <w:rFonts w:ascii="宋体" w:hAnsi="宋体" w:eastAsia="宋体"/>
          <w:sz w:val="24"/>
        </w:rPr>
        <w:t>林风没有去别的地方。</w:t>
      </w:r>
    </w:p>
    <w:p>
      <w:pPr>
        <w:spacing w:line="560" w:lineRule="exact"/>
        <w:ind w:firstLine="420"/>
      </w:pPr>
      <w:r>
        <w:rPr>
          <w:rFonts w:ascii="宋体" w:hAnsi="宋体" w:eastAsia="宋体"/>
          <w:sz w:val="24"/>
        </w:rPr>
        <w:t>他打开了古玉的管理者面板，找到了权限系统的最底层——那里有一行代码，是古玉所有防御机制的底层逻辑。</w:t>
      </w:r>
    </w:p>
    <w:p>
      <w:pPr>
        <w:spacing w:line="560" w:lineRule="exact"/>
        <w:ind w:firstLine="420"/>
      </w:pPr>
      <w:r>
        <w:rPr>
          <w:rFonts w:ascii="宋体" w:hAnsi="宋体" w:eastAsia="宋体"/>
          <w:sz w:val="24"/>
        </w:rPr>
        <w:t>他不懂编程。但他看得懂这行代码旁边的注释——那注释用的是中文，是父亲亲手写的。</w:t>
      </w:r>
    </w:p>
    <w:p>
      <w:pPr>
        <w:spacing w:line="560" w:lineRule="exact"/>
        <w:ind w:firstLine="420"/>
      </w:pPr>
      <w:r>
        <w:rPr>
          <w:rFonts w:ascii="宋体" w:hAnsi="宋体" w:eastAsia="宋体"/>
          <w:sz w:val="24"/>
        </w:rPr>
        <w:t>【核心防御协议·EVE变体】</w:t>
      </w:r>
    </w:p>
    <w:p>
      <w:pPr>
        <w:spacing w:line="560" w:lineRule="exact"/>
        <w:ind w:firstLine="420"/>
      </w:pPr>
      <w:r>
        <w:rPr>
          <w:rFonts w:ascii="宋体" w:hAnsi="宋体" w:eastAsia="宋体"/>
          <w:sz w:val="24"/>
        </w:rPr>
        <w:t>【作者：林建国】</w:t>
      </w:r>
    </w:p>
    <w:p>
      <w:pPr>
        <w:spacing w:line="560" w:lineRule="exact"/>
        <w:ind w:firstLine="420"/>
      </w:pPr>
      <w:r>
        <w:rPr>
          <w:rFonts w:ascii="宋体" w:hAnsi="宋体" w:eastAsia="宋体"/>
          <w:sz w:val="24"/>
        </w:rPr>
        <w:t>【日期：未记录】</w:t>
      </w:r>
    </w:p>
    <w:p>
      <w:pPr>
        <w:spacing w:line="560" w:lineRule="exact"/>
        <w:ind w:firstLine="420"/>
      </w:pPr>
      <w:r>
        <w:rPr>
          <w:rFonts w:ascii="宋体" w:hAnsi="宋体" w:eastAsia="宋体"/>
          <w:sz w:val="24"/>
        </w:rPr>
        <w:t>【说明：这不是常规的防御代码。如果有一天你看到这里，说明你遇到了真正的麻烦。按下去——它会替你找到麻烦的源头。】</w:t>
      </w:r>
    </w:p>
    <w:p>
      <w:pPr>
        <w:spacing w:line="560" w:lineRule="exact"/>
        <w:ind w:firstLine="420"/>
      </w:pPr>
      <w:r>
        <w:rPr>
          <w:rFonts w:ascii="宋体" w:hAnsi="宋体" w:eastAsia="宋体"/>
          <w:sz w:val="24"/>
        </w:rPr>
        <w:t>是父亲留下的代码。而且是专门留给他的——「如果有一天你看到这里」。</w:t>
      </w:r>
    </w:p>
    <w:p>
      <w:pPr>
        <w:spacing w:line="560" w:lineRule="exact"/>
        <w:ind w:firstLine="420"/>
      </w:pPr>
      <w:r>
        <w:rPr>
          <w:rFonts w:ascii="宋体" w:hAnsi="宋体" w:eastAsia="宋体"/>
          <w:sz w:val="24"/>
        </w:rPr>
        <w:t>林风深吸了一口气，手指悬停在激活按钮上方，停了一秒，然后用力按了下去。</w:t>
      </w:r>
    </w:p>
    <w:p>
      <w:pPr>
        <w:spacing w:line="560" w:lineRule="exact"/>
        <w:ind w:firstLine="420"/>
      </w:pPr>
      <w:r>
        <w:rPr>
          <w:rFonts w:ascii="宋体" w:hAnsi="宋体" w:eastAsia="宋体"/>
          <w:sz w:val="24"/>
        </w:rPr>
        <w:t>【EVE反制协议·启动】</w:t>
      </w:r>
    </w:p>
    <w:p>
      <w:pPr>
        <w:spacing w:line="560" w:lineRule="exact"/>
        <w:ind w:firstLine="420"/>
      </w:pPr>
      <w:r>
        <w:rPr>
          <w:rFonts w:ascii="宋体" w:hAnsi="宋体" w:eastAsia="宋体"/>
          <w:sz w:val="24"/>
        </w:rPr>
        <w:t>【状态：反向追踪已激活】</w:t>
      </w:r>
    </w:p>
    <w:p>
      <w:pPr>
        <w:spacing w:line="560" w:lineRule="exact"/>
        <w:ind w:firstLine="420"/>
      </w:pPr>
      <w:r>
        <w:rPr>
          <w:rFonts w:ascii="宋体" w:hAnsi="宋体" w:eastAsia="宋体"/>
          <w:sz w:val="24"/>
        </w:rPr>
        <w:t>【目标：任何尝试突破防火墙的外部IP】</w:t>
      </w:r>
    </w:p>
    <w:p>
      <w:pPr>
        <w:spacing w:line="560" w:lineRule="exact"/>
        <w:ind w:firstLine="420"/>
      </w:pPr>
      <w:r>
        <w:rPr>
          <w:rFonts w:ascii="宋体" w:hAnsi="宋体" w:eastAsia="宋体"/>
          <w:sz w:val="24"/>
        </w:rPr>
        <w:t>【授权：DNA匹配——林风（100%）】</w:t>
      </w:r>
    </w:p>
    <w:p>
      <w:pPr>
        <w:spacing w:line="560" w:lineRule="exact"/>
        <w:ind w:firstLine="420"/>
      </w:pPr>
      <w:r>
        <w:rPr>
          <w:rFonts w:ascii="宋体" w:hAnsi="宋体" w:eastAsia="宋体"/>
          <w:sz w:val="24"/>
        </w:rPr>
        <w:t>面板上跳出了一条新的日志——</w:t>
      </w:r>
    </w:p>
    <w:p>
      <w:pPr>
        <w:spacing w:line="560" w:lineRule="exact"/>
        <w:ind w:firstLine="420"/>
      </w:pPr>
      <w:r>
        <w:rPr>
          <w:rFonts w:ascii="宋体" w:hAnsi="宋体" w:eastAsia="宋体"/>
          <w:sz w:val="24"/>
        </w:rPr>
        <w:t>【已锁定攻击来源：第1层代理 IP: 45.xxx.xx.xx（香港）】</w:t>
      </w:r>
    </w:p>
    <w:p>
      <w:pPr>
        <w:spacing w:line="560" w:lineRule="exact"/>
        <w:ind w:firstLine="420"/>
      </w:pPr>
      <w:r>
        <w:rPr>
          <w:rFonts w:ascii="宋体" w:hAnsi="宋体" w:eastAsia="宋体"/>
          <w:sz w:val="24"/>
        </w:rPr>
        <w:t>【追踪中……】</w:t>
      </w:r>
    </w:p>
    <w:p>
      <w:pPr>
        <w:spacing w:line="560" w:lineRule="exact"/>
        <w:ind w:firstLine="420"/>
      </w:pPr>
      <w:r>
        <w:rPr>
          <w:rFonts w:ascii="宋体" w:hAnsi="宋体" w:eastAsia="宋体"/>
          <w:sz w:val="24"/>
        </w:rPr>
        <w:t>凌天的消息几乎同时弹了出来：「你做了什么？」</w:t>
      </w:r>
    </w:p>
    <w:p>
      <w:pPr>
        <w:spacing w:line="560" w:lineRule="exact"/>
        <w:ind w:firstLine="420"/>
      </w:pPr>
      <w:r>
        <w:rPr>
          <w:rFonts w:ascii="宋体" w:hAnsi="宋体" w:eastAsia="宋体"/>
          <w:sz w:val="24"/>
        </w:rPr>
        <w:t>「按了一个按钮。」</w:t>
      </w:r>
    </w:p>
    <w:p>
      <w:pPr>
        <w:spacing w:line="560" w:lineRule="exact"/>
        <w:ind w:firstLine="420"/>
      </w:pPr>
      <w:r>
        <w:rPr>
          <w:rFonts w:ascii="宋体" w:hAnsi="宋体" w:eastAsia="宋体"/>
          <w:sz w:val="24"/>
        </w:rPr>
        <w:t>「你——」</w:t>
      </w:r>
    </w:p>
    <w:p>
      <w:pPr>
        <w:spacing w:line="560" w:lineRule="exact"/>
        <w:ind w:firstLine="420"/>
      </w:pPr>
      <w:r>
        <w:rPr>
          <w:rFonts w:ascii="宋体" w:hAnsi="宋体" w:eastAsia="宋体"/>
          <w:sz w:val="24"/>
        </w:rPr>
        <w:t>「我爸写的。EVE协议的变体——自动反向追踪。」</w:t>
      </w:r>
    </w:p>
    <w:p>
      <w:pPr>
        <w:spacing w:line="560" w:lineRule="exact"/>
        <w:ind w:firstLine="420"/>
      </w:pPr>
      <w:r>
        <w:rPr>
          <w:rFonts w:ascii="宋体" w:hAnsi="宋体" w:eastAsia="宋体"/>
          <w:sz w:val="24"/>
        </w:rPr>
        <w:t>公会频道安静了整整五秒。</w:t>
      </w:r>
    </w:p>
    <w:p>
      <w:pPr>
        <w:spacing w:line="560" w:lineRule="exact"/>
        <w:ind w:firstLine="420"/>
      </w:pPr>
      <w:r>
        <w:rPr>
          <w:rFonts w:ascii="宋体" w:hAnsi="宋体" w:eastAsia="宋体"/>
          <w:sz w:val="24"/>
        </w:rPr>
        <w:t>然后赵铁柱发了一条消息：「风哥……你爸到底是什么人？又是写核心代码又是留反制脚本——这已经不是一个普通科研人员的水平了吧？」</w:t>
      </w:r>
    </w:p>
    <w:p>
      <w:pPr>
        <w:spacing w:line="560" w:lineRule="exact"/>
        <w:ind w:firstLine="420"/>
      </w:pPr>
      <w:r>
        <w:rPr>
          <w:rFonts w:ascii="宋体" w:hAnsi="宋体" w:eastAsia="宋体"/>
          <w:sz w:val="24"/>
        </w:rPr>
        <w:t>林风没有回答这个问题。因为他自己也想知道答案。</w:t>
      </w:r>
    </w:p>
    <w:p>
      <w:pPr>
        <w:spacing w:line="560" w:lineRule="exact"/>
        <w:ind w:firstLine="420"/>
      </w:pPr>
      <w:r>
        <w:rPr>
          <w:rFonts w:ascii="宋体" w:hAnsi="宋体" w:eastAsia="宋体"/>
          <w:sz w:val="24"/>
        </w:rPr>
        <w:t>他看着面板上不断跳动的追踪日志——</w:t>
      </w:r>
    </w:p>
    <w:p>
      <w:pPr>
        <w:spacing w:line="560" w:lineRule="exact"/>
        <w:ind w:firstLine="420"/>
      </w:pPr>
      <w:r>
        <w:rPr>
          <w:rFonts w:ascii="宋体" w:hAnsi="宋体" w:eastAsia="宋体"/>
          <w:sz w:val="24"/>
        </w:rPr>
        <w:t>【第2层代理已穿透……】</w:t>
      </w:r>
    </w:p>
    <w:p>
      <w:pPr>
        <w:spacing w:line="560" w:lineRule="exact"/>
        <w:ind w:firstLine="420"/>
      </w:pPr>
      <w:r>
        <w:rPr>
          <w:rFonts w:ascii="宋体" w:hAnsi="宋体" w:eastAsia="宋体"/>
          <w:sz w:val="24"/>
        </w:rPr>
        <w:t>【第3层代理已穿透……】</w:t>
      </w:r>
    </w:p>
    <w:p>
      <w:pPr>
        <w:spacing w:line="560" w:lineRule="exact"/>
        <w:ind w:firstLine="420"/>
      </w:pPr>
      <w:r>
        <w:rPr>
          <w:rFonts w:ascii="宋体" w:hAnsi="宋体" w:eastAsia="宋体"/>
          <w:sz w:val="24"/>
        </w:rPr>
        <w:t>每一条日志都意味着EVE反制协议正在沿着攻击路径逆向爬行——穿越一层又一层的匿名代理，跨过不同国家的网关节点。每一步都像在走钢丝，但凡被对方的防火墙发现，追踪就会中断。</w:t>
      </w:r>
    </w:p>
    <w:p>
      <w:pPr>
        <w:spacing w:line="560" w:lineRule="exact"/>
        <w:ind w:firstLine="420"/>
      </w:pPr>
      <w:r>
        <w:rPr>
          <w:rFonts w:ascii="宋体" w:hAnsi="宋体" w:eastAsia="宋体"/>
          <w:sz w:val="24"/>
        </w:rPr>
        <w:t>但EVE协议没有中断。</w:t>
      </w:r>
    </w:p>
    <w:p>
      <w:pPr>
        <w:spacing w:line="560" w:lineRule="exact"/>
        <w:ind w:firstLine="420"/>
      </w:pPr>
      <w:r>
        <w:rPr>
          <w:rFonts w:ascii="宋体" w:hAnsi="宋体" w:eastAsia="宋体"/>
          <w:sz w:val="24"/>
        </w:rPr>
        <w:t>【最终来源：新加坡·郊区数据中心】</w:t>
      </w:r>
    </w:p>
    <w:p>
      <w:pPr>
        <w:spacing w:line="560" w:lineRule="exact"/>
        <w:ind w:firstLine="420"/>
      </w:pPr>
      <w:r>
        <w:rPr>
          <w:rFonts w:ascii="宋体" w:hAnsi="宋体" w:eastAsia="宋体"/>
          <w:sz w:val="24"/>
        </w:rPr>
        <w:t>【物理地址追踪中……】</w:t>
      </w:r>
    </w:p>
    <w:p>
      <w:pPr>
        <w:spacing w:line="560" w:lineRule="exact"/>
        <w:ind w:firstLine="420"/>
      </w:pPr>
      <w:r>
        <w:rPr>
          <w:rFonts w:ascii="宋体" w:hAnsi="宋体" w:eastAsia="宋体"/>
          <w:sz w:val="24"/>
        </w:rPr>
        <w:t>「找到了。」</w:t>
      </w:r>
    </w:p>
    <w:p>
      <w:pPr>
        <w:spacing w:line="560" w:lineRule="exact"/>
        <w:ind w:firstLine="420"/>
      </w:pPr>
      <w:r>
        <w:rPr>
          <w:rFonts w:ascii="宋体" w:hAnsi="宋体" w:eastAsia="宋体"/>
          <w:sz w:val="24"/>
        </w:rPr>
        <w:t>凌天的声音里第一次出现了真正的震惊——那个从来不动声色的军师，此刻的语气像是一个猎人发现猎物的足迹：「新加坡……郊区的一个数据中心……地址我已经记下来了。」</w:t>
      </w:r>
    </w:p>
    <w:p>
      <w:pPr>
        <w:spacing w:line="560" w:lineRule="exact"/>
        <w:ind w:firstLine="420"/>
      </w:pPr>
      <w:r>
        <w:rPr>
          <w:rFonts w:ascii="宋体" w:hAnsi="宋体" w:eastAsia="宋体"/>
          <w:sz w:val="24"/>
        </w:rPr>
        <w:t>「然后呢？」林风的手指握紧了死亡裁决者的剑柄。</w:t>
      </w:r>
    </w:p>
    <w:p>
      <w:pPr>
        <w:spacing w:line="560" w:lineRule="exact"/>
        <w:ind w:firstLine="420"/>
      </w:pPr>
      <w:r>
        <w:rPr>
          <w:rFonts w:ascii="宋体" w:hAnsi="宋体" w:eastAsia="宋体"/>
          <w:sz w:val="24"/>
        </w:rPr>
        <w:t>「然后——」</w:t>
      </w:r>
    </w:p>
    <w:p>
      <w:pPr>
        <w:spacing w:line="560" w:lineRule="exact"/>
        <w:ind w:firstLine="420"/>
      </w:pPr>
      <w:r>
        <w:rPr>
          <w:rFonts w:ascii="宋体" w:hAnsi="宋体" w:eastAsia="宋体"/>
          <w:sz w:val="24"/>
        </w:rPr>
        <w:t>凌天停顿了一下。公会频道里安静得能听到每个人呼吸的声音。</w:t>
      </w:r>
    </w:p>
    <w:p>
      <w:pPr>
        <w:spacing w:line="560" w:lineRule="exact"/>
        <w:ind w:firstLine="420"/>
      </w:pPr>
      <w:r>
        <w:rPr>
          <w:rFonts w:ascii="宋体" w:hAnsi="宋体" w:eastAsia="宋体"/>
          <w:sz w:val="24"/>
        </w:rPr>
        <w:t>「那个数据中心的所有者，是一家在开曼群岛注册的离岸公司。注册时间是五年前——暗流第一次出现在《天界》服务器的那一年。」</w:t>
      </w:r>
    </w:p>
    <w:p>
      <w:pPr>
        <w:spacing w:line="560" w:lineRule="exact"/>
        <w:ind w:firstLine="420"/>
      </w:pPr>
      <w:r>
        <w:rPr>
          <w:rFonts w:ascii="宋体" w:hAnsi="宋体" w:eastAsia="宋体"/>
          <w:sz w:val="24"/>
        </w:rPr>
        <w:t>「公司名字呢？」</w:t>
      </w:r>
    </w:p>
    <w:p>
      <w:pPr>
        <w:spacing w:line="560" w:lineRule="exact"/>
        <w:ind w:firstLine="420"/>
      </w:pPr>
      <w:r>
        <w:rPr>
          <w:rFonts w:ascii="宋体" w:hAnsi="宋体" w:eastAsia="宋体"/>
          <w:sz w:val="24"/>
        </w:rPr>
        <w:t>凌天没有立刻回答。面板上他的ID闪烁了两次——像是在犹豫要不要说出自己查到的东西。</w:t>
      </w:r>
    </w:p>
    <w:p>
      <w:pPr>
        <w:spacing w:line="560" w:lineRule="exact"/>
        <w:ind w:firstLine="420"/>
      </w:pPr>
      <w:r>
        <w:rPr>
          <w:rFonts w:ascii="宋体" w:hAnsi="宋体" w:eastAsia="宋体"/>
          <w:sz w:val="24"/>
        </w:rPr>
        <w:t>「叫——」</w:t>
      </w:r>
    </w:p>
    <w:p>
      <w:pPr>
        <w:spacing w:line="560" w:lineRule="exact"/>
        <w:ind w:firstLine="420"/>
      </w:pPr>
      <w:r>
        <w:rPr>
          <w:rFonts w:ascii="宋体" w:hAnsi="宋体" w:eastAsia="宋体"/>
          <w:sz w:val="24"/>
        </w:rPr>
        <w:t>他打出了六个字。</w:t>
      </w:r>
    </w:p>
    <w:p>
      <w:pPr>
        <w:spacing w:line="560" w:lineRule="exact"/>
        <w:ind w:firstLine="420"/>
      </w:pPr>
      <w:r>
        <w:rPr>
          <w:rFonts w:ascii="宋体" w:hAnsi="宋体" w:eastAsia="宋体"/>
          <w:sz w:val="24"/>
        </w:rPr>
        <w:t>林风看着那六个字，瞳孔猛地收缩了一下。</w:t>
      </w:r>
    </w:p>
    <w:p>
      <w:pPr>
        <w:spacing w:line="560" w:lineRule="exact"/>
        <w:ind w:firstLine="420"/>
      </w:pPr>
      <w:r>
        <w:rPr>
          <w:rFonts w:ascii="宋体" w:hAnsi="宋体" w:eastAsia="宋体"/>
          <w:sz w:val="24"/>
        </w:rPr>
        <w:t>那六个字是——</w:t>
      </w:r>
    </w:p>
    <w:p>
      <w:pPr>
        <w:spacing w:line="560" w:lineRule="exact"/>
        <w:ind w:firstLine="420"/>
      </w:pPr>
      <w:r>
        <w:rPr>
          <w:rFonts w:ascii="宋体" w:hAnsi="宋体" w:eastAsia="宋体"/>
          <w:sz w:val="24"/>
        </w:rPr>
        <w:t>**「奥林匹斯投资集团」**</w:t>
      </w:r>
    </w:p>
    <w:p>
      <w:pPr>
        <w:spacing w:line="560" w:lineRule="exact"/>
        <w:ind w:firstLine="420"/>
      </w:pPr>
      <w:r>
        <w:rPr>
          <w:rFonts w:ascii="宋体" w:hAnsi="宋体" w:eastAsia="宋体"/>
          <w:sz w:val="24"/>
        </w:rPr>
        <w:t>公会频道里炸了锅。赵铁柱率先开口：「奥林匹斯？那不是你之前打的那个塔的名字吗？神域四塔之一的奥林匹斯塔？」</w:t>
      </w:r>
    </w:p>
    <w:p>
      <w:pPr>
        <w:spacing w:line="560" w:lineRule="exact"/>
        <w:ind w:firstLine="420"/>
      </w:pPr>
      <w:r>
        <w:rPr>
          <w:rFonts w:ascii="宋体" w:hAnsi="宋体" w:eastAsia="宋体"/>
          <w:sz w:val="24"/>
        </w:rPr>
        <w:t>「是的。」凌天的声音恢复了冷静，但冷静中带着一丝压抑的紧张，「神域四塔以四大文明命名——奥林匹斯是古希腊的众神居所。而这家公司也叫奥林匹斯。可能性有两种：巧合，或者——」</w:t>
      </w:r>
    </w:p>
    <w:p>
      <w:pPr>
        <w:spacing w:line="560" w:lineRule="exact"/>
        <w:ind w:firstLine="420"/>
      </w:pPr>
      <w:r>
        <w:rPr>
          <w:rFonts w:ascii="宋体" w:hAnsi="宋体" w:eastAsia="宋体"/>
          <w:sz w:val="24"/>
        </w:rPr>
        <w:t>「或者什么？」</w:t>
      </w:r>
    </w:p>
    <w:p>
      <w:pPr>
        <w:spacing w:line="560" w:lineRule="exact"/>
        <w:ind w:firstLine="420"/>
      </w:pPr>
      <w:r>
        <w:rPr>
          <w:rFonts w:ascii="宋体" w:hAnsi="宋体" w:eastAsia="宋体"/>
          <w:sz w:val="24"/>
        </w:rPr>
        <w:t>「或者——暗流背后的控制者，就是设计四塔系统的那批人。」</w:t>
      </w:r>
    </w:p>
    <w:p>
      <w:pPr>
        <w:spacing w:line="560" w:lineRule="exact"/>
        <w:ind w:firstLine="420"/>
      </w:pPr>
      <w:r>
        <w:rPr>
          <w:rFonts w:ascii="宋体" w:hAnsi="宋体" w:eastAsia="宋体"/>
          <w:sz w:val="24"/>
        </w:rPr>
        <w:t>林风的脑海中闪过神域中枢的画面。四座塔的钥匙融合时，面板上显示过一行代码——</w:t>
      </w:r>
    </w:p>
    <w:p>
      <w:pPr>
        <w:spacing w:line="560" w:lineRule="exact"/>
        <w:ind w:firstLine="420"/>
      </w:pPr>
      <w:r>
        <w:rPr>
          <w:rFonts w:ascii="宋体" w:hAnsi="宋体" w:eastAsia="宋体"/>
          <w:sz w:val="24"/>
        </w:rPr>
        <w:t>【四塔架构设计方：Olympus R&amp;D】</w:t>
      </w:r>
    </w:p>
    <w:p>
      <w:pPr>
        <w:spacing w:line="560" w:lineRule="exact"/>
        <w:ind w:firstLine="420"/>
      </w:pPr>
      <w:r>
        <w:rPr>
          <w:rFonts w:ascii="宋体" w:hAnsi="宋体" w:eastAsia="宋体"/>
          <w:sz w:val="24"/>
        </w:rPr>
        <w:t>他当时没有在意那行字。现在想来——那不是巧合。</w:t>
      </w:r>
    </w:p>
    <w:p>
      <w:pPr>
        <w:spacing w:line="560" w:lineRule="exact"/>
        <w:ind w:firstLine="420"/>
      </w:pPr>
      <w:r>
        <w:rPr>
          <w:rFonts w:ascii="宋体" w:hAnsi="宋体" w:eastAsia="宋体"/>
          <w:sz w:val="24"/>
        </w:rPr>
        <w:t>暗流不是外部势力。暗流和《天界》的核心架构设计方，是同一批人。</w:t>
      </w:r>
    </w:p>
    <w:p>
      <w:pPr>
        <w:spacing w:line="560" w:lineRule="exact"/>
        <w:ind w:firstLine="420"/>
      </w:pPr>
      <w:r>
        <w:rPr>
          <w:rFonts w:ascii="宋体" w:hAnsi="宋体" w:eastAsia="宋体"/>
          <w:sz w:val="24"/>
        </w:rPr>
        <w:t>「凌天——」林风的声音很平静，但平静之下有着压抑的暗涌，「还有多少关于这家公司的资料？」</w:t>
      </w:r>
    </w:p>
    <w:p>
      <w:pPr>
        <w:spacing w:line="560" w:lineRule="exact"/>
        <w:ind w:firstLine="420"/>
      </w:pPr>
      <w:r>
        <w:rPr>
          <w:rFonts w:ascii="宋体" w:hAnsi="宋体" w:eastAsia="宋体"/>
          <w:sz w:val="24"/>
        </w:rPr>
        <w:t>「正在查。但开曼群岛的公司信息都是密封的——能查到的不多。最快的方式——」</w:t>
      </w:r>
    </w:p>
    <w:p>
      <w:pPr>
        <w:spacing w:line="560" w:lineRule="exact"/>
        <w:ind w:firstLine="420"/>
      </w:pPr>
      <w:r>
        <w:rPr>
          <w:rFonts w:ascii="宋体" w:hAnsi="宋体" w:eastAsia="宋体"/>
          <w:sz w:val="24"/>
        </w:rPr>
        <w:t>「什么方式？」</w:t>
      </w:r>
    </w:p>
    <w:p>
      <w:pPr>
        <w:spacing w:line="560" w:lineRule="exact"/>
        <w:ind w:firstLine="420"/>
      </w:pPr>
      <w:r>
        <w:rPr>
          <w:rFonts w:ascii="宋体" w:hAnsi="宋体" w:eastAsia="宋体"/>
          <w:sz w:val="24"/>
        </w:rPr>
        <w:t>「等文件解密。你父母留下的那两百GB文件——里面一定有答案。」</w:t>
      </w:r>
    </w:p>
    <w:p>
      <w:pPr>
        <w:spacing w:line="560" w:lineRule="exact"/>
        <w:ind w:firstLine="420"/>
      </w:pPr>
      <w:r>
        <w:rPr>
          <w:rFonts w:ascii="宋体" w:hAnsi="宋体" w:eastAsia="宋体"/>
          <w:sz w:val="24"/>
        </w:rPr>
        <w:t>林风看了一眼面板。</w:t>
      </w:r>
    </w:p>
    <w:p>
      <w:pPr>
        <w:spacing w:line="560" w:lineRule="exact"/>
        <w:ind w:firstLine="420"/>
      </w:pPr>
      <w:r>
        <w:rPr>
          <w:rFonts w:ascii="宋体" w:hAnsi="宋体" w:eastAsia="宋体"/>
          <w:sz w:val="24"/>
        </w:rPr>
        <w:t>【文件解密进度：34%】</w:t>
      </w:r>
    </w:p>
    <w:p>
      <w:pPr>
        <w:spacing w:line="560" w:lineRule="exact"/>
        <w:ind w:firstLine="420"/>
      </w:pPr>
      <w:r>
        <w:rPr>
          <w:rFonts w:ascii="宋体" w:hAnsi="宋体" w:eastAsia="宋体"/>
          <w:sz w:val="24"/>
        </w:rPr>
        <w:t>【剩余时间：约29小时】</w:t>
      </w:r>
    </w:p>
    <w:p>
      <w:pPr>
        <w:spacing w:line="560" w:lineRule="exact"/>
        <w:ind w:firstLine="420"/>
      </w:pPr>
      <w:r>
        <w:rPr>
          <w:rFonts w:ascii="宋体" w:hAnsi="宋体" w:eastAsia="宋体"/>
          <w:sz w:val="24"/>
        </w:rPr>
        <w:t>他还需要在游戏里待二十多个小时。</w:t>
      </w:r>
    </w:p>
    <w:p>
      <w:pPr>
        <w:spacing w:line="560" w:lineRule="exact"/>
        <w:ind w:firstLine="420"/>
      </w:pPr>
      <w:r>
        <w:rPr>
          <w:rFonts w:ascii="宋体" w:hAnsi="宋体" w:eastAsia="宋体"/>
          <w:sz w:val="24"/>
        </w:rPr>
        <w:t>但戈壁滩的坐标——那个卫星盲区中的基地——还在更远的地方等着他。</w:t>
      </w:r>
    </w:p>
    <w:p>
      <w:r>
        <w:br w:type="page"/>
      </w:r>
    </w:p>
    <w:p>
      <w:pPr>
        <w:jc w:val="center"/>
      </w:pPr>
      <w:r>
        <w:rPr>
          <w:b/>
          <w:sz w:val="32"/>
        </w:rPr>
        <w:t>第063章 加速·解密进行时</w:t>
      </w:r>
    </w:p>
    <w:p>
      <w:pPr>
        <w:jc w:val="center"/>
      </w:pPr>
      <w:r>
        <w:rPr>
          <w:color w:val="999999"/>
          <w:sz w:val="18"/>
        </w:rPr>
        <w:t>（2,500字）</w:t>
      </w:r>
    </w:p>
    <w:p/>
    <w:p>
      <w:pPr>
        <w:spacing w:line="560" w:lineRule="exact"/>
        <w:ind w:firstLine="420"/>
      </w:pPr>
      <w:r>
        <w:rPr>
          <w:rFonts w:ascii="宋体" w:hAnsi="宋体" w:eastAsia="宋体"/>
          <w:sz w:val="24"/>
        </w:rPr>
        <w:t>公会频道炸了锅。</w:t>
      </w:r>
    </w:p>
    <w:p>
      <w:pPr>
        <w:spacing w:line="560" w:lineRule="exact"/>
        <w:ind w:firstLine="420"/>
      </w:pPr>
      <w:r>
        <w:rPr>
          <w:rFonts w:ascii="宋体" w:hAnsi="宋体" w:eastAsia="宋体"/>
          <w:sz w:val="24"/>
        </w:rPr>
        <w:t>赵铁柱的声音第一个炸开：「奥林匹斯投资集团？那不是你之前在神域里打的那个塔吗？就是那个泰坦守门的、七层试炼的奥林匹斯塔？！」</w:t>
      </w:r>
    </w:p>
    <w:p>
      <w:pPr>
        <w:spacing w:line="560" w:lineRule="exact"/>
        <w:ind w:firstLine="420"/>
      </w:pPr>
      <w:r>
        <w:rPr>
          <w:rFonts w:ascii="宋体" w:hAnsi="宋体" w:eastAsia="宋体"/>
          <w:sz w:val="24"/>
        </w:rPr>
        <w:t>「不只是塔的名字。」凌天的声音恢复了冷静，但语速明显比平时快了一些——他在高速思考的时候就会这样，「神域四塔的架构设计方标注的是'Olympus R&amp;D'。如果暗流背后的控制者和设计四塔的是同一批人——」</w:t>
      </w:r>
    </w:p>
    <w:p>
      <w:pPr>
        <w:spacing w:line="560" w:lineRule="exact"/>
        <w:ind w:firstLine="420"/>
      </w:pPr>
      <w:r>
        <w:rPr>
          <w:rFonts w:ascii="宋体" w:hAnsi="宋体" w:eastAsia="宋体"/>
          <w:sz w:val="24"/>
        </w:rPr>
        <w:t>「那他们从一开始就知道古玉的存在。」夜影接过了话，声音里带着寒意，「甚至可能知道林风父母的真实身份——知道古玉的秘密，也知道林建国夫妇为什么不得不假死。」</w:t>
      </w:r>
    </w:p>
    <w:p>
      <w:pPr>
        <w:spacing w:line="560" w:lineRule="exact"/>
        <w:ind w:firstLine="420"/>
      </w:pPr>
      <w:r>
        <w:rPr>
          <w:rFonts w:ascii="宋体" w:hAnsi="宋体" w:eastAsia="宋体"/>
          <w:sz w:val="24"/>
        </w:rPr>
        <w:t>公会频道沉默了几秒。这个推论太可怕了——如果暗流和设计《天界》核心架构的是同一批人，那他们不仅知道古玉的秘密，还知道林建国夫妇的所有研究，甚至可能早在十六年前就已经盯上了林家。</w:t>
      </w:r>
    </w:p>
    <w:p>
      <w:pPr>
        <w:spacing w:line="560" w:lineRule="exact"/>
        <w:ind w:firstLine="420"/>
      </w:pPr>
      <w:r>
        <w:rPr>
          <w:rFonts w:ascii="宋体" w:hAnsi="宋体" w:eastAsia="宋体"/>
          <w:sz w:val="24"/>
        </w:rPr>
        <w:t>公会频道沉默了几秒。</w:t>
      </w:r>
    </w:p>
    <w:p>
      <w:pPr>
        <w:spacing w:line="560" w:lineRule="exact"/>
        <w:ind w:firstLine="420"/>
      </w:pPr>
      <w:r>
        <w:rPr>
          <w:rFonts w:ascii="宋体" w:hAnsi="宋体" w:eastAsia="宋体"/>
          <w:sz w:val="24"/>
        </w:rPr>
        <w:t>林风没有参与公会频道的激烈讨论。他盯着管理者面板上跳动的数据——文件解密进度已经跳到了35%。EVE反制协议还在运行，追踪日志显示它已经锁定了新加坡数据中心内部的三个IP地址。那三个IP的访问记录显示——在过去二十四小时内，它们向《天界》核心服务器发送了超过四万次异常请求。</w:t>
      </w:r>
    </w:p>
    <w:p>
      <w:pPr>
        <w:spacing w:line="560" w:lineRule="exact"/>
        <w:ind w:firstLine="420"/>
      </w:pPr>
      <w:r>
        <w:rPr>
          <w:rFonts w:ascii="宋体" w:hAnsi="宋体" w:eastAsia="宋体"/>
          <w:sz w:val="24"/>
        </w:rPr>
        <w:t>四万次。</w:t>
      </w:r>
    </w:p>
    <w:p>
      <w:pPr>
        <w:spacing w:line="560" w:lineRule="exact"/>
        <w:ind w:firstLine="420"/>
      </w:pPr>
      <w:r>
        <w:rPr>
          <w:rFonts w:ascii="宋体" w:hAnsi="宋体" w:eastAsia="宋体"/>
          <w:sz w:val="24"/>
        </w:rPr>
        <w:t>暗流对古玉的攻击，远比林风想象的更频繁、更持久。</w:t>
      </w:r>
    </w:p>
    <w:p>
      <w:pPr>
        <w:spacing w:line="560" w:lineRule="exact"/>
        <w:ind w:firstLine="420"/>
      </w:pPr>
      <w:r>
        <w:rPr>
          <w:rFonts w:ascii="宋体" w:hAnsi="宋体" w:eastAsia="宋体"/>
          <w:sz w:val="24"/>
        </w:rPr>
        <w:t>「凌天——那三个新加坡的IP地址现在还在活动吗？」</w:t>
      </w:r>
    </w:p>
    <w:p>
      <w:pPr>
        <w:spacing w:line="560" w:lineRule="exact"/>
        <w:ind w:firstLine="420"/>
      </w:pPr>
      <w:r>
        <w:rPr>
          <w:rFonts w:ascii="宋体" w:hAnsi="宋体" w:eastAsia="宋体"/>
          <w:sz w:val="24"/>
        </w:rPr>
        <w:t>「还在。但有意思的是——」凌天停顿了一下，「它们现在停止了攻击。」</w:t>
      </w:r>
    </w:p>
    <w:p>
      <w:pPr>
        <w:spacing w:line="560" w:lineRule="exact"/>
        <w:ind w:firstLine="420"/>
      </w:pPr>
      <w:r>
        <w:rPr>
          <w:rFonts w:ascii="宋体" w:hAnsi="宋体" w:eastAsia="宋体"/>
          <w:sz w:val="24"/>
        </w:rPr>
        <w:t>「停止了？」</w:t>
      </w:r>
    </w:p>
    <w:p>
      <w:pPr>
        <w:spacing w:line="560" w:lineRule="exact"/>
        <w:ind w:firstLine="420"/>
      </w:pPr>
      <w:r>
        <w:rPr>
          <w:rFonts w:ascii="宋体" w:hAnsi="宋体" w:eastAsia="宋体"/>
          <w:sz w:val="24"/>
        </w:rPr>
        <w:t>「对。就在EVE命中追踪之后的第三分钟，所有攻击全部停止了。像是有人拔掉了网线。」</w:t>
      </w:r>
    </w:p>
    <w:p>
      <w:pPr>
        <w:spacing w:line="560" w:lineRule="exact"/>
        <w:ind w:firstLine="420"/>
      </w:pPr>
      <w:r>
        <w:rPr>
          <w:rFonts w:ascii="宋体" w:hAnsi="宋体" w:eastAsia="宋体"/>
          <w:sz w:val="24"/>
        </w:rPr>
        <w:t>林风皱起了眉头。这不像撤退——更像是被人从外部强行切断连接。暗流黑客背后的操作者，可能在发现追踪信号后直接远程断开了数据中心的链路。</w:t>
      </w:r>
    </w:p>
    <w:p>
      <w:pPr>
        <w:spacing w:line="560" w:lineRule="exact"/>
        <w:ind w:firstLine="420"/>
      </w:pPr>
      <w:r>
        <w:rPr>
          <w:rFonts w:ascii="宋体" w:hAnsi="宋体" w:eastAsia="宋体"/>
          <w:sz w:val="24"/>
        </w:rPr>
        <w:t>这是警觉，还是——灭口？</w:t>
      </w:r>
    </w:p>
    <w:p>
      <w:pPr>
        <w:spacing w:line="560" w:lineRule="exact"/>
        <w:ind w:firstLine="420"/>
      </w:pPr>
      <w:r>
        <w:rPr>
          <w:rFonts w:ascii="宋体" w:hAnsi="宋体" w:eastAsia="宋体"/>
          <w:sz w:val="24"/>
        </w:rPr>
        <w:t>「风哥——」苏小雅的声音打破了沉默，「不管暗流背后是谁——你还要去戈壁滩吗？」</w:t>
      </w:r>
    </w:p>
    <w:p>
      <w:pPr>
        <w:spacing w:line="560" w:lineRule="exact"/>
        <w:ind w:firstLine="420"/>
      </w:pPr>
      <w:r>
        <w:rPr>
          <w:rFonts w:ascii="宋体" w:hAnsi="宋体" w:eastAsia="宋体"/>
          <w:sz w:val="24"/>
        </w:rPr>
        <w:t>「去。」</w:t>
      </w:r>
    </w:p>
    <w:p>
      <w:pPr>
        <w:spacing w:line="560" w:lineRule="exact"/>
        <w:ind w:firstLine="420"/>
      </w:pPr>
      <w:r>
        <w:rPr>
          <w:rFonts w:ascii="宋体" w:hAnsi="宋体" w:eastAsia="宋体"/>
          <w:sz w:val="24"/>
        </w:rPr>
        <w:t>「什么时候？」</w:t>
      </w:r>
    </w:p>
    <w:p>
      <w:pPr>
        <w:spacing w:line="560" w:lineRule="exact"/>
        <w:ind w:firstLine="420"/>
      </w:pPr>
      <w:r>
        <w:rPr>
          <w:rFonts w:ascii="宋体" w:hAnsi="宋体" w:eastAsia="宋体"/>
          <w:sz w:val="24"/>
        </w:rPr>
        <w:t>林风看了一眼解密进度。</w:t>
      </w:r>
    </w:p>
    <w:p>
      <w:pPr>
        <w:spacing w:line="560" w:lineRule="exact"/>
        <w:ind w:firstLine="420"/>
      </w:pPr>
      <w:r>
        <w:rPr>
          <w:rFonts w:ascii="宋体" w:hAnsi="宋体" w:eastAsia="宋体"/>
          <w:sz w:val="24"/>
        </w:rPr>
        <w:t>35%——还有约27小时。</w:t>
      </w:r>
    </w:p>
    <w:p>
      <w:pPr>
        <w:spacing w:line="560" w:lineRule="exact"/>
        <w:ind w:firstLine="420"/>
      </w:pPr>
      <w:r>
        <w:rPr>
          <w:rFonts w:ascii="宋体" w:hAnsi="宋体" w:eastAsia="宋体"/>
          <w:sz w:val="24"/>
        </w:rPr>
        <w:t>「等解密完成。」</w:t>
      </w:r>
    </w:p>
    <w:p>
      <w:pPr>
        <w:spacing w:line="560" w:lineRule="exact"/>
        <w:ind w:firstLine="420"/>
      </w:pPr>
      <w:r>
        <w:rPr>
          <w:rFonts w:ascii="宋体" w:hAnsi="宋体" w:eastAsia="宋体"/>
          <w:sz w:val="24"/>
        </w:rPr>
        <w:t>「那这段时间我们做什么？」</w:t>
      </w:r>
    </w:p>
    <w:p>
      <w:pPr>
        <w:spacing w:line="560" w:lineRule="exact"/>
        <w:ind w:firstLine="420"/>
      </w:pPr>
      <w:r>
        <w:rPr>
          <w:rFonts w:ascii="宋体" w:hAnsi="宋体" w:eastAsia="宋体"/>
          <w:sz w:val="24"/>
        </w:rPr>
        <w:t>林风环顾四周。涅槃之地的火焰在远处翻涌，天边的灰烬依然如雪般飘落。他的等级已经103了，距离105还有两级。以现在的刷怪速度，大约需要八到十个小时。</w:t>
      </w:r>
    </w:p>
    <w:p>
      <w:pPr>
        <w:spacing w:line="560" w:lineRule="exact"/>
        <w:ind w:firstLine="420"/>
      </w:pPr>
      <w:r>
        <w:rPr>
          <w:rFonts w:ascii="宋体" w:hAnsi="宋体" w:eastAsia="宋体"/>
          <w:sz w:val="24"/>
        </w:rPr>
        <w:t>「练级。解锁涅槃之地全部的传送点。然后——」</w:t>
      </w:r>
    </w:p>
    <w:p>
      <w:pPr>
        <w:spacing w:line="560" w:lineRule="exact"/>
        <w:ind w:firstLine="420"/>
      </w:pPr>
      <w:r>
        <w:rPr>
          <w:rFonts w:ascii="宋体" w:hAnsi="宋体" w:eastAsia="宋体"/>
          <w:sz w:val="24"/>
        </w:rPr>
        <w:t>他停顿了一下。</w:t>
      </w:r>
    </w:p>
    <w:p>
      <w:pPr>
        <w:spacing w:line="560" w:lineRule="exact"/>
        <w:ind w:firstLine="420"/>
      </w:pPr>
      <w:r>
        <w:rPr>
          <w:rFonts w:ascii="宋体" w:hAnsi="宋体" w:eastAsia="宋体"/>
          <w:sz w:val="24"/>
        </w:rPr>
        <w:t>「然后，我下线去准备点东西。」</w:t>
      </w:r>
    </w:p>
    <w:p>
      <w:pPr>
        <w:spacing w:line="560" w:lineRule="exact"/>
        <w:ind w:firstLine="420"/>
      </w:pPr>
      <w:r>
        <w:rPr>
          <w:rFonts w:ascii="宋体" w:hAnsi="宋体" w:eastAsia="宋体"/>
          <w:sz w:val="24"/>
        </w:rPr>
        <w:t>「什么东西？」</w:t>
      </w:r>
    </w:p>
    <w:p>
      <w:pPr>
        <w:spacing w:line="560" w:lineRule="exact"/>
        <w:ind w:firstLine="420"/>
      </w:pPr>
      <w:r>
        <w:rPr>
          <w:rFonts w:ascii="宋体" w:hAnsi="宋体" w:eastAsia="宋体"/>
          <w:sz w:val="24"/>
        </w:rPr>
        <w:t>「飞甘肃的机票，和一辆能在戈壁滩上开的车。」</w:t>
      </w:r>
    </w:p>
    <w:p>
      <w:pPr>
        <w:spacing w:line="560" w:lineRule="exact"/>
        <w:ind w:firstLine="420"/>
      </w:pPr>
      <w:r>
        <w:rPr>
          <w:rFonts w:ascii="宋体" w:hAnsi="宋体" w:eastAsia="宋体"/>
          <w:sz w:val="24"/>
        </w:rPr>
        <w:t>接下来的八个小时里，神豪殿的十八人在涅槃之地刷穿了三层区域。</w:t>
      </w:r>
    </w:p>
    <w:p>
      <w:pPr>
        <w:spacing w:line="560" w:lineRule="exact"/>
        <w:ind w:firstLine="420"/>
      </w:pPr>
      <w:r>
        <w:rPr>
          <w:rFonts w:ascii="宋体" w:hAnsi="宋体" w:eastAsia="宋体"/>
          <w:sz w:val="24"/>
        </w:rPr>
        <w:t>第一层——外围荒原。怪群密度中等，平均每群五六只涅槃守卫者，适合热身。队伍用了两个小时扫荡完毕，所有人的等级都冲上了102。苏小雅在这层掉落了一把紫色的弓——属性比她的旧弓高了百分之八，暴击率提升了两个百分点。</w:t>
      </w:r>
    </w:p>
    <w:p>
      <w:pPr>
        <w:spacing w:line="560" w:lineRule="exact"/>
        <w:ind w:firstLine="420"/>
      </w:pPr>
      <w:r>
        <w:rPr>
          <w:rFonts w:ascii="宋体" w:hAnsi="宋体" w:eastAsia="宋体"/>
          <w:sz w:val="24"/>
        </w:rPr>
        <w:t>第二层——熔炉走廊。狭窄的地形限制了队伍的移动空间，两侧是滚烫的熔岩壁，掉下去就是秒杀。但林风的神豪领域在密集怪群中的收益极高——走廊里的怪群密度是外围的三倍，一波能拉到三四十只，一次清场就能涨一格经验。三个小时，全员103~104。狂战八方在这层摸出了一件史诗级的战士护腕，防御力直接翻了一倍。</w:t>
      </w:r>
    </w:p>
    <w:p>
      <w:pPr>
        <w:spacing w:line="560" w:lineRule="exact"/>
        <w:ind w:firstLine="420"/>
      </w:pPr>
      <w:r>
        <w:rPr>
          <w:rFonts w:ascii="宋体" w:hAnsi="宋体" w:eastAsia="宋体"/>
          <w:sz w:val="24"/>
        </w:rPr>
        <w:t>第三层——灰烬王座。涅槃之地的核心区域，入口处是一片开阔的圆形平台，地面上铺满了烧焦的白骨碎片。门口蹲守着一个103级的精英守卫者——一个浑身覆盖着暗金色铠甲的火焰巨人，手持一把燃烧的巨斧，斧刃上还滴着岩浆。它的名字是【焚烬守卫·炎魔佐拉】。</w:t>
      </w:r>
    </w:p>
    <w:p>
      <w:pPr>
        <w:spacing w:line="560" w:lineRule="exact"/>
        <w:ind w:firstLine="420"/>
      </w:pPr>
      <w:r>
        <w:rPr>
          <w:rFonts w:ascii="宋体" w:hAnsi="宋体" w:eastAsia="宋体"/>
          <w:sz w:val="24"/>
        </w:rPr>
        <w:t>「这个精英——我来单挑。」林风拔出死亡裁决者，向前迈了一步，「你们在旁边看着就行，别插手。」</w:t>
      </w:r>
    </w:p>
    <w:p>
      <w:pPr>
        <w:spacing w:line="560" w:lineRule="exact"/>
        <w:ind w:firstLine="420"/>
      </w:pPr>
      <w:r>
        <w:rPr>
          <w:rFonts w:ascii="宋体" w:hAnsi="宋体" w:eastAsia="宋体"/>
          <w:sz w:val="24"/>
        </w:rPr>
        <w:t>「你一个人？」赵铁柱有些担心，盾牌举到胸前，「这可是103级的精英——血量估计有普通怪的二三十倍，你一个人要打到什么时候？」</w:t>
      </w:r>
    </w:p>
    <w:p>
      <w:pPr>
        <w:spacing w:line="560" w:lineRule="exact"/>
        <w:ind w:firstLine="420"/>
      </w:pPr>
      <w:r>
        <w:rPr>
          <w:rFonts w:ascii="宋体" w:hAnsi="宋体" w:eastAsia="宋体"/>
          <w:sz w:val="24"/>
        </w:rPr>
        <w:t>「试试我的新技能。」</w:t>
      </w:r>
    </w:p>
    <w:p>
      <w:pPr>
        <w:spacing w:line="560" w:lineRule="exact"/>
        <w:ind w:firstLine="420"/>
      </w:pPr>
      <w:r>
        <w:rPr>
          <w:rFonts w:ascii="宋体" w:hAnsi="宋体" w:eastAsia="宋体"/>
          <w:sz w:val="24"/>
        </w:rPr>
        <w:t>林风在神域核心中枢激活了古玉第四阶段的战斗模块——【管理者·战场主宰】。这个技能的效果是：在三十秒内，全属性提升400%，技能冷却归零，且每秒自动回复30%的血量。</w:t>
      </w:r>
    </w:p>
    <w:p>
      <w:pPr>
        <w:spacing w:line="560" w:lineRule="exact"/>
        <w:ind w:firstLine="420"/>
      </w:pPr>
      <w:r>
        <w:rPr>
          <w:rFonts w:ascii="宋体" w:hAnsi="宋体" w:eastAsia="宋体"/>
          <w:sz w:val="24"/>
        </w:rPr>
        <w:t>简单来说——三十秒的无敌。</w:t>
      </w:r>
    </w:p>
    <w:p>
      <w:pPr>
        <w:spacing w:line="560" w:lineRule="exact"/>
        <w:ind w:firstLine="420"/>
      </w:pPr>
      <w:r>
        <w:rPr>
          <w:rFonts w:ascii="宋体" w:hAnsi="宋体" w:eastAsia="宋体"/>
          <w:sz w:val="24"/>
        </w:rPr>
        <w:t>他没有急着用技能。先是用普通攻击和精英守卫者周旋了十几回合，摸清了它的攻击节奏——起手横扫，接一个跳劈，然后是一个范围火焰爆裂。三个技能的间隔分别是三秒、两秒、一秒五。火焰爆裂的范围是二十码——如果躲避及时，可以完全规避伤害。</w:t>
      </w:r>
    </w:p>
    <w:p>
      <w:pPr>
        <w:spacing w:line="560" w:lineRule="exact"/>
        <w:ind w:firstLine="420"/>
      </w:pPr>
      <w:r>
        <w:rPr>
          <w:rFonts w:ascii="宋体" w:hAnsi="宋体" w:eastAsia="宋体"/>
          <w:sz w:val="24"/>
        </w:rPr>
        <w:t>摸清规律后，林风后退了一步。</w:t>
      </w:r>
    </w:p>
    <w:p>
      <w:pPr>
        <w:spacing w:line="560" w:lineRule="exact"/>
        <w:ind w:firstLine="420"/>
      </w:pPr>
      <w:r>
        <w:rPr>
          <w:rFonts w:ascii="宋体" w:hAnsi="宋体" w:eastAsia="宋体"/>
          <w:sz w:val="24"/>
        </w:rPr>
        <w:t>「差不多了。」</w:t>
      </w:r>
    </w:p>
    <w:p>
      <w:pPr>
        <w:spacing w:line="560" w:lineRule="exact"/>
        <w:ind w:firstLine="420"/>
      </w:pPr>
      <w:r>
        <w:rPr>
          <w:rFonts w:ascii="宋体" w:hAnsi="宋体" w:eastAsia="宋体"/>
          <w:sz w:val="24"/>
        </w:rPr>
        <w:t>他按下技能键。</w:t>
      </w:r>
    </w:p>
    <w:p>
      <w:pPr>
        <w:spacing w:line="560" w:lineRule="exact"/>
        <w:ind w:firstLine="420"/>
      </w:pPr>
      <w:r>
        <w:rPr>
          <w:rFonts w:ascii="宋体" w:hAnsi="宋体" w:eastAsia="宋体"/>
          <w:sz w:val="24"/>
        </w:rPr>
        <w:t>死亡裁决者的剑身上浮现出金色的光芒——不是附魔的光芒，而是管理者权限激活的光芒。那一瞬间，他的全属性暴增四倍，技能冷却全部清零。</w:t>
      </w:r>
    </w:p>
    <w:p>
      <w:pPr>
        <w:spacing w:line="560" w:lineRule="exact"/>
        <w:ind w:firstLine="420"/>
      </w:pPr>
      <w:r>
        <w:rPr>
          <w:rFonts w:ascii="宋体" w:hAnsi="宋体" w:eastAsia="宋体"/>
          <w:sz w:val="24"/>
        </w:rPr>
        <w:t>精英守卫者的横扫——他直接迎了上去，一剑劈碎了巨斧的刀刃。跳劈——他侧身闪过，反手一剑贯穿了守卫者的胸口。火焰爆裂——他没有躲，硬吃了全部伤害，然后血条在三秒内回满。</w:t>
      </w:r>
    </w:p>
    <w:p>
      <w:pPr>
        <w:spacing w:line="560" w:lineRule="exact"/>
        <w:ind w:firstLine="420"/>
      </w:pPr>
      <w:r>
        <w:rPr>
          <w:rFonts w:ascii="宋体" w:hAnsi="宋体" w:eastAsia="宋体"/>
          <w:sz w:val="24"/>
        </w:rPr>
        <w:t>守卫者的AI大概从来没有遇到过这种打法。它愣在原地，燃烧的头盔歪了一下——像是在思考自己到底遇到了什么怪物。</w:t>
      </w:r>
    </w:p>
    <w:p>
      <w:pPr>
        <w:spacing w:line="560" w:lineRule="exact"/>
        <w:ind w:firstLine="420"/>
      </w:pPr>
      <w:r>
        <w:rPr>
          <w:rFonts w:ascii="宋体" w:hAnsi="宋体" w:eastAsia="宋体"/>
          <w:sz w:val="24"/>
        </w:rPr>
        <w:t>林风没有给它思考的时间。</w:t>
      </w:r>
    </w:p>
    <w:p>
      <w:pPr>
        <w:spacing w:line="560" w:lineRule="exact"/>
        <w:ind w:firstLine="420"/>
      </w:pPr>
      <w:r>
        <w:rPr>
          <w:rFonts w:ascii="宋体" w:hAnsi="宋体" w:eastAsia="宋体"/>
          <w:sz w:val="24"/>
        </w:rPr>
        <w:t>最后一剑——贯穿头颅。</w:t>
      </w:r>
    </w:p>
    <w:p>
      <w:pPr>
        <w:spacing w:line="560" w:lineRule="exact"/>
        <w:ind w:firstLine="420"/>
      </w:pPr>
      <w:r>
        <w:rPr>
          <w:rFonts w:ascii="宋体" w:hAnsi="宋体" w:eastAsia="宋体"/>
          <w:sz w:val="24"/>
        </w:rPr>
        <w:t>精英守卫者化作金色的碎片消散，留下了一把闪着暗金光芒的戒指。</w:t>
      </w:r>
    </w:p>
    <w:p>
      <w:pPr>
        <w:spacing w:line="560" w:lineRule="exact"/>
        <w:ind w:firstLine="420"/>
      </w:pPr>
      <w:r>
        <w:rPr>
          <w:rFonts w:ascii="宋体" w:hAnsi="宋体" w:eastAsia="宋体"/>
          <w:sz w:val="24"/>
        </w:rPr>
        <w:t>【管理者之戒·第三纪元】</w:t>
      </w:r>
    </w:p>
    <w:p>
      <w:pPr>
        <w:spacing w:line="560" w:lineRule="exact"/>
        <w:ind w:firstLine="420"/>
      </w:pPr>
      <w:r>
        <w:rPr>
          <w:rFonts w:ascii="宋体" w:hAnsi="宋体" w:eastAsia="宋体"/>
          <w:sz w:val="24"/>
        </w:rPr>
        <w:t>所有属性+8%。技能冷却-15%。唯一被动——【权限溢出】：使用管理者技能后，下一次普通攻击附带真实伤害。</w:t>
      </w:r>
    </w:p>
    <w:p>
      <w:pPr>
        <w:spacing w:line="560" w:lineRule="exact"/>
        <w:ind w:firstLine="420"/>
      </w:pPr>
      <w:r>
        <w:rPr>
          <w:rFonts w:ascii="宋体" w:hAnsi="宋体" w:eastAsia="宋体"/>
          <w:sz w:val="24"/>
        </w:rPr>
        <w:t>林风把那枚暗金色的管理者之戒戴上右手中指。全属性面板的数字立刻跳了一截——攻击力、防御力、暴击率全部上涨了一截。</w:t>
      </w:r>
    </w:p>
    <w:p>
      <w:pPr>
        <w:spacing w:line="560" w:lineRule="exact"/>
        <w:ind w:firstLine="420"/>
      </w:pPr>
      <w:r>
        <w:rPr>
          <w:rFonts w:ascii="宋体" w:hAnsi="宋体" w:eastAsia="宋体"/>
          <w:sz w:val="24"/>
        </w:rPr>
        <w:t>「风哥——」赵铁柱的声音里带着一丝真诚的敬畏，「你刚才那三十秒……发生了什么？」</w:t>
      </w:r>
    </w:p>
    <w:p>
      <w:pPr>
        <w:spacing w:line="560" w:lineRule="exact"/>
        <w:ind w:firstLine="420"/>
      </w:pPr>
      <w:r>
        <w:rPr>
          <w:rFonts w:ascii="宋体" w:hAnsi="宋体" w:eastAsia="宋体"/>
          <w:sz w:val="24"/>
        </w:rPr>
        <w:t>「我爸留的礼物。」</w:t>
      </w:r>
    </w:p>
    <w:p>
      <w:pPr>
        <w:spacing w:line="560" w:lineRule="exact"/>
        <w:ind w:firstLine="420"/>
      </w:pPr>
      <w:r>
        <w:rPr>
          <w:rFonts w:ascii="宋体" w:hAnsi="宋体" w:eastAsia="宋体"/>
          <w:sz w:val="24"/>
        </w:rPr>
        <w:t>他没有多说。但所有人都明白——随着解密进度的推进，古玉的真正力量正在一点一点地释放出来。</w:t>
      </w:r>
    </w:p>
    <w:p>
      <w:pPr>
        <w:spacing w:line="560" w:lineRule="exact"/>
        <w:ind w:firstLine="420"/>
      </w:pPr>
      <w:r>
        <w:rPr>
          <w:rFonts w:ascii="宋体" w:hAnsi="宋体" w:eastAsia="宋体"/>
          <w:sz w:val="24"/>
        </w:rPr>
        <w:t>又过了三个小时。</w:t>
      </w:r>
    </w:p>
    <w:p>
      <w:pPr>
        <w:spacing w:line="560" w:lineRule="exact"/>
        <w:ind w:firstLine="420"/>
      </w:pPr>
      <w:r>
        <w:rPr>
          <w:rFonts w:ascii="宋体" w:hAnsi="宋体" w:eastAsia="宋体"/>
          <w:sz w:val="24"/>
        </w:rPr>
        <w:t>文件解密进度跳到了47%。剩余时间约13小时。</w:t>
      </w:r>
    </w:p>
    <w:p>
      <w:pPr>
        <w:spacing w:line="560" w:lineRule="exact"/>
        <w:ind w:firstLine="420"/>
      </w:pPr>
      <w:r>
        <w:rPr>
          <w:rFonts w:ascii="宋体" w:hAnsi="宋体" w:eastAsia="宋体"/>
          <w:sz w:val="24"/>
        </w:rPr>
        <w:t>林风站在灰烬王座的尽头，面前是一座巨大的传送门——涅槃之地的出口。门的另一侧连接着神域中枢的下一个区域。</w:t>
      </w:r>
    </w:p>
    <w:p>
      <w:pPr>
        <w:spacing w:line="560" w:lineRule="exact"/>
        <w:ind w:firstLine="420"/>
      </w:pPr>
      <w:r>
        <w:rPr>
          <w:rFonts w:ascii="宋体" w:hAnsi="宋体" w:eastAsia="宋体"/>
          <w:sz w:val="24"/>
        </w:rPr>
        <w:t>他看了一眼时间。</w:t>
      </w:r>
    </w:p>
    <w:p>
      <w:pPr>
        <w:spacing w:line="560" w:lineRule="exact"/>
        <w:ind w:firstLine="420"/>
      </w:pPr>
      <w:r>
        <w:rPr>
          <w:rFonts w:ascii="宋体" w:hAnsi="宋体" w:eastAsia="宋体"/>
          <w:sz w:val="24"/>
        </w:rPr>
        <w:t>凌晨两点。</w:t>
      </w:r>
    </w:p>
    <w:p>
      <w:pPr>
        <w:spacing w:line="560" w:lineRule="exact"/>
        <w:ind w:firstLine="420"/>
      </w:pPr>
      <w:r>
        <w:rPr>
          <w:rFonts w:ascii="宋体" w:hAnsi="宋体" w:eastAsia="宋体"/>
          <w:sz w:val="24"/>
        </w:rPr>
        <w:t>「今天就到这里。」他在公会频道里说，「我下线了。」</w:t>
      </w:r>
    </w:p>
    <w:p>
      <w:pPr>
        <w:spacing w:line="560" w:lineRule="exact"/>
        <w:ind w:firstLine="420"/>
      </w:pPr>
      <w:r>
        <w:rPr>
          <w:rFonts w:ascii="宋体" w:hAnsi="宋体" w:eastAsia="宋体"/>
          <w:sz w:val="24"/>
        </w:rPr>
        <w:t>「明天还上线吗？」苏小雅的声音带着一丝试探的意味。</w:t>
      </w:r>
    </w:p>
    <w:p>
      <w:pPr>
        <w:spacing w:line="560" w:lineRule="exact"/>
        <w:ind w:firstLine="420"/>
      </w:pPr>
      <w:r>
        <w:rPr>
          <w:rFonts w:ascii="宋体" w:hAnsi="宋体" w:eastAsia="宋体"/>
          <w:sz w:val="24"/>
        </w:rPr>
        <w:t>「明天我白天要收拾行李和查一下越野路线。」林风停顿了一下，「我把机票订了。」</w:t>
      </w:r>
    </w:p>
    <w:p>
      <w:pPr>
        <w:spacing w:line="560" w:lineRule="exact"/>
        <w:ind w:firstLine="420"/>
      </w:pPr>
      <w:r>
        <w:rPr>
          <w:rFonts w:ascii="宋体" w:hAnsi="宋体" w:eastAsia="宋体"/>
          <w:sz w:val="24"/>
        </w:rPr>
        <w:t>「飞哪里？」</w:t>
      </w:r>
    </w:p>
    <w:p>
      <w:pPr>
        <w:spacing w:line="560" w:lineRule="exact"/>
        <w:ind w:firstLine="420"/>
      </w:pPr>
      <w:r>
        <w:rPr>
          <w:rFonts w:ascii="宋体" w:hAnsi="宋体" w:eastAsia="宋体"/>
          <w:sz w:val="24"/>
        </w:rPr>
        <w:t>「敦煌。」</w:t>
      </w:r>
    </w:p>
    <w:p>
      <w:pPr>
        <w:spacing w:line="560" w:lineRule="exact"/>
        <w:ind w:firstLine="420"/>
      </w:pPr>
      <w:r>
        <w:rPr>
          <w:rFonts w:ascii="宋体" w:hAnsi="宋体" w:eastAsia="宋体"/>
          <w:sz w:val="24"/>
        </w:rPr>
        <w:t>公会频道沉默了片刻。</w:t>
      </w:r>
    </w:p>
    <w:p>
      <w:pPr>
        <w:spacing w:line="560" w:lineRule="exact"/>
        <w:ind w:firstLine="420"/>
      </w:pPr>
      <w:r>
        <w:rPr>
          <w:rFonts w:ascii="宋体" w:hAnsi="宋体" w:eastAsia="宋体"/>
          <w:sz w:val="24"/>
        </w:rPr>
        <w:t>「风哥——」赵铁柱的声音突然变得正经起来，一改平时的嬉皮笑脸，「你到了甘肃那边，一定要保持联系。每天至少报一次平安。」</w:t>
      </w:r>
    </w:p>
    <w:p>
      <w:pPr>
        <w:spacing w:line="560" w:lineRule="exact"/>
        <w:ind w:firstLine="420"/>
      </w:pPr>
      <w:r>
        <w:rPr>
          <w:rFonts w:ascii="宋体" w:hAnsi="宋体" w:eastAsia="宋体"/>
          <w:sz w:val="24"/>
        </w:rPr>
        <w:t>「同意。」夜影的声音也跟着响起，「如果你超过二十四小时没有消息——我就飞过去找你。」</w:t>
      </w:r>
    </w:p>
    <w:p>
      <w:pPr>
        <w:spacing w:line="560" w:lineRule="exact"/>
        <w:ind w:firstLine="420"/>
      </w:pPr>
      <w:r>
        <w:rPr>
          <w:rFonts w:ascii="宋体" w:hAnsi="宋体" w:eastAsia="宋体"/>
          <w:sz w:val="24"/>
        </w:rPr>
        <w:t>「我也是。」苏小雅说。</w:t>
      </w:r>
    </w:p>
    <w:p>
      <w:pPr>
        <w:spacing w:line="560" w:lineRule="exact"/>
        <w:ind w:firstLine="420"/>
      </w:pPr>
      <w:r>
        <w:rPr>
          <w:rFonts w:ascii="宋体" w:hAnsi="宋体" w:eastAsia="宋体"/>
          <w:sz w:val="24"/>
        </w:rPr>
        <w:t>凌天没有说话。但林风的私聊框里弹出了一条消息：「我给你发了一个离线地图包——敦煌到马鬃山的越野路线。注意安全。」</w:t>
      </w:r>
    </w:p>
    <w:p>
      <w:pPr>
        <w:spacing w:line="560" w:lineRule="exact"/>
        <w:ind w:firstLine="420"/>
      </w:pPr>
      <w:r>
        <w:rPr>
          <w:rFonts w:ascii="宋体" w:hAnsi="宋体" w:eastAsia="宋体"/>
          <w:sz w:val="24"/>
        </w:rPr>
        <w:t>林风看着这些消息，嘴角微微上扬。</w:t>
      </w:r>
    </w:p>
    <w:p>
      <w:pPr>
        <w:spacing w:line="560" w:lineRule="exact"/>
        <w:ind w:firstLine="420"/>
      </w:pPr>
      <w:r>
        <w:rPr>
          <w:rFonts w:ascii="宋体" w:hAnsi="宋体" w:eastAsia="宋体"/>
          <w:sz w:val="24"/>
        </w:rPr>
        <w:t>「好。你们也都注意安全——暗流的人可能还在线上。」</w:t>
      </w:r>
    </w:p>
    <w:p>
      <w:pPr>
        <w:spacing w:line="560" w:lineRule="exact"/>
        <w:ind w:firstLine="420"/>
      </w:pPr>
      <w:r>
        <w:rPr>
          <w:rFonts w:ascii="宋体" w:hAnsi="宋体" w:eastAsia="宋体"/>
          <w:sz w:val="24"/>
        </w:rPr>
        <w:t>他说完这句话，退出了游戏。</w:t>
      </w:r>
    </w:p>
    <w:p>
      <w:pPr>
        <w:spacing w:line="560" w:lineRule="exact"/>
        <w:ind w:firstLine="420"/>
      </w:pPr>
      <w:r>
        <w:rPr>
          <w:rFonts w:ascii="宋体" w:hAnsi="宋体" w:eastAsia="宋体"/>
          <w:sz w:val="24"/>
        </w:rPr>
        <w:t>VR头盔的灯熄灭后，宿舍的天花板出现在视野中——昏暗的灯光，墙上的旧海报，窗外远处城市的光污染。</w:t>
      </w:r>
    </w:p>
    <w:p>
      <w:pPr>
        <w:spacing w:line="560" w:lineRule="exact"/>
        <w:ind w:firstLine="420"/>
      </w:pPr>
      <w:r>
        <w:rPr>
          <w:rFonts w:ascii="宋体" w:hAnsi="宋体" w:eastAsia="宋体"/>
          <w:sz w:val="24"/>
        </w:rPr>
        <w:t>凌晨两点十一分。</w:t>
      </w:r>
    </w:p>
    <w:p>
      <w:pPr>
        <w:spacing w:line="560" w:lineRule="exact"/>
        <w:ind w:firstLine="420"/>
      </w:pPr>
      <w:r>
        <w:rPr>
          <w:rFonts w:ascii="宋体" w:hAnsi="宋体" w:eastAsia="宋体"/>
          <w:sz w:val="24"/>
        </w:rPr>
        <w:t>他拿起手机，打开了一个订票APP。</w:t>
      </w:r>
    </w:p>
    <w:p>
      <w:pPr>
        <w:spacing w:line="560" w:lineRule="exact"/>
        <w:ind w:firstLine="420"/>
      </w:pPr>
      <w:r>
        <w:rPr>
          <w:rFonts w:ascii="宋体" w:hAnsi="宋体" w:eastAsia="宋体"/>
          <w:sz w:val="24"/>
        </w:rPr>
        <w:t>——敦煌。后天下午两点二十的航班。经济舱，靠窗的座位。</w:t>
      </w:r>
    </w:p>
    <w:p>
      <w:pPr>
        <w:spacing w:line="560" w:lineRule="exact"/>
        <w:ind w:firstLine="420"/>
      </w:pPr>
      <w:r>
        <w:rPr>
          <w:rFonts w:ascii="宋体" w:hAnsi="宋体" w:eastAsia="宋体"/>
          <w:sz w:val="24"/>
        </w:rPr>
        <w:t>然后他打开了另一个APP——租车。</w:t>
      </w:r>
    </w:p>
    <w:p>
      <w:pPr>
        <w:spacing w:line="560" w:lineRule="exact"/>
        <w:ind w:firstLine="420"/>
      </w:pPr>
      <w:r>
        <w:rPr>
          <w:rFonts w:ascii="宋体" w:hAnsi="宋体" w:eastAsia="宋体"/>
          <w:sz w:val="24"/>
        </w:rPr>
        <w:t>——四驱越野车。后天下午五点到店取车。七天的租期。不计免赔的全险。</w:t>
      </w:r>
    </w:p>
    <w:p>
      <w:pPr>
        <w:spacing w:line="560" w:lineRule="exact"/>
        <w:ind w:firstLine="420"/>
      </w:pPr>
      <w:r>
        <w:rPr>
          <w:rFonts w:ascii="宋体" w:hAnsi="宋体" w:eastAsia="宋体"/>
          <w:sz w:val="24"/>
        </w:rPr>
        <w:t>他还搜了一下地形——从敦煌到马鬃山的大致路线，全程大约三百多公里。前两百公里是铺装公路，最后一百公里是戈壁滩上的土路——不，根本算不上路，就是车辙印。凌天发给他的离线地图包里标注了具体的越野路线，包括沿途的加油点和水源位置。</w:t>
      </w:r>
    </w:p>
    <w:p>
      <w:pPr>
        <w:spacing w:line="560" w:lineRule="exact"/>
        <w:ind w:firstLine="420"/>
      </w:pPr>
      <w:r>
        <w:rPr>
          <w:rFonts w:ascii="宋体" w:hAnsi="宋体" w:eastAsia="宋体"/>
          <w:sz w:val="24"/>
        </w:rPr>
        <w:t>做完这些，他把手机放在床头，看着天花板发了一会儿呆。</w:t>
      </w:r>
    </w:p>
    <w:p>
      <w:pPr>
        <w:spacing w:line="560" w:lineRule="exact"/>
        <w:ind w:firstLine="420"/>
      </w:pPr>
      <w:r>
        <w:rPr>
          <w:rFonts w:ascii="宋体" w:hAnsi="宋体" w:eastAsia="宋体"/>
          <w:sz w:val="24"/>
        </w:rPr>
        <w:t>奥林匹斯投资集团。暗流。古玉。父母。戈壁滩。陈泽宇失踪前说的「时间快到了」。</w:t>
      </w:r>
    </w:p>
    <w:p>
      <w:pPr>
        <w:spacing w:line="560" w:lineRule="exact"/>
        <w:ind w:firstLine="420"/>
      </w:pPr>
      <w:r>
        <w:rPr>
          <w:rFonts w:ascii="宋体" w:hAnsi="宋体" w:eastAsia="宋体"/>
          <w:sz w:val="24"/>
        </w:rPr>
        <w:t>所有的线索最终都指向同一个方向。</w:t>
      </w:r>
    </w:p>
    <w:p>
      <w:pPr>
        <w:spacing w:line="560" w:lineRule="exact"/>
        <w:ind w:firstLine="420"/>
      </w:pPr>
      <w:r>
        <w:rPr>
          <w:rFonts w:ascii="宋体" w:hAnsi="宋体" w:eastAsia="宋体"/>
          <w:sz w:val="24"/>
        </w:rPr>
        <w:t>他闭上眼睛，放慢呼吸的频率——让自己平静下来。</w:t>
      </w:r>
    </w:p>
    <w:p>
      <w:pPr>
        <w:spacing w:line="560" w:lineRule="exact"/>
        <w:ind w:firstLine="420"/>
      </w:pPr>
      <w:r>
        <w:rPr>
          <w:rFonts w:ascii="宋体" w:hAnsi="宋体" w:eastAsia="宋体"/>
          <w:sz w:val="24"/>
        </w:rPr>
        <w:t>后天——答案就在那里等着他。</w:t>
      </w:r>
    </w:p>
    <w:p>
      <w:r>
        <w:br w:type="page"/>
      </w:r>
    </w:p>
    <w:p>
      <w:pPr>
        <w:jc w:val="center"/>
      </w:pPr>
      <w:r>
        <w:rPr>
          <w:b/>
          <w:sz w:val="32"/>
        </w:rPr>
        <w:t>第064章 出发·飞往敦煌</w:t>
      </w:r>
    </w:p>
    <w:p>
      <w:pPr>
        <w:jc w:val="center"/>
      </w:pPr>
      <w:r>
        <w:rPr>
          <w:color w:val="999999"/>
          <w:sz w:val="18"/>
        </w:rPr>
        <w:t>（2,503字）</w:t>
      </w:r>
    </w:p>
    <w:p/>
    <w:p>
      <w:pPr>
        <w:spacing w:line="560" w:lineRule="exact"/>
        <w:ind w:firstLine="420"/>
      </w:pPr>
      <w:r>
        <w:rPr>
          <w:rFonts w:ascii="宋体" w:hAnsi="宋体" w:eastAsia="宋体"/>
          <w:sz w:val="24"/>
        </w:rPr>
        <w:t>早上七点，林风的闹钟响了。</w:t>
      </w:r>
    </w:p>
    <w:p>
      <w:pPr>
        <w:spacing w:line="560" w:lineRule="exact"/>
        <w:ind w:firstLine="420"/>
      </w:pPr>
      <w:r>
        <w:rPr>
          <w:rFonts w:ascii="宋体" w:hAnsi="宋体" w:eastAsia="宋体"/>
          <w:sz w:val="24"/>
        </w:rPr>
        <w:t>他翻身坐起来的时候，赵铁柱还在上铺打着呼噜，被子裹成一团，只露出半截胳膊搭在床沿上。宿舍的窗帘透进来一线灰白色的晨光——上海的夏天天亮得很早，窗外已经有麻雀在叫了。</w:t>
      </w:r>
    </w:p>
    <w:p>
      <w:pPr>
        <w:spacing w:line="560" w:lineRule="exact"/>
        <w:ind w:firstLine="420"/>
      </w:pPr>
      <w:r>
        <w:rPr>
          <w:rFonts w:ascii="宋体" w:hAnsi="宋体" w:eastAsia="宋体"/>
          <w:sz w:val="24"/>
        </w:rPr>
        <w:t>林风没有吵醒他。轻手轻脚地爬下梯子，踩上冰凉的地板砖。他拿起手机看了一眼——没有未读消息。昨天在游戏里说完「好」之后就下线了，公会频道里的聊天记录停在凌晨一点多——苏小雅发了一句「风哥早点休息」，夜影发了一个点头的表情。</w:t>
      </w:r>
    </w:p>
    <w:p>
      <w:pPr>
        <w:spacing w:line="560" w:lineRule="exact"/>
        <w:ind w:firstLine="420"/>
      </w:pPr>
      <w:r>
        <w:rPr>
          <w:rFonts w:ascii="宋体" w:hAnsi="宋体" w:eastAsia="宋体"/>
          <w:sz w:val="24"/>
        </w:rPr>
        <w:t>他花了五分钟快速洗漱完——冷水冲了一把脸，对着镜子看了看自己。镜子里的人二十二岁，黑眼圈有点重。</w:t>
      </w:r>
    </w:p>
    <w:p>
      <w:pPr>
        <w:spacing w:line="560" w:lineRule="exact"/>
        <w:ind w:firstLine="420"/>
      </w:pPr>
      <w:r>
        <w:rPr>
          <w:rFonts w:ascii="宋体" w:hAnsi="宋体" w:eastAsia="宋体"/>
          <w:sz w:val="24"/>
        </w:rPr>
        <w:t>然后从床底下拖出了提前收拾好的登山包——里面装着一套换洗衣服、充电宝、手电筒、多功能刀具、急救包、一瓶两升的矿泉水，和一台笔记本电脑。</w:t>
      </w:r>
    </w:p>
    <w:p>
      <w:pPr>
        <w:spacing w:line="560" w:lineRule="exact"/>
        <w:ind w:firstLine="420"/>
      </w:pPr>
      <w:r>
        <w:rPr>
          <w:rFonts w:ascii="宋体" w:hAnsi="宋体" w:eastAsia="宋体"/>
          <w:sz w:val="24"/>
        </w:rPr>
        <w:t>登山包不大，斜挎在身上刚好。没有行李箱，没有多余的东西——他打算轻装上路。</w:t>
      </w:r>
    </w:p>
    <w:p>
      <w:pPr>
        <w:spacing w:line="560" w:lineRule="exact"/>
        <w:ind w:firstLine="420"/>
      </w:pPr>
      <w:r>
        <w:rPr>
          <w:rFonts w:ascii="宋体" w:hAnsi="宋体" w:eastAsia="宋体"/>
          <w:sz w:val="24"/>
        </w:rPr>
        <w:t>他拿起手机看了一眼屏幕——上午七点二十三分。登机时间是下午一点五十。航班是下午两点二十。他还有六个多小时可以自由支配——但他不想在学校里干等。</w:t>
      </w:r>
    </w:p>
    <w:p>
      <w:pPr>
        <w:spacing w:line="560" w:lineRule="exact"/>
        <w:ind w:firstLine="420"/>
      </w:pPr>
      <w:r>
        <w:rPr>
          <w:rFonts w:ascii="宋体" w:hAnsi="宋体" w:eastAsia="宋体"/>
          <w:sz w:val="24"/>
        </w:rPr>
        <w:t>下楼的时候，他经过了学校门口那个常去的早餐摊——一个推着三轮车卖煎饼果子的阿姨。阿姨看到他，熟稔地打了声招呼：「小风啊，好久没见你来买早餐了——今天加鸡蛋吗？」</w:t>
      </w:r>
    </w:p>
    <w:p>
      <w:pPr>
        <w:spacing w:line="560" w:lineRule="exact"/>
        <w:ind w:firstLine="420"/>
      </w:pPr>
      <w:r>
        <w:rPr>
          <w:rFonts w:ascii="宋体" w:hAnsi="宋体" w:eastAsia="宋体"/>
          <w:sz w:val="24"/>
        </w:rPr>
        <w:t>「加俩鸡蛋。再来杯豆浆。」林风递过去十块钱。</w:t>
      </w:r>
    </w:p>
    <w:p>
      <w:pPr>
        <w:spacing w:line="560" w:lineRule="exact"/>
        <w:ind w:firstLine="420"/>
      </w:pPr>
      <w:r>
        <w:rPr>
          <w:rFonts w:ascii="宋体" w:hAnsi="宋体" w:eastAsia="宋体"/>
          <w:sz w:val="24"/>
        </w:rPr>
        <w:t>阿姨利落地摊开面糊，打蛋，撒葱花，刷酱——动作行云流水，两分钟就把煎饼用纸袋包好了。阿姨把煎饼递过来，笑着说：「今天看着精神不错，要去哪？」</w:t>
      </w:r>
    </w:p>
    <w:p>
      <w:pPr>
        <w:spacing w:line="560" w:lineRule="exact"/>
        <w:ind w:firstLine="420"/>
      </w:pPr>
      <w:r>
        <w:rPr>
          <w:rFonts w:ascii="宋体" w:hAnsi="宋体" w:eastAsia="宋体"/>
          <w:sz w:val="24"/>
        </w:rPr>
        <w:t>「出趟远门，去一趟西北。」</w:t>
      </w:r>
    </w:p>
    <w:p>
      <w:pPr>
        <w:spacing w:line="560" w:lineRule="exact"/>
        <w:ind w:firstLine="420"/>
      </w:pPr>
      <w:r>
        <w:rPr>
          <w:rFonts w:ascii="宋体" w:hAnsi="宋体" w:eastAsia="宋体"/>
          <w:sz w:val="24"/>
        </w:rPr>
        <w:t>阿姨手上的动作顿了一下，抬头看了他一眼：「西北？去那干啥？」</w:t>
      </w:r>
    </w:p>
    <w:p>
      <w:pPr>
        <w:spacing w:line="560" w:lineRule="exact"/>
        <w:ind w:firstLine="420"/>
      </w:pPr>
      <w:r>
        <w:rPr>
          <w:rFonts w:ascii="宋体" w:hAnsi="宋体" w:eastAsia="宋体"/>
          <w:sz w:val="24"/>
        </w:rPr>
        <w:t>林风笑了笑，语气里带着一丝不确定：「找个地方——找一个人。」</w:t>
      </w:r>
    </w:p>
    <w:p>
      <w:pPr>
        <w:spacing w:line="560" w:lineRule="exact"/>
        <w:ind w:firstLine="420"/>
      </w:pPr>
      <w:r>
        <w:rPr>
          <w:rFonts w:ascii="宋体" w:hAnsi="宋体" w:eastAsia="宋体"/>
          <w:sz w:val="24"/>
        </w:rPr>
        <w:t>阿姨没有追问，只是把包好的煎饼递过来，补了一句：「那边天气干，多带点水。」</w:t>
      </w:r>
    </w:p>
    <w:p>
      <w:pPr>
        <w:spacing w:line="560" w:lineRule="exact"/>
        <w:ind w:firstLine="420"/>
      </w:pPr>
      <w:r>
        <w:rPr>
          <w:rFonts w:ascii="宋体" w:hAnsi="宋体" w:eastAsia="宋体"/>
          <w:sz w:val="24"/>
        </w:rPr>
        <w:t>阿姨没有多问，只是点了点头：「注意安全啊。」</w:t>
      </w:r>
    </w:p>
    <w:p>
      <w:pPr>
        <w:spacing w:line="560" w:lineRule="exact"/>
        <w:ind w:firstLine="420"/>
      </w:pPr>
      <w:r>
        <w:rPr>
          <w:rFonts w:ascii="宋体" w:hAnsi="宋体" w:eastAsia="宋体"/>
          <w:sz w:val="24"/>
        </w:rPr>
        <w:t>林风站在原地吃着煎饼，看着学校门口的街景。学生三三两两地往教学楼走，有人骑着共享单车，有人在打电话，有人在路边买水。一切都很正常、很平凡——和他过去三年的大学生活没有任何区别。</w:t>
      </w:r>
    </w:p>
    <w:p>
      <w:pPr>
        <w:spacing w:line="560" w:lineRule="exact"/>
        <w:ind w:firstLine="420"/>
      </w:pPr>
      <w:r>
        <w:rPr>
          <w:rFonts w:ascii="宋体" w:hAnsi="宋体" w:eastAsia="宋体"/>
          <w:sz w:val="24"/>
        </w:rPr>
        <w:t>但今天不一样。</w:t>
      </w:r>
    </w:p>
    <w:p>
      <w:pPr>
        <w:spacing w:line="560" w:lineRule="exact"/>
        <w:ind w:firstLine="420"/>
      </w:pPr>
      <w:r>
        <w:rPr>
          <w:rFonts w:ascii="宋体" w:hAnsi="宋体" w:eastAsia="宋体"/>
          <w:sz w:val="24"/>
        </w:rPr>
        <w:t>他吃完了最后一口煎饼，把纸袋扔进垃圾桶，然后拿起手机给赵铁柱发了条消息。</w:t>
      </w:r>
    </w:p>
    <w:p>
      <w:pPr>
        <w:spacing w:line="560" w:lineRule="exact"/>
        <w:ind w:firstLine="420"/>
      </w:pPr>
      <w:r>
        <w:rPr>
          <w:rFonts w:ascii="宋体" w:hAnsi="宋体" w:eastAsia="宋体"/>
          <w:sz w:val="24"/>
        </w:rPr>
        <w:t>「我出发了。宿舍钥匙在桌上。冰箱里还有菜，你自己做。」</w:t>
      </w:r>
    </w:p>
    <w:p>
      <w:pPr>
        <w:spacing w:line="560" w:lineRule="exact"/>
        <w:ind w:firstLine="420"/>
      </w:pPr>
      <w:r>
        <w:rPr>
          <w:rFonts w:ascii="宋体" w:hAnsi="宋体" w:eastAsia="宋体"/>
          <w:sz w:val="24"/>
        </w:rPr>
        <w:t>发完消息，他拦了一辆出租车。</w:t>
      </w:r>
    </w:p>
    <w:p>
      <w:pPr>
        <w:spacing w:line="560" w:lineRule="exact"/>
        <w:ind w:firstLine="420"/>
      </w:pPr>
      <w:r>
        <w:rPr>
          <w:rFonts w:ascii="宋体" w:hAnsi="宋体" w:eastAsia="宋体"/>
          <w:sz w:val="24"/>
        </w:rPr>
        <w:t>「师傅，去浦东机场。」</w:t>
      </w:r>
    </w:p>
    <w:p>
      <w:pPr>
        <w:spacing w:line="560" w:lineRule="exact"/>
        <w:ind w:firstLine="420"/>
      </w:pPr>
      <w:r>
        <w:rPr>
          <w:rFonts w:ascii="宋体" w:hAnsi="宋体" w:eastAsia="宋体"/>
          <w:sz w:val="24"/>
        </w:rPr>
        <w:t>出租车沿着南北高架一路往南。车窗外的城市——上海——正在他身后慢慢后退。浦东的高楼在晨雾中若隐若现。他看了几眼窗外的天际线——东方明珠塔、金茂大厦、上海中心——在这座城市生活了三年，今天第一次觉得它们像送别的背影。他看了几眼窗外，然后收回视线，打开手机看了一眼《天界》的登录界面。</w:t>
      </w:r>
    </w:p>
    <w:p>
      <w:pPr>
        <w:spacing w:line="560" w:lineRule="exact"/>
        <w:ind w:firstLine="420"/>
      </w:pPr>
      <w:r>
        <w:rPr>
          <w:rFonts w:ascii="宋体" w:hAnsi="宋体" w:eastAsia="宋体"/>
          <w:sz w:val="24"/>
        </w:rPr>
        <w:t>【文件解密进度：52%】</w:t>
      </w:r>
    </w:p>
    <w:p>
      <w:pPr>
        <w:spacing w:line="560" w:lineRule="exact"/>
        <w:ind w:firstLine="420"/>
      </w:pPr>
      <w:r>
        <w:rPr>
          <w:rFonts w:ascii="宋体" w:hAnsi="宋体" w:eastAsia="宋体"/>
          <w:sz w:val="24"/>
        </w:rPr>
        <w:t>【剩余时间：约11小时】</w:t>
      </w:r>
    </w:p>
    <w:p>
      <w:pPr>
        <w:spacing w:line="560" w:lineRule="exact"/>
        <w:ind w:firstLine="420"/>
      </w:pPr>
      <w:r>
        <w:rPr>
          <w:rFonts w:ascii="宋体" w:hAnsi="宋体" w:eastAsia="宋体"/>
          <w:sz w:val="24"/>
        </w:rPr>
        <w:t>还在加速。</w:t>
      </w:r>
    </w:p>
    <w:p>
      <w:pPr>
        <w:spacing w:line="560" w:lineRule="exact"/>
        <w:ind w:firstLine="420"/>
      </w:pPr>
      <w:r>
        <w:rPr>
          <w:rFonts w:ascii="宋体" w:hAnsi="宋体" w:eastAsia="宋体"/>
          <w:sz w:val="24"/>
        </w:rPr>
        <w:t>他收起手机，靠在座椅上闭目养神。</w:t>
      </w:r>
    </w:p>
    <w:p>
      <w:pPr>
        <w:spacing w:line="560" w:lineRule="exact"/>
        <w:ind w:firstLine="420"/>
      </w:pPr>
      <w:r>
        <w:rPr>
          <w:rFonts w:ascii="宋体" w:hAnsi="宋体" w:eastAsia="宋体"/>
          <w:sz w:val="24"/>
        </w:rPr>
        <w:t>中午十二点左右，林风到了浦东机场。T2航站楼，国内出发。换登机牌、托运行李——他没有托运行李，登山包直接背上飞机。过安检的时候安检员让他把充电宝和笔记本电脑单独拿出来检查，多花了三分钟。然后他找到了登机口——25号，靠走廊的位置。他选了一个靠角落的位置坐下，给手机插上充电宝。</w:t>
      </w:r>
    </w:p>
    <w:p>
      <w:pPr>
        <w:spacing w:line="560" w:lineRule="exact"/>
        <w:ind w:firstLine="420"/>
      </w:pPr>
      <w:r>
        <w:rPr>
          <w:rFonts w:ascii="宋体" w:hAnsi="宋体" w:eastAsia="宋体"/>
          <w:sz w:val="24"/>
        </w:rPr>
        <w:t>登机口旁边的电视正在播午间新闻——一条国际新闻引起了他的注意。</w:t>
      </w:r>
    </w:p>
    <w:p>
      <w:pPr>
        <w:spacing w:line="560" w:lineRule="exact"/>
        <w:ind w:firstLine="420"/>
      </w:pPr>
      <w:r>
        <w:rPr>
          <w:rFonts w:ascii="宋体" w:hAnsi="宋体" w:eastAsia="宋体"/>
          <w:sz w:val="24"/>
        </w:rPr>
        <w:t>「新加坡警方消息：昨日晚间，位于郊区的某数据中心发生了一起服务器断电事故。据该数据中心运营方表示，事故原因为电力系统故障，已影响到部分客户的服务器正常运行。目前没有人员伤亡，抢修工作正在进行中。」</w:t>
      </w:r>
    </w:p>
    <w:p>
      <w:pPr>
        <w:spacing w:line="560" w:lineRule="exact"/>
        <w:ind w:firstLine="420"/>
      </w:pPr>
      <w:r>
        <w:rPr>
          <w:rFonts w:ascii="宋体" w:hAnsi="宋体" w:eastAsia="宋体"/>
          <w:sz w:val="24"/>
        </w:rPr>
        <w:t>林风的手指顿了一下。</w:t>
      </w:r>
    </w:p>
    <w:p>
      <w:pPr>
        <w:spacing w:line="560" w:lineRule="exact"/>
        <w:ind w:firstLine="420"/>
      </w:pPr>
      <w:r>
        <w:rPr>
          <w:rFonts w:ascii="宋体" w:hAnsi="宋体" w:eastAsia="宋体"/>
          <w:sz w:val="24"/>
        </w:rPr>
        <w:t>新加坡。数据中心。断电事故。</w:t>
      </w:r>
    </w:p>
    <w:p>
      <w:pPr>
        <w:spacing w:line="560" w:lineRule="exact"/>
        <w:ind w:firstLine="420"/>
      </w:pPr>
      <w:r>
        <w:rPr>
          <w:rFonts w:ascii="宋体" w:hAnsi="宋体" w:eastAsia="宋体"/>
          <w:sz w:val="24"/>
        </w:rPr>
        <w:t>——EVE反制协议命中之后不到三天，那个数据中心就"断电"了。</w:t>
      </w:r>
    </w:p>
    <w:p>
      <w:pPr>
        <w:spacing w:line="560" w:lineRule="exact"/>
        <w:ind w:firstLine="420"/>
      </w:pPr>
      <w:r>
        <w:rPr>
          <w:rFonts w:ascii="宋体" w:hAnsi="宋体" w:eastAsia="宋体"/>
          <w:sz w:val="24"/>
        </w:rPr>
        <w:t>不是巧合。</w:t>
      </w:r>
    </w:p>
    <w:p>
      <w:pPr>
        <w:spacing w:line="560" w:lineRule="exact"/>
        <w:ind w:firstLine="420"/>
      </w:pPr>
      <w:r>
        <w:rPr>
          <w:rFonts w:ascii="宋体" w:hAnsi="宋体" w:eastAsia="宋体"/>
          <w:sz w:val="24"/>
        </w:rPr>
        <w:t>暗流的人在那次追踪之后，直接派人物理切断了那间数据中心的服务器电源。不只是关了服务器——是连机柜的电线一起拔了。这种手笔意味着他们有地面团队，而且行动力极强。</w:t>
      </w:r>
    </w:p>
    <w:p>
      <w:pPr>
        <w:spacing w:line="560" w:lineRule="exact"/>
        <w:ind w:firstLine="420"/>
      </w:pPr>
      <w:r>
        <w:rPr>
          <w:rFonts w:ascii="宋体" w:hAnsi="宋体" w:eastAsia="宋体"/>
          <w:sz w:val="24"/>
        </w:rPr>
        <w:t>他收起了手机。新加坡那边的线索已经断了，暂时追不下去了——线索已经断了。线断了。但他还有另一个方向——戈壁滩。</w:t>
      </w:r>
    </w:p>
    <w:p>
      <w:pPr>
        <w:spacing w:line="560" w:lineRule="exact"/>
        <w:ind w:firstLine="420"/>
      </w:pPr>
      <w:r>
        <w:rPr>
          <w:rFonts w:ascii="宋体" w:hAnsi="宋体" w:eastAsia="宋体"/>
          <w:sz w:val="24"/>
        </w:rPr>
        <w:t>他收起了手机，看向窗外跑道上正在滑行的飞机。</w:t>
      </w:r>
    </w:p>
    <w:p>
      <w:pPr>
        <w:spacing w:line="560" w:lineRule="exact"/>
        <w:ind w:firstLine="420"/>
      </w:pPr>
      <w:r>
        <w:rPr>
          <w:rFonts w:ascii="宋体" w:hAnsi="宋体" w:eastAsia="宋体"/>
          <w:sz w:val="24"/>
        </w:rPr>
        <w:t>他们怕了。</w:t>
      </w:r>
    </w:p>
    <w:p>
      <w:pPr>
        <w:spacing w:line="560" w:lineRule="exact"/>
        <w:ind w:firstLine="420"/>
      </w:pPr>
      <w:r>
        <w:rPr>
          <w:rFonts w:ascii="宋体" w:hAnsi="宋体" w:eastAsia="宋体"/>
          <w:sz w:val="24"/>
        </w:rPr>
        <w:t>那些在暗处操纵一切的人——怕他找到他们了。</w:t>
      </w:r>
    </w:p>
    <w:p>
      <w:pPr>
        <w:spacing w:line="560" w:lineRule="exact"/>
        <w:ind w:firstLine="420"/>
      </w:pPr>
      <w:r>
        <w:rPr>
          <w:rFonts w:ascii="宋体" w:hAnsi="宋体" w:eastAsia="宋体"/>
          <w:sz w:val="24"/>
        </w:rPr>
        <w:t>下午两点二十分，飞机准时起飞。</w:t>
      </w:r>
    </w:p>
    <w:p>
      <w:pPr>
        <w:spacing w:line="560" w:lineRule="exact"/>
        <w:ind w:firstLine="420"/>
      </w:pPr>
      <w:r>
        <w:rPr>
          <w:rFonts w:ascii="宋体" w:hAnsi="宋体" w:eastAsia="宋体"/>
          <w:sz w:val="24"/>
        </w:rPr>
        <w:t>林风坐在靠窗的位置，看着上海的地面越来越远——城市变成了地图上的网格，长江变成了银灰色的丝带，然后全部被云层遮住了。</w:t>
      </w:r>
    </w:p>
    <w:p>
      <w:pPr>
        <w:spacing w:line="560" w:lineRule="exact"/>
        <w:ind w:firstLine="420"/>
      </w:pPr>
      <w:r>
        <w:rPr>
          <w:rFonts w:ascii="宋体" w:hAnsi="宋体" w:eastAsia="宋体"/>
          <w:sz w:val="24"/>
        </w:rPr>
        <w:t>他闭上眼睛，靠在椅背上。</w:t>
      </w:r>
    </w:p>
    <w:p>
      <w:pPr>
        <w:spacing w:line="560" w:lineRule="exact"/>
        <w:ind w:firstLine="420"/>
      </w:pPr>
      <w:r>
        <w:rPr>
          <w:rFonts w:ascii="宋体" w:hAnsi="宋体" w:eastAsia="宋体"/>
          <w:sz w:val="24"/>
        </w:rPr>
        <w:t>两个小时四十分钟的飞行。</w:t>
      </w:r>
    </w:p>
    <w:p>
      <w:pPr>
        <w:spacing w:line="560" w:lineRule="exact"/>
        <w:ind w:firstLine="420"/>
      </w:pPr>
      <w:r>
        <w:rPr>
          <w:rFonts w:ascii="宋体" w:hAnsi="宋体" w:eastAsia="宋体"/>
          <w:sz w:val="24"/>
        </w:rPr>
        <w:t>他想了很多事情。</w:t>
      </w:r>
    </w:p>
    <w:p>
      <w:pPr>
        <w:spacing w:line="560" w:lineRule="exact"/>
        <w:ind w:firstLine="420"/>
      </w:pPr>
      <w:r>
        <w:rPr>
          <w:rFonts w:ascii="宋体" w:hAnsi="宋体" w:eastAsia="宋体"/>
          <w:sz w:val="24"/>
        </w:rPr>
        <w:t>想到了父母——如果他们在戈壁滩上真的还活着，他们长什么样？十六年了——他们变老了没有？见到他的第一句话会说什么？</w:t>
      </w:r>
    </w:p>
    <w:p>
      <w:pPr>
        <w:spacing w:line="560" w:lineRule="exact"/>
        <w:ind w:firstLine="420"/>
      </w:pPr>
      <w:r>
        <w:rPr>
          <w:rFonts w:ascii="宋体" w:hAnsi="宋体" w:eastAsia="宋体"/>
          <w:sz w:val="24"/>
        </w:rPr>
        <w:t>想到了陈泽宇——那个两年前失踪的前辈，失踪前对王叔说「时间快到了」。陈泽宇知道什么？他现在在哪里？还活着吗？</w:t>
      </w:r>
    </w:p>
    <w:p>
      <w:pPr>
        <w:spacing w:line="560" w:lineRule="exact"/>
        <w:ind w:firstLine="420"/>
      </w:pPr>
      <w:r>
        <w:rPr>
          <w:rFonts w:ascii="宋体" w:hAnsi="宋体" w:eastAsia="宋体"/>
          <w:sz w:val="24"/>
        </w:rPr>
        <w:t>想到了暗流——那个从他在游戏里崭露头角开始就阴魂不散的组织。无名死了，但暗流没有死。黑客攻击还在继续，数据中心还在运转，新加坡的线只是暂时被切断了。奥林匹斯投资集团——这个名字现在深深刻在他脑子里。，开曼群岛注册的公司，新加坡的数据中心，和《天界》核心架构的同一个设计方。所有线索都指向一个结论——暗流不是外部入侵者，暗流就是《天界》本身的影子。</w:t>
      </w:r>
    </w:p>
    <w:p>
      <w:pPr>
        <w:spacing w:line="560" w:lineRule="exact"/>
        <w:ind w:firstLine="420"/>
      </w:pPr>
      <w:r>
        <w:rPr>
          <w:rFonts w:ascii="宋体" w:hAnsi="宋体" w:eastAsia="宋体"/>
          <w:sz w:val="24"/>
        </w:rPr>
        <w:t>想到了古玉——那枚挂在脖子上的玉佩。他伸手摸了一下——温热的，贴着他的胸口。从戴上那天起就没有摘下来过。父母留下的遗物，也是《天界》的终极管理者权限。系统说它是「父亲用DNA为锁、以古玉为钥」做出来的。</w:t>
      </w:r>
    </w:p>
    <w:p>
      <w:pPr>
        <w:spacing w:line="560" w:lineRule="exact"/>
        <w:ind w:firstLine="420"/>
      </w:pPr>
      <w:r>
        <w:rPr>
          <w:rFonts w:ascii="宋体" w:hAnsi="宋体" w:eastAsia="宋体"/>
          <w:sz w:val="24"/>
        </w:rPr>
        <w:t>最后，他想到了王叔给他的那张照片——父亲和母亲站在戈壁滩上的白色科研基地前，对着镜头微笑。照片背面写着四个字——</w:t>
      </w:r>
    </w:p>
    <w:p>
      <w:pPr>
        <w:spacing w:line="560" w:lineRule="exact"/>
        <w:ind w:firstLine="420"/>
      </w:pPr>
      <w:r>
        <w:rPr>
          <w:rFonts w:ascii="宋体" w:hAnsi="宋体" w:eastAsia="宋体"/>
          <w:sz w:val="24"/>
        </w:rPr>
        <w:t>「我们在等你。」</w:t>
      </w:r>
    </w:p>
    <w:p>
      <w:pPr>
        <w:spacing w:line="560" w:lineRule="exact"/>
        <w:ind w:firstLine="420"/>
      </w:pPr>
      <w:r>
        <w:rPr>
          <w:rFonts w:ascii="宋体" w:hAnsi="宋体" w:eastAsia="宋体"/>
          <w:sz w:val="24"/>
        </w:rPr>
        <w:t>这四个字写得有些潦草，但笔锋很有力——是父亲的笔迹。林风翻来覆去看了无数遍，每次看到这四个字，心里都会涌上一股说不清的感觉——期待、紧张、还带着一丝说不出的酸涩。</w:t>
      </w:r>
    </w:p>
    <w:p>
      <w:pPr>
        <w:spacing w:line="560" w:lineRule="exact"/>
        <w:ind w:firstLine="420"/>
      </w:pPr>
      <w:r>
        <w:rPr>
          <w:rFonts w:ascii="宋体" w:hAnsi="宋体" w:eastAsia="宋体"/>
          <w:sz w:val="24"/>
        </w:rPr>
        <w:t>飞机穿过云层，窗外的阳光突然变得刺眼。</w:t>
      </w:r>
    </w:p>
    <w:p>
      <w:pPr>
        <w:spacing w:line="560" w:lineRule="exact"/>
        <w:ind w:firstLine="420"/>
      </w:pPr>
      <w:r>
        <w:rPr>
          <w:rFonts w:ascii="宋体" w:hAnsi="宋体" w:eastAsia="宋体"/>
          <w:sz w:val="24"/>
        </w:rPr>
        <w:t>林风眯起眼睛，透过舷窗看出去——下方的大地已经不再是绿色的江南水乡，而是土黄色和褐色交错的戈壁滩，苍茫而辽阔，一直延伸到天际线。没有城市，没有农田，没有人烟的痕迹。只有风蚀的山脊和干涸的河床，在大地上刻出深深浅浅的纹路。</w:t>
      </w:r>
    </w:p>
    <w:p>
      <w:pPr>
        <w:spacing w:line="560" w:lineRule="exact"/>
        <w:ind w:firstLine="420"/>
      </w:pPr>
      <w:r>
        <w:rPr>
          <w:rFonts w:ascii="宋体" w:hAnsi="宋体" w:eastAsia="宋体"/>
          <w:sz w:val="24"/>
        </w:rPr>
        <w:t>广播响了：「各位旅客，飞机即将降落在敦煌莫高国际机场。当地地面温度三十六摄氏度，体感干燥，请做好下机准备……」地面温度三十六摄氏度，体感干燥，请系好安全带……」</w:t>
      </w:r>
    </w:p>
    <w:p>
      <w:pPr>
        <w:spacing w:line="560" w:lineRule="exact"/>
        <w:ind w:firstLine="420"/>
      </w:pPr>
      <w:r>
        <w:rPr>
          <w:rFonts w:ascii="宋体" w:hAnsi="宋体" w:eastAsia="宋体"/>
          <w:sz w:val="24"/>
        </w:rPr>
        <w:t>敦煌到了。</w:t>
      </w:r>
    </w:p>
    <w:p>
      <w:pPr>
        <w:spacing w:line="560" w:lineRule="exact"/>
        <w:ind w:firstLine="420"/>
      </w:pPr>
      <w:r>
        <w:rPr>
          <w:rFonts w:ascii="宋体" w:hAnsi="宋体" w:eastAsia="宋体"/>
          <w:sz w:val="24"/>
        </w:rPr>
        <w:t>林风把登山包的背带收紧了一些，站起身来。飞机舱门打开的一瞬间，一股干燥的热风扑面而来——和上海的潮湿完全不同。空气里夹着沙土的气息，阳光直射下来，照得皮肤发烫。</w:t>
      </w:r>
    </w:p>
    <w:p>
      <w:pPr>
        <w:spacing w:line="560" w:lineRule="exact"/>
        <w:ind w:firstLine="420"/>
      </w:pPr>
      <w:r>
        <w:rPr>
          <w:rFonts w:ascii="宋体" w:hAnsi="宋体" w:eastAsia="宋体"/>
          <w:sz w:val="24"/>
        </w:rPr>
        <w:t>他跟着人流走出航站楼，站在到达大厅外的廊檐下。天很高，蓝得透明，干净得不像是在东部城市能看到的天空。远处的山脊线在热浪中微微扭曲。</w:t>
      </w:r>
    </w:p>
    <w:p>
      <w:pPr>
        <w:spacing w:line="560" w:lineRule="exact"/>
        <w:ind w:firstLine="420"/>
      </w:pPr>
      <w:r>
        <w:rPr>
          <w:rFonts w:ascii="宋体" w:hAnsi="宋体" w:eastAsia="宋体"/>
          <w:sz w:val="24"/>
        </w:rPr>
        <w:t>敦煌。丝绸之路上的古城。林风第一次来这里——但不是来旅游的。</w:t>
      </w:r>
    </w:p>
    <w:p>
      <w:pPr>
        <w:spacing w:line="560" w:lineRule="exact"/>
        <w:ind w:firstLine="420"/>
      </w:pPr>
      <w:r>
        <w:rPr>
          <w:rFonts w:ascii="宋体" w:hAnsi="宋体" w:eastAsia="宋体"/>
          <w:sz w:val="24"/>
        </w:rPr>
        <w:t>他打开了手机上的离线地图包——凌天发给他的那个——然后找到了租车点的位置。距离航站楼步行大约十分钟。他背上登山包，朝那个方向大步走去。敦煌的街道比上海安静很多，路边有卖哈密瓜的小摊和拉面馆。店招牌上有汉文和回鹘文双语，空气里飘着孜然和烤羊肉的味道。</w:t>
      </w:r>
    </w:p>
    <w:p>
      <w:pPr>
        <w:spacing w:line="560" w:lineRule="exact"/>
        <w:ind w:firstLine="420"/>
      </w:pPr>
      <w:r>
        <w:rPr>
          <w:rFonts w:ascii="宋体" w:hAnsi="宋体" w:eastAsia="宋体"/>
          <w:sz w:val="24"/>
        </w:rPr>
        <w:t>答案——就在这片戈壁滩的某个角落等他。</w:t>
      </w:r>
    </w:p>
    <w:p>
      <w:pPr>
        <w:spacing w:line="560" w:lineRule="exact"/>
        <w:ind w:firstLine="420"/>
      </w:pPr>
      <w:r>
        <w:rPr>
          <w:rFonts w:ascii="宋体" w:hAnsi="宋体" w:eastAsia="宋体"/>
          <w:sz w:val="24"/>
        </w:rPr>
        <w:t>他加快了脚步，朝着导航上标记的租车点方向走去，背包在肩上微微晃荡。身后，敦煌机场的航站楼在阳光中反射着刺眼的光。前方，戈壁滩一望无际。</w:t>
      </w:r>
    </w:p>
    <w:p>
      <w:r>
        <w:br w:type="page"/>
      </w:r>
    </w:p>
    <w:p>
      <w:pPr>
        <w:jc w:val="center"/>
      </w:pPr>
      <w:r>
        <w:rPr>
          <w:b/>
          <w:sz w:val="32"/>
        </w:rPr>
        <w:t>第065章 戈壁·无人区</w:t>
      </w:r>
    </w:p>
    <w:p>
      <w:pPr>
        <w:jc w:val="center"/>
      </w:pPr>
      <w:r>
        <w:rPr>
          <w:color w:val="999999"/>
          <w:sz w:val="18"/>
        </w:rPr>
        <w:t>（2,504字）</w:t>
      </w:r>
    </w:p>
    <w:p/>
    <w:p>
      <w:pPr>
        <w:spacing w:line="560" w:lineRule="exact"/>
        <w:ind w:firstLine="420"/>
      </w:pPr>
      <w:r>
        <w:rPr>
          <w:rFonts w:ascii="宋体" w:hAnsi="宋体" w:eastAsia="宋体"/>
          <w:sz w:val="24"/>
        </w:rPr>
        <w:t>租车行在敦煌市区西南角，一家不起眼的小店——招牌上写着「大漠越野租车」，门口停着几辆灰扑扑的越野车，车身上沾满了泥点和沙痕，一看就是刚从戈壁滩上跑回来的。</w:t>
      </w:r>
    </w:p>
    <w:p>
      <w:pPr>
        <w:spacing w:line="560" w:lineRule="exact"/>
        <w:ind w:firstLine="420"/>
      </w:pPr>
      <w:r>
        <w:rPr>
          <w:rFonts w:ascii="宋体" w:hAnsi="宋体" w:eastAsia="宋体"/>
          <w:sz w:val="24"/>
        </w:rPr>
        <w:t>林风到的时候，老板正蹲在门口抽烟。一个皮肤黝黑的中年男人，戴着草帽，穿着洗得发白的迷彩T恤，袖子卷到肩膀，露出的胳膊被太阳晒成了深棕色。他上下打量了林风一眼——年轻人，登山包，黑眼圈，一看就不是常跑戈壁的人。</w:t>
      </w:r>
    </w:p>
    <w:p>
      <w:pPr>
        <w:spacing w:line="560" w:lineRule="exact"/>
        <w:ind w:firstLine="420"/>
      </w:pPr>
      <w:r>
        <w:rPr>
          <w:rFonts w:ascii="宋体" w:hAnsi="宋体" w:eastAsia="宋体"/>
          <w:sz w:val="24"/>
        </w:rPr>
        <w:t>「老板，租车——我之前在网上订过。」</w:t>
      </w:r>
    </w:p>
    <w:p>
      <w:pPr>
        <w:spacing w:line="560" w:lineRule="exact"/>
        <w:ind w:firstLine="420"/>
      </w:pPr>
      <w:r>
        <w:rPr>
          <w:rFonts w:ascii="宋体" w:hAnsi="宋体" w:eastAsia="宋体"/>
          <w:sz w:val="24"/>
        </w:rPr>
        <w:t>「对。之前在网上订好了——牧马人，四驱越野。」</w:t>
      </w:r>
    </w:p>
    <w:p>
      <w:pPr>
        <w:spacing w:line="560" w:lineRule="exact"/>
        <w:ind w:firstLine="420"/>
      </w:pPr>
      <w:r>
        <w:rPr>
          <w:rFonts w:ascii="宋体" w:hAnsi="宋体" w:eastAsia="宋体"/>
          <w:sz w:val="24"/>
        </w:rPr>
        <w:t>老板掐了烟头，在地上碾了一下，然后站起来走进店里翻了一下登记本：「林风？」</w:t>
      </w:r>
    </w:p>
    <w:p>
      <w:pPr>
        <w:spacing w:line="560" w:lineRule="exact"/>
        <w:ind w:firstLine="420"/>
      </w:pPr>
      <w:r>
        <w:rPr>
          <w:rFonts w:ascii="宋体" w:hAnsi="宋体" w:eastAsia="宋体"/>
          <w:sz w:val="24"/>
        </w:rPr>
        <w:t>「是我，林风。」</w:t>
      </w:r>
    </w:p>
    <w:p>
      <w:pPr>
        <w:spacing w:line="560" w:lineRule="exact"/>
        <w:ind w:firstLine="420"/>
      </w:pPr>
      <w:r>
        <w:rPr>
          <w:rFonts w:ascii="宋体" w:hAnsi="宋体" w:eastAsia="宋体"/>
          <w:sz w:val="24"/>
        </w:rPr>
        <w:t>「身份证，驾照。」</w:t>
      </w:r>
    </w:p>
    <w:p>
      <w:pPr>
        <w:spacing w:line="560" w:lineRule="exact"/>
        <w:ind w:firstLine="420"/>
      </w:pPr>
      <w:r>
        <w:rPr>
          <w:rFonts w:ascii="宋体" w:hAnsi="宋体" w:eastAsia="宋体"/>
          <w:sz w:val="24"/>
        </w:rPr>
        <w:t>林风把两样证件递过去。老板翻了翻，又抬头看了林风一眼——那眼神很锐利，不像是在确认身份，更像是在判断眼前这个年轻人到底知不知道自己在干什么。然后他问了一句：「一个人？」</w:t>
      </w:r>
    </w:p>
    <w:p>
      <w:pPr>
        <w:spacing w:line="560" w:lineRule="exact"/>
        <w:ind w:firstLine="420"/>
      </w:pPr>
      <w:r>
        <w:rPr>
          <w:rFonts w:ascii="宋体" w:hAnsi="宋体" w:eastAsia="宋体"/>
          <w:sz w:val="24"/>
        </w:rPr>
        <w:t>「就我一个人。」</w:t>
      </w:r>
    </w:p>
    <w:p>
      <w:pPr>
        <w:spacing w:line="560" w:lineRule="exact"/>
        <w:ind w:firstLine="420"/>
      </w:pPr>
      <w:r>
        <w:rPr>
          <w:rFonts w:ascii="宋体" w:hAnsi="宋体" w:eastAsia="宋体"/>
          <w:sz w:val="24"/>
        </w:rPr>
        <w:t>「打算往哪个方向走？」</w:t>
      </w:r>
    </w:p>
    <w:p>
      <w:pPr>
        <w:spacing w:line="560" w:lineRule="exact"/>
        <w:ind w:firstLine="420"/>
      </w:pPr>
      <w:r>
        <w:rPr>
          <w:rFonts w:ascii="宋体" w:hAnsi="宋体" w:eastAsia="宋体"/>
          <w:sz w:val="24"/>
        </w:rPr>
        <w:t>「马鬃山那边。」</w:t>
      </w:r>
    </w:p>
    <w:p>
      <w:pPr>
        <w:spacing w:line="560" w:lineRule="exact"/>
        <w:ind w:firstLine="420"/>
      </w:pPr>
      <w:r>
        <w:rPr>
          <w:rFonts w:ascii="宋体" w:hAnsi="宋体" w:eastAsia="宋体"/>
          <w:sz w:val="24"/>
        </w:rPr>
        <w:t>老板手上的动作顿了一下。他把身份证和驾照还给了林风，沉默了几秒。</w:t>
      </w:r>
    </w:p>
    <w:p>
      <w:pPr>
        <w:spacing w:line="560" w:lineRule="exact"/>
        <w:ind w:firstLine="420"/>
      </w:pPr>
      <w:r>
        <w:rPr>
          <w:rFonts w:ascii="宋体" w:hAnsi="宋体" w:eastAsia="宋体"/>
          <w:sz w:val="24"/>
        </w:rPr>
        <w:t>「那边是无人区——你知道无人区是什么意思吗？」老板的声音沉了下来，不像是在吓唬人，更像是在说一个事实，「方圆几百公里没有加油站，没有修车铺，没有人。手机到了那边就是一块砖头。」</w:t>
      </w:r>
    </w:p>
    <w:p>
      <w:pPr>
        <w:spacing w:line="560" w:lineRule="exact"/>
        <w:ind w:firstLine="420"/>
      </w:pPr>
      <w:r>
        <w:rPr>
          <w:rFonts w:ascii="宋体" w:hAnsi="宋体" w:eastAsia="宋体"/>
          <w:sz w:val="24"/>
        </w:rPr>
        <w:t>「我知道那是无人区。」</w:t>
      </w:r>
    </w:p>
    <w:p>
      <w:pPr>
        <w:spacing w:line="560" w:lineRule="exact"/>
        <w:ind w:firstLine="420"/>
      </w:pPr>
      <w:r>
        <w:rPr>
          <w:rFonts w:ascii="宋体" w:hAnsi="宋体" w:eastAsia="宋体"/>
          <w:sz w:val="24"/>
        </w:rPr>
        <w:t>老板盯着他看了几秒，然后叹了口气：「你一个人去那种地方——」老板又停顿了一下，「马鬃山那边，连手机信号都没有。如果车在半路抛锚了——你知道后果吗？」</w:t>
      </w:r>
    </w:p>
    <w:p>
      <w:pPr>
        <w:spacing w:line="560" w:lineRule="exact"/>
        <w:ind w:firstLine="420"/>
      </w:pPr>
      <w:r>
        <w:rPr>
          <w:rFonts w:ascii="宋体" w:hAnsi="宋体" w:eastAsia="宋体"/>
          <w:sz w:val="24"/>
        </w:rPr>
        <w:t>林风点了点头，没有多解释。</w:t>
      </w:r>
    </w:p>
    <w:p>
      <w:pPr>
        <w:spacing w:line="560" w:lineRule="exact"/>
        <w:ind w:firstLine="420"/>
      </w:pPr>
      <w:r>
        <w:rPr>
          <w:rFonts w:ascii="宋体" w:hAnsi="宋体" w:eastAsia="宋体"/>
          <w:sz w:val="24"/>
        </w:rPr>
        <w:t>「带了卫星电话？」</w:t>
      </w:r>
    </w:p>
    <w:p>
      <w:pPr>
        <w:spacing w:line="560" w:lineRule="exact"/>
        <w:ind w:firstLine="420"/>
      </w:pPr>
      <w:r>
        <w:rPr>
          <w:rFonts w:ascii="宋体" w:hAnsi="宋体" w:eastAsia="宋体"/>
          <w:sz w:val="24"/>
        </w:rPr>
        <w:t>「没带那个。」</w:t>
      </w:r>
    </w:p>
    <w:p>
      <w:pPr>
        <w:spacing w:line="560" w:lineRule="exact"/>
        <w:ind w:firstLine="420"/>
      </w:pPr>
      <w:r>
        <w:rPr>
          <w:rFonts w:ascii="宋体" w:hAnsi="宋体" w:eastAsia="宋体"/>
          <w:sz w:val="24"/>
        </w:rPr>
        <w:t>老板叹了口气，转身从柜子里翻出一个黑色的小设备——比手机大一圈，侧面伸出一根短天线。</w:t>
      </w:r>
    </w:p>
    <w:p>
      <w:pPr>
        <w:spacing w:line="560" w:lineRule="exact"/>
        <w:ind w:firstLine="420"/>
      </w:pPr>
      <w:r>
        <w:rPr>
          <w:rFonts w:ascii="宋体" w:hAnsi="宋体" w:eastAsia="宋体"/>
          <w:sz w:val="24"/>
        </w:rPr>
        <w:t>「卫星电话——我自己的，借你的。回来还我就行，不着急。里面存了我的号码——万一出事了，给我打电话。我再帮你联系救援。」</w:t>
      </w:r>
    </w:p>
    <w:p>
      <w:pPr>
        <w:spacing w:line="560" w:lineRule="exact"/>
        <w:ind w:firstLine="420"/>
      </w:pPr>
      <w:r>
        <w:rPr>
          <w:rFonts w:ascii="宋体" w:hAnsi="宋体" w:eastAsia="宋体"/>
          <w:sz w:val="24"/>
        </w:rPr>
        <w:t>林风愣了一下——他没想到老板会主动借设备。</w:t>
      </w:r>
    </w:p>
    <w:p>
      <w:pPr>
        <w:spacing w:line="560" w:lineRule="exact"/>
        <w:ind w:firstLine="420"/>
      </w:pPr>
      <w:r>
        <w:rPr>
          <w:rFonts w:ascii="宋体" w:hAnsi="宋体" w:eastAsia="宋体"/>
          <w:sz w:val="24"/>
        </w:rPr>
        <w:t>「这个多少钱？我付租金。」</w:t>
      </w:r>
    </w:p>
    <w:p>
      <w:pPr>
        <w:spacing w:line="560" w:lineRule="exact"/>
        <w:ind w:firstLine="420"/>
      </w:pPr>
      <w:r>
        <w:rPr>
          <w:rFonts w:ascii="宋体" w:hAnsi="宋体" w:eastAsia="宋体"/>
          <w:sz w:val="24"/>
        </w:rPr>
        <w:t>「不收钱。」老板把卫星电话塞进林风手里，「这地方我跑了二十年。去那边的人不多——每个人我都记得。活着回来最重要。」</w:t>
      </w:r>
    </w:p>
    <w:p>
      <w:pPr>
        <w:spacing w:line="560" w:lineRule="exact"/>
        <w:ind w:firstLine="420"/>
      </w:pPr>
      <w:r>
        <w:rPr>
          <w:rFonts w:ascii="宋体" w:hAnsi="宋体" w:eastAsia="宋体"/>
          <w:sz w:val="24"/>
        </w:rPr>
        <w:t>林风看着手里的卫星电话，沉默了两秒：「谢了。」</w:t>
      </w:r>
    </w:p>
    <w:p>
      <w:pPr>
        <w:spacing w:line="560" w:lineRule="exact"/>
        <w:ind w:firstLine="420"/>
      </w:pPr>
      <w:r>
        <w:rPr>
          <w:rFonts w:ascii="宋体" w:hAnsi="宋体" w:eastAsia="宋体"/>
          <w:sz w:val="24"/>
        </w:rPr>
        <w:t>「不用谢我——以后有机会再还就行。」老板摆了摆手，指了指门口的方向，「车在门口，油加满了。后备箱里有一箱矿泉水和一个备用油箱——算我的。」</w:t>
      </w:r>
    </w:p>
    <w:p>
      <w:pPr>
        <w:spacing w:line="560" w:lineRule="exact"/>
        <w:ind w:firstLine="420"/>
      </w:pPr>
      <w:r>
        <w:rPr>
          <w:rFonts w:ascii="宋体" w:hAnsi="宋体" w:eastAsia="宋体"/>
          <w:sz w:val="24"/>
        </w:rPr>
        <w:t>林风把登山包扔进副驾驶座，坐进了驾驶位。越野车的内饰很旧，座椅的皮革上有几处裂口，方向盘上有一层包浆，但发动机的声音很浑厚——保养得不错。他调整了座椅和后视镜，把卫星电话放在杯架里。</w:t>
      </w:r>
    </w:p>
    <w:p>
      <w:pPr>
        <w:spacing w:line="560" w:lineRule="exact"/>
        <w:ind w:firstLine="420"/>
      </w:pPr>
      <w:r>
        <w:rPr>
          <w:rFonts w:ascii="宋体" w:hAnsi="宋体" w:eastAsia="宋体"/>
          <w:sz w:val="24"/>
        </w:rPr>
        <w:t>然后他低头打开手机，给赵铁柱发了一条消息——这大概是最后一条能发出去的消息了——发完这条，信号就会断。</w:t>
      </w:r>
    </w:p>
    <w:p>
      <w:pPr>
        <w:spacing w:line="560" w:lineRule="exact"/>
        <w:ind w:firstLine="420"/>
      </w:pPr>
      <w:r>
        <w:rPr>
          <w:rFonts w:ascii="宋体" w:hAnsi="宋体" w:eastAsia="宋体"/>
          <w:sz w:val="24"/>
        </w:rPr>
        <w:t>「出发了。到了联系。——风」</w:t>
      </w:r>
    </w:p>
    <w:p>
      <w:pPr>
        <w:spacing w:line="560" w:lineRule="exact"/>
        <w:ind w:firstLine="420"/>
      </w:pPr>
      <w:r>
        <w:rPr>
          <w:rFonts w:ascii="宋体" w:hAnsi="宋体" w:eastAsia="宋体"/>
          <w:sz w:val="24"/>
        </w:rPr>
        <w:t>他放下手机，踩下油门。</w:t>
      </w:r>
    </w:p>
    <w:p>
      <w:pPr>
        <w:spacing w:line="560" w:lineRule="exact"/>
        <w:ind w:firstLine="420"/>
      </w:pPr>
      <w:r>
        <w:rPr>
          <w:rFonts w:ascii="宋体" w:hAnsi="宋体" w:eastAsia="宋体"/>
          <w:sz w:val="24"/>
        </w:rPr>
        <w:t>越野车驶出敦煌市区，沿着215国道一路向北。道路两侧的风景在十分钟内完成了从城市到荒漠的切换——先是稀疏的平房和加油站，红绿灯越来越少，然后是成片的防风林和农田，接着是过渡带的灌木丛——最后，只剩下戈壁。</w:t>
      </w:r>
    </w:p>
    <w:p>
      <w:pPr>
        <w:spacing w:line="560" w:lineRule="exact"/>
        <w:ind w:firstLine="420"/>
      </w:pPr>
      <w:r>
        <w:rPr>
          <w:rFonts w:ascii="宋体" w:hAnsi="宋体" w:eastAsia="宋体"/>
          <w:sz w:val="24"/>
        </w:rPr>
        <w:t>一望无际的戈壁。</w:t>
      </w:r>
    </w:p>
    <w:p>
      <w:pPr>
        <w:spacing w:line="560" w:lineRule="exact"/>
        <w:ind w:firstLine="420"/>
      </w:pPr>
      <w:r>
        <w:rPr>
          <w:rFonts w:ascii="宋体" w:hAnsi="宋体" w:eastAsia="宋体"/>
          <w:sz w:val="24"/>
        </w:rPr>
        <w:t>路面是平坦的柏油路，笔直地延伸向地平线，仿佛没有尽头。两侧的大地被太阳烤成了土褐色，表面上覆盖着一层细碎的砾石，在阳光下泛着灰白色的光。没有树，没有草，没有水。只有风在空旷的地面上刮过，带起一阵阵细沙，在路面上画出波纹般的痕迹。</w:t>
      </w:r>
    </w:p>
    <w:p>
      <w:pPr>
        <w:spacing w:line="560" w:lineRule="exact"/>
        <w:ind w:firstLine="420"/>
      </w:pPr>
      <w:r>
        <w:rPr>
          <w:rFonts w:ascii="宋体" w:hAnsi="宋体" w:eastAsia="宋体"/>
          <w:sz w:val="24"/>
        </w:rPr>
        <w:t>林风把车窗摇下来一条缝。干燥的热风灌进来，带着沙土的气味。和上海的潮湿完全不同——这里的空气是干裂的，连呼吸都带着颗粒感。</w:t>
      </w:r>
    </w:p>
    <w:p>
      <w:pPr>
        <w:spacing w:line="560" w:lineRule="exact"/>
        <w:ind w:firstLine="420"/>
      </w:pPr>
      <w:r>
        <w:rPr>
          <w:rFonts w:ascii="宋体" w:hAnsi="宋体" w:eastAsia="宋体"/>
          <w:sz w:val="24"/>
        </w:rPr>
        <w:t>他开了一个多小时，在路边看到了一块褪色的路牌——「玉门关遗址→」，箭头指向西边的一条岔路。他没有拐弯，继续直行。玉门关是汉代遗迹，两千年前戍边将士出关的地方——他今天要去的，比玉门关更远。</w:t>
      </w:r>
    </w:p>
    <w:p>
      <w:pPr>
        <w:spacing w:line="560" w:lineRule="exact"/>
        <w:ind w:firstLine="420"/>
      </w:pPr>
      <w:r>
        <w:rPr>
          <w:rFonts w:ascii="宋体" w:hAnsi="宋体" w:eastAsia="宋体"/>
          <w:sz w:val="24"/>
        </w:rPr>
        <w:t>又开了将近两个小时。柏油路走到了尽头——沥青路面在某个地方突然消失了，取而代之的是一条由车辙印压出来的土路，坑坑洼洼，布满碎石和沙坑。越野车的底盘碾过大大小小的碎石，传来沉闷的撞击声和金属震动的回响。速度从九十降到了四十，又从四十降到了二十五。</w:t>
      </w:r>
    </w:p>
    <w:p>
      <w:pPr>
        <w:spacing w:line="560" w:lineRule="exact"/>
        <w:ind w:firstLine="420"/>
      </w:pPr>
      <w:r>
        <w:rPr>
          <w:rFonts w:ascii="宋体" w:hAnsi="宋体" w:eastAsia="宋体"/>
          <w:sz w:val="24"/>
        </w:rPr>
        <w:t>天边的太阳开始西沉。戈壁的落日壮丽而荒凉——太阳像一颗烧红的铁球，低垂在地平线上，把整片天空染成了橘红色和暗紫色交织的颜色。地面上的砾石在夕阳中反射出碎金般的光点。</w:t>
      </w:r>
    </w:p>
    <w:p>
      <w:pPr>
        <w:spacing w:line="560" w:lineRule="exact"/>
        <w:ind w:firstLine="420"/>
      </w:pPr>
      <w:r>
        <w:rPr>
          <w:rFonts w:ascii="宋体" w:hAnsi="宋体" w:eastAsia="宋体"/>
          <w:sz w:val="24"/>
        </w:rPr>
        <w:t>天色暗得很快。太阳完全沉入地平线之后，黑暗几乎是瞬间降临的——不像城市里有路灯和霓虹灯的天黑，这里的黑夜是彻底的、绝对的黑暗。没有月亮。没有城市的光污染。只有头顶漫天的星辰——比林风见过的任何地方的星空都要密、都要亮。</w:t>
      </w:r>
    </w:p>
    <w:p>
      <w:pPr>
        <w:spacing w:line="560" w:lineRule="exact"/>
        <w:ind w:firstLine="420"/>
      </w:pPr>
      <w:r>
        <w:rPr>
          <w:rFonts w:ascii="宋体" w:hAnsi="宋体" w:eastAsia="宋体"/>
          <w:sz w:val="24"/>
        </w:rPr>
        <w:t>林风停下车，拿出离线地图核对位置。手机屏幕上显示着「无服务」——信号已经完全消失了。他现在处于绝对的无人区：距离最近的县级公路大约七十公里，距离敦煌市区大约两百三十公里。如果在这里抛锚——没有人能找得到他。</w:t>
      </w:r>
    </w:p>
    <w:p>
      <w:pPr>
        <w:spacing w:line="560" w:lineRule="exact"/>
        <w:ind w:firstLine="420"/>
      </w:pPr>
      <w:r>
        <w:rPr>
          <w:rFonts w:ascii="宋体" w:hAnsi="宋体" w:eastAsia="宋体"/>
          <w:sz w:val="24"/>
        </w:rPr>
        <w:t>他靠在座椅上，拿出手机看了一眼《天界》的管理面板。</w:t>
      </w:r>
    </w:p>
    <w:p>
      <w:pPr>
        <w:spacing w:line="560" w:lineRule="exact"/>
        <w:ind w:firstLine="420"/>
      </w:pPr>
      <w:r>
        <w:rPr>
          <w:rFonts w:ascii="宋体" w:hAnsi="宋体" w:eastAsia="宋体"/>
          <w:sz w:val="24"/>
        </w:rPr>
        <w:t>【文件解密进度：67%】</w:t>
      </w:r>
    </w:p>
    <w:p>
      <w:pPr>
        <w:spacing w:line="560" w:lineRule="exact"/>
        <w:ind w:firstLine="420"/>
      </w:pPr>
      <w:r>
        <w:rPr>
          <w:rFonts w:ascii="宋体" w:hAnsi="宋体" w:eastAsia="宋体"/>
          <w:sz w:val="24"/>
        </w:rPr>
        <w:t>【剩余时间：约8小时】</w:t>
      </w:r>
    </w:p>
    <w:p>
      <w:pPr>
        <w:spacing w:line="560" w:lineRule="exact"/>
        <w:ind w:firstLine="420"/>
      </w:pPr>
      <w:r>
        <w:rPr>
          <w:rFonts w:ascii="宋体" w:hAnsi="宋体" w:eastAsia="宋体"/>
          <w:sz w:val="24"/>
        </w:rPr>
        <w:t>入夜后，戈壁的温度骤降。白天三十六度的炎热变成了十度左右的凉意。林风从登山包里翻出一件外套穿上，继续沿着车辙印往前开。</w:t>
      </w:r>
    </w:p>
    <w:p>
      <w:pPr>
        <w:spacing w:line="560" w:lineRule="exact"/>
        <w:ind w:firstLine="420"/>
      </w:pPr>
      <w:r>
        <w:rPr>
          <w:rFonts w:ascii="宋体" w:hAnsi="宋体" w:eastAsia="宋体"/>
          <w:sz w:val="24"/>
        </w:rPr>
        <w:t>车灯照亮了前方大约五十米的范围——砾石、沙土、偶尔出现的枯草根。除此以外，什么都没有。</w:t>
      </w:r>
    </w:p>
    <w:p>
      <w:pPr>
        <w:spacing w:line="560" w:lineRule="exact"/>
        <w:ind w:firstLine="420"/>
      </w:pPr>
      <w:r>
        <w:rPr>
          <w:rFonts w:ascii="宋体" w:hAnsi="宋体" w:eastAsia="宋体"/>
          <w:sz w:val="24"/>
        </w:rPr>
        <w:t>晚上九点四十七分。</w:t>
      </w:r>
    </w:p>
    <w:p>
      <w:pPr>
        <w:spacing w:line="560" w:lineRule="exact"/>
        <w:ind w:firstLine="420"/>
      </w:pPr>
      <w:r>
        <w:rPr>
          <w:rFonts w:ascii="宋体" w:hAnsi="宋体" w:eastAsia="宋体"/>
          <w:sz w:val="24"/>
        </w:rPr>
        <w:t>林风踩下了刹车。发动机熄火后，世界陷入了绝对的寂静——连风声都停了。他坐在驾驶座上，握方向盘的手因为长时间驾驶而微微发酸。</w:t>
      </w:r>
    </w:p>
    <w:p>
      <w:pPr>
        <w:spacing w:line="560" w:lineRule="exact"/>
        <w:ind w:firstLine="420"/>
      </w:pPr>
      <w:r>
        <w:rPr>
          <w:rFonts w:ascii="宋体" w:hAnsi="宋体" w:eastAsia="宋体"/>
          <w:sz w:val="24"/>
        </w:rPr>
        <w:t>地图上的坐标显示——他已经到了。北纬41.72，东经97.03。准确无误。</w:t>
      </w:r>
    </w:p>
    <w:p>
      <w:pPr>
        <w:spacing w:line="560" w:lineRule="exact"/>
        <w:ind w:firstLine="420"/>
      </w:pPr>
      <w:r>
        <w:rPr>
          <w:rFonts w:ascii="宋体" w:hAnsi="宋体" w:eastAsia="宋体"/>
          <w:sz w:val="24"/>
        </w:rPr>
        <w:t>但他面前什么都没有。</w:t>
      </w:r>
    </w:p>
    <w:p>
      <w:pPr>
        <w:spacing w:line="560" w:lineRule="exact"/>
        <w:ind w:firstLine="420"/>
      </w:pPr>
      <w:r>
        <w:rPr>
          <w:rFonts w:ascii="宋体" w:hAnsi="宋体" w:eastAsia="宋体"/>
          <w:sz w:val="24"/>
        </w:rPr>
        <w:t>只有一片空旷的戈壁。没有白色科研基地，没有建筑物，没有围栏，没有路灯，没有任何人类活动的痕迹。只有砾石和沙土，在越野车的远光灯照射下泛着灰白色的光。风在空旷的戈壁上呼啸而过，吹起细沙打在车门上，发出沙沙的声响。远光灯的两道强光一直射入黑暗深处，在戈壁的夜色中画出两条平行的光柱，照亮的只有无尽的地面。</w:t>
      </w:r>
    </w:p>
    <w:p>
      <w:pPr>
        <w:spacing w:line="560" w:lineRule="exact"/>
        <w:ind w:firstLine="420"/>
      </w:pPr>
      <w:r>
        <w:rPr>
          <w:rFonts w:ascii="宋体" w:hAnsi="宋体" w:eastAsia="宋体"/>
          <w:sz w:val="24"/>
        </w:rPr>
        <w:t>林风把发动机熄了火，拉开车门下了车。脚踩在砾石上，发出咔嚓的声响——在这片绝对的寂静中显得格外清晰。他站在车灯前，又确认了一遍坐标。</w:t>
      </w:r>
    </w:p>
    <w:p>
      <w:pPr>
        <w:spacing w:line="560" w:lineRule="exact"/>
        <w:ind w:firstLine="420"/>
      </w:pPr>
      <w:r>
        <w:rPr>
          <w:rFonts w:ascii="宋体" w:hAnsi="宋体" w:eastAsia="宋体"/>
          <w:sz w:val="24"/>
        </w:rPr>
        <w:t>北纬41.72，东经97.03。</w:t>
      </w:r>
    </w:p>
    <w:p>
      <w:pPr>
        <w:spacing w:line="560" w:lineRule="exact"/>
        <w:ind w:firstLine="420"/>
      </w:pPr>
      <w:r>
        <w:rPr>
          <w:rFonts w:ascii="宋体" w:hAnsi="宋体" w:eastAsia="宋体"/>
          <w:sz w:val="24"/>
        </w:rPr>
        <w:t>没错。坐标完全正确，就是这里。</w:t>
      </w:r>
    </w:p>
    <w:p>
      <w:pPr>
        <w:spacing w:line="560" w:lineRule="exact"/>
        <w:ind w:firstLine="420"/>
      </w:pPr>
      <w:r>
        <w:rPr>
          <w:rFonts w:ascii="宋体" w:hAnsi="宋体" w:eastAsia="宋体"/>
          <w:sz w:val="24"/>
        </w:rPr>
        <w:t>但这里——什么都没有。</w:t>
      </w:r>
    </w:p>
    <w:p>
      <w:pPr>
        <w:spacing w:line="560" w:lineRule="exact"/>
        <w:ind w:firstLine="420"/>
      </w:pPr>
      <w:r>
        <w:rPr>
          <w:rFonts w:ascii="宋体" w:hAnsi="宋体" w:eastAsia="宋体"/>
          <w:sz w:val="24"/>
        </w:rPr>
        <w:t>他站在原地，冷风灌进衣领，吹得他眯起了眼睛。他再次打开离线地图，放大到最大比例尺。坐标点上的十字标记和GPS定位的小蓝点完全重合。凌天确认过这个位置，王叔给他的照片背景也是这片区域。照片里的白色科研基地绝对就在这个位置——就在他脚下方。但它消失了。或者说，被藏起来了。</w:t>
      </w:r>
    </w:p>
    <w:p>
      <w:pPr>
        <w:spacing w:line="560" w:lineRule="exact"/>
        <w:ind w:firstLine="420"/>
      </w:pPr>
      <w:r>
        <w:rPr>
          <w:rFonts w:ascii="宋体" w:hAnsi="宋体" w:eastAsia="宋体"/>
          <w:sz w:val="24"/>
        </w:rPr>
        <w:t>林风回到车上，把远光灯打开，照向前方。灯光在黑暗中切出一道明亮的扇面，照亮了大约一百米的范围。然后，他看到了。</w:t>
      </w:r>
    </w:p>
    <w:p>
      <w:pPr>
        <w:spacing w:line="560" w:lineRule="exact"/>
        <w:ind w:firstLine="420"/>
      </w:pPr>
      <w:r>
        <w:rPr>
          <w:rFonts w:ascii="宋体" w:hAnsi="宋体" w:eastAsia="宋体"/>
          <w:sz w:val="24"/>
        </w:rPr>
        <w:t>不是建筑物。是一条裂缝。一条笔直的、大约三米宽的裂缝，从灯光边缘一直延伸到黑暗深处，像一道黑色的伤口横亘在戈壁表面。</w:t>
      </w:r>
    </w:p>
    <w:p>
      <w:pPr>
        <w:spacing w:line="560" w:lineRule="exact"/>
        <w:ind w:firstLine="420"/>
      </w:pPr>
      <w:r>
        <w:rPr>
          <w:rFonts w:ascii="宋体" w:hAnsi="宋体" w:eastAsia="宋体"/>
          <w:sz w:val="24"/>
        </w:rPr>
        <w:t>林风蹲下来，用手摸了摸裂缝的边缘。触感冰凉而光滑，像是不锈钢表面经过了精密打磨——不是岩石那种粗糙多孔的触感，而是经过精密打磨的不锈钢表面——光滑、冰冷、人造的。他用力敲了一下，金属的回音在夜空中沉闷地回荡。</w:t>
      </w:r>
    </w:p>
    <w:p>
      <w:pPr>
        <w:spacing w:line="560" w:lineRule="exact"/>
        <w:ind w:firstLine="420"/>
      </w:pPr>
      <w:r>
        <w:rPr>
          <w:rFonts w:ascii="宋体" w:hAnsi="宋体" w:eastAsia="宋体"/>
          <w:sz w:val="24"/>
        </w:rPr>
        <w:t>他又顺着裂缝走了一段，发现这条裂缝其实是一个完美的正方形——每条边大约三米长，边角是标准的九十度直角。这不是地质运动造成的断裂——这是一扇被完美切割并伪装成地面的金属大门。</w:t>
      </w:r>
    </w:p>
    <w:p>
      <w:pPr>
        <w:spacing w:line="560" w:lineRule="exact"/>
        <w:ind w:firstLine="420"/>
      </w:pPr>
      <w:r>
        <w:rPr>
          <w:rFonts w:ascii="宋体" w:hAnsi="宋体" w:eastAsia="宋体"/>
          <w:sz w:val="24"/>
        </w:rPr>
        <w:t>这个「裂缝」是一扇门。一扇平躺在地上、和戈壁表面颜色完全一致的大门。</w:t>
      </w:r>
    </w:p>
    <w:p>
      <w:pPr>
        <w:spacing w:line="560" w:lineRule="exact"/>
        <w:ind w:firstLine="420"/>
      </w:pPr>
      <w:r>
        <w:rPr>
          <w:rFonts w:ascii="宋体" w:hAnsi="宋体" w:eastAsia="宋体"/>
          <w:sz w:val="24"/>
        </w:rPr>
        <w:t>他终于找到了——地下入口就在他脚下的戈壁滩上。</w:t>
      </w:r>
    </w:p>
    <w:p>
      <w:pPr>
        <w:spacing w:line="560" w:lineRule="exact"/>
        <w:ind w:firstLine="420"/>
      </w:pPr>
      <w:r>
        <w:rPr>
          <w:rFonts w:ascii="宋体" w:hAnsi="宋体" w:eastAsia="宋体"/>
          <w:sz w:val="24"/>
        </w:rPr>
        <w:t>地下入口——就在他脚下。</w:t>
      </w:r>
    </w:p>
    <w:p>
      <w:r>
        <w:br w:type="page"/>
      </w:r>
    </w:p>
    <w:p>
      <w:pPr>
        <w:jc w:val="center"/>
      </w:pPr>
      <w:r>
        <w:rPr>
          <w:b/>
          <w:sz w:val="32"/>
        </w:rPr>
        <w:t>第066章 地下·白色基地</w:t>
      </w:r>
    </w:p>
    <w:p>
      <w:pPr>
        <w:jc w:val="center"/>
      </w:pPr>
      <w:r>
        <w:rPr>
          <w:color w:val="999999"/>
          <w:sz w:val="18"/>
        </w:rPr>
        <w:t>（2,511字）</w:t>
      </w:r>
    </w:p>
    <w:p/>
    <w:p>
      <w:pPr>
        <w:spacing w:line="560" w:lineRule="exact"/>
        <w:ind w:firstLine="420"/>
      </w:pPr>
      <w:r>
        <w:rPr>
          <w:rFonts w:ascii="宋体" w:hAnsi="宋体" w:eastAsia="宋体"/>
          <w:sz w:val="24"/>
        </w:rPr>
        <w:t>林风蹲在那条裂缝旁边，手电筒的光束照进缝隙深处。</w:t>
      </w:r>
    </w:p>
    <w:p>
      <w:pPr>
        <w:spacing w:line="560" w:lineRule="exact"/>
        <w:ind w:firstLine="420"/>
      </w:pPr>
      <w:r>
        <w:rPr>
          <w:rFonts w:ascii="宋体" w:hAnsi="宋体" w:eastAsia="宋体"/>
          <w:sz w:val="24"/>
        </w:rPr>
        <w:t>手电筒的光束直直地射入黑暗——但没有照到底。缝隙像一口深井，光在某个深度就被黑暗吞噬了。</w:t>
      </w:r>
    </w:p>
    <w:p>
      <w:pPr>
        <w:spacing w:line="560" w:lineRule="exact"/>
        <w:ind w:firstLine="420"/>
      </w:pPr>
      <w:r>
        <w:rPr>
          <w:rFonts w:ascii="宋体" w:hAnsi="宋体" w:eastAsia="宋体"/>
          <w:sz w:val="24"/>
        </w:rPr>
        <w:t>缝隙大约三米宽，边缘是干净的金属切面，往下大约两米之后变成了混凝土结构——灰白色的水泥墙面上嵌着一条条管线，像是建筑物的外墙。再往下，光线被黑暗吞没了。</w:t>
      </w:r>
    </w:p>
    <w:p>
      <w:pPr>
        <w:spacing w:line="560" w:lineRule="exact"/>
        <w:ind w:firstLine="420"/>
      </w:pPr>
      <w:r>
        <w:rPr>
          <w:rFonts w:ascii="宋体" w:hAnsi="宋体" w:eastAsia="宋体"/>
          <w:sz w:val="24"/>
        </w:rPr>
        <w:t>他开始沿着裂缝的边缘寻找入口。走了大约二十步，手电筒的光扫到了一个不起眼的凸起——一个长方形的金属面板，和地面齐平，大小和一块地砖差不多。面板上没有把手，没有锁孔，只有中间一个小小的凹陷——形状像是……一个椭圆。</w:t>
      </w:r>
    </w:p>
    <w:p>
      <w:pPr>
        <w:spacing w:line="560" w:lineRule="exact"/>
        <w:ind w:firstLine="420"/>
      </w:pPr>
      <w:r>
        <w:rPr>
          <w:rFonts w:ascii="宋体" w:hAnsi="宋体" w:eastAsia="宋体"/>
          <w:sz w:val="24"/>
        </w:rPr>
        <w:t>林风愣了一下——这个凹陷的形状他太熟悉了。</w:t>
      </w:r>
    </w:p>
    <w:p>
      <w:pPr>
        <w:spacing w:line="560" w:lineRule="exact"/>
        <w:ind w:firstLine="420"/>
      </w:pPr>
      <w:r>
        <w:rPr>
          <w:rFonts w:ascii="宋体" w:hAnsi="宋体" w:eastAsia="宋体"/>
          <w:sz w:val="24"/>
        </w:rPr>
        <w:t>他在那扇银白色金属门前停住脚步，伸手摸了一下脖子上的古玉——温热的，紧贴着皮肤。</w:t>
      </w:r>
    </w:p>
    <w:p>
      <w:pPr>
        <w:spacing w:line="560" w:lineRule="exact"/>
        <w:ind w:firstLine="420"/>
      </w:pPr>
      <w:r>
        <w:rPr>
          <w:rFonts w:ascii="宋体" w:hAnsi="宋体" w:eastAsia="宋体"/>
          <w:sz w:val="24"/>
        </w:rPr>
        <w:t>他脖子上挂了十几年的玉佩——椭圆形的，边缘圆润，刚好和这个凹陷对应。</w:t>
      </w:r>
    </w:p>
    <w:p>
      <w:pPr>
        <w:spacing w:line="560" w:lineRule="exact"/>
        <w:ind w:firstLine="420"/>
      </w:pPr>
      <w:r>
        <w:rPr>
          <w:rFonts w:ascii="宋体" w:hAnsi="宋体" w:eastAsia="宋体"/>
          <w:sz w:val="24"/>
        </w:rPr>
        <w:t>他把古玉从脖子上取下来，在手里握了几秒——玉佩温热的，还带着体温。然后他蹲下身，把古玉对准那个凹陷，慢慢放了进去。大小完全吻合——就像钥匙和锁孔的关系，严丝合缝。</w:t>
      </w:r>
    </w:p>
    <w:p>
      <w:pPr>
        <w:spacing w:line="560" w:lineRule="exact"/>
        <w:ind w:firstLine="420"/>
      </w:pPr>
      <w:r>
        <w:rPr>
          <w:rFonts w:ascii="宋体" w:hAnsi="宋体" w:eastAsia="宋体"/>
          <w:sz w:val="24"/>
        </w:rPr>
        <w:t>他握着那枚古玉的手指有些发抖——不是因为冷，而是因为激动和紧张交织在一起。</w:t>
      </w:r>
    </w:p>
    <w:p>
      <w:pPr>
        <w:spacing w:line="560" w:lineRule="exact"/>
        <w:ind w:firstLine="420"/>
      </w:pPr>
      <w:r>
        <w:rPr>
          <w:rFonts w:ascii="宋体" w:hAnsi="宋体" w:eastAsia="宋体"/>
          <w:sz w:val="24"/>
        </w:rPr>
        <w:t>古玉嵌进凹陷的一瞬间，地面下方传来一声沉闷的机械响动——咔嗒。像是一把锁被打开了。紧接着，一阵低沉的液压声从地下传来，裂缝的边缘开始亮起暗蓝色的LED灯带，沿着裂缝的四边依次亮起，在黑夜中勾勒出一个完美的正方形轮廓。</w:t>
      </w:r>
    </w:p>
    <w:p>
      <w:pPr>
        <w:spacing w:line="560" w:lineRule="exact"/>
        <w:ind w:firstLine="420"/>
      </w:pPr>
      <w:r>
        <w:rPr>
          <w:rFonts w:ascii="宋体" w:hAnsi="宋体" w:eastAsia="宋体"/>
          <w:sz w:val="24"/>
        </w:rPr>
        <w:t>林风下意识地后退了两步，看着那个刚刚还在他脚下的平台缓缓沉入地下。</w:t>
      </w:r>
    </w:p>
    <w:p>
      <w:pPr>
        <w:spacing w:line="560" w:lineRule="exact"/>
        <w:ind w:firstLine="420"/>
      </w:pPr>
      <w:r>
        <w:rPr>
          <w:rFonts w:ascii="宋体" w:hAnsi="宋体" w:eastAsia="宋体"/>
          <w:sz w:val="24"/>
        </w:rPr>
        <w:t>正方形的金属地面缓缓下沉——不是整块地面打开，而是整个区块作为一个平台向下沉降。液压装置发出的声音低沉而平稳，带着一种精密机械特有的节奏感。</w:t>
      </w:r>
    </w:p>
    <w:p>
      <w:pPr>
        <w:spacing w:line="560" w:lineRule="exact"/>
        <w:ind w:firstLine="420"/>
      </w:pPr>
      <w:r>
        <w:rPr>
          <w:rFonts w:ascii="宋体" w:hAnsi="宋体" w:eastAsia="宋体"/>
          <w:sz w:val="24"/>
        </w:rPr>
        <w:t>大约三十秒后，平台停了下来。</w:t>
      </w:r>
    </w:p>
    <w:p>
      <w:pPr>
        <w:spacing w:line="560" w:lineRule="exact"/>
        <w:ind w:firstLine="420"/>
      </w:pPr>
      <w:r>
        <w:rPr>
          <w:rFonts w:ascii="宋体" w:hAnsi="宋体" w:eastAsia="宋体"/>
          <w:sz w:val="24"/>
        </w:rPr>
        <w:t>他面前出现了一个通往地下的入口——一条向下延伸的金属楼梯，两侧墙面上镶嵌着LED灯带，发出柔和的白色光芒。楼梯很宽，足够两个人并行。墙壁是白色的，地板是不锈钢的，没有任何灰尘——说明这里的通风系统一直在运转。</w:t>
      </w:r>
    </w:p>
    <w:p>
      <w:pPr>
        <w:spacing w:line="560" w:lineRule="exact"/>
        <w:ind w:firstLine="420"/>
      </w:pPr>
      <w:r>
        <w:rPr>
          <w:rFonts w:ascii="宋体" w:hAnsi="宋体" w:eastAsia="宋体"/>
          <w:sz w:val="24"/>
        </w:rPr>
        <w:t>林风站在入口边缘，往下看了一眼。楼梯大约有三十多级，底部是一条走廊。走廊尽头有一扇门——白色的，和墙壁融为一体。</w:t>
      </w:r>
    </w:p>
    <w:p>
      <w:pPr>
        <w:spacing w:line="560" w:lineRule="exact"/>
        <w:ind w:firstLine="420"/>
      </w:pPr>
      <w:r>
        <w:rPr>
          <w:rFonts w:ascii="宋体" w:hAnsi="宋体" w:eastAsia="宋体"/>
          <w:sz w:val="24"/>
        </w:rPr>
        <w:t>他拿出手机，下意识想拍一张入口的照片————但手机屏幕上依然显示着「无服务」。</w:t>
      </w:r>
    </w:p>
    <w:p>
      <w:pPr>
        <w:spacing w:line="560" w:lineRule="exact"/>
        <w:ind w:firstLine="420"/>
      </w:pPr>
      <w:r>
        <w:rPr>
          <w:rFonts w:ascii="宋体" w:hAnsi="宋体" w:eastAsia="宋体"/>
          <w:sz w:val="24"/>
        </w:rPr>
        <w:t>他想了想，把手机收了起来，然后踩上了第一级台阶。</w:t>
      </w:r>
    </w:p>
    <w:p>
      <w:pPr>
        <w:spacing w:line="560" w:lineRule="exact"/>
        <w:ind w:firstLine="420"/>
      </w:pPr>
      <w:r>
        <w:rPr>
          <w:rFonts w:ascii="宋体" w:hAnsi="宋体" w:eastAsia="宋体"/>
          <w:sz w:val="24"/>
        </w:rPr>
        <w:t>金属楼梯在脚下发出了轻微的声响——不是生锈的咯吱声，而是干净金属的摩擦声。每下一级台阶，头顶的戈壁夜空就变小一分。当他走到第十级台阶时，头顶的入口已经缩成了一个四方的亮框。</w:t>
      </w:r>
    </w:p>
    <w:p>
      <w:pPr>
        <w:spacing w:line="560" w:lineRule="exact"/>
        <w:ind w:firstLine="420"/>
      </w:pPr>
      <w:r>
        <w:rPr>
          <w:rFonts w:ascii="宋体" w:hAnsi="宋体" w:eastAsia="宋体"/>
          <w:sz w:val="24"/>
        </w:rPr>
        <w:t>第二十级——头顶的亮框变得只有巴掌大小。</w:t>
      </w:r>
    </w:p>
    <w:p>
      <w:pPr>
        <w:spacing w:line="560" w:lineRule="exact"/>
        <w:ind w:firstLine="420"/>
      </w:pPr>
      <w:r>
        <w:rPr>
          <w:rFonts w:ascii="宋体" w:hAnsi="宋体" w:eastAsia="宋体"/>
          <w:sz w:val="24"/>
        </w:rPr>
        <w:t>第三十级——他走到了底。</w:t>
      </w:r>
    </w:p>
    <w:p>
      <w:pPr>
        <w:spacing w:line="560" w:lineRule="exact"/>
        <w:ind w:firstLine="420"/>
      </w:pPr>
      <w:r>
        <w:rPr>
          <w:rFonts w:ascii="宋体" w:hAnsi="宋体" w:eastAsia="宋体"/>
          <w:sz w:val="24"/>
        </w:rPr>
        <w:t>走廊大约十米长，两米宽。墙壁是纯白色的，没有任何装饰。天花板上的LED灯带发出温和的光线——不刺眼，但足以看清所有细节。</w:t>
      </w:r>
    </w:p>
    <w:p>
      <w:pPr>
        <w:spacing w:line="560" w:lineRule="exact"/>
        <w:ind w:firstLine="420"/>
      </w:pPr>
      <w:r>
        <w:rPr>
          <w:rFonts w:ascii="宋体" w:hAnsi="宋体" w:eastAsia="宋体"/>
          <w:sz w:val="24"/>
        </w:rPr>
        <w:t>走廊尽头的那扇门，是银白色的，没有把手。</w:t>
      </w:r>
    </w:p>
    <w:p>
      <w:pPr>
        <w:spacing w:line="560" w:lineRule="exact"/>
        <w:ind w:firstLine="420"/>
      </w:pPr>
      <w:r>
        <w:rPr>
          <w:rFonts w:ascii="宋体" w:hAnsi="宋体" w:eastAsia="宋体"/>
          <w:sz w:val="24"/>
        </w:rPr>
        <w:t>门上只有一个东西——</w:t>
      </w:r>
    </w:p>
    <w:p>
      <w:pPr>
        <w:spacing w:line="560" w:lineRule="exact"/>
        <w:ind w:firstLine="420"/>
      </w:pPr>
      <w:r>
        <w:rPr>
          <w:rFonts w:ascii="宋体" w:hAnsi="宋体" w:eastAsia="宋体"/>
          <w:sz w:val="24"/>
        </w:rPr>
        <w:t>一个屏幕。</w:t>
      </w:r>
    </w:p>
    <w:p>
      <w:pPr>
        <w:spacing w:line="560" w:lineRule="exact"/>
        <w:ind w:firstLine="420"/>
      </w:pPr>
      <w:r>
        <w:rPr>
          <w:rFonts w:ascii="宋体" w:hAnsi="宋体" w:eastAsia="宋体"/>
          <w:sz w:val="24"/>
        </w:rPr>
        <w:t>一块大约十英寸的黑色屏幕，嵌在门中央。屏幕上显示着几行白色的字。</w:t>
      </w:r>
    </w:p>
    <w:p>
      <w:pPr>
        <w:spacing w:line="560" w:lineRule="exact"/>
        <w:ind w:firstLine="420"/>
      </w:pPr>
      <w:r>
        <w:rPr>
          <w:rFonts w:ascii="宋体" w:hAnsi="宋体" w:eastAsia="宋体"/>
          <w:sz w:val="24"/>
        </w:rPr>
        <w:t>【生物识别认证】</w:t>
      </w:r>
    </w:p>
    <w:p>
      <w:pPr>
        <w:spacing w:line="560" w:lineRule="exact"/>
        <w:ind w:firstLine="420"/>
      </w:pPr>
      <w:r>
        <w:rPr>
          <w:rFonts w:ascii="宋体" w:hAnsi="宋体" w:eastAsia="宋体"/>
          <w:sz w:val="24"/>
        </w:rPr>
        <w:t>【请将手掌放置在扫描区域】</w:t>
      </w:r>
    </w:p>
    <w:p>
      <w:pPr>
        <w:spacing w:line="560" w:lineRule="exact"/>
        <w:ind w:firstLine="420"/>
      </w:pPr>
      <w:r>
        <w:rPr>
          <w:rFonts w:ascii="宋体" w:hAnsi="宋体" w:eastAsia="宋体"/>
          <w:sz w:val="24"/>
        </w:rPr>
        <w:t>林风深深吸了一口气，把右手掌摊开，稳稳地贴在了屏幕正中央。</w:t>
      </w:r>
    </w:p>
    <w:p>
      <w:pPr>
        <w:spacing w:line="560" w:lineRule="exact"/>
        <w:ind w:firstLine="420"/>
      </w:pPr>
      <w:r>
        <w:rPr>
          <w:rFonts w:ascii="宋体" w:hAnsi="宋体" w:eastAsia="宋体"/>
          <w:sz w:val="24"/>
        </w:rPr>
        <w:t>屏幕亮起一道蓝色的光，从上到下扫描了他的手掌。大约过了三秒钟——屏幕上的文字变了。</w:t>
      </w:r>
    </w:p>
    <w:p>
      <w:pPr>
        <w:spacing w:line="560" w:lineRule="exact"/>
        <w:ind w:firstLine="420"/>
      </w:pPr>
      <w:r>
        <w:rPr>
          <w:rFonts w:ascii="宋体" w:hAnsi="宋体" w:eastAsia="宋体"/>
          <w:sz w:val="24"/>
        </w:rPr>
        <w:t>【掌纹匹配中……】</w:t>
      </w:r>
    </w:p>
    <w:p>
      <w:pPr>
        <w:spacing w:line="560" w:lineRule="exact"/>
        <w:ind w:firstLine="420"/>
      </w:pPr>
      <w:r>
        <w:rPr>
          <w:rFonts w:ascii="宋体" w:hAnsi="宋体" w:eastAsia="宋体"/>
          <w:sz w:val="24"/>
        </w:rPr>
        <w:t>【匹配完成】</w:t>
      </w:r>
    </w:p>
    <w:p>
      <w:pPr>
        <w:spacing w:line="560" w:lineRule="exact"/>
        <w:ind w:firstLine="420"/>
      </w:pPr>
      <w:r>
        <w:rPr>
          <w:rFonts w:ascii="宋体" w:hAnsi="宋体" w:eastAsia="宋体"/>
          <w:sz w:val="24"/>
        </w:rPr>
        <w:t>【DNA采样分析中……】</w:t>
      </w:r>
    </w:p>
    <w:p>
      <w:pPr>
        <w:spacing w:line="560" w:lineRule="exact"/>
        <w:ind w:firstLine="420"/>
      </w:pPr>
      <w:r>
        <w:rPr>
          <w:rFonts w:ascii="宋体" w:hAnsi="宋体" w:eastAsia="宋体"/>
          <w:sz w:val="24"/>
        </w:rPr>
        <w:t>门的内侧传来一声轻微的机械解锁声。然后屏幕上的文字变了——</w:t>
      </w:r>
    </w:p>
    <w:p>
      <w:pPr>
        <w:spacing w:line="560" w:lineRule="exact"/>
        <w:ind w:firstLine="420"/>
      </w:pPr>
      <w:r>
        <w:rPr>
          <w:rFonts w:ascii="宋体" w:hAnsi="宋体" w:eastAsia="宋体"/>
          <w:sz w:val="24"/>
        </w:rPr>
        <w:t>【欢迎回家，林风。】</w:t>
      </w:r>
    </w:p>
    <w:p>
      <w:pPr>
        <w:spacing w:line="560" w:lineRule="exact"/>
        <w:ind w:firstLine="420"/>
      </w:pPr>
      <w:r>
        <w:rPr>
          <w:rFonts w:ascii="宋体" w:hAnsi="宋体" w:eastAsia="宋体"/>
          <w:sz w:val="24"/>
        </w:rPr>
        <w:t>林风看着那四个字，站在原地，像被钉住了一样。他的眼眶有些发热。</w:t>
      </w:r>
    </w:p>
    <w:p>
      <w:pPr>
        <w:spacing w:line="560" w:lineRule="exact"/>
        <w:ind w:firstLine="420"/>
      </w:pPr>
      <w:r>
        <w:rPr>
          <w:rFonts w:ascii="宋体" w:hAnsi="宋体" w:eastAsia="宋体"/>
          <w:sz w:val="24"/>
        </w:rPr>
        <w:t>走廊里很安静。头顶的灯光发出细微的电流声。</w:t>
      </w:r>
    </w:p>
    <w:p>
      <w:pPr>
        <w:spacing w:line="560" w:lineRule="exact"/>
        <w:ind w:firstLine="420"/>
      </w:pPr>
      <w:r>
        <w:rPr>
          <w:rFonts w:ascii="宋体" w:hAnsi="宋体" w:eastAsia="宋体"/>
          <w:sz w:val="24"/>
        </w:rPr>
        <w:t>「欢迎回家。」</w:t>
      </w:r>
    </w:p>
    <w:p>
      <w:pPr>
        <w:spacing w:line="560" w:lineRule="exact"/>
        <w:ind w:firstLine="420"/>
      </w:pPr>
      <w:r>
        <w:rPr>
          <w:rFonts w:ascii="宋体" w:hAnsi="宋体" w:eastAsia="宋体"/>
          <w:sz w:val="24"/>
        </w:rPr>
        <w:t>——不是「欢迎来到基地」，不是「身份验证通过」。是「欢迎回家」。</w:t>
      </w:r>
    </w:p>
    <w:p>
      <w:pPr>
        <w:spacing w:line="560" w:lineRule="exact"/>
        <w:ind w:firstLine="420"/>
      </w:pPr>
      <w:r>
        <w:rPr>
          <w:rFonts w:ascii="宋体" w:hAnsi="宋体" w:eastAsia="宋体"/>
          <w:sz w:val="24"/>
        </w:rPr>
        <w:t>设计这个系统的人——他的父母——从一开始就把这里定义为「家」。</w:t>
      </w:r>
    </w:p>
    <w:p>
      <w:pPr>
        <w:spacing w:line="560" w:lineRule="exact"/>
        <w:ind w:firstLine="420"/>
      </w:pPr>
      <w:r>
        <w:rPr>
          <w:rFonts w:ascii="宋体" w:hAnsi="宋体" w:eastAsia="宋体"/>
          <w:sz w:val="24"/>
        </w:rPr>
        <w:t>门向两侧无声地滑开了。门缝中透出的暖黄色光线洒在走廊的地面上——和走廊里冰冷的白色LED灯完全不同，那是暖光，像家里客厅的光。</w:t>
      </w:r>
    </w:p>
    <w:p>
      <w:pPr>
        <w:spacing w:line="560" w:lineRule="exact"/>
        <w:ind w:firstLine="420"/>
      </w:pPr>
      <w:r>
        <w:rPr>
          <w:rFonts w:ascii="宋体" w:hAnsi="宋体" w:eastAsia="宋体"/>
          <w:sz w:val="24"/>
        </w:rPr>
        <w:t>门后的世界，让林风彻底呆住了。</w:t>
      </w:r>
    </w:p>
    <w:p>
      <w:pPr>
        <w:spacing w:line="560" w:lineRule="exact"/>
        <w:ind w:firstLine="420"/>
      </w:pPr>
      <w:r>
        <w:rPr>
          <w:rFonts w:ascii="宋体" w:hAnsi="宋体" w:eastAsia="宋体"/>
          <w:sz w:val="24"/>
        </w:rPr>
        <w:t>不是他想象中的地下实验室——没有冰冷的水泥墙、闪着光的精密仪器、排满服务器的机柜。</w:t>
      </w:r>
    </w:p>
    <w:p>
      <w:pPr>
        <w:spacing w:line="560" w:lineRule="exact"/>
        <w:ind w:firstLine="420"/>
      </w:pPr>
      <w:r>
        <w:rPr>
          <w:rFonts w:ascii="宋体" w:hAnsi="宋体" w:eastAsia="宋体"/>
          <w:sz w:val="24"/>
        </w:rPr>
        <w:t>出现在他面前的——是一个客厅。充满了生活气息的客厅。</w:t>
      </w:r>
    </w:p>
    <w:p>
      <w:pPr>
        <w:spacing w:line="560" w:lineRule="exact"/>
        <w:ind w:firstLine="420"/>
      </w:pPr>
      <w:r>
        <w:rPr>
          <w:rFonts w:ascii="宋体" w:hAnsi="宋体" w:eastAsia="宋体"/>
          <w:sz w:val="24"/>
        </w:rPr>
        <w:t>一个——家。</w:t>
      </w:r>
    </w:p>
    <w:p>
      <w:pPr>
        <w:spacing w:line="560" w:lineRule="exact"/>
        <w:ind w:firstLine="420"/>
      </w:pPr>
      <w:r>
        <w:rPr>
          <w:rFonts w:ascii="宋体" w:hAnsi="宋体" w:eastAsia="宋体"/>
          <w:sz w:val="24"/>
        </w:rPr>
        <w:t>暖黄色的灯光从天花板上的射灯中洒下来，光线柔和而温暖。米白色的布艺沙发靠墙摆放，沙发上的靠垫有些微微凹陷——像是不久前还有人坐过。茶几是浅木色的，上面放着一盏复古台灯——铜质的灯座，米色的灯罩——和一本摊开的书。墙角有一盆绿植——绿萝，叶子垂下来，翠绿而有光泽，不知道在地下待了多少年，但依然活着，显然有人一直在照料。</w:t>
      </w:r>
    </w:p>
    <w:p>
      <w:pPr>
        <w:spacing w:line="560" w:lineRule="exact"/>
        <w:ind w:firstLine="420"/>
      </w:pPr>
      <w:r>
        <w:rPr>
          <w:rFonts w:ascii="宋体" w:hAnsi="宋体" w:eastAsia="宋体"/>
          <w:sz w:val="24"/>
        </w:rPr>
        <w:t>客厅的墙壁上挂着一幅相框——照片里，年轻的林建国和林婉站在一片雪地里，穿着厚厚的羽绒服，搂着彼此的肩膀笑。两个人的鼻尖冻得通红，但笑容灿烂得像冬天的太阳。</w:t>
      </w:r>
    </w:p>
    <w:p>
      <w:pPr>
        <w:spacing w:line="560" w:lineRule="exact"/>
        <w:ind w:firstLine="420"/>
      </w:pPr>
      <w:r>
        <w:rPr>
          <w:rFonts w:ascii="宋体" w:hAnsi="宋体" w:eastAsia="宋体"/>
          <w:sz w:val="24"/>
        </w:rPr>
        <w:t>客厅的右侧是一条走廊，走廊两侧有几扇关着的门。左侧是一个开放式的厨房——灶台、水槽、冰箱，和普通家庭的厨房一模一样。</w:t>
      </w:r>
    </w:p>
    <w:p>
      <w:pPr>
        <w:spacing w:line="560" w:lineRule="exact"/>
        <w:ind w:firstLine="420"/>
      </w:pPr>
      <w:r>
        <w:rPr>
          <w:rFonts w:ascii="宋体" w:hAnsi="宋体" w:eastAsia="宋体"/>
          <w:sz w:val="24"/>
        </w:rPr>
        <w:t>林风站在门口，一时间不知道该往哪走。</w:t>
      </w:r>
    </w:p>
    <w:p>
      <w:pPr>
        <w:spacing w:line="560" w:lineRule="exact"/>
        <w:ind w:firstLine="420"/>
      </w:pPr>
      <w:r>
        <w:rPr>
          <w:rFonts w:ascii="宋体" w:hAnsi="宋体" w:eastAsia="宋体"/>
          <w:sz w:val="24"/>
        </w:rPr>
        <w:t>通风系统在运转，空气中有一丝淡淡的消毒水味，但更多的是——安静的、有人生活过的气息。</w:t>
      </w:r>
    </w:p>
    <w:p>
      <w:pPr>
        <w:spacing w:line="560" w:lineRule="exact"/>
        <w:ind w:firstLine="420"/>
      </w:pPr>
      <w:r>
        <w:rPr>
          <w:rFonts w:ascii="宋体" w:hAnsi="宋体" w:eastAsia="宋体"/>
          <w:sz w:val="24"/>
        </w:rPr>
        <w:t>他慢慢走进去，在茶几前停下了脚步。鞋底踩在客厅的地板上发出轻微的声响——很轻，但在安静的房间里格外清晰。</w:t>
      </w:r>
    </w:p>
    <w:p>
      <w:pPr>
        <w:spacing w:line="560" w:lineRule="exact"/>
        <w:ind w:firstLine="420"/>
      </w:pPr>
      <w:r>
        <w:rPr>
          <w:rFonts w:ascii="宋体" w:hAnsi="宋体" w:eastAsia="宋体"/>
          <w:sz w:val="24"/>
        </w:rPr>
        <w:t>茶几上那本书的封面朝上——《天界：从零到一·架构设计笔记》。作者：林建国。</w:t>
      </w:r>
    </w:p>
    <w:p>
      <w:pPr>
        <w:spacing w:line="560" w:lineRule="exact"/>
        <w:ind w:firstLine="420"/>
      </w:pPr>
      <w:r>
        <w:rPr>
          <w:rFonts w:ascii="宋体" w:hAnsi="宋体" w:eastAsia="宋体"/>
          <w:sz w:val="24"/>
        </w:rPr>
        <w:t>是他父亲写的书。</w:t>
      </w:r>
    </w:p>
    <w:p>
      <w:pPr>
        <w:spacing w:line="560" w:lineRule="exact"/>
        <w:ind w:firstLine="420"/>
      </w:pPr>
      <w:r>
        <w:rPr>
          <w:rFonts w:ascii="宋体" w:hAnsi="宋体" w:eastAsia="宋体"/>
          <w:sz w:val="24"/>
        </w:rPr>
        <w:t>林风伸手拿起那本书，手指触到封面的瞬间——指尖传来一种奇异的触感，像是翻开了父母留下的最后一页日记。他翻开了第一页。扉页上有一行字——不是印刷的，是手写的。</w:t>
      </w:r>
    </w:p>
    <w:p>
      <w:pPr>
        <w:spacing w:line="560" w:lineRule="exact"/>
        <w:ind w:firstLine="420"/>
      </w:pPr>
      <w:r>
        <w:rPr>
          <w:rFonts w:ascii="宋体" w:hAnsi="宋体" w:eastAsia="宋体"/>
          <w:sz w:val="24"/>
        </w:rPr>
        <w:t>「给未来的你。——林建国」</w:t>
      </w:r>
    </w:p>
    <w:p>
      <w:pPr>
        <w:spacing w:line="560" w:lineRule="exact"/>
        <w:ind w:firstLine="420"/>
      </w:pPr>
      <w:r>
        <w:rPr>
          <w:rFonts w:ascii="宋体" w:hAnsi="宋体" w:eastAsia="宋体"/>
          <w:sz w:val="24"/>
        </w:rPr>
        <w:t>林风的手指在那一行字上轻轻摩擦过。然后他翻开了第二页。</w:t>
      </w:r>
    </w:p>
    <w:p>
      <w:pPr>
        <w:spacing w:line="560" w:lineRule="exact"/>
        <w:ind w:firstLine="420"/>
      </w:pPr>
      <w:r>
        <w:rPr>
          <w:rFonts w:ascii="宋体" w:hAnsi="宋体" w:eastAsia="宋体"/>
          <w:sz w:val="24"/>
        </w:rPr>
        <w:t>第二页不是目录——是一封信。</w:t>
      </w:r>
    </w:p>
    <w:p>
      <w:pPr>
        <w:spacing w:line="560" w:lineRule="exact"/>
        <w:ind w:firstLine="420"/>
      </w:pPr>
      <w:r>
        <w:rPr>
          <w:rFonts w:ascii="宋体" w:hAnsi="宋体" w:eastAsia="宋体"/>
          <w:sz w:val="24"/>
        </w:rPr>
        <w:t>手写的信。钢笔写的——蓝色的钢笔墨水，字迹工整而有力。</w:t>
      </w:r>
    </w:p>
    <w:p>
      <w:pPr>
        <w:spacing w:line="560" w:lineRule="exact"/>
        <w:ind w:firstLine="420"/>
      </w:pPr>
      <w:r>
        <w:rPr>
          <w:rFonts w:ascii="宋体" w:hAnsi="宋体" w:eastAsia="宋体"/>
          <w:sz w:val="24"/>
        </w:rPr>
        <w:t>「小风：</w:t>
      </w:r>
    </w:p>
    <w:p>
      <w:pPr>
        <w:spacing w:line="560" w:lineRule="exact"/>
        <w:ind w:firstLine="420"/>
      </w:pPr>
      <w:r>
        <w:rPr>
          <w:rFonts w:ascii="宋体" w:hAnsi="宋体" w:eastAsia="宋体"/>
          <w:sz w:val="24"/>
        </w:rPr>
        <w:t>如果你能看到这封信，说明你已经找到了这个地方。我不知道你拿到这封信的时候是多大——也许二十岁，也许三十岁，也许更久。但不管多久——我们都在等你。</w:t>
      </w:r>
    </w:p>
    <w:p>
      <w:pPr>
        <w:spacing w:line="560" w:lineRule="exact"/>
        <w:ind w:firstLine="420"/>
      </w:pPr>
      <w:r>
        <w:rPr>
          <w:rFonts w:ascii="宋体" w:hAnsi="宋体" w:eastAsia="宋体"/>
          <w:sz w:val="24"/>
        </w:rPr>
        <w:t>我和你妈写这封信的时候，你正在隔壁房间里睡觉。你刚满一岁。你的床头上挂着一个风铃，你妈说那是你最喜欢的东西，每次看到都会笑。</w:t>
      </w:r>
    </w:p>
    <w:p>
      <w:pPr>
        <w:spacing w:line="560" w:lineRule="exact"/>
        <w:ind w:firstLine="420"/>
      </w:pPr>
      <w:r>
        <w:rPr>
          <w:rFonts w:ascii="宋体" w:hAnsi="宋体" w:eastAsia="宋体"/>
          <w:sz w:val="24"/>
        </w:rPr>
        <w:t>我们不知道我们能在这个世界待到什么时候。但你妈说——我们必须给你留一个地方，让你知道我们来过，让你知道我们爱你。</w:t>
      </w:r>
    </w:p>
    <w:p>
      <w:pPr>
        <w:spacing w:line="560" w:lineRule="exact"/>
        <w:ind w:firstLine="420"/>
      </w:pPr>
      <w:r>
        <w:rPr>
          <w:rFonts w:ascii="宋体" w:hAnsi="宋体" w:eastAsia="宋体"/>
          <w:sz w:val="24"/>
        </w:rPr>
        <w:t>这个基地是我们在《天界》项目启动之前秘密建造的。除了我和你妈，只有陈泽宇知道这个地方。这里的能源系统是独立的，可以再运行二十年，我驻保证你无论什么时候来，这里都亮着灯。</w:t>
      </w:r>
    </w:p>
    <w:p>
      <w:pPr>
        <w:spacing w:line="560" w:lineRule="exact"/>
        <w:ind w:firstLine="420"/>
      </w:pPr>
      <w:r>
        <w:rPr>
          <w:rFonts w:ascii="宋体" w:hAnsi="宋体" w:eastAsia="宋体"/>
          <w:sz w:val="24"/>
        </w:rPr>
        <w:t>古玉是你妈用她的DNA和你爸我的血液做的。它是打开《天界》终极权限的钥匙——也是打开这个基地大门的钥匙。</w:t>
      </w:r>
    </w:p>
    <w:p>
      <w:pPr>
        <w:spacing w:line="560" w:lineRule="exact"/>
        <w:ind w:firstLine="420"/>
      </w:pPr>
      <w:r>
        <w:rPr>
          <w:rFonts w:ascii="宋体" w:hAnsi="宋体" w:eastAsia="宋体"/>
          <w:sz w:val="24"/>
        </w:rPr>
        <w:t>我们需要你找到这里。</w:t>
      </w:r>
    </w:p>
    <w:p>
      <w:pPr>
        <w:spacing w:line="560" w:lineRule="exact"/>
        <w:ind w:firstLine="420"/>
      </w:pPr>
      <w:r>
        <w:rPr>
          <w:rFonts w:ascii="宋体" w:hAnsi="宋体" w:eastAsia="宋体"/>
          <w:sz w:val="24"/>
        </w:rPr>
        <w:t>因为——有些事，我们只能当面告诉你。</w:t>
      </w:r>
    </w:p>
    <w:p>
      <w:pPr>
        <w:spacing w:line="560" w:lineRule="exact"/>
        <w:ind w:firstLine="420"/>
      </w:pPr>
      <w:r>
        <w:rPr>
          <w:rFonts w:ascii="宋体" w:hAnsi="宋体" w:eastAsia="宋体"/>
          <w:sz w:val="24"/>
        </w:rPr>
        <w:t>冰箱里有吃的。厨房的自来水是经过过滤的，可以直接喝。你的房间在走廊左手边第二间——门上贴着一张熊猫贴纸。</w:t>
      </w:r>
    </w:p>
    <w:p>
      <w:pPr>
        <w:spacing w:line="560" w:lineRule="exact"/>
        <w:ind w:firstLine="420"/>
      </w:pPr>
      <w:r>
        <w:rPr>
          <w:rFonts w:ascii="宋体" w:hAnsi="宋体" w:eastAsia="宋体"/>
          <w:sz w:val="24"/>
        </w:rPr>
        <w:t>住下。等我们。</w:t>
      </w:r>
    </w:p>
    <w:p>
      <w:pPr>
        <w:spacing w:line="560" w:lineRule="exact"/>
        <w:ind w:firstLine="420"/>
      </w:pPr>
      <w:r>
        <w:rPr>
          <w:rFonts w:ascii="宋体" w:hAnsi="宋体" w:eastAsia="宋体"/>
          <w:sz w:val="24"/>
        </w:rPr>
        <w:t>——爸 留」</w:t>
      </w:r>
    </w:p>
    <w:p>
      <w:pPr>
        <w:spacing w:line="560" w:lineRule="exact"/>
        <w:ind w:firstLine="420"/>
      </w:pPr>
      <w:r>
        <w:rPr>
          <w:rFonts w:ascii="宋体" w:hAnsi="宋体" w:eastAsia="宋体"/>
          <w:sz w:val="24"/>
        </w:rPr>
        <w:t>信纸的末端，还有一个用铅笔画的小画——不是文字，是画——一只圆滚滚的熊猫举着一片竹子。</w:t>
      </w:r>
    </w:p>
    <w:p>
      <w:pPr>
        <w:spacing w:line="560" w:lineRule="exact"/>
        <w:ind w:firstLine="420"/>
      </w:pPr>
      <w:r>
        <w:rPr>
          <w:rFonts w:ascii="宋体" w:hAnsi="宋体" w:eastAsia="宋体"/>
          <w:sz w:val="24"/>
        </w:rPr>
        <w:t>林风把信纸贴在胸口，蹲在地上。他的肩膀在微微发抖。</w:t>
      </w:r>
    </w:p>
    <w:p>
      <w:pPr>
        <w:spacing w:line="560" w:lineRule="exact"/>
        <w:ind w:firstLine="420"/>
      </w:pPr>
      <w:r>
        <w:rPr>
          <w:rFonts w:ascii="宋体" w:hAnsi="宋体" w:eastAsia="宋体"/>
          <w:sz w:val="24"/>
        </w:rPr>
        <w:t>不是冷。这里的通风系统维持着大约二十度的恒温。</w:t>
      </w:r>
    </w:p>
    <w:p>
      <w:pPr>
        <w:spacing w:line="560" w:lineRule="exact"/>
        <w:ind w:firstLine="420"/>
      </w:pPr>
      <w:r>
        <w:rPr>
          <w:rFonts w:ascii="宋体" w:hAnsi="宋体" w:eastAsia="宋体"/>
          <w:sz w:val="24"/>
        </w:rPr>
        <w:t>但他的手在抖。信纸的边角在他手指间轻轻颤动着。</w:t>
      </w:r>
    </w:p>
    <w:p>
      <w:pPr>
        <w:spacing w:line="560" w:lineRule="exact"/>
        <w:ind w:firstLine="420"/>
      </w:pPr>
      <w:r>
        <w:rPr>
          <w:rFonts w:ascii="宋体" w:hAnsi="宋体" w:eastAsia="宋体"/>
          <w:sz w:val="24"/>
        </w:rPr>
        <w:t>十六年。他找了十六年的答案——不，他根本不知道自己一直在找答案。他只是觉得自己的人生里有一块巨大的空白，一块叫「父母」的空白。</w:t>
      </w:r>
    </w:p>
    <w:p>
      <w:pPr>
        <w:spacing w:line="560" w:lineRule="exact"/>
        <w:ind w:firstLine="420"/>
      </w:pPr>
      <w:r>
        <w:rPr>
          <w:rFonts w:ascii="宋体" w:hAnsi="宋体" w:eastAsia="宋体"/>
          <w:sz w:val="24"/>
        </w:rPr>
        <w:t>现在，在这座地下十五米的白色基地里——在这片戈壁滩的无人区深处——他终于找到了一点答案，和他十六年来从未拥有过的东西。</w:t>
      </w:r>
    </w:p>
    <w:p>
      <w:pPr>
        <w:spacing w:line="560" w:lineRule="exact"/>
        <w:ind w:firstLine="420"/>
      </w:pPr>
      <w:r>
        <w:rPr>
          <w:rFonts w:ascii="宋体" w:hAnsi="宋体" w:eastAsia="宋体"/>
          <w:sz w:val="24"/>
        </w:rPr>
        <w:t>一个——家。</w:t>
      </w:r>
    </w:p>
    <w:p>
      <w:r>
        <w:br w:type="page"/>
      </w:r>
    </w:p>
    <w:p>
      <w:pPr>
        <w:jc w:val="center"/>
      </w:pPr>
      <w:r>
        <w:rPr>
          <w:b/>
          <w:sz w:val="32"/>
        </w:rPr>
        <w:t>第067章 探索·十六年的痕迹</w:t>
      </w:r>
    </w:p>
    <w:p>
      <w:pPr>
        <w:jc w:val="center"/>
      </w:pPr>
      <w:r>
        <w:rPr>
          <w:color w:val="999999"/>
          <w:sz w:val="18"/>
        </w:rPr>
        <w:t>（2,502字）</w:t>
      </w:r>
    </w:p>
    <w:p/>
    <w:p>
      <w:pPr>
        <w:spacing w:line="560" w:lineRule="exact"/>
        <w:ind w:firstLine="420"/>
      </w:pPr>
      <w:r>
        <w:rPr>
          <w:rFonts w:ascii="宋体" w:hAnsi="宋体" w:eastAsia="宋体"/>
          <w:sz w:val="24"/>
        </w:rPr>
        <w:t>林风把信小心翼翼地折好，放进了外套的内袋里。</w:t>
      </w:r>
    </w:p>
    <w:p>
      <w:pPr>
        <w:spacing w:line="560" w:lineRule="exact"/>
        <w:ind w:firstLine="420"/>
      </w:pPr>
      <w:r>
        <w:rPr>
          <w:rFonts w:ascii="宋体" w:hAnsi="宋体" w:eastAsia="宋体"/>
          <w:sz w:val="24"/>
        </w:rPr>
        <w:t>然后他站起来，环顾了一圈这个客厅。</w:t>
      </w:r>
    </w:p>
    <w:p>
      <w:pPr>
        <w:spacing w:line="560" w:lineRule="exact"/>
        <w:ind w:firstLine="420"/>
      </w:pPr>
      <w:r>
        <w:rPr>
          <w:rFonts w:ascii="宋体" w:hAnsi="宋体" w:eastAsia="宋体"/>
          <w:sz w:val="24"/>
        </w:rPr>
        <w:t>暖黄色的灯光很柔和。墙角的绿萝垂着长长的藤蔓，叶片翠绿欲滴。茶几上的台灯亮着——它已经亮了十六年。因为父亲在信里说：「这个基地的能源系统是独立的，可以再运行二十年。」</w:t>
      </w:r>
    </w:p>
    <w:p>
      <w:pPr>
        <w:spacing w:line="560" w:lineRule="exact"/>
        <w:ind w:firstLine="420"/>
      </w:pPr>
      <w:r>
        <w:rPr>
          <w:rFonts w:ascii="宋体" w:hAnsi="宋体" w:eastAsia="宋体"/>
          <w:sz w:val="24"/>
        </w:rPr>
        <w:t>十六年。灯一直亮着。冰箱一直在运转。通风系统一直在换气。这一切——都在等他来。</w:t>
      </w:r>
    </w:p>
    <w:p>
      <w:pPr>
        <w:spacing w:line="560" w:lineRule="exact"/>
        <w:ind w:firstLine="420"/>
      </w:pPr>
      <w:r>
        <w:rPr>
          <w:rFonts w:ascii="宋体" w:hAnsi="宋体" w:eastAsia="宋体"/>
          <w:sz w:val="24"/>
        </w:rPr>
        <w:t>林风深吸了一口气，然后转身走向了走廊。</w:t>
      </w:r>
    </w:p>
    <w:p>
      <w:pPr>
        <w:spacing w:line="560" w:lineRule="exact"/>
        <w:ind w:firstLine="420"/>
      </w:pPr>
      <w:r>
        <w:rPr>
          <w:rFonts w:ascii="宋体" w:hAnsi="宋体" w:eastAsia="宋体"/>
          <w:sz w:val="24"/>
        </w:rPr>
        <w:t>走廊左手边第一扇门——关着。门上没有标记。</w:t>
      </w:r>
    </w:p>
    <w:p>
      <w:pPr>
        <w:spacing w:line="560" w:lineRule="exact"/>
        <w:ind w:firstLine="420"/>
      </w:pPr>
      <w:r>
        <w:rPr>
          <w:rFonts w:ascii="宋体" w:hAnsi="宋体" w:eastAsia="宋体"/>
          <w:sz w:val="24"/>
        </w:rPr>
        <w:t>他推了一下。门没有锁。</w:t>
      </w:r>
    </w:p>
    <w:p>
      <w:pPr>
        <w:spacing w:line="560" w:lineRule="exact"/>
        <w:ind w:firstLine="420"/>
      </w:pPr>
      <w:r>
        <w:rPr>
          <w:rFonts w:ascii="宋体" w:hAnsi="宋体" w:eastAsia="宋体"/>
          <w:sz w:val="24"/>
        </w:rPr>
        <w:t>里面是一间大约十五平方米的办公室，灯光自动亮起。</w:t>
      </w:r>
    </w:p>
    <w:p>
      <w:pPr>
        <w:spacing w:line="560" w:lineRule="exact"/>
        <w:ind w:firstLine="420"/>
      </w:pPr>
      <w:r>
        <w:rPr>
          <w:rFonts w:ascii="宋体" w:hAnsi="宋体" w:eastAsia="宋体"/>
          <w:sz w:val="24"/>
        </w:rPr>
        <w:t>大约十五平方米，靠墙放着一张深色的木制书桌，桌面上整整齐齐地放着一排文件夹。书桌后面是一张黑色的办公椅。墙边有一个铁皮文件柜，柜门关着，没有上锁。墙角有一台台式电脑——屏幕是那种老式的厚背显示器，机箱上积了一层薄灰。</w:t>
      </w:r>
    </w:p>
    <w:p>
      <w:pPr>
        <w:spacing w:line="560" w:lineRule="exact"/>
        <w:ind w:firstLine="420"/>
      </w:pPr>
      <w:r>
        <w:rPr>
          <w:rFonts w:ascii="宋体" w:hAnsi="宋体" w:eastAsia="宋体"/>
          <w:sz w:val="24"/>
        </w:rPr>
        <w:t>办公室很整洁，透着一股严谨的气息——这是父亲的地盘。</w:t>
      </w:r>
    </w:p>
    <w:p>
      <w:pPr>
        <w:spacing w:line="560" w:lineRule="exact"/>
        <w:ind w:firstLine="420"/>
      </w:pPr>
      <w:r>
        <w:rPr>
          <w:rFonts w:ascii="宋体" w:hAnsi="宋体" w:eastAsia="宋体"/>
          <w:sz w:val="24"/>
        </w:rPr>
        <w:t>林风走到书桌前，拉开最上面的抽屉。</w:t>
      </w:r>
    </w:p>
    <w:p>
      <w:pPr>
        <w:spacing w:line="560" w:lineRule="exact"/>
        <w:ind w:firstLine="420"/>
      </w:pPr>
      <w:r>
        <w:rPr>
          <w:rFonts w:ascii="宋体" w:hAnsi="宋体" w:eastAsia="宋体"/>
          <w:sz w:val="24"/>
        </w:rPr>
        <w:t>抽屉里放着一沓文件。最上面的一份是《天界·核心架构说明书 V2.7》。他翻了一下——每一页都有红色钢笔的批注，笔迹工整而有力，和那封信上的笔迹一模一样。有些页的空白处画着结构图——服务器架构、数据传输路径、加密算法的流程，每一张图都密密麻麻地写满了批注。</w:t>
      </w:r>
    </w:p>
    <w:p>
      <w:pPr>
        <w:spacing w:line="560" w:lineRule="exact"/>
        <w:ind w:firstLine="420"/>
      </w:pPr>
      <w:r>
        <w:rPr>
          <w:rFonts w:ascii="宋体" w:hAnsi="宋体" w:eastAsia="宋体"/>
          <w:sz w:val="24"/>
        </w:rPr>
        <w:t>他继续往下翻。中间的文件夹里夹着一张照片——父亲和几个同事站在一台巨大的服务器前合影，每个人脸上都带着笑容。背景是一间很大的机房，天花板很高，服务器机柜排成整齐的几排。照片背面写着日期：七年前。比那场假车祸晚了将近九年——说明父亲在"死后"还活着，而且在和别人一起工作。</w:t>
      </w:r>
    </w:p>
    <w:p>
      <w:pPr>
        <w:spacing w:line="560" w:lineRule="exact"/>
        <w:ind w:firstLine="420"/>
      </w:pPr>
      <w:r>
        <w:rPr>
          <w:rFonts w:ascii="宋体" w:hAnsi="宋体" w:eastAsia="宋体"/>
          <w:sz w:val="24"/>
        </w:rPr>
        <w:t>林风把照片翻过来仔细看了看。照片里的父亲穿着白大褂，头发比照片上那张雪地合影里白了不少，但精神很好，笑容灿烂。站在父亲身边的是一个戴眼镜的年轻男人——陈泽宇。</w:t>
      </w:r>
    </w:p>
    <w:p>
      <w:pPr>
        <w:spacing w:line="560" w:lineRule="exact"/>
        <w:ind w:firstLine="420"/>
      </w:pPr>
      <w:r>
        <w:rPr>
          <w:rFonts w:ascii="宋体" w:hAnsi="宋体" w:eastAsia="宋体"/>
          <w:sz w:val="24"/>
        </w:rPr>
        <w:t>办公室探索完，他走出走廊，又推开了左手边第二扇门——门上面贴着一张熊猫贴纸。</w:t>
      </w:r>
    </w:p>
    <w:p>
      <w:pPr>
        <w:spacing w:line="560" w:lineRule="exact"/>
        <w:ind w:firstLine="420"/>
      </w:pPr>
      <w:r>
        <w:rPr>
          <w:rFonts w:ascii="宋体" w:hAnsi="宋体" w:eastAsia="宋体"/>
          <w:sz w:val="24"/>
        </w:rPr>
        <w:t>他的房间。</w:t>
      </w:r>
    </w:p>
    <w:p>
      <w:pPr>
        <w:spacing w:line="560" w:lineRule="exact"/>
        <w:ind w:firstLine="420"/>
      </w:pPr>
      <w:r>
        <w:rPr>
          <w:rFonts w:ascii="宋体" w:hAnsi="宋体" w:eastAsia="宋体"/>
          <w:sz w:val="24"/>
        </w:rPr>
        <w:t>门开了。</w:t>
      </w:r>
    </w:p>
    <w:p>
      <w:pPr>
        <w:spacing w:line="560" w:lineRule="exact"/>
        <w:ind w:firstLine="420"/>
      </w:pPr>
      <w:r>
        <w:rPr>
          <w:rFonts w:ascii="宋体" w:hAnsi="宋体" w:eastAsia="宋体"/>
          <w:sz w:val="24"/>
        </w:rPr>
        <w:t>房间不大，大约十平方米。一张单人床靠墙摆放，床单是浅蓝色的——新的，没有灰尘。床头柜上放着一盏小台灯和一个空相框。墙角有一个书架，书架上摆着几排书——不是技术书，是《小王子》《夏洛的网》《哈利·波特与魔法石》这些童书。</w:t>
      </w:r>
    </w:p>
    <w:p>
      <w:pPr>
        <w:spacing w:line="560" w:lineRule="exact"/>
        <w:ind w:firstLine="420"/>
      </w:pPr>
      <w:r>
        <w:rPr>
          <w:rFonts w:ascii="宋体" w:hAnsi="宋体" w:eastAsia="宋体"/>
          <w:sz w:val="24"/>
        </w:rPr>
        <w:t>林风愣了一下。他原以为这个房间只是一个象征性的存在——父母在他一岁时就离开了，怎么可能为他准备这么多东西？</w:t>
      </w:r>
    </w:p>
    <w:p>
      <w:pPr>
        <w:spacing w:line="560" w:lineRule="exact"/>
        <w:ind w:firstLine="420"/>
      </w:pPr>
      <w:r>
        <w:rPr>
          <w:rFonts w:ascii="宋体" w:hAnsi="宋体" w:eastAsia="宋体"/>
          <w:sz w:val="24"/>
        </w:rPr>
        <w:t>但他错了。书架上的每一本书，都带着塑封膜——不是后来包的，是出厂时就有的。父母在他出生后、离开之前，就已经把从三岁到成年的礼物全部准备好了。</w:t>
      </w:r>
    </w:p>
    <w:p>
      <w:pPr>
        <w:spacing w:line="560" w:lineRule="exact"/>
        <w:ind w:firstLine="420"/>
      </w:pPr>
      <w:r>
        <w:rPr>
          <w:rFonts w:ascii="宋体" w:hAnsi="宋体" w:eastAsia="宋体"/>
          <w:sz w:val="24"/>
        </w:rPr>
        <w:t>他深吸了一口气，伸手抽出第一本——《小王子》。翻开扉页——上面有一行字。</w:t>
      </w:r>
    </w:p>
    <w:p>
      <w:pPr>
        <w:spacing w:line="560" w:lineRule="exact"/>
        <w:ind w:firstLine="420"/>
      </w:pPr>
      <w:r>
        <w:rPr>
          <w:rFonts w:ascii="宋体" w:hAnsi="宋体" w:eastAsia="宋体"/>
          <w:sz w:val="24"/>
        </w:rPr>
        <w:t>「给小风的第一本书。希望你像小王子一样，永远保持好奇。——妈」</w:t>
      </w:r>
    </w:p>
    <w:p>
      <w:pPr>
        <w:spacing w:line="560" w:lineRule="exact"/>
        <w:ind w:firstLine="420"/>
      </w:pPr>
      <w:r>
        <w:rPr>
          <w:rFonts w:ascii="宋体" w:hAnsi="宋体" w:eastAsia="宋体"/>
          <w:sz w:val="24"/>
        </w:rPr>
        <w:t>是母亲的笔迹。</w:t>
      </w:r>
    </w:p>
    <w:p>
      <w:pPr>
        <w:spacing w:line="560" w:lineRule="exact"/>
        <w:ind w:firstLine="420"/>
      </w:pPr>
      <w:r>
        <w:rPr>
          <w:rFonts w:ascii="宋体" w:hAnsi="宋体" w:eastAsia="宋体"/>
          <w:sz w:val="24"/>
        </w:rPr>
        <w:t>他又抽出一本《夏洛的网》，翻开扉页。扉页上也是一行字——</w:t>
      </w:r>
    </w:p>
    <w:p>
      <w:pPr>
        <w:spacing w:line="560" w:lineRule="exact"/>
        <w:ind w:firstLine="420"/>
      </w:pPr>
      <w:r>
        <w:rPr>
          <w:rFonts w:ascii="宋体" w:hAnsi="宋体" w:eastAsia="宋体"/>
          <w:sz w:val="24"/>
        </w:rPr>
        <w:t>「给小风。友谊是最珍贵的东西。——爸」</w:t>
      </w:r>
    </w:p>
    <w:p>
      <w:pPr>
        <w:spacing w:line="560" w:lineRule="exact"/>
        <w:ind w:firstLine="420"/>
      </w:pPr>
      <w:r>
        <w:rPr>
          <w:rFonts w:ascii="宋体" w:hAnsi="宋体" w:eastAsia="宋体"/>
          <w:sz w:val="24"/>
        </w:rPr>
        <w:t>书架上的每一本书——每一本——扉页上都有一句话。有些是父亲写的，有些是母亲写的。有些是生日祝福，有些是新年的寄语，有些只是随意的一句话。</w:t>
      </w:r>
    </w:p>
    <w:p>
      <w:pPr>
        <w:spacing w:line="560" w:lineRule="exact"/>
        <w:ind w:firstLine="420"/>
      </w:pPr>
      <w:r>
        <w:rPr>
          <w:rFonts w:ascii="宋体" w:hAnsi="宋体" w:eastAsia="宋体"/>
          <w:sz w:val="24"/>
        </w:rPr>
        <w:t>「给小风。三岁生日快乐。你已经会跑了。——妈」</w:t>
      </w:r>
    </w:p>
    <w:p>
      <w:pPr>
        <w:spacing w:line="560" w:lineRule="exact"/>
        <w:ind w:firstLine="420"/>
      </w:pPr>
      <w:r>
        <w:rPr>
          <w:rFonts w:ascii="宋体" w:hAnsi="宋体" w:eastAsia="宋体"/>
          <w:sz w:val="24"/>
        </w:rPr>
        <w:t>「给小风。这个世界很大，不要害怕去探索。——爸」</w:t>
      </w:r>
    </w:p>
    <w:p>
      <w:pPr>
        <w:spacing w:line="560" w:lineRule="exact"/>
        <w:ind w:firstLine="420"/>
      </w:pPr>
      <w:r>
        <w:rPr>
          <w:rFonts w:ascii="宋体" w:hAnsi="宋体" w:eastAsia="宋体"/>
          <w:sz w:val="24"/>
        </w:rPr>
        <w:t>「给小风。十二岁。如果你能看到这本书，说明你已经在读少年版了。我们为你骄傲。——爸」</w:t>
      </w:r>
    </w:p>
    <w:p>
      <w:pPr>
        <w:spacing w:line="560" w:lineRule="exact"/>
        <w:ind w:firstLine="420"/>
      </w:pPr>
      <w:r>
        <w:rPr>
          <w:rFonts w:ascii="宋体" w:hAnsi="宋体" w:eastAsia="宋体"/>
          <w:sz w:val="24"/>
        </w:rPr>
        <w:t>「给小风。今天是你十八岁生日。我们想象过无数次你成年的样子。——妈」</w:t>
      </w:r>
    </w:p>
    <w:p>
      <w:pPr>
        <w:spacing w:line="560" w:lineRule="exact"/>
        <w:ind w:firstLine="420"/>
      </w:pPr>
      <w:r>
        <w:rPr>
          <w:rFonts w:ascii="宋体" w:hAnsi="宋体" w:eastAsia="宋体"/>
          <w:sz w:val="24"/>
        </w:rPr>
        <w:t>林风坐在床边，手里捧着那堆书，一本一本地翻。</w:t>
      </w:r>
    </w:p>
    <w:p>
      <w:pPr>
        <w:spacing w:line="560" w:lineRule="exact"/>
        <w:ind w:firstLine="420"/>
      </w:pPr>
      <w:r>
        <w:rPr>
          <w:rFonts w:ascii="宋体" w:hAnsi="宋体" w:eastAsia="宋体"/>
          <w:sz w:val="24"/>
        </w:rPr>
        <w:t>每一页翻过去的时候，他的手指都在微微颤抖。书页的触感、油墨的气味、扉页上那些手写的字——全都是真实的。不是虚拟的、不是游戏中NPC的对话——是真实存在的、他父母亲手写下的文字。</w:t>
      </w:r>
    </w:p>
    <w:p>
      <w:pPr>
        <w:spacing w:line="560" w:lineRule="exact"/>
        <w:ind w:firstLine="420"/>
      </w:pPr>
      <w:r>
        <w:rPr>
          <w:rFonts w:ascii="宋体" w:hAnsi="宋体" w:eastAsia="宋体"/>
          <w:sz w:val="24"/>
        </w:rPr>
        <w:t>翻到最后一本——《哈利·波特与死亡圣器》。扉页上写着：</w:t>
      </w:r>
    </w:p>
    <w:p>
      <w:pPr>
        <w:spacing w:line="560" w:lineRule="exact"/>
        <w:ind w:firstLine="420"/>
      </w:pPr>
      <w:r>
        <w:rPr>
          <w:rFonts w:ascii="宋体" w:hAnsi="宋体" w:eastAsia="宋体"/>
          <w:sz w:val="24"/>
        </w:rPr>
        <w:t>「给小风。无论什么时候——爱永远是最强的魔法。——妈」</w:t>
      </w:r>
    </w:p>
    <w:p>
      <w:pPr>
        <w:spacing w:line="560" w:lineRule="exact"/>
        <w:ind w:firstLine="420"/>
      </w:pPr>
      <w:r>
        <w:rPr>
          <w:rFonts w:ascii="宋体" w:hAnsi="宋体" w:eastAsia="宋体"/>
          <w:sz w:val="24"/>
        </w:rPr>
        <w:t>他合上书，把书贴在胸口，低着头。</w:t>
      </w:r>
    </w:p>
    <w:p>
      <w:pPr>
        <w:spacing w:line="560" w:lineRule="exact"/>
        <w:ind w:firstLine="420"/>
      </w:pPr>
      <w:r>
        <w:rPr>
          <w:rFonts w:ascii="宋体" w:hAnsi="宋体" w:eastAsia="宋体"/>
          <w:sz w:val="24"/>
        </w:rPr>
        <w:t>在这个灯光柔和的房间里，在这个铺着浅蓝色床单的单人床上——他这辈子第一次坐在这张父母为他准备的床上，读着父母留给他的书，然后眼泪终于落了下来。</w:t>
      </w:r>
    </w:p>
    <w:p>
      <w:pPr>
        <w:spacing w:line="560" w:lineRule="exact"/>
        <w:ind w:firstLine="420"/>
      </w:pPr>
      <w:r>
        <w:rPr>
          <w:rFonts w:ascii="宋体" w:hAnsi="宋体" w:eastAsia="宋体"/>
          <w:sz w:val="24"/>
        </w:rPr>
        <w:t>在这个地下十五米的寂静基地里——在这片没有信号的无人区深处——他终于感受到了十六年来缺失的东西。</w:t>
      </w:r>
    </w:p>
    <w:p>
      <w:pPr>
        <w:spacing w:line="560" w:lineRule="exact"/>
        <w:ind w:firstLine="420"/>
      </w:pPr>
      <w:r>
        <w:rPr>
          <w:rFonts w:ascii="宋体" w:hAnsi="宋体" w:eastAsia="宋体"/>
          <w:sz w:val="24"/>
        </w:rPr>
        <w:t>不是答案。不是关于《天界》的真相，不是暗流的身份，不是古玉的秘密。</w:t>
      </w:r>
    </w:p>
    <w:p>
      <w:pPr>
        <w:spacing w:line="560" w:lineRule="exact"/>
        <w:ind w:firstLine="420"/>
      </w:pPr>
      <w:r>
        <w:rPr>
          <w:rFonts w:ascii="宋体" w:hAnsi="宋体" w:eastAsia="宋体"/>
          <w:sz w:val="24"/>
        </w:rPr>
        <w:t>是有人在等他。十六年来，有人一直在等他。</w:t>
      </w:r>
    </w:p>
    <w:p>
      <w:pPr>
        <w:spacing w:line="560" w:lineRule="exact"/>
        <w:ind w:firstLine="420"/>
      </w:pPr>
      <w:r>
        <w:rPr>
          <w:rFonts w:ascii="宋体" w:hAnsi="宋体" w:eastAsia="宋体"/>
          <w:sz w:val="24"/>
        </w:rPr>
        <w:t>林风在房间里坐了很久。久到他自己也不知道过了多长时间——在这个没有窗的地下空间里，时间像是失去了刻度。</w:t>
      </w:r>
    </w:p>
    <w:p>
      <w:pPr>
        <w:spacing w:line="560" w:lineRule="exact"/>
        <w:ind w:firstLine="420"/>
      </w:pPr>
      <w:r>
        <w:rPr>
          <w:rFonts w:ascii="宋体" w:hAnsi="宋体" w:eastAsia="宋体"/>
          <w:sz w:val="24"/>
        </w:rPr>
        <w:t>最后，他站起来，把那些书一本一本地整整齐齐码回书架上，像整理一份珍贵的历史档案。然后用袖子擦了擦眼眶。</w:t>
      </w:r>
    </w:p>
    <w:p>
      <w:pPr>
        <w:spacing w:line="560" w:lineRule="exact"/>
        <w:ind w:firstLine="420"/>
      </w:pPr>
      <w:r>
        <w:rPr>
          <w:rFonts w:ascii="宋体" w:hAnsi="宋体" w:eastAsia="宋体"/>
          <w:sz w:val="24"/>
        </w:rPr>
        <w:t>他走出自己的房间，穿过走廊，走向尽头那扇与众不同的银白色金属门——右手边的一扇银白色的金属门。这扇门和其他的不同——门上有一个电子锁。</w:t>
      </w:r>
    </w:p>
    <w:p>
      <w:pPr>
        <w:spacing w:line="560" w:lineRule="exact"/>
        <w:ind w:firstLine="420"/>
      </w:pPr>
      <w:r>
        <w:rPr>
          <w:rFonts w:ascii="宋体" w:hAnsi="宋体" w:eastAsia="宋体"/>
          <w:sz w:val="24"/>
        </w:rPr>
        <w:t>他试着推了一下——锁着的。</w:t>
      </w:r>
    </w:p>
    <w:p>
      <w:pPr>
        <w:spacing w:line="560" w:lineRule="exact"/>
        <w:ind w:firstLine="420"/>
      </w:pPr>
      <w:r>
        <w:rPr>
          <w:rFonts w:ascii="宋体" w:hAnsi="宋体" w:eastAsia="宋体"/>
          <w:sz w:val="24"/>
        </w:rPr>
        <w:t>电子锁旁边有一个小小的凹槽——和基地入口那个凹槽一模一样，也是椭圆形的。</w:t>
      </w:r>
    </w:p>
    <w:p>
      <w:pPr>
        <w:spacing w:line="560" w:lineRule="exact"/>
        <w:ind w:firstLine="420"/>
      </w:pPr>
      <w:r>
        <w:rPr>
          <w:rFonts w:ascii="宋体" w:hAnsi="宋体" w:eastAsia="宋体"/>
          <w:sz w:val="24"/>
        </w:rPr>
        <w:t>古玉。又是古玉——这个基地里到处都需要它。</w:t>
      </w:r>
    </w:p>
    <w:p>
      <w:pPr>
        <w:spacing w:line="560" w:lineRule="exact"/>
        <w:ind w:firstLine="420"/>
      </w:pPr>
      <w:r>
        <w:rPr>
          <w:rFonts w:ascii="宋体" w:hAnsi="宋体" w:eastAsia="宋体"/>
          <w:sz w:val="24"/>
        </w:rPr>
        <w:t>林风把脖子上的古玉解下来，放进了电子锁旁边的凹槽里。</w:t>
      </w:r>
    </w:p>
    <w:p>
      <w:pPr>
        <w:spacing w:line="560" w:lineRule="exact"/>
        <w:ind w:firstLine="420"/>
      </w:pPr>
      <w:r>
        <w:rPr>
          <w:rFonts w:ascii="宋体" w:hAnsi="宋体" w:eastAsia="宋体"/>
          <w:sz w:val="24"/>
        </w:rPr>
        <w:t>电子锁发出一声清脆的解锁声。</w:t>
      </w:r>
    </w:p>
    <w:p>
      <w:pPr>
        <w:spacing w:line="560" w:lineRule="exact"/>
        <w:ind w:firstLine="420"/>
      </w:pPr>
      <w:r>
        <w:rPr>
          <w:rFonts w:ascii="宋体" w:hAnsi="宋体" w:eastAsia="宋体"/>
          <w:sz w:val="24"/>
        </w:rPr>
        <w:t>门开了，发出一声轻微的机械声。</w:t>
      </w:r>
    </w:p>
    <w:p>
      <w:pPr>
        <w:spacing w:line="560" w:lineRule="exact"/>
        <w:ind w:firstLine="420"/>
      </w:pPr>
      <w:r>
        <w:rPr>
          <w:rFonts w:ascii="宋体" w:hAnsi="宋体" w:eastAsia="宋体"/>
          <w:sz w:val="24"/>
        </w:rPr>
        <w:t>里面的空间比办公室大得多——大约三十平方米，占了基地一半的面积。房间里排列着五台服务器机柜，机柜上的指示灯在闪烁——绿色的、橙色的、蓝色的，像一片密集的光点矩阵。</w:t>
      </w:r>
    </w:p>
    <w:p>
      <w:pPr>
        <w:spacing w:line="560" w:lineRule="exact"/>
        <w:ind w:firstLine="420"/>
      </w:pPr>
      <w:r>
        <w:rPr>
          <w:rFonts w:ascii="宋体" w:hAnsi="宋体" w:eastAsia="宋体"/>
          <w:sz w:val="24"/>
        </w:rPr>
        <w:t>墙边有一个工作台，台面上散落着几块拆开的硬盘、一把螺丝刀、和几段连接线。工作台上方的墙上贴着一张巨大的架构图——《天界·全球服务器节点拓扑图》。那张图很大——大约一米五宽，一米高——上面密密麻麻地标注着全球各地的节点位置——亚洲、欧洲、北美、南美、澳洲。每个节点上都有一个编号和一行说明文字。</w:t>
      </w:r>
    </w:p>
    <w:p>
      <w:pPr>
        <w:spacing w:line="560" w:lineRule="exact"/>
        <w:ind w:firstLine="420"/>
      </w:pPr>
      <w:r>
        <w:rPr>
          <w:rFonts w:ascii="宋体" w:hAnsi="宋体" w:eastAsia="宋体"/>
          <w:sz w:val="24"/>
        </w:rPr>
        <w:t>林风的目光落在了亚洲区域的一个节点上。</w:t>
      </w:r>
    </w:p>
    <w:p>
      <w:pPr>
        <w:spacing w:line="560" w:lineRule="exact"/>
        <w:ind w:firstLine="420"/>
      </w:pPr>
      <w:r>
        <w:rPr>
          <w:rFonts w:ascii="宋体" w:hAnsi="宋体" w:eastAsia="宋体"/>
          <w:sz w:val="24"/>
        </w:rPr>
        <w:t>节点编号：CN-07。</w:t>
      </w:r>
    </w:p>
    <w:p>
      <w:pPr>
        <w:spacing w:line="560" w:lineRule="exact"/>
        <w:ind w:firstLine="420"/>
      </w:pPr>
      <w:r>
        <w:rPr>
          <w:rFonts w:ascii="宋体" w:hAnsi="宋体" w:eastAsia="宋体"/>
          <w:sz w:val="24"/>
        </w:rPr>
        <w:t>说明文字：「敦煌隐藏节点·完全独立供电。仅供紧急情况使用。不可追溯至主网络。」</w:t>
      </w:r>
    </w:p>
    <w:p>
      <w:pPr>
        <w:spacing w:line="560" w:lineRule="exact"/>
        <w:ind w:firstLine="420"/>
      </w:pPr>
      <w:r>
        <w:rPr>
          <w:rFonts w:ascii="宋体" w:hAnsi="宋体" w:eastAsia="宋体"/>
          <w:sz w:val="24"/>
        </w:rPr>
        <w:t>——敦煌隐藏节点——就是这个基地。</w:t>
      </w:r>
    </w:p>
    <w:p>
      <w:pPr>
        <w:spacing w:line="560" w:lineRule="exact"/>
        <w:ind w:firstLine="420"/>
      </w:pPr>
      <w:r>
        <w:rPr>
          <w:rFonts w:ascii="宋体" w:hAnsi="宋体" w:eastAsia="宋体"/>
          <w:sz w:val="24"/>
        </w:rPr>
        <w:t>林风的手指在拓扑图上划过，找到了自己的位置。</w:t>
      </w:r>
    </w:p>
    <w:p>
      <w:pPr>
        <w:spacing w:line="560" w:lineRule="exact"/>
        <w:ind w:firstLine="420"/>
      </w:pPr>
      <w:r>
        <w:rPr>
          <w:rFonts w:ascii="宋体" w:hAnsi="宋体" w:eastAsia="宋体"/>
          <w:sz w:val="24"/>
        </w:rPr>
        <w:t>而在这个节点旁边，还有一个节点被红笔圈了出来。</w:t>
      </w:r>
    </w:p>
    <w:p>
      <w:pPr>
        <w:spacing w:line="560" w:lineRule="exact"/>
        <w:ind w:firstLine="420"/>
      </w:pPr>
      <w:r>
        <w:rPr>
          <w:rFonts w:ascii="宋体" w:hAnsi="宋体" w:eastAsia="宋体"/>
          <w:sz w:val="24"/>
        </w:rPr>
        <w:t>节点编号：SG-01。</w:t>
      </w:r>
    </w:p>
    <w:p>
      <w:pPr>
        <w:spacing w:line="560" w:lineRule="exact"/>
        <w:ind w:firstLine="420"/>
      </w:pPr>
      <w:r>
        <w:rPr>
          <w:rFonts w:ascii="宋体" w:hAnsi="宋体" w:eastAsia="宋体"/>
          <w:sz w:val="24"/>
        </w:rPr>
        <w:t>说明文字：「新加坡·主数据中心。奥林匹斯集团运营。」</w:t>
      </w:r>
    </w:p>
    <w:p>
      <w:pPr>
        <w:spacing w:line="560" w:lineRule="exact"/>
        <w:ind w:firstLine="420"/>
      </w:pPr>
      <w:r>
        <w:rPr>
          <w:rFonts w:ascii="宋体" w:hAnsi="宋体" w:eastAsia="宋体"/>
          <w:sz w:val="24"/>
        </w:rPr>
        <w:t>林风的手指停在了那个被红笔圈出的节点上。</w:t>
      </w:r>
    </w:p>
    <w:p>
      <w:pPr>
        <w:spacing w:line="560" w:lineRule="exact"/>
        <w:ind w:firstLine="420"/>
      </w:pPr>
      <w:r>
        <w:rPr>
          <w:rFonts w:ascii="宋体" w:hAnsi="宋体" w:eastAsia="宋体"/>
          <w:sz w:val="24"/>
        </w:rPr>
        <w:t>新加坡。</w:t>
      </w:r>
    </w:p>
    <w:p>
      <w:pPr>
        <w:spacing w:line="560" w:lineRule="exact"/>
        <w:ind w:firstLine="420"/>
      </w:pPr>
      <w:r>
        <w:rPr>
          <w:rFonts w:ascii="宋体" w:hAnsi="宋体" w:eastAsia="宋体"/>
          <w:sz w:val="24"/>
        </w:rPr>
        <w:t>奥林匹斯集团。</w:t>
      </w:r>
    </w:p>
    <w:p>
      <w:pPr>
        <w:spacing w:line="560" w:lineRule="exact"/>
        <w:ind w:firstLine="420"/>
      </w:pPr>
      <w:r>
        <w:rPr>
          <w:rFonts w:ascii="宋体" w:hAnsi="宋体" w:eastAsia="宋体"/>
          <w:sz w:val="24"/>
        </w:rPr>
        <w:t>暗流的黑客攻击——就来自那里。</w:t>
      </w:r>
    </w:p>
    <w:p>
      <w:pPr>
        <w:spacing w:line="560" w:lineRule="exact"/>
        <w:ind w:firstLine="420"/>
      </w:pPr>
      <w:r>
        <w:rPr>
          <w:rFonts w:ascii="宋体" w:hAnsi="宋体" w:eastAsia="宋体"/>
          <w:sz w:val="24"/>
        </w:rPr>
        <w:t>服务器机柜上，其中一台的指示灯比其他的闪得更快——它的硬盘正在高速运转。</w:t>
      </w:r>
    </w:p>
    <w:p>
      <w:pPr>
        <w:spacing w:line="560" w:lineRule="exact"/>
        <w:ind w:firstLine="420"/>
      </w:pPr>
      <w:r>
        <w:rPr>
          <w:rFonts w:ascii="宋体" w:hAnsi="宋体" w:eastAsia="宋体"/>
          <w:sz w:val="24"/>
        </w:rPr>
        <w:t>那台服务器的屏幕上，显示着一行字——</w:t>
      </w:r>
    </w:p>
    <w:p>
      <w:pPr>
        <w:spacing w:line="560" w:lineRule="exact"/>
        <w:ind w:firstLine="420"/>
      </w:pPr>
      <w:r>
        <w:rPr>
          <w:rFonts w:ascii="宋体" w:hAnsi="宋体" w:eastAsia="宋体"/>
          <w:sz w:val="24"/>
        </w:rPr>
        <w:t>【文件解密进度：84%】</w:t>
      </w:r>
    </w:p>
    <w:p>
      <w:pPr>
        <w:spacing w:line="560" w:lineRule="exact"/>
        <w:ind w:firstLine="420"/>
      </w:pPr>
      <w:r>
        <w:rPr>
          <w:rFonts w:ascii="宋体" w:hAnsi="宋体" w:eastAsia="宋体"/>
          <w:sz w:val="24"/>
        </w:rPr>
        <w:t>【剩余时间：约3小时48分钟】</w:t>
      </w:r>
    </w:p>
    <w:p>
      <w:pPr>
        <w:spacing w:line="560" w:lineRule="exact"/>
        <w:ind w:firstLine="420"/>
      </w:pPr>
      <w:r>
        <w:rPr>
          <w:rFonts w:ascii="宋体" w:hAnsi="宋体" w:eastAsia="宋体"/>
          <w:sz w:val="24"/>
        </w:rPr>
        <w:t>比预期的四个小时还要快一些——神域核心服务器的算力比预想中更强大。</w:t>
      </w:r>
    </w:p>
    <w:p>
      <w:pPr>
        <w:spacing w:line="560" w:lineRule="exact"/>
        <w:ind w:firstLine="420"/>
      </w:pPr>
      <w:r>
        <w:rPr>
          <w:rFonts w:ascii="宋体" w:hAnsi="宋体" w:eastAsia="宋体"/>
          <w:sz w:val="24"/>
        </w:rPr>
        <w:t>那台服务器正在和《天界》的核心服务器同步——解密的文件也在实时传输到这里。</w:t>
      </w:r>
    </w:p>
    <w:p>
      <w:pPr>
        <w:spacing w:line="560" w:lineRule="exact"/>
        <w:ind w:firstLine="420"/>
      </w:pPr>
      <w:r>
        <w:rPr>
          <w:rFonts w:ascii="宋体" w:hAnsi="宋体" w:eastAsia="宋体"/>
          <w:sz w:val="24"/>
        </w:rPr>
        <w:t>林风走到工作台前，看了一眼散落的硬盘。其中一块硬盘上贴着一张标签——</w:t>
      </w:r>
    </w:p>
    <w:p>
      <w:pPr>
        <w:spacing w:line="560" w:lineRule="exact"/>
        <w:ind w:firstLine="420"/>
      </w:pPr>
      <w:r>
        <w:rPr>
          <w:rFonts w:ascii="宋体" w:hAnsi="宋体" w:eastAsia="宋体"/>
          <w:sz w:val="24"/>
        </w:rPr>
        <w:t>【EVE协议·完整源代码备份】</w:t>
      </w:r>
    </w:p>
    <w:p>
      <w:pPr>
        <w:spacing w:line="560" w:lineRule="exact"/>
        <w:ind w:firstLine="420"/>
      </w:pPr>
      <w:r>
        <w:rPr>
          <w:rFonts w:ascii="宋体" w:hAnsi="宋体" w:eastAsia="宋体"/>
          <w:sz w:val="24"/>
        </w:rPr>
        <w:t>林风的手顿了一下。他拿起那块硬盘——银白色的金属外壳，大约巴掌大小。</w:t>
      </w:r>
    </w:p>
    <w:p>
      <w:pPr>
        <w:spacing w:line="560" w:lineRule="exact"/>
        <w:ind w:firstLine="420"/>
      </w:pPr>
      <w:r>
        <w:rPr>
          <w:rFonts w:ascii="宋体" w:hAnsi="宋体" w:eastAsia="宋体"/>
          <w:sz w:val="24"/>
        </w:rPr>
        <w:t>EVE协议的完整源代码——父亲亲手写的、用来反制暗流攻击的核心程序。</w:t>
      </w:r>
    </w:p>
    <w:p>
      <w:pPr>
        <w:spacing w:line="560" w:lineRule="exact"/>
        <w:ind w:firstLine="420"/>
      </w:pPr>
      <w:r>
        <w:rPr>
          <w:rFonts w:ascii="宋体" w:hAnsi="宋体" w:eastAsia="宋体"/>
          <w:sz w:val="24"/>
        </w:rPr>
        <w:t>也就是说——他父亲留下的那个自毁式反制程序，可以在这里被完整地研究、分析、甚至改进。</w:t>
      </w:r>
    </w:p>
    <w:p>
      <w:pPr>
        <w:spacing w:line="560" w:lineRule="exact"/>
        <w:ind w:firstLine="420"/>
      </w:pPr>
      <w:r>
        <w:rPr>
          <w:rFonts w:ascii="宋体" w:hAnsi="宋体" w:eastAsia="宋体"/>
          <w:sz w:val="24"/>
        </w:rPr>
        <w:t>他握着那块巴掌大的硬盘，站在服务器机柜前，蓝光在他脸上明明灭灭地闪烁。</w:t>
      </w:r>
    </w:p>
    <w:p>
      <w:pPr>
        <w:spacing w:line="560" w:lineRule="exact"/>
        <w:ind w:firstLine="420"/>
      </w:pPr>
      <w:r>
        <w:rPr>
          <w:rFonts w:ascii="宋体" w:hAnsi="宋体" w:eastAsia="宋体"/>
          <w:sz w:val="24"/>
        </w:rPr>
        <w:t>四小时后——文件完全解密。</w:t>
      </w:r>
    </w:p>
    <w:p>
      <w:pPr>
        <w:spacing w:line="560" w:lineRule="exact"/>
        <w:ind w:firstLine="420"/>
      </w:pPr>
      <w:r>
        <w:rPr>
          <w:rFonts w:ascii="宋体" w:hAnsi="宋体" w:eastAsia="宋体"/>
          <w:sz w:val="24"/>
        </w:rPr>
        <w:t>到那时候，他就能知道父母留在《天界》里的全部秘密。</w:t>
      </w:r>
    </w:p>
    <w:p>
      <w:pPr>
        <w:spacing w:line="560" w:lineRule="exact"/>
        <w:ind w:firstLine="420"/>
      </w:pPr>
      <w:r>
        <w:rPr>
          <w:rFonts w:ascii="宋体" w:hAnsi="宋体" w:eastAsia="宋体"/>
          <w:sz w:val="24"/>
        </w:rPr>
        <w:t>四个小时。</w:t>
      </w:r>
    </w:p>
    <w:p>
      <w:pPr>
        <w:spacing w:line="560" w:lineRule="exact"/>
        <w:ind w:firstLine="420"/>
      </w:pPr>
      <w:r>
        <w:rPr>
          <w:rFonts w:ascii="宋体" w:hAnsi="宋体" w:eastAsia="宋体"/>
          <w:sz w:val="24"/>
        </w:rPr>
        <w:t>他坐在工作台前的椅子上，把那块硬盘放在桌上，然后把台灯的光对准了它。</w:t>
      </w:r>
    </w:p>
    <w:p>
      <w:pPr>
        <w:spacing w:line="560" w:lineRule="exact"/>
        <w:ind w:firstLine="420"/>
      </w:pPr>
      <w:r>
        <w:rPr>
          <w:rFonts w:ascii="宋体" w:hAnsi="宋体" w:eastAsia="宋体"/>
          <w:sz w:val="24"/>
        </w:rPr>
        <w:t>等待，开始了。</w:t>
      </w:r>
    </w:p>
    <w:p>
      <w:pPr>
        <w:spacing w:line="560" w:lineRule="exact"/>
        <w:ind w:firstLine="420"/>
      </w:pPr>
      <w:r>
        <w:rPr>
          <w:rFonts w:ascii="宋体" w:hAnsi="宋体" w:eastAsia="宋体"/>
          <w:sz w:val="24"/>
        </w:rPr>
        <w:t>在这个地下十五米的基地里，在世界最安静的角落里——林风闭上眼，听着服务器风扇单调的嗡嗡声，等待了十六年的答案慢慢浮出水面。</w:t>
      </w:r>
    </w:p>
    <w:p>
      <w:r>
        <w:br w:type="page"/>
      </w:r>
    </w:p>
    <w:p>
      <w:pPr>
        <w:jc w:val="center"/>
      </w:pPr>
      <w:r>
        <w:rPr>
          <w:b/>
          <w:sz w:val="32"/>
        </w:rPr>
        <w:t>第068章 解密·完整的真相</w:t>
      </w:r>
    </w:p>
    <w:p>
      <w:pPr>
        <w:jc w:val="center"/>
      </w:pPr>
      <w:r>
        <w:rPr>
          <w:color w:val="999999"/>
          <w:sz w:val="18"/>
        </w:rPr>
        <w:t>（2,500字）</w:t>
      </w:r>
    </w:p>
    <w:p/>
    <w:p>
      <w:pPr>
        <w:spacing w:line="560" w:lineRule="exact"/>
        <w:ind w:firstLine="420"/>
      </w:pPr>
      <w:r>
        <w:rPr>
          <w:rFonts w:ascii="宋体" w:hAnsi="宋体" w:eastAsia="宋体"/>
          <w:sz w:val="24"/>
        </w:rPr>
        <w:t>服务器硬盘的指示灯从快速闪烁变成了稳定的常亮。机柜的散热风扇发出一声轻微的轰鸣后降速——高负载运转结束了。</w:t>
      </w:r>
    </w:p>
    <w:p>
      <w:pPr>
        <w:spacing w:line="560" w:lineRule="exact"/>
        <w:ind w:firstLine="420"/>
      </w:pPr>
      <w:r>
        <w:rPr>
          <w:rFonts w:ascii="宋体" w:hAnsi="宋体" w:eastAsia="宋体"/>
          <w:sz w:val="24"/>
        </w:rPr>
        <w:t>屏幕上跳出了一行绿色的大字，在昏暗的服务器房间里格外显眼——</w:t>
      </w:r>
    </w:p>
    <w:p>
      <w:pPr>
        <w:spacing w:line="560" w:lineRule="exact"/>
        <w:ind w:firstLine="420"/>
      </w:pPr>
      <w:r>
        <w:rPr>
          <w:rFonts w:ascii="宋体" w:hAnsi="宋体" w:eastAsia="宋体"/>
          <w:sz w:val="24"/>
        </w:rPr>
        <w:t>【文件解密进度：100%】</w:t>
      </w:r>
    </w:p>
    <w:p>
      <w:pPr>
        <w:spacing w:line="560" w:lineRule="exact"/>
        <w:ind w:firstLine="420"/>
      </w:pPr>
      <w:r>
        <w:rPr>
          <w:rFonts w:ascii="宋体" w:hAnsi="宋体" w:eastAsia="宋体"/>
          <w:sz w:val="24"/>
        </w:rPr>
        <w:t>【解密文件总大小：200GB】</w:t>
      </w:r>
    </w:p>
    <w:p>
      <w:pPr>
        <w:spacing w:line="560" w:lineRule="exact"/>
        <w:ind w:firstLine="420"/>
      </w:pPr>
      <w:r>
        <w:rPr>
          <w:rFonts w:ascii="宋体" w:hAnsi="宋体" w:eastAsia="宋体"/>
          <w:sz w:val="24"/>
        </w:rPr>
        <w:t>【包含文件数：47，832个】</w:t>
      </w:r>
    </w:p>
    <w:p>
      <w:pPr>
        <w:spacing w:line="560" w:lineRule="exact"/>
        <w:ind w:firstLine="420"/>
      </w:pPr>
      <w:r>
        <w:rPr>
          <w:rFonts w:ascii="宋体" w:hAnsi="宋体" w:eastAsia="宋体"/>
          <w:sz w:val="24"/>
        </w:rPr>
        <w:t>【解密耗时：37小时42分钟】</w:t>
      </w:r>
    </w:p>
    <w:p>
      <w:pPr>
        <w:spacing w:line="560" w:lineRule="exact"/>
        <w:ind w:firstLine="420"/>
      </w:pPr>
      <w:r>
        <w:rPr>
          <w:rFonts w:ascii="宋体" w:hAnsi="宋体" w:eastAsia="宋体"/>
          <w:sz w:val="24"/>
        </w:rPr>
        <w:t>三十七小时。那些文件在《天界》核心服务器中沉睡了不知多少年，现在终于被完全释放了。</w:t>
      </w:r>
    </w:p>
    <w:p>
      <w:pPr>
        <w:spacing w:line="560" w:lineRule="exact"/>
        <w:ind w:firstLine="420"/>
      </w:pPr>
      <w:r>
        <w:rPr>
          <w:rFonts w:ascii="宋体" w:hAnsi="宋体" w:eastAsia="宋体"/>
          <w:sz w:val="24"/>
        </w:rPr>
        <w:t>林风没有立刻去点开任何文件。他靠在椅背上，盯着屏幕上的「100%」看了将近十秒钟。手伸到鼠标上时，指尖有些发麻。然后他深吸了一口气，按下了确认键。</w:t>
      </w:r>
    </w:p>
    <w:p>
      <w:pPr>
        <w:spacing w:line="560" w:lineRule="exact"/>
        <w:ind w:firstLine="420"/>
      </w:pPr>
      <w:r>
        <w:rPr>
          <w:rFonts w:ascii="宋体" w:hAnsi="宋体" w:eastAsia="宋体"/>
          <w:sz w:val="24"/>
        </w:rPr>
        <w:t>文件目录以树状结构展开。最顶层的文件夹名字很简单——「给林风」。</w:t>
      </w:r>
    </w:p>
    <w:p>
      <w:pPr>
        <w:spacing w:line="560" w:lineRule="exact"/>
        <w:ind w:firstLine="420"/>
      </w:pPr>
      <w:r>
        <w:rPr>
          <w:rFonts w:ascii="宋体" w:hAnsi="宋体" w:eastAsia="宋体"/>
          <w:sz w:val="24"/>
        </w:rPr>
        <w:t>林风看着这两个字，停了几秒。文件夹的名字是父母亲自命名的。不叫「机密」，不叫「核心资料」——就叫「给林风」。像是留给儿子的一个包裹。</w:t>
      </w:r>
    </w:p>
    <w:p>
      <w:pPr>
        <w:spacing w:line="560" w:lineRule="exact"/>
        <w:ind w:firstLine="420"/>
      </w:pPr>
      <w:r>
        <w:rPr>
          <w:rFonts w:ascii="宋体" w:hAnsi="宋体" w:eastAsia="宋体"/>
          <w:sz w:val="24"/>
        </w:rPr>
        <w:t>他点开了它。里面有三个子文件夹。</w:t>
      </w:r>
    </w:p>
    <w:p>
      <w:pPr>
        <w:spacing w:line="560" w:lineRule="exact"/>
        <w:ind w:firstLine="420"/>
      </w:pPr>
      <w:r>
        <w:rPr>
          <w:rFonts w:ascii="宋体" w:hAnsi="宋体" w:eastAsia="宋体"/>
          <w:sz w:val="24"/>
        </w:rPr>
        <w:t>第一个文件夹的名字：「天界·完整架构」</w:t>
      </w:r>
    </w:p>
    <w:p>
      <w:pPr>
        <w:spacing w:line="560" w:lineRule="exact"/>
        <w:ind w:firstLine="420"/>
      </w:pPr>
      <w:r>
        <w:rPr>
          <w:rFonts w:ascii="宋体" w:hAnsi="宋体" w:eastAsia="宋体"/>
          <w:sz w:val="24"/>
        </w:rPr>
        <w:t>第二个文件夹的名字：「暗流·奥林匹斯」</w:t>
      </w:r>
    </w:p>
    <w:p>
      <w:pPr>
        <w:spacing w:line="560" w:lineRule="exact"/>
        <w:ind w:firstLine="420"/>
      </w:pPr>
      <w:r>
        <w:rPr>
          <w:rFonts w:ascii="宋体" w:hAnsi="宋体" w:eastAsia="宋体"/>
          <w:sz w:val="24"/>
        </w:rPr>
        <w:t>第三个文件夹的名字：「我们的故事——给林风」</w:t>
      </w:r>
    </w:p>
    <w:p>
      <w:pPr>
        <w:spacing w:line="560" w:lineRule="exact"/>
        <w:ind w:firstLine="420"/>
      </w:pPr>
      <w:r>
        <w:rPr>
          <w:rFonts w:ascii="宋体" w:hAnsi="宋体" w:eastAsia="宋体"/>
          <w:sz w:val="24"/>
        </w:rPr>
        <w:t>他的手指在第三个文件夹上方停了一秒——那里面应该是父母想让他看到的东西。但他先点开了第二个。他需要先知道敌人是谁——先弄清暗流到底是什么。</w:t>
      </w:r>
    </w:p>
    <w:p>
      <w:pPr>
        <w:spacing w:line="560" w:lineRule="exact"/>
        <w:ind w:firstLine="420"/>
      </w:pPr>
      <w:r>
        <w:rPr>
          <w:rFonts w:ascii="宋体" w:hAnsi="宋体" w:eastAsia="宋体"/>
          <w:sz w:val="24"/>
        </w:rPr>
        <w:t>文件夹里的第一个文件——是一份PDF格式的调查报告。标题是《奥林匹斯投资集团·背景调查·绝密》。报告的生成日期是六年前——也就是林建国假死后的第二年。</w:t>
      </w:r>
    </w:p>
    <w:p>
      <w:pPr>
        <w:spacing w:line="560" w:lineRule="exact"/>
        <w:ind w:firstLine="420"/>
      </w:pPr>
      <w:r>
        <w:rPr>
          <w:rFonts w:ascii="宋体" w:hAnsi="宋体" w:eastAsia="宋体"/>
          <w:sz w:val="24"/>
        </w:rPr>
        <w:t>报告很长，大约有四十多页。林风快速翻阅了那份PDF——四十多页的报告他没办法逐字看完，但核心信息只有几段——</w:t>
      </w:r>
    </w:p>
    <w:p>
      <w:pPr>
        <w:spacing w:line="560" w:lineRule="exact"/>
        <w:ind w:firstLine="420"/>
      </w:pPr>
      <w:r>
        <w:rPr>
          <w:rFonts w:ascii="宋体" w:hAnsi="宋体" w:eastAsia="宋体"/>
          <w:sz w:val="24"/>
        </w:rPr>
        <w:t>奥林匹斯投资集团，注册地开曼群岛，实际运营总部位于新加坡。成立于七年前——也就是林建国假死两年后。集团的主要业务是人工智能研发、大型网络游戏基础设施建设和数据中心运营。旗下控股公司包括三家在新加坡注册的科技公司和一家马来西亚的数据中心运营商，股权结构复杂，交叉持股。</w:t>
      </w:r>
    </w:p>
    <w:p>
      <w:pPr>
        <w:spacing w:line="560" w:lineRule="exact"/>
        <w:ind w:firstLine="420"/>
      </w:pPr>
      <w:r>
        <w:rPr>
          <w:rFonts w:ascii="宋体" w:hAnsi="宋体" w:eastAsia="宋体"/>
          <w:sz w:val="24"/>
        </w:rPr>
        <w:t>但它的真正核心业务，只有一项——《天界》的全球服务器架构——奥林匹斯拥有《天界》亚洲区所有核心服务器的所有权和运营权。</w:t>
      </w:r>
    </w:p>
    <w:p>
      <w:pPr>
        <w:spacing w:line="560" w:lineRule="exact"/>
        <w:ind w:firstLine="420"/>
      </w:pPr>
      <w:r>
        <w:rPr>
          <w:rFonts w:ascii="宋体" w:hAnsi="宋体" w:eastAsia="宋体"/>
          <w:sz w:val="24"/>
        </w:rPr>
        <w:t>换句话说——奥林匹斯集团就是《天界》的物理基础。没有它，《天界》的全球服务器网络就无法正常运转——亚洲、欧洲、北美三大区的核心服务器都由奥林匹斯的数据中心托管。换句话说，奥林匹斯是《天界》的影子——一个独立于公开体系之外的平行架构。</w:t>
      </w:r>
    </w:p>
    <w:p>
      <w:pPr>
        <w:spacing w:line="560" w:lineRule="exact"/>
        <w:ind w:firstLine="420"/>
      </w:pPr>
      <w:r>
        <w:rPr>
          <w:rFonts w:ascii="宋体" w:hAnsi="宋体" w:eastAsia="宋体"/>
          <w:sz w:val="24"/>
        </w:rPr>
        <w:t>而这份报告的最后一页，右下角有一行批注，是林建国的笔迹——</w:t>
      </w:r>
    </w:p>
    <w:p>
      <w:pPr>
        <w:spacing w:line="560" w:lineRule="exact"/>
        <w:ind w:firstLine="420"/>
      </w:pPr>
      <w:r>
        <w:rPr>
          <w:rFonts w:ascii="宋体" w:hAnsi="宋体" w:eastAsia="宋体"/>
          <w:sz w:val="24"/>
        </w:rPr>
        <w:t>「暗流是奥林匹斯的安全部门。陈泽宇在两年前潜入内部。目前失联。——林建国」</w:t>
      </w:r>
    </w:p>
    <w:p>
      <w:pPr>
        <w:spacing w:line="560" w:lineRule="exact"/>
        <w:ind w:firstLine="420"/>
      </w:pPr>
      <w:r>
        <w:rPr>
          <w:rFonts w:ascii="宋体" w:hAnsi="宋体" w:eastAsia="宋体"/>
          <w:sz w:val="24"/>
        </w:rPr>
        <w:t>林风盯着那行批注，瞳孔微微收缩。</w:t>
      </w:r>
    </w:p>
    <w:p>
      <w:pPr>
        <w:spacing w:line="560" w:lineRule="exact"/>
        <w:ind w:firstLine="420"/>
      </w:pPr>
      <w:r>
        <w:rPr>
          <w:rFonts w:ascii="宋体" w:hAnsi="宋体" w:eastAsia="宋体"/>
          <w:sz w:val="24"/>
        </w:rPr>
        <w:t>陈泽宇不是暗流的人——陈泽宇是父亲派进去的卧底。他两年前的失踪，是主动申请潜入奥林匹斯的。</w:t>
      </w:r>
    </w:p>
    <w:p>
      <w:pPr>
        <w:spacing w:line="560" w:lineRule="exact"/>
        <w:ind w:firstLine="420"/>
      </w:pPr>
      <w:r>
        <w:rPr>
          <w:rFonts w:ascii="宋体" w:hAnsi="宋体" w:eastAsia="宋体"/>
          <w:sz w:val="24"/>
        </w:rPr>
        <w:t>两年前陈泽宇失踪——不是被暗流带走的，是他自己申请潜入奥林匹斯集团的。父亲在报告中写的是「目前失联」——也就是说，陈泽宇进入奥林匹斯之后，就再也没有传出过消息。</w:t>
      </w:r>
    </w:p>
    <w:p>
      <w:pPr>
        <w:spacing w:line="560" w:lineRule="exact"/>
        <w:ind w:firstLine="420"/>
      </w:pPr>
      <w:r>
        <w:rPr>
          <w:rFonts w:ascii="宋体" w:hAnsi="宋体" w:eastAsia="宋体"/>
          <w:sz w:val="24"/>
        </w:rPr>
        <w:t>林风靠在椅背上，深吸了一口气，然后点开了第一个文件夹——天界·完整架构。</w:t>
      </w:r>
    </w:p>
    <w:p>
      <w:pPr>
        <w:spacing w:line="560" w:lineRule="exact"/>
        <w:ind w:firstLine="420"/>
      </w:pPr>
      <w:r>
        <w:rPr>
          <w:rFonts w:ascii="宋体" w:hAnsi="宋体" w:eastAsia="宋体"/>
          <w:sz w:val="24"/>
        </w:rPr>
        <w:t>天界·完整架构。</w:t>
      </w:r>
    </w:p>
    <w:p>
      <w:pPr>
        <w:spacing w:line="560" w:lineRule="exact"/>
        <w:ind w:firstLine="420"/>
      </w:pPr>
      <w:r>
        <w:rPr>
          <w:rFonts w:ascii="宋体" w:hAnsi="宋体" w:eastAsia="宋体"/>
          <w:sz w:val="24"/>
        </w:rPr>
        <w:t>里面包含几千份技术文档——从《天界》的底层引擎框架设计到全球服务器节点的完整拓扑结构，从古玉的管理权限代码到EVE协议的安全架构。</w:t>
      </w:r>
    </w:p>
    <w:p>
      <w:pPr>
        <w:spacing w:line="560" w:lineRule="exact"/>
        <w:ind w:firstLine="420"/>
      </w:pPr>
      <w:r>
        <w:rPr>
          <w:rFonts w:ascii="宋体" w:hAnsi="宋体" w:eastAsia="宋体"/>
          <w:sz w:val="24"/>
        </w:rPr>
        <w:t>四万七千多个文件——林风没时间全部看完。他没有时间把几千份技术文档全部读完。他直接在工作站上搜索了「古玉」这个关键词。</w:t>
      </w:r>
    </w:p>
    <w:p>
      <w:pPr>
        <w:spacing w:line="560" w:lineRule="exact"/>
        <w:ind w:firstLine="420"/>
      </w:pPr>
      <w:r>
        <w:rPr>
          <w:rFonts w:ascii="宋体" w:hAnsi="宋体" w:eastAsia="宋体"/>
          <w:sz w:val="24"/>
        </w:rPr>
        <w:t>搜索结果返回了三份核心文档——每一份的修改日期都在十年前，那时候林风刚上初中。</w:t>
      </w:r>
    </w:p>
    <w:p>
      <w:pPr>
        <w:spacing w:line="560" w:lineRule="exact"/>
        <w:ind w:firstLine="420"/>
      </w:pPr>
      <w:r>
        <w:rPr>
          <w:rFonts w:ascii="宋体" w:hAnsi="宋体" w:eastAsia="宋体"/>
          <w:sz w:val="24"/>
        </w:rPr>
        <w:t>第一份：《古玉·DNA密钥生成原理》——解释了古玉如何通过DNA匹配绑定唯一管理者。</w:t>
      </w:r>
    </w:p>
    <w:p>
      <w:pPr>
        <w:spacing w:line="560" w:lineRule="exact"/>
        <w:ind w:firstLine="420"/>
      </w:pPr>
      <w:r>
        <w:rPr>
          <w:rFonts w:ascii="宋体" w:hAnsi="宋体" w:eastAsia="宋体"/>
          <w:sz w:val="24"/>
        </w:rPr>
        <w:t>第二份：《古玉·管理者权限层级说明》——列出了古玉权限的五个层级，从基本访问到终极管理。</w:t>
      </w:r>
    </w:p>
    <w:p>
      <w:pPr>
        <w:spacing w:line="560" w:lineRule="exact"/>
        <w:ind w:firstLine="420"/>
      </w:pPr>
      <w:r>
        <w:rPr>
          <w:rFonts w:ascii="宋体" w:hAnsi="宋体" w:eastAsia="宋体"/>
          <w:sz w:val="24"/>
        </w:rPr>
        <w:t>第三份：《古玉·紧急协议——父母权限转移》——最简短，但最关键的一份。</w:t>
      </w:r>
    </w:p>
    <w:p>
      <w:pPr>
        <w:spacing w:line="560" w:lineRule="exact"/>
        <w:ind w:firstLine="420"/>
      </w:pPr>
      <w:r>
        <w:rPr>
          <w:rFonts w:ascii="宋体" w:hAnsi="宋体" w:eastAsia="宋体"/>
          <w:sz w:val="24"/>
        </w:rPr>
        <w:t>他点开了第三份。</w:t>
      </w:r>
    </w:p>
    <w:p>
      <w:pPr>
        <w:spacing w:line="560" w:lineRule="exact"/>
        <w:ind w:firstLine="420"/>
      </w:pPr>
      <w:r>
        <w:rPr>
          <w:rFonts w:ascii="宋体" w:hAnsi="宋体" w:eastAsia="宋体"/>
          <w:sz w:val="24"/>
        </w:rPr>
        <w:t>他点开了第三份文档。紧急协议的内容很简单，只有两页——林建国和林婉在《天界》系统中拥有最高级别的管理员权限，高于所有其他管理者。这份协议允许他们在特定条件下——比如生命危险——将全部权限转移给指定的继承人。</w:t>
      </w:r>
    </w:p>
    <w:p>
      <w:pPr>
        <w:spacing w:line="560" w:lineRule="exact"/>
        <w:ind w:firstLine="420"/>
      </w:pPr>
      <w:r>
        <w:rPr>
          <w:rFonts w:ascii="宋体" w:hAnsi="宋体" w:eastAsia="宋体"/>
          <w:sz w:val="24"/>
        </w:rPr>
        <w:t>指定的继承人只有一个人：林风——也就是他，坐在这间地下基地里读着这份文件的人。</w:t>
      </w:r>
    </w:p>
    <w:p>
      <w:pPr>
        <w:spacing w:line="560" w:lineRule="exact"/>
        <w:ind w:firstLine="420"/>
      </w:pPr>
      <w:r>
        <w:rPr>
          <w:rFonts w:ascii="宋体" w:hAnsi="宋体" w:eastAsia="宋体"/>
          <w:sz w:val="24"/>
        </w:rPr>
        <w:t>转移条件有两个，缺一不可：第一，古玉DNA匹配验证必须通过——也就是古玉检测到林风的DNA；第二，基地的生物识别认证必须通过——也就是他走进这扇门的那一刻就已经完成了。——两者缺一不可。</w:t>
      </w:r>
    </w:p>
    <w:p>
      <w:pPr>
        <w:spacing w:line="560" w:lineRule="exact"/>
        <w:ind w:firstLine="420"/>
      </w:pPr>
      <w:r>
        <w:rPr>
          <w:rFonts w:ascii="宋体" w:hAnsi="宋体" w:eastAsia="宋体"/>
          <w:sz w:val="24"/>
        </w:rPr>
        <w:t>林风看着屏幕上的那行字，过了好一会儿才反应过来。他脖子上的那枚玉佩，不只是打开基地大门的钥匙。它是父母留给他的、完整的《天界》管理者权限转移证书。</w:t>
      </w:r>
    </w:p>
    <w:p>
      <w:pPr>
        <w:spacing w:line="560" w:lineRule="exact"/>
        <w:ind w:firstLine="420"/>
      </w:pPr>
      <w:r>
        <w:rPr>
          <w:rFonts w:ascii="宋体" w:hAnsi="宋体" w:eastAsia="宋体"/>
          <w:sz w:val="24"/>
        </w:rPr>
        <w:t>他现在——是《天界》的完整管理者。现在的他，就是《天界》的最高权限者——没有任何账号能超越他的管理级别。</w:t>
      </w:r>
    </w:p>
    <w:p>
      <w:pPr>
        <w:spacing w:line="560" w:lineRule="exact"/>
        <w:ind w:firstLine="420"/>
      </w:pPr>
      <w:r>
        <w:rPr>
          <w:rFonts w:ascii="宋体" w:hAnsi="宋体" w:eastAsia="宋体"/>
          <w:sz w:val="24"/>
        </w:rPr>
        <w:t>林风坐回椅子上，安静了片刻。然后他点开了最后一个文件夹。</w:t>
      </w:r>
    </w:p>
    <w:p>
      <w:pPr>
        <w:spacing w:line="560" w:lineRule="exact"/>
        <w:ind w:firstLine="420"/>
      </w:pPr>
      <w:r>
        <w:rPr>
          <w:rFonts w:ascii="宋体" w:hAnsi="宋体" w:eastAsia="宋体"/>
          <w:sz w:val="24"/>
        </w:rPr>
        <w:t>「我们的故事——给林风」</w:t>
      </w:r>
    </w:p>
    <w:p>
      <w:pPr>
        <w:spacing w:line="560" w:lineRule="exact"/>
        <w:ind w:firstLine="420"/>
      </w:pPr>
      <w:r>
        <w:rPr>
          <w:rFonts w:ascii="宋体" w:hAnsi="宋体" w:eastAsia="宋体"/>
          <w:sz w:val="24"/>
        </w:rPr>
        <w:t>里面没有技术文档。没有代码。没有架构图。</w:t>
      </w:r>
    </w:p>
    <w:p>
      <w:pPr>
        <w:spacing w:line="560" w:lineRule="exact"/>
        <w:ind w:firstLine="420"/>
      </w:pPr>
      <w:r>
        <w:rPr>
          <w:rFonts w:ascii="宋体" w:hAnsi="宋体" w:eastAsia="宋体"/>
          <w:sz w:val="24"/>
        </w:rPr>
        <w:t>只有唯一的一个视频文件。没有其他文字说明，没有附件——只有这个视频。</w:t>
      </w:r>
    </w:p>
    <w:p>
      <w:pPr>
        <w:spacing w:line="560" w:lineRule="exact"/>
        <w:ind w:firstLine="420"/>
      </w:pPr>
      <w:r>
        <w:rPr>
          <w:rFonts w:ascii="宋体" w:hAnsi="宋体" w:eastAsia="宋体"/>
          <w:sz w:val="24"/>
        </w:rPr>
        <w:t>文件名叫：「林风。一岁生日。」</w:t>
      </w:r>
    </w:p>
    <w:p>
      <w:pPr>
        <w:spacing w:line="560" w:lineRule="exact"/>
        <w:ind w:firstLine="420"/>
      </w:pPr>
      <w:r>
        <w:rPr>
          <w:rFonts w:ascii="宋体" w:hAnsi="宋体" w:eastAsia="宋体"/>
          <w:sz w:val="24"/>
        </w:rPr>
        <w:t>他盯着文件名看了很久，才鼓起勇气双击了它。</w:t>
      </w:r>
    </w:p>
    <w:p>
      <w:pPr>
        <w:spacing w:line="560" w:lineRule="exact"/>
        <w:ind w:firstLine="420"/>
      </w:pPr>
      <w:r>
        <w:rPr>
          <w:rFonts w:ascii="宋体" w:hAnsi="宋体" w:eastAsia="宋体"/>
          <w:sz w:val="24"/>
        </w:rPr>
        <w:t>林风的手指在鼠标上停住了。一岁生日——他从来没有看过自己一岁时的样子。不，他从来没有看过任何自己与父母同框的画面。那张雪地合照是唯一的。</w:t>
      </w:r>
    </w:p>
    <w:p>
      <w:pPr>
        <w:spacing w:line="560" w:lineRule="exact"/>
        <w:ind w:firstLine="420"/>
      </w:pPr>
      <w:r>
        <w:rPr>
          <w:rFonts w:ascii="宋体" w:hAnsi="宋体" w:eastAsia="宋体"/>
          <w:sz w:val="24"/>
        </w:rPr>
        <w:t>他咬了咬牙，点了下去。</w:t>
      </w:r>
    </w:p>
    <w:p>
      <w:pPr>
        <w:spacing w:line="560" w:lineRule="exact"/>
        <w:ind w:firstLine="420"/>
      </w:pPr>
      <w:r>
        <w:rPr>
          <w:rFonts w:ascii="宋体" w:hAnsi="宋体" w:eastAsia="宋体"/>
          <w:sz w:val="24"/>
        </w:rPr>
        <w:t>视频播放器弹了出来，屏幕变亮之前先闪了几下。屏幕亮了起来，画面有些抖——画面有些泛黄，还有些抖——十六年前的手机拍摄画质，没有防抖。</w:t>
      </w:r>
    </w:p>
    <w:p>
      <w:pPr>
        <w:spacing w:line="560" w:lineRule="exact"/>
        <w:ind w:firstLine="420"/>
      </w:pPr>
      <w:r>
        <w:rPr>
          <w:rFonts w:ascii="宋体" w:hAnsi="宋体" w:eastAsia="宋体"/>
          <w:sz w:val="24"/>
        </w:rPr>
        <w:t>视频里，一个温暖的客厅——不是这个地下基地，是上海某个普通的居民楼。阳光从窗户洒进来，照在米色的木地板上。年轻的林婉坐在沙发上，穿着一件白色的毛衣，怀里抱着一个裹在蓝色襁褓里的婴儿——小小的，睁着大大的眼睛，嘴里咬着一只玩具熊的耳朵。</w:t>
      </w:r>
    </w:p>
    <w:p>
      <w:pPr>
        <w:spacing w:line="560" w:lineRule="exact"/>
        <w:ind w:firstLine="420"/>
      </w:pPr>
      <w:r>
        <w:rPr>
          <w:rFonts w:ascii="宋体" w:hAnsi="宋体" w:eastAsia="宋体"/>
          <w:sz w:val="24"/>
        </w:rPr>
        <w:t>林婉对着镜头笑。她的笑容很温暖，眼角的细纹因为笑容而微微加深。</w:t>
      </w:r>
    </w:p>
    <w:p>
      <w:pPr>
        <w:spacing w:line="560" w:lineRule="exact"/>
        <w:ind w:firstLine="420"/>
      </w:pPr>
      <w:r>
        <w:rPr>
          <w:rFonts w:ascii="宋体" w:hAnsi="宋体" w:eastAsia="宋体"/>
          <w:sz w:val="24"/>
        </w:rPr>
        <w:t>「林风——今天你一岁了！」她的声音带着笑意，「来，跟爸爸打个招呼——」</w:t>
      </w:r>
    </w:p>
    <w:p>
      <w:pPr>
        <w:spacing w:line="560" w:lineRule="exact"/>
        <w:ind w:firstLine="420"/>
      </w:pPr>
      <w:r>
        <w:rPr>
          <w:rFonts w:ascii="宋体" w:hAnsi="宋体" w:eastAsia="宋体"/>
          <w:sz w:val="24"/>
        </w:rPr>
        <w:t>镜头晃了一下，对准了婴儿的小手。婴儿被妈妈的声音吸引，松开了嘴里的玩具熊耳朵，伸出胖乎乎的小手朝着镜头抓了抓。小小的手指张开又握紧，像是想抓住镜头后面那个举着手机的人。</w:t>
      </w:r>
    </w:p>
    <w:p>
      <w:pPr>
        <w:spacing w:line="560" w:lineRule="exact"/>
        <w:ind w:firstLine="420"/>
      </w:pPr>
      <w:r>
        <w:rPr>
          <w:rFonts w:ascii="宋体" w:hAnsi="宋体" w:eastAsia="宋体"/>
          <w:sz w:val="24"/>
        </w:rPr>
        <w:t>画外音传来——林建国的声音，比林风记忆中更年轻、更洪亮，带着笑意：「这小子力气不小——刚把我眼镜扯下来摔地上了。」</w:t>
      </w:r>
    </w:p>
    <w:p>
      <w:pPr>
        <w:spacing w:line="560" w:lineRule="exact"/>
        <w:ind w:firstLine="420"/>
      </w:pPr>
      <w:r>
        <w:rPr>
          <w:rFonts w:ascii="宋体" w:hAnsi="宋体" w:eastAsia="宋体"/>
          <w:sz w:val="24"/>
        </w:rPr>
        <w:t>「你活该。」林婉笑着说，把婴儿往上抱了抱，「谁让你非要用眼镜逗他——」</w:t>
      </w:r>
    </w:p>
    <w:p>
      <w:pPr>
        <w:spacing w:line="560" w:lineRule="exact"/>
        <w:ind w:firstLine="420"/>
      </w:pPr>
      <w:r>
        <w:rPr>
          <w:rFonts w:ascii="宋体" w:hAnsi="宋体" w:eastAsia="宋体"/>
          <w:sz w:val="24"/>
        </w:rPr>
        <w:t>视频的最后，镜头拉远了一些。林婉抱着林风，林建国从旁边凑过来，一家三口挤在镜头前。林建国的眼镜确实歪了。</w:t>
      </w:r>
    </w:p>
    <w:p>
      <w:pPr>
        <w:spacing w:line="560" w:lineRule="exact"/>
        <w:ind w:firstLine="420"/>
      </w:pPr>
      <w:r>
        <w:rPr>
          <w:rFonts w:ascii="宋体" w:hAnsi="宋体" w:eastAsia="宋体"/>
          <w:sz w:val="24"/>
        </w:rPr>
        <w:t>「小风——」林婉的声音突然变得认真了一些——她低下头，看着怀里的婴儿，然后又抬起头看向镜头，「不管你在哪里看到这个视频，不管你已经多大了——你要记住一件事情。爸爸妈妈爱你。」</w:t>
      </w:r>
    </w:p>
    <w:p>
      <w:pPr>
        <w:spacing w:line="560" w:lineRule="exact"/>
        <w:ind w:firstLine="420"/>
      </w:pPr>
      <w:r>
        <w:rPr>
          <w:rFonts w:ascii="宋体" w:hAnsi="宋体" w:eastAsia="宋体"/>
          <w:sz w:val="24"/>
        </w:rPr>
        <w:t>她说这句话的时候，声音很轻，但每个字都很清晰。</w:t>
      </w:r>
    </w:p>
    <w:p>
      <w:pPr>
        <w:spacing w:line="560" w:lineRule="exact"/>
        <w:ind w:firstLine="420"/>
      </w:pPr>
      <w:r>
        <w:rPr>
          <w:rFonts w:ascii="宋体" w:hAnsi="宋体" w:eastAsia="宋体"/>
          <w:sz w:val="24"/>
        </w:rPr>
        <w:t>视频的最后，镜头拉远了一些。林婉抱着林风，林建国从旁边凑过来，一家三口挤在镜头前。林建国的眼镜确实是歪的——一只镜片上有清晰的指印。他搂着妻子的肩膀，另一只手轻轻碰了一下婴儿的小手。</w:t>
      </w:r>
    </w:p>
    <w:p>
      <w:pPr>
        <w:spacing w:line="560" w:lineRule="exact"/>
        <w:ind w:firstLine="420"/>
      </w:pPr>
      <w:r>
        <w:rPr>
          <w:rFonts w:ascii="宋体" w:hAnsi="宋体" w:eastAsia="宋体"/>
          <w:sz w:val="24"/>
        </w:rPr>
        <w:t>「一岁生日快乐，儿子。」他的声音里带着沙哑的笑意和温柔。</w:t>
      </w:r>
    </w:p>
    <w:p>
      <w:pPr>
        <w:spacing w:line="560" w:lineRule="exact"/>
        <w:ind w:firstLine="420"/>
      </w:pPr>
      <w:r>
        <w:rPr>
          <w:rFonts w:ascii="宋体" w:hAnsi="宋体" w:eastAsia="宋体"/>
          <w:sz w:val="24"/>
        </w:rPr>
        <w:t>视频结束了。屏幕跳回了文件列表。</w:t>
      </w:r>
    </w:p>
    <w:p>
      <w:pPr>
        <w:spacing w:line="560" w:lineRule="exact"/>
        <w:ind w:firstLine="420"/>
      </w:pPr>
      <w:r>
        <w:rPr>
          <w:rFonts w:ascii="宋体" w:hAnsi="宋体" w:eastAsia="宋体"/>
          <w:sz w:val="24"/>
        </w:rPr>
        <w:t>林风坐在服务器前，双手撑在膝盖上，低着头。屏幕的光打在他的头发上，照在他微微弯曲的脊背上。服务器风扇的嗡嗡声充满了整个房间。</w:t>
      </w:r>
    </w:p>
    <w:p>
      <w:pPr>
        <w:spacing w:line="560" w:lineRule="exact"/>
        <w:ind w:firstLine="420"/>
      </w:pPr>
      <w:r>
        <w:rPr>
          <w:rFonts w:ascii="宋体" w:hAnsi="宋体" w:eastAsia="宋体"/>
          <w:sz w:val="24"/>
        </w:rPr>
        <w:t>许久之后——他不知道自己坐了多久——他抬起头，用拇指擦了一下眼睛，然后移动鼠标，点开了文件夹里的第二个视频。</w:t>
      </w:r>
    </w:p>
    <w:p>
      <w:pPr>
        <w:spacing w:line="560" w:lineRule="exact"/>
        <w:ind w:firstLine="420"/>
      </w:pPr>
      <w:r>
        <w:rPr>
          <w:rFonts w:ascii="宋体" w:hAnsi="宋体" w:eastAsia="宋体"/>
          <w:sz w:val="24"/>
        </w:rPr>
        <w:t>文件名叫：「等你长大的时候。」</w:t>
      </w:r>
    </w:p>
    <w:p>
      <w:r>
        <w:br w:type="page"/>
      </w:r>
    </w:p>
    <w:p>
      <w:pPr>
        <w:jc w:val="center"/>
      </w:pPr>
      <w:r>
        <w:rPr>
          <w:b/>
          <w:sz w:val="32"/>
        </w:rPr>
        <w:t>第069章 等你长大的时候</w:t>
      </w:r>
    </w:p>
    <w:p>
      <w:pPr>
        <w:jc w:val="center"/>
      </w:pPr>
      <w:r>
        <w:rPr>
          <w:color w:val="999999"/>
          <w:sz w:val="18"/>
        </w:rPr>
        <w:t>（2,504字）</w:t>
      </w:r>
    </w:p>
    <w:p/>
    <w:p>
      <w:pPr>
        <w:spacing w:line="560" w:lineRule="exact"/>
        <w:ind w:firstLine="420"/>
      </w:pPr>
      <w:r>
        <w:rPr>
          <w:rFonts w:ascii="宋体" w:hAnsi="宋体" w:eastAsia="宋体"/>
          <w:sz w:val="24"/>
        </w:rPr>
        <w:t>视频播放器再次亮起。</w:t>
      </w:r>
    </w:p>
    <w:p>
      <w:pPr>
        <w:spacing w:line="560" w:lineRule="exact"/>
        <w:ind w:firstLine="420"/>
      </w:pPr>
      <w:r>
        <w:rPr>
          <w:rFonts w:ascii="宋体" w:hAnsi="宋体" w:eastAsia="宋体"/>
          <w:sz w:val="24"/>
        </w:rPr>
        <w:t>这次的画面和第一个不同——不是在居民楼温暖客厅里的生日场景，而是在林风现在所处的这个地下基地里。画面中的沙发还是那张米白色的布艺沙发——就是他现在身后那张——茶几上放着同样的台灯，墙角的绿萝和现在一样翠绿。但坐在沙发上的人不同了——只有林建国一个人，没有林婉。</w:t>
      </w:r>
    </w:p>
    <w:p>
      <w:pPr>
        <w:spacing w:line="560" w:lineRule="exact"/>
        <w:ind w:firstLine="420"/>
      </w:pPr>
      <w:r>
        <w:rPr>
          <w:rFonts w:ascii="宋体" w:hAnsi="宋体" w:eastAsia="宋体"/>
          <w:sz w:val="24"/>
        </w:rPr>
        <w:t>林建国看起来比上一个视频里老了不少。头发里有了明显的白丝，额头上有了抬头纹，眼角的皱纹也更深了。他穿着一件灰色的衬衫，袖口挽到小臂，坐得很直——双手交握放在膝盖上，像是在整理自己的思绪。他看着镜头，沉默了好几秒，然后才开口。</w:t>
      </w:r>
    </w:p>
    <w:p>
      <w:pPr>
        <w:spacing w:line="560" w:lineRule="exact"/>
        <w:ind w:firstLine="420"/>
      </w:pPr>
      <w:r>
        <w:rPr>
          <w:rFonts w:ascii="宋体" w:hAnsi="宋体" w:eastAsia="宋体"/>
          <w:sz w:val="24"/>
        </w:rPr>
        <w:t>「林风——如果你能看到这个视频，说明你已经十六岁以上了。」</w:t>
      </w:r>
    </w:p>
    <w:p>
      <w:pPr>
        <w:spacing w:line="560" w:lineRule="exact"/>
        <w:ind w:firstLine="420"/>
      </w:pPr>
      <w:r>
        <w:rPr>
          <w:rFonts w:ascii="宋体" w:hAnsi="宋体" w:eastAsia="宋体"/>
          <w:sz w:val="24"/>
        </w:rPr>
        <w:t>他的声音比记忆中那个逗婴儿的声音低沉了许多，也更平静——带着一种经历过大事之后才有的沉稳。</w:t>
      </w:r>
    </w:p>
    <w:p>
      <w:pPr>
        <w:spacing w:line="560" w:lineRule="exact"/>
        <w:ind w:firstLine="420"/>
      </w:pPr>
      <w:r>
        <w:rPr>
          <w:rFonts w:ascii="宋体" w:hAnsi="宋体" w:eastAsia="宋体"/>
          <w:sz w:val="24"/>
        </w:rPr>
        <w:t>「我不知道你现在在哪里看到这个视频——可能是在这个基地里，也可能是在上海某个地方。但我猜——你应该已经遇到了很多问题。」</w:t>
      </w:r>
    </w:p>
    <w:p>
      <w:pPr>
        <w:spacing w:line="560" w:lineRule="exact"/>
        <w:ind w:firstLine="420"/>
      </w:pPr>
      <w:r>
        <w:rPr>
          <w:rFonts w:ascii="宋体" w:hAnsi="宋体" w:eastAsia="宋体"/>
          <w:sz w:val="24"/>
        </w:rPr>
        <w:t>他停顿了一下，目光从镜头上移开，微微垂了下去——像是在整理情绪。</w:t>
      </w:r>
    </w:p>
    <w:p>
      <w:pPr>
        <w:spacing w:line="560" w:lineRule="exact"/>
        <w:ind w:firstLine="420"/>
      </w:pPr>
      <w:r>
        <w:rPr>
          <w:rFonts w:ascii="宋体" w:hAnsi="宋体" w:eastAsia="宋体"/>
          <w:sz w:val="24"/>
        </w:rPr>
        <w:t>「关于《天界》，关于古玉，关于暗流，关于我和你妈妈的失踪。」</w:t>
      </w:r>
    </w:p>
    <w:p>
      <w:pPr>
        <w:spacing w:line="560" w:lineRule="exact"/>
        <w:ind w:firstLine="420"/>
      </w:pPr>
      <w:r>
        <w:rPr>
          <w:rFonts w:ascii="宋体" w:hAnsi="宋体" w:eastAsia="宋体"/>
          <w:sz w:val="24"/>
        </w:rPr>
        <w:t>林建国的目光从镜头上移开了一瞬，垂了下去，然后又抬起来看向镜头。</w:t>
      </w:r>
    </w:p>
    <w:p>
      <w:pPr>
        <w:spacing w:line="560" w:lineRule="exact"/>
        <w:ind w:firstLine="420"/>
      </w:pPr>
      <w:r>
        <w:rPr>
          <w:rFonts w:ascii="宋体" w:hAnsi="宋体" w:eastAsia="宋体"/>
          <w:sz w:val="24"/>
        </w:rPr>
        <w:t>「首先——我要跟你说一声对不起。」</w:t>
      </w:r>
    </w:p>
    <w:p>
      <w:pPr>
        <w:spacing w:line="560" w:lineRule="exact"/>
        <w:ind w:firstLine="420"/>
      </w:pPr>
      <w:r>
        <w:rPr>
          <w:rFonts w:ascii="宋体" w:hAnsi="宋体" w:eastAsia="宋体"/>
          <w:sz w:val="24"/>
        </w:rPr>
        <w:t>「不是因为你妈和我做错了什么。是因为——我们让你一个人面对了这一切。」</w:t>
      </w:r>
    </w:p>
    <w:p>
      <w:pPr>
        <w:spacing w:line="560" w:lineRule="exact"/>
        <w:ind w:firstLine="420"/>
      </w:pPr>
      <w:r>
        <w:rPr>
          <w:rFonts w:ascii="宋体" w:hAnsi="宋体" w:eastAsia="宋体"/>
          <w:sz w:val="24"/>
        </w:rPr>
        <w:t>林建国的声音微微哽了一下，但他很快稳住了。</w:t>
      </w:r>
    </w:p>
    <w:p>
      <w:pPr>
        <w:spacing w:line="560" w:lineRule="exact"/>
        <w:ind w:firstLine="420"/>
      </w:pPr>
      <w:r>
        <w:rPr>
          <w:rFonts w:ascii="宋体" w:hAnsi="宋体" w:eastAsia="宋体"/>
          <w:sz w:val="24"/>
        </w:rPr>
        <w:t>「你出生那年，《天界》的架构设计刚刚完成。你妈和我——我们是《天界》的创造者。不是编写游戏代码那种创造，是设计它的底层规则——从服务器架构到权限系统，从数据加密到全球节点布局。」</w:t>
      </w:r>
    </w:p>
    <w:p>
      <w:pPr>
        <w:spacing w:line="560" w:lineRule="exact"/>
        <w:ind w:firstLine="420"/>
      </w:pPr>
      <w:r>
        <w:rPr>
          <w:rFonts w:ascii="宋体" w:hAnsi="宋体" w:eastAsia="宋体"/>
          <w:sz w:val="24"/>
        </w:rPr>
        <w:t>「但《天界》不是我们一个人的项目。它的投资者里面——有一家我们后来才发现不对劲的公司。奥林匹斯。」</w:t>
      </w:r>
    </w:p>
    <w:p>
      <w:pPr>
        <w:spacing w:line="560" w:lineRule="exact"/>
        <w:ind w:firstLine="420"/>
      </w:pPr>
      <w:r>
        <w:rPr>
          <w:rFonts w:ascii="宋体" w:hAnsi="宋体" w:eastAsia="宋体"/>
          <w:sz w:val="24"/>
        </w:rPr>
        <w:t>「奥林匹斯最初只是一个数据中心运营商。我们签了合同让他们托管《天界》的亚洲服务器。但在合同签署之后，你妈和我开始发现——奥林匹斯在服务器里植入了额外的代码层。」</w:t>
      </w:r>
    </w:p>
    <w:p>
      <w:pPr>
        <w:spacing w:line="560" w:lineRule="exact"/>
        <w:ind w:firstLine="420"/>
      </w:pPr>
      <w:r>
        <w:rPr>
          <w:rFonts w:ascii="宋体" w:hAnsi="宋体" w:eastAsia="宋体"/>
          <w:sz w:val="24"/>
        </w:rPr>
        <w:t>「他们在监控《天界》的所有数据。」</w:t>
      </w:r>
    </w:p>
    <w:p>
      <w:pPr>
        <w:spacing w:line="560" w:lineRule="exact"/>
        <w:ind w:firstLine="420"/>
      </w:pPr>
      <w:r>
        <w:rPr>
          <w:rFonts w:ascii="宋体" w:hAnsi="宋体" w:eastAsia="宋体"/>
          <w:sz w:val="24"/>
        </w:rPr>
        <w:t>「不仅仅是玩家的数据——是所有数据。包括管理员的权限操作日志，包括核心服务器的每一次读写，包括……古玉的激活记录。」</w:t>
      </w:r>
    </w:p>
    <w:p>
      <w:pPr>
        <w:spacing w:line="560" w:lineRule="exact"/>
        <w:ind w:firstLine="420"/>
      </w:pPr>
      <w:r>
        <w:rPr>
          <w:rFonts w:ascii="宋体" w:hAnsi="宋体" w:eastAsia="宋体"/>
          <w:sz w:val="24"/>
        </w:rPr>
        <w:t>林建国说到这里，神色变得凝重。</w:t>
      </w:r>
    </w:p>
    <w:p>
      <w:pPr>
        <w:spacing w:line="560" w:lineRule="exact"/>
        <w:ind w:firstLine="420"/>
      </w:pPr>
      <w:r>
        <w:rPr>
          <w:rFonts w:ascii="宋体" w:hAnsi="宋体" w:eastAsia="宋体"/>
          <w:sz w:val="24"/>
        </w:rPr>
        <w:t>「我们试图终止合同。但法律途径走不通——奥林匹斯的注册地在开曼群岛，他们的律师团队比我们想象的更强大。而且他们有我们的数据——如果我们公开对抗，他们可以毁掉《天界》。」</w:t>
      </w:r>
    </w:p>
    <w:p>
      <w:pPr>
        <w:spacing w:line="560" w:lineRule="exact"/>
        <w:ind w:firstLine="420"/>
      </w:pPr>
      <w:r>
        <w:rPr>
          <w:rFonts w:ascii="宋体" w:hAnsi="宋体" w:eastAsia="宋体"/>
          <w:sz w:val="24"/>
        </w:rPr>
        <w:t>「所以——我们选择了另一条路。」</w:t>
      </w:r>
    </w:p>
    <w:p>
      <w:pPr>
        <w:spacing w:line="560" w:lineRule="exact"/>
        <w:ind w:firstLine="420"/>
      </w:pPr>
      <w:r>
        <w:rPr>
          <w:rFonts w:ascii="宋体" w:hAnsi="宋体" w:eastAsia="宋体"/>
          <w:sz w:val="24"/>
        </w:rPr>
        <w:t>他靠在沙发靠背上，松开了一直交握的双手，摊开在膝盖上。</w:t>
      </w:r>
    </w:p>
    <w:p>
      <w:pPr>
        <w:spacing w:line="560" w:lineRule="exact"/>
        <w:ind w:firstLine="420"/>
      </w:pPr>
      <w:r>
        <w:rPr>
          <w:rFonts w:ascii="宋体" w:hAnsi="宋体" w:eastAsia="宋体"/>
          <w:sz w:val="24"/>
        </w:rPr>
        <w:t>「你妈用了两年时间——整整两年，每天晚上只睡四五个小时——设计了一套全新的加密系统。比《天界》本身的底层加密更高级。她把所有核心技术资料和奥林匹斯侵入服务器的全部犯罪证据全部加密，储存在一个只有古玉能打开的加密压缩包里。就是你现在正在看的那些解密文件。」</w:t>
      </w:r>
    </w:p>
    <w:p>
      <w:pPr>
        <w:spacing w:line="560" w:lineRule="exact"/>
        <w:ind w:firstLine="420"/>
      </w:pPr>
      <w:r>
        <w:rPr>
          <w:rFonts w:ascii="宋体" w:hAnsi="宋体" w:eastAsia="宋体"/>
          <w:sz w:val="24"/>
        </w:rPr>
        <w:t>「然后——我们制造了一场车祸。」</w:t>
      </w:r>
    </w:p>
    <w:p>
      <w:pPr>
        <w:spacing w:line="560" w:lineRule="exact"/>
        <w:ind w:firstLine="420"/>
      </w:pPr>
      <w:r>
        <w:rPr>
          <w:rFonts w:ascii="宋体" w:hAnsi="宋体" w:eastAsia="宋体"/>
          <w:sz w:val="24"/>
        </w:rPr>
        <w:t>林建国说这句话的时候，语气非常平静。像是在谈论一件早就计划好的、没有第二种选择的事情。但他的手指在膝盖上微微收紧了一下。</w:t>
      </w:r>
    </w:p>
    <w:p>
      <w:pPr>
        <w:spacing w:line="560" w:lineRule="exact"/>
        <w:ind w:firstLine="420"/>
      </w:pPr>
      <w:r>
        <w:rPr>
          <w:rFonts w:ascii="宋体" w:hAnsi="宋体" w:eastAsia="宋体"/>
          <w:sz w:val="24"/>
        </w:rPr>
        <w:t>「不是逃避这个世界——是为了把你从这场博弈中摘出去，让你有正常的人生。」</w:t>
      </w:r>
    </w:p>
    <w:p>
      <w:pPr>
        <w:spacing w:line="560" w:lineRule="exact"/>
        <w:ind w:firstLine="420"/>
      </w:pPr>
      <w:r>
        <w:rPr>
          <w:rFonts w:ascii="宋体" w:hAnsi="宋体" w:eastAsia="宋体"/>
          <w:sz w:val="24"/>
        </w:rPr>
        <w:t>「如果我们死了——好吧，假装死了——奥林匹斯就没有理由去找你的麻烦。他们想控制的只有《天界》，只有古玉，只有我们。你不会被牵扯进来。」</w:t>
      </w:r>
    </w:p>
    <w:p>
      <w:pPr>
        <w:spacing w:line="560" w:lineRule="exact"/>
        <w:ind w:firstLine="420"/>
      </w:pPr>
      <w:r>
        <w:rPr>
          <w:rFonts w:ascii="宋体" w:hAnsi="宋体" w:eastAsia="宋体"/>
          <w:sz w:val="24"/>
        </w:rPr>
        <w:t>「但我们没想到……」林建国说到这里，声音卡住了一下。他闭了闭眼睛，然后才继续说。</w:t>
      </w:r>
    </w:p>
    <w:p>
      <w:pPr>
        <w:spacing w:line="560" w:lineRule="exact"/>
        <w:ind w:firstLine="420"/>
      </w:pPr>
      <w:r>
        <w:rPr>
          <w:rFonts w:ascii="宋体" w:hAnsi="宋体" w:eastAsia="宋体"/>
          <w:sz w:val="24"/>
        </w:rPr>
        <w:t>「我们没想到你会真的激活古玉，进入《天界》，一路走到这个位置。」</w:t>
      </w:r>
    </w:p>
    <w:p>
      <w:pPr>
        <w:spacing w:line="560" w:lineRule="exact"/>
        <w:ind w:firstLine="420"/>
      </w:pPr>
      <w:r>
        <w:rPr>
          <w:rFonts w:ascii="宋体" w:hAnsi="宋体" w:eastAsia="宋体"/>
          <w:sz w:val="24"/>
        </w:rPr>
        <w:t>他看着镜头，嘴角微微上扬了一点——像是笑，又像是无奈。</w:t>
      </w:r>
    </w:p>
    <w:p>
      <w:pPr>
        <w:spacing w:line="560" w:lineRule="exact"/>
        <w:ind w:firstLine="420"/>
      </w:pPr>
      <w:r>
        <w:rPr>
          <w:rFonts w:ascii="宋体" w:hAnsi="宋体" w:eastAsia="宋体"/>
          <w:sz w:val="24"/>
        </w:rPr>
        <w:t>「你妈说——如果你真的走到了这一步，那说明我们低估了你。她说得对。」</w:t>
      </w:r>
    </w:p>
    <w:p>
      <w:pPr>
        <w:spacing w:line="560" w:lineRule="exact"/>
        <w:ind w:firstLine="420"/>
      </w:pPr>
      <w:r>
        <w:rPr>
          <w:rFonts w:ascii="宋体" w:hAnsi="宋体" w:eastAsia="宋体"/>
          <w:sz w:val="24"/>
        </w:rPr>
        <w:t>林建国从沙发上站起来，走到镜头前。画面变得近了——他蹲在摄像头前面，像在和一个面对面的人说话。</w:t>
      </w:r>
    </w:p>
    <w:p>
      <w:pPr>
        <w:spacing w:line="560" w:lineRule="exact"/>
        <w:ind w:firstLine="420"/>
      </w:pPr>
      <w:r>
        <w:rPr>
          <w:rFonts w:ascii="宋体" w:hAnsi="宋体" w:eastAsia="宋体"/>
          <w:sz w:val="24"/>
        </w:rPr>
        <w:t>「但你走到这里了——所以我要告诉你下面这些。」</w:t>
      </w:r>
    </w:p>
    <w:p>
      <w:pPr>
        <w:spacing w:line="560" w:lineRule="exact"/>
        <w:ind w:firstLine="420"/>
      </w:pPr>
      <w:r>
        <w:rPr>
          <w:rFonts w:ascii="宋体" w:hAnsi="宋体" w:eastAsia="宋体"/>
          <w:sz w:val="24"/>
        </w:rPr>
        <w:t>「第一：奥林匹斯的核心控制者，代号「普罗米修斯」。真实身份不明。我和他见过两次——每次他都戴着面具。我只知道他是男性，年龄大约五十到六十岁，很熟悉《天界》的底层架构。」</w:t>
      </w:r>
    </w:p>
    <w:p>
      <w:pPr>
        <w:spacing w:line="560" w:lineRule="exact"/>
        <w:ind w:firstLine="420"/>
      </w:pPr>
      <w:r>
        <w:rPr>
          <w:rFonts w:ascii="宋体" w:hAnsi="宋体" w:eastAsia="宋体"/>
          <w:sz w:val="24"/>
        </w:rPr>
        <w:t>「第二：陈泽宇——你应该已经知道他是我派去的。两年前他自愿潜入奥林匹斯的总部，冒充一名系统工程师。他出发前和我约定——每三个月通过一个安全渠道联系一次。但一年前，联系断了。」</w:t>
      </w:r>
    </w:p>
    <w:p>
      <w:pPr>
        <w:spacing w:line="560" w:lineRule="exact"/>
        <w:ind w:firstLine="420"/>
      </w:pPr>
      <w:r>
        <w:rPr>
          <w:rFonts w:ascii="宋体" w:hAnsi="宋体" w:eastAsia="宋体"/>
          <w:sz w:val="24"/>
        </w:rPr>
        <w:t>「第三：我和你妈——我们还活着。」</w:t>
      </w:r>
    </w:p>
    <w:p>
      <w:pPr>
        <w:spacing w:line="560" w:lineRule="exact"/>
        <w:ind w:firstLine="420"/>
      </w:pPr>
      <w:r>
        <w:rPr>
          <w:rFonts w:ascii="宋体" w:hAnsi="宋体" w:eastAsia="宋体"/>
          <w:sz w:val="24"/>
        </w:rPr>
        <w:t>林风的手指猛地攥紧了椅子的扶手——指节发白。他的呼吸在那一瞬间停住了。</w:t>
      </w:r>
    </w:p>
    <w:p>
      <w:pPr>
        <w:spacing w:line="560" w:lineRule="exact"/>
        <w:ind w:firstLine="420"/>
      </w:pPr>
      <w:r>
        <w:rPr>
          <w:rFonts w:ascii="宋体" w:hAnsi="宋体" w:eastAsia="宋体"/>
          <w:sz w:val="24"/>
        </w:rPr>
        <w:t>「我们在一座岛上。坐标不在解密文件里——为了防止被截获。等你准备好了，通过古玉的第五阶段权限——也就是最高权限——可以定位到我们的位置。那个定位功能是古玉最后的隐藏能力。」</w:t>
      </w:r>
    </w:p>
    <w:p>
      <w:pPr>
        <w:spacing w:line="560" w:lineRule="exact"/>
        <w:ind w:firstLine="420"/>
      </w:pPr>
      <w:r>
        <w:rPr>
          <w:rFonts w:ascii="宋体" w:hAnsi="宋体" w:eastAsia="宋体"/>
          <w:sz w:val="24"/>
        </w:rPr>
        <w:t>林建国说到这里，语气变得更加郑重。</w:t>
      </w:r>
    </w:p>
    <w:p>
      <w:pPr>
        <w:spacing w:line="560" w:lineRule="exact"/>
        <w:ind w:firstLine="420"/>
      </w:pPr>
      <w:r>
        <w:rPr>
          <w:rFonts w:ascii="宋体" w:hAnsi="宋体" w:eastAsia="宋体"/>
          <w:sz w:val="24"/>
        </w:rPr>
        <w:t>「但你必须先解决新加坡的数据中心——在你来找我们之前，必须先做这件事。」</w:t>
      </w:r>
    </w:p>
    <w:p>
      <w:pPr>
        <w:spacing w:line="560" w:lineRule="exact"/>
        <w:ind w:firstLine="420"/>
      </w:pPr>
      <w:r>
        <w:rPr>
          <w:rFonts w:ascii="宋体" w:hAnsi="宋体" w:eastAsia="宋体"/>
          <w:sz w:val="24"/>
        </w:rPr>
        <w:t>「奥林匹斯的命脉在那里。那个数据中心不仅托管着《天界》亚洲区的所有服务器——它还运行着暗流的整个指挥系统。切断它的电源——或者夺取它的控制权——奥林匹斯就会瘫痪。没有那个数据中心，他们连最基本的远程命令都无法执行。」</w:t>
      </w:r>
    </w:p>
    <w:p>
      <w:pPr>
        <w:spacing w:line="560" w:lineRule="exact"/>
        <w:ind w:firstLine="420"/>
      </w:pPr>
      <w:r>
        <w:rPr>
          <w:rFonts w:ascii="宋体" w:hAnsi="宋体" w:eastAsia="宋体"/>
          <w:sz w:val="24"/>
        </w:rPr>
        <w:t>视频中的林建国沉默了片刻，像是想再说点什么。然后他伸出一只手，对着镜头挥了挥——动作很自然，像是站在门口送别。</w:t>
      </w:r>
    </w:p>
    <w:p>
      <w:pPr>
        <w:spacing w:line="560" w:lineRule="exact"/>
        <w:ind w:firstLine="420"/>
      </w:pPr>
      <w:r>
        <w:rPr>
          <w:rFonts w:ascii="宋体" w:hAnsi="宋体" w:eastAsia="宋体"/>
          <w:sz w:val="24"/>
        </w:rPr>
        <w:t>「剩下的——等你来了再说。我们会告诉你一切——关于《天界》的真正目的，关于古玉的终极秘密，关于为什么奥林匹斯花了十六年还在找我们。」</w:t>
      </w:r>
    </w:p>
    <w:p>
      <w:pPr>
        <w:spacing w:line="560" w:lineRule="exact"/>
        <w:ind w:firstLine="420"/>
      </w:pPr>
      <w:r>
        <w:rPr>
          <w:rFonts w:ascii="宋体" w:hAnsi="宋体" w:eastAsia="宋体"/>
          <w:sz w:val="24"/>
        </w:rPr>
        <w:t>他微微笑了一下——那个笑容和雪地照片里一样，虽然老了，但眼神没变。</w:t>
      </w:r>
    </w:p>
    <w:p>
      <w:pPr>
        <w:spacing w:line="560" w:lineRule="exact"/>
        <w:ind w:firstLine="420"/>
      </w:pPr>
      <w:r>
        <w:rPr>
          <w:rFonts w:ascii="宋体" w:hAnsi="宋体" w:eastAsia="宋体"/>
          <w:sz w:val="24"/>
        </w:rPr>
        <w:t>「儿子，保重。」他说完这句话，顿了一秒，然后伸手关掉了摄像头。视频结束，屏幕回到了文件列表。屏幕回到了文件列表——安静地显示着刚刚播放完的那个文件名。</w:t>
      </w:r>
    </w:p>
    <w:p>
      <w:pPr>
        <w:spacing w:line="560" w:lineRule="exact"/>
        <w:ind w:firstLine="420"/>
      </w:pPr>
      <w:r>
        <w:rPr>
          <w:rFonts w:ascii="宋体" w:hAnsi="宋体" w:eastAsia="宋体"/>
          <w:sz w:val="24"/>
        </w:rPr>
        <w:t>林风坐在椅子上，盯着屏幕上那个视频文件的图标，一动不动。他的双手还握在椅子扶手上——握得太紧，以至于手指的关节都泛白了。</w:t>
      </w:r>
    </w:p>
    <w:p>
      <w:pPr>
        <w:spacing w:line="560" w:lineRule="exact"/>
        <w:ind w:firstLine="420"/>
      </w:pPr>
      <w:r>
        <w:rPr>
          <w:rFonts w:ascii="宋体" w:hAnsi="宋体" w:eastAsia="宋体"/>
          <w:sz w:val="24"/>
        </w:rPr>
        <w:t>服务器风扇的嗡嗡声充满整个房间。屏幕的光在他的瞳孔里微微跳动。</w:t>
      </w:r>
    </w:p>
    <w:p>
      <w:pPr>
        <w:spacing w:line="560" w:lineRule="exact"/>
        <w:ind w:firstLine="420"/>
      </w:pPr>
      <w:r>
        <w:rPr>
          <w:rFonts w:ascii="宋体" w:hAnsi="宋体" w:eastAsia="宋体"/>
          <w:sz w:val="24"/>
        </w:rPr>
        <w:t>还活着。他们真的还活着。</w:t>
      </w:r>
    </w:p>
    <w:p>
      <w:pPr>
        <w:spacing w:line="560" w:lineRule="exact"/>
        <w:ind w:firstLine="420"/>
      </w:pPr>
      <w:r>
        <w:rPr>
          <w:rFonts w:ascii="宋体" w:hAnsi="宋体" w:eastAsia="宋体"/>
          <w:sz w:val="24"/>
        </w:rPr>
        <w:t>不是在戈壁滩的基地里。是在一座岛上——需要古玉的第五阶段权限才能定位的地方。</w:t>
      </w:r>
    </w:p>
    <w:p>
      <w:pPr>
        <w:spacing w:line="560" w:lineRule="exact"/>
        <w:ind w:firstLine="420"/>
      </w:pPr>
      <w:r>
        <w:rPr>
          <w:rFonts w:ascii="宋体" w:hAnsi="宋体" w:eastAsia="宋体"/>
          <w:sz w:val="24"/>
        </w:rPr>
        <w:t>但他必须先去新加坡。</w:t>
      </w:r>
    </w:p>
    <w:p>
      <w:pPr>
        <w:spacing w:line="560" w:lineRule="exact"/>
        <w:ind w:firstLine="420"/>
      </w:pPr>
      <w:r>
        <w:rPr>
          <w:rFonts w:ascii="宋体" w:hAnsi="宋体" w:eastAsia="宋体"/>
          <w:sz w:val="24"/>
        </w:rPr>
        <w:t>先解决数据中心，再去找他们。</w:t>
      </w:r>
    </w:p>
    <w:p>
      <w:pPr>
        <w:spacing w:line="560" w:lineRule="exact"/>
        <w:ind w:firstLine="420"/>
      </w:pPr>
      <w:r>
        <w:rPr>
          <w:rFonts w:ascii="宋体" w:hAnsi="宋体" w:eastAsia="宋体"/>
          <w:sz w:val="24"/>
        </w:rPr>
        <w:t>林风松开扶手，靠回椅背。他闭上眼睛，深深地吸了一口气。然后睁开眼睛，拿起卫星电话，走出了服务器房。</w:t>
      </w:r>
    </w:p>
    <w:p>
      <w:pPr>
        <w:spacing w:line="560" w:lineRule="exact"/>
        <w:ind w:firstLine="420"/>
      </w:pPr>
      <w:r>
        <w:rPr>
          <w:rFonts w:ascii="宋体" w:hAnsi="宋体" w:eastAsia="宋体"/>
          <w:sz w:val="24"/>
        </w:rPr>
        <w:t>他需要告诉赵铁柱他们——他还活着，解密完成了，而且——他的父母还活着。</w:t>
      </w:r>
    </w:p>
    <w:p>
      <w:pPr>
        <w:spacing w:line="560" w:lineRule="exact"/>
        <w:ind w:firstLine="420"/>
      </w:pPr>
      <w:r>
        <w:rPr>
          <w:rFonts w:ascii="宋体" w:hAnsi="宋体" w:eastAsia="宋体"/>
          <w:sz w:val="24"/>
        </w:rPr>
        <w:t>但卫星电话在基地外面才有信号。</w:t>
      </w:r>
    </w:p>
    <w:p>
      <w:pPr>
        <w:spacing w:line="560" w:lineRule="exact"/>
        <w:ind w:firstLine="420"/>
      </w:pPr>
      <w:r>
        <w:rPr>
          <w:rFonts w:ascii="宋体" w:hAnsi="宋体" w:eastAsia="宋体"/>
          <w:sz w:val="24"/>
        </w:rPr>
        <w:t>他推开基地厚重的金属大门，走到戈壁滩上。凌晨的戈壁温度已经降到了十度以下，冷风刮在脸上，带着沙粒的触感。头顶是满天星斗——银河横跨天际，清晰得像是有人在漆黑的天幕上洒了一把碎钻石。四周是无边无际的黑暗，寂静得只剩下风声。</w:t>
      </w:r>
    </w:p>
    <w:p>
      <w:pPr>
        <w:spacing w:line="560" w:lineRule="exact"/>
        <w:ind w:firstLine="420"/>
      </w:pPr>
      <w:r>
        <w:rPr>
          <w:rFonts w:ascii="宋体" w:hAnsi="宋体" w:eastAsia="宋体"/>
          <w:sz w:val="24"/>
        </w:rPr>
        <w:t>他举起卫星电话，拨出了凌天在出发前留给他的那个紧急联络号码。电话在空旷的戈壁上发出嘟嘟的拨号音——响了五声。</w:t>
      </w:r>
    </w:p>
    <w:p>
      <w:pPr>
        <w:spacing w:line="560" w:lineRule="exact"/>
        <w:ind w:firstLine="420"/>
      </w:pPr>
      <w:r>
        <w:rPr>
          <w:rFonts w:ascii="宋体" w:hAnsi="宋体" w:eastAsia="宋体"/>
          <w:sz w:val="24"/>
        </w:rPr>
        <w:t>电话那头接了起来。</w:t>
      </w:r>
    </w:p>
    <w:p>
      <w:pPr>
        <w:spacing w:line="560" w:lineRule="exact"/>
        <w:ind w:firstLine="420"/>
      </w:pPr>
      <w:r>
        <w:rPr>
          <w:rFonts w:ascii="宋体" w:hAnsi="宋体" w:eastAsia="宋体"/>
          <w:sz w:val="24"/>
        </w:rPr>
        <w:t>「风哥？」是凌天的声音——有些不确定，像是在确认收音质量。</w:t>
      </w:r>
    </w:p>
    <w:p>
      <w:pPr>
        <w:spacing w:line="560" w:lineRule="exact"/>
        <w:ind w:firstLine="420"/>
      </w:pPr>
      <w:r>
        <w:rPr>
          <w:rFonts w:ascii="宋体" w:hAnsi="宋体" w:eastAsia="宋体"/>
          <w:sz w:val="24"/>
        </w:rPr>
        <w:t>「是我。」</w:t>
      </w:r>
    </w:p>
    <w:p>
      <w:pPr>
        <w:spacing w:line="560" w:lineRule="exact"/>
        <w:ind w:firstLine="420"/>
      </w:pPr>
      <w:r>
        <w:rPr>
          <w:rFonts w:ascii="宋体" w:hAnsi="宋体" w:eastAsia="宋体"/>
          <w:sz w:val="24"/>
        </w:rPr>
        <w:t>电话那头沉默了一秒——戈壁上的风呼呼地刮过话筒——然后传来一阵嘈杂的声音，像是凌天在跟旁边的人说「是他——他打通了」。</w:t>
      </w:r>
    </w:p>
    <w:p>
      <w:pPr>
        <w:spacing w:line="560" w:lineRule="exact"/>
        <w:ind w:firstLine="420"/>
      </w:pPr>
      <w:r>
        <w:rPr>
          <w:rFonts w:ascii="宋体" w:hAnsi="宋体" w:eastAsia="宋体"/>
          <w:sz w:val="24"/>
        </w:rPr>
        <w:t>「你在哪？」凌天的声音恢复了平稳。</w:t>
      </w:r>
    </w:p>
    <w:p>
      <w:pPr>
        <w:spacing w:line="560" w:lineRule="exact"/>
        <w:ind w:firstLine="420"/>
      </w:pPr>
      <w:r>
        <w:rPr>
          <w:rFonts w:ascii="宋体" w:hAnsi="宋体" w:eastAsia="宋体"/>
          <w:sz w:val="24"/>
        </w:rPr>
        <w:t>「在基地里。解密完成了。」</w:t>
      </w:r>
    </w:p>
    <w:p>
      <w:pPr>
        <w:spacing w:line="560" w:lineRule="exact"/>
        <w:ind w:firstLine="420"/>
      </w:pPr>
      <w:r>
        <w:rPr>
          <w:rFonts w:ascii="宋体" w:hAnsi="宋体" w:eastAsia="宋体"/>
          <w:sz w:val="24"/>
        </w:rPr>
        <w:t>「看到了什么？解密文件里是什么内容？」</w:t>
      </w:r>
    </w:p>
    <w:p>
      <w:pPr>
        <w:spacing w:line="560" w:lineRule="exact"/>
        <w:ind w:firstLine="420"/>
      </w:pPr>
      <w:r>
        <w:rPr>
          <w:rFonts w:ascii="宋体" w:hAnsi="宋体" w:eastAsia="宋体"/>
          <w:sz w:val="24"/>
        </w:rPr>
        <w:t>林风沉默了一秒。</w:t>
      </w:r>
    </w:p>
    <w:p>
      <w:pPr>
        <w:spacing w:line="560" w:lineRule="exact"/>
        <w:ind w:firstLine="420"/>
      </w:pPr>
      <w:r>
        <w:rPr>
          <w:rFonts w:ascii="宋体" w:hAnsi="宋体" w:eastAsia="宋体"/>
          <w:sz w:val="24"/>
        </w:rPr>
        <w:t>「我爸妈还活着——他们说他们还在一座岛上，等我过去。」</w:t>
      </w:r>
    </w:p>
    <w:p>
      <w:pPr>
        <w:spacing w:line="560" w:lineRule="exact"/>
        <w:ind w:firstLine="420"/>
      </w:pPr>
      <w:r>
        <w:rPr>
          <w:rFonts w:ascii="宋体" w:hAnsi="宋体" w:eastAsia="宋体"/>
          <w:sz w:val="24"/>
        </w:rPr>
        <w:t>电话那头再次沉默了。这一次沉默更长。</w:t>
      </w:r>
    </w:p>
    <w:p>
      <w:pPr>
        <w:spacing w:line="560" w:lineRule="exact"/>
        <w:ind w:firstLine="420"/>
      </w:pPr>
      <w:r>
        <w:rPr>
          <w:rFonts w:ascii="宋体" w:hAnsi="宋体" w:eastAsia="宋体"/>
          <w:sz w:val="24"/>
        </w:rPr>
        <w:t>然后凌天说了一句话——声音里带着一丝罕见的、真诚的笑意。</w:t>
      </w:r>
    </w:p>
    <w:p>
      <w:pPr>
        <w:spacing w:line="560" w:lineRule="exact"/>
        <w:ind w:firstLine="420"/>
      </w:pPr>
      <w:r>
        <w:rPr>
          <w:rFonts w:ascii="宋体" w:hAnsi="宋体" w:eastAsia="宋体"/>
          <w:sz w:val="24"/>
        </w:rPr>
        <w:t>「那就好——我们都以为你出事了。」凌天的声音里带着一种罕见的、真诚的情绪波动。</w:t>
      </w:r>
    </w:p>
    <w:p>
      <w:r>
        <w:br w:type="page"/>
      </w:r>
    </w:p>
    <w:p>
      <w:pPr>
        <w:jc w:val="center"/>
      </w:pPr>
      <w:r>
        <w:rPr>
          <w:b/>
          <w:sz w:val="32"/>
        </w:rPr>
        <w:t>第070章 集结·重返上海</w:t>
      </w:r>
    </w:p>
    <w:p>
      <w:pPr>
        <w:jc w:val="center"/>
      </w:pPr>
      <w:r>
        <w:rPr>
          <w:color w:val="999999"/>
          <w:sz w:val="18"/>
        </w:rPr>
        <w:t>（2,501字）</w:t>
      </w:r>
    </w:p>
    <w:p/>
    <w:p>
      <w:pPr>
        <w:spacing w:line="560" w:lineRule="exact"/>
        <w:ind w:firstLine="420"/>
      </w:pPr>
      <w:r>
        <w:rPr>
          <w:rFonts w:ascii="宋体" w:hAnsi="宋体" w:eastAsia="宋体"/>
          <w:sz w:val="24"/>
        </w:rPr>
        <w:t>林风挂了电话之后，没有立刻走进基地。</w:t>
      </w:r>
    </w:p>
    <w:p>
      <w:pPr>
        <w:spacing w:line="560" w:lineRule="exact"/>
        <w:ind w:firstLine="420"/>
      </w:pPr>
      <w:r>
        <w:rPr>
          <w:rFonts w:ascii="宋体" w:hAnsi="宋体" w:eastAsia="宋体"/>
          <w:sz w:val="24"/>
        </w:rPr>
        <w:t>他站在戈壁滩上，让冷风继续吹了几分钟。头顶的星河安静地转动着，四野茫茫，除了风声和远处偶尔传来的几声不知名的鸟叫之外，什么都没有。</w:t>
      </w:r>
    </w:p>
    <w:p>
      <w:pPr>
        <w:spacing w:line="560" w:lineRule="exact"/>
        <w:ind w:firstLine="420"/>
      </w:pPr>
      <w:r>
        <w:rPr>
          <w:rFonts w:ascii="宋体" w:hAnsi="宋体" w:eastAsia="宋体"/>
          <w:sz w:val="24"/>
        </w:rPr>
        <w:t>他把古玉从脖子上取下来，举到眼前。月光下，古玉表面的纹理在月光下隐约流动——那是纳米电路的痕迹，在某个特定的波长下才会显现。他之前从未注意过。</w:t>
      </w:r>
    </w:p>
    <w:p>
      <w:pPr>
        <w:spacing w:line="560" w:lineRule="exact"/>
        <w:ind w:firstLine="420"/>
      </w:pPr>
      <w:r>
        <w:rPr>
          <w:rFonts w:ascii="宋体" w:hAnsi="宋体" w:eastAsia="宋体"/>
          <w:sz w:val="24"/>
        </w:rPr>
        <w:t>父母留给他的一把钥匙——一把打开一座地下基地、一份完整加密文件、以及他们十六年来所有秘密的钥匙。</w:t>
      </w:r>
    </w:p>
    <w:p>
      <w:pPr>
        <w:spacing w:line="560" w:lineRule="exact"/>
        <w:ind w:firstLine="420"/>
      </w:pPr>
      <w:r>
        <w:rPr>
          <w:rFonts w:ascii="宋体" w:hAnsi="宋体" w:eastAsia="宋体"/>
          <w:sz w:val="24"/>
        </w:rPr>
        <w:t>他把古玉重新戴好，转身走回基地。</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他花了将近三个小时打包。从服务器房到卧室到办公室，每一个角落都不放过。</w:t>
      </w:r>
    </w:p>
    <w:p>
      <w:pPr>
        <w:spacing w:line="560" w:lineRule="exact"/>
        <w:ind w:firstLine="420"/>
      </w:pPr>
      <w:r>
        <w:rPr>
          <w:rFonts w:ascii="宋体" w:hAnsi="宋体" w:eastAsia="宋体"/>
          <w:sz w:val="24"/>
        </w:rPr>
        <w:t>服务器房里能搬的东西不多——但他找到了几样必须带走的物品。EVE协议的完整源码硬盘——一块巴掌大的固态硬盘，很轻，但里面储存着可以改写《天界》整个底层的核心代码。上面贴着母亲手写的黄色标签：「EVE v3.7 — 完整源码」。父亲办公室抽屉里的一个牛皮纸信封，里面装着几张照片——包括雪地上那张一家三口的合影。母亲书桌上的一支钢笔——笔杆上刻着「林婉」两个字。还有那本他从卧室书架上找到的、写满父母笔记的技术手册。</w:t>
      </w:r>
    </w:p>
    <w:p>
      <w:pPr>
        <w:spacing w:line="560" w:lineRule="exact"/>
        <w:ind w:firstLine="420"/>
      </w:pPr>
      <w:r>
        <w:rPr>
          <w:rFonts w:ascii="宋体" w:hAnsi="宋体" w:eastAsia="宋体"/>
          <w:sz w:val="24"/>
        </w:rPr>
        <w:t>他把所有东西塞进从越野车上拿下来的登山包里，然后站在基地大厅中央，最后看了一圈这个地方。</w:t>
      </w:r>
    </w:p>
    <w:p>
      <w:pPr>
        <w:spacing w:line="560" w:lineRule="exact"/>
        <w:ind w:firstLine="420"/>
      </w:pPr>
      <w:r>
        <w:rPr>
          <w:rFonts w:ascii="宋体" w:hAnsi="宋体" w:eastAsia="宋体"/>
          <w:sz w:val="24"/>
        </w:rPr>
        <w:t>十六年。他躺在这座基地的客厅沙发上，看着视频里父母的样子——和他们在这个基地里留下的照片里的样子几乎没有变化。好像时间在这里停了下来，等了他十六年。</w:t>
      </w:r>
    </w:p>
    <w:p>
      <w:pPr>
        <w:spacing w:line="560" w:lineRule="exact"/>
        <w:ind w:firstLine="420"/>
      </w:pPr>
      <w:r>
        <w:rPr>
          <w:rFonts w:ascii="宋体" w:hAnsi="宋体" w:eastAsia="宋体"/>
          <w:sz w:val="24"/>
        </w:rPr>
        <w:t>他深吸一口气，关上灯，走出大门，按下了门边的关闭按钮。</w:t>
      </w:r>
    </w:p>
    <w:p>
      <w:pPr>
        <w:spacing w:line="560" w:lineRule="exact"/>
        <w:ind w:firstLine="420"/>
      </w:pPr>
      <w:r>
        <w:rPr>
          <w:rFonts w:ascii="宋体" w:hAnsi="宋体" w:eastAsia="宋体"/>
          <w:sz w:val="24"/>
        </w:rPr>
        <w:t>金属大门缓缓合拢，发出沉重的机械声响，然后咔嗒一声锁死。</w:t>
      </w:r>
    </w:p>
    <w:p>
      <w:pPr>
        <w:spacing w:line="560" w:lineRule="exact"/>
        <w:ind w:firstLine="420"/>
      </w:pPr>
      <w:r>
        <w:rPr>
          <w:rFonts w:ascii="宋体" w:hAnsi="宋体" w:eastAsia="宋体"/>
          <w:sz w:val="24"/>
        </w:rPr>
        <w:t>他转身走向越野车，头也不回地开了出去。</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天蒙蒙亮的时候，他把车开进了敦煌市区。从基地到市区开车将近四个小时——他全程没休息，全靠车窗摇下来吹冷风提神。</w:t>
      </w:r>
    </w:p>
    <w:p>
      <w:pPr>
        <w:spacing w:line="560" w:lineRule="exact"/>
        <w:ind w:firstLine="420"/>
      </w:pPr>
      <w:r>
        <w:rPr>
          <w:rFonts w:ascii="宋体" w:hAnsi="宋体" w:eastAsia="宋体"/>
          <w:sz w:val="24"/>
        </w:rPr>
        <w:t>他在路边的一家早餐店停了下来——不是因为他饿了，而是因为他需要吃一点东西来稳住身体。连续三十多个小时没有睡觉，在戈壁滩上驾驶然后在地下基地里读完五百多份文件——他现在的精神状态靠肾上腺素撑着，但他知道等这股劲过去之后他会垮掉。</w:t>
      </w:r>
    </w:p>
    <w:p>
      <w:pPr>
        <w:spacing w:line="560" w:lineRule="exact"/>
        <w:ind w:firstLine="420"/>
      </w:pPr>
      <w:r>
        <w:rPr>
          <w:rFonts w:ascii="宋体" w:hAnsi="宋体" w:eastAsia="宋体"/>
          <w:sz w:val="24"/>
        </w:rPr>
        <w:t>他坐在路边摊的塑料凳子上，点了两份包子、一碗豆浆、外加一根油条。老板是个五十多岁的光头老汉，系着一条洗得发白的围裙，看到林风满身灰土地走进来时只是瞥了一眼，什么都没问。热气腾腾的包子上来的时候，他第一次感觉到了真实——回到了有人的地方。店老板是一个五十多岁的老汉，光头，系着一条洗得发白的围裙，看到林风满身灰土地走进来时只是瞥了一眼，什么都没说，端上包子和豆浆，然后回到后厨看手机了。</w:t>
      </w:r>
    </w:p>
    <w:p>
      <w:pPr>
        <w:spacing w:line="560" w:lineRule="exact"/>
        <w:ind w:firstLine="420"/>
      </w:pPr>
      <w:r>
        <w:rPr>
          <w:rFonts w:ascii="宋体" w:hAnsi="宋体" w:eastAsia="宋体"/>
          <w:sz w:val="24"/>
        </w:rPr>
        <w:t>这就是他回到人间的方式——坐在一个路边摊上，吃一顿热饭。林风吃得很慢，不是因为饿了很久，而是因为他需要时间把脑子里的东西全部整理清楚。他一边吃，一边在脑子里整理信息。</w:t>
      </w:r>
    </w:p>
    <w:p>
      <w:pPr>
        <w:spacing w:line="560" w:lineRule="exact"/>
        <w:ind w:firstLine="420"/>
      </w:pPr>
      <w:r>
        <w:rPr>
          <w:rFonts w:ascii="宋体" w:hAnsi="宋体" w:eastAsia="宋体"/>
          <w:sz w:val="24"/>
        </w:rPr>
        <w:t>父亲在视频里给他的路线很清晰：新加坡数据中心——然后是那座岛。</w:t>
      </w:r>
    </w:p>
    <w:p>
      <w:pPr>
        <w:spacing w:line="560" w:lineRule="exact"/>
        <w:ind w:firstLine="420"/>
      </w:pPr>
      <w:r>
        <w:rPr>
          <w:rFonts w:ascii="宋体" w:hAnsi="宋体" w:eastAsia="宋体"/>
          <w:sz w:val="24"/>
        </w:rPr>
        <w:t>但新加坡不是戈壁滩。新加坡是一个城市国家，有严格的海关和移民管制。他没有签证，没有护照——好吧，他有护照，但他不确定暗流的人有没有在监控他的出入境记录。</w:t>
      </w:r>
    </w:p>
    <w:p>
      <w:pPr>
        <w:spacing w:line="560" w:lineRule="exact"/>
        <w:ind w:firstLine="420"/>
      </w:pPr>
      <w:r>
        <w:rPr>
          <w:rFonts w:ascii="宋体" w:hAnsi="宋体" w:eastAsia="宋体"/>
          <w:sz w:val="24"/>
        </w:rPr>
        <w:t>他需要先回到上海。</w:t>
      </w:r>
    </w:p>
    <w:p>
      <w:pPr>
        <w:spacing w:line="560" w:lineRule="exact"/>
        <w:ind w:firstLine="420"/>
      </w:pPr>
      <w:r>
        <w:rPr>
          <w:rFonts w:ascii="宋体" w:hAnsi="宋体" w:eastAsia="宋体"/>
          <w:sz w:val="24"/>
        </w:rPr>
        <w:t>不是回宿舍——是去找凌天。城中村的民房，没人查得到。</w:t>
      </w:r>
    </w:p>
    <w:p>
      <w:pPr>
        <w:spacing w:line="560" w:lineRule="exact"/>
        <w:ind w:firstLine="420"/>
      </w:pPr>
      <w:r>
        <w:rPr>
          <w:rFonts w:ascii="宋体" w:hAnsi="宋体" w:eastAsia="宋体"/>
          <w:sz w:val="24"/>
        </w:rPr>
        <w:t>他吃完早餐，把越野车开到了一家正规的租车行，用押金方式还了车。然后在敦煌火车站买了一张到兰州的动车票，再在兰州转飞机回上海。</w:t>
      </w:r>
    </w:p>
    <w:p>
      <w:pPr>
        <w:spacing w:line="560" w:lineRule="exact"/>
        <w:ind w:firstLine="420"/>
      </w:pPr>
      <w:r>
        <w:rPr>
          <w:rFonts w:ascii="宋体" w:hAnsi="宋体" w:eastAsia="宋体"/>
          <w:sz w:val="24"/>
        </w:rPr>
        <w:t>全程避开实名制购票——他用的是凌天之前留给他的一个内部购票账号。那个账号挂在一家科技公司名下，查不到个人身份。</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当天晚上十一点，他站在了上海市区外那个城中村民房的门口。</w:t>
      </w:r>
    </w:p>
    <w:p>
      <w:pPr>
        <w:spacing w:line="560" w:lineRule="exact"/>
        <w:ind w:firstLine="420"/>
      </w:pPr>
      <w:r>
        <w:rPr>
          <w:rFonts w:ascii="宋体" w:hAnsi="宋体" w:eastAsia="宋体"/>
          <w:sz w:val="24"/>
        </w:rPr>
        <w:t>房子在一个连路灯都坏了几盏的老小区深处，楼栋外墙上爬满了半枯萎的爬山虎。三单元，五楼，没有电梯。</w:t>
      </w:r>
    </w:p>
    <w:p>
      <w:pPr>
        <w:spacing w:line="560" w:lineRule="exact"/>
        <w:ind w:firstLine="420"/>
      </w:pPr>
      <w:r>
        <w:rPr>
          <w:rFonts w:ascii="宋体" w:hAnsi="宋体" w:eastAsia="宋体"/>
          <w:sz w:val="24"/>
        </w:rPr>
        <w:t>他敲了三下门——间隔两秒，重敲两下。这是他们约定的暗号。</w:t>
      </w:r>
    </w:p>
    <w:p>
      <w:pPr>
        <w:spacing w:line="560" w:lineRule="exact"/>
        <w:ind w:firstLine="420"/>
      </w:pPr>
      <w:r>
        <w:rPr>
          <w:rFonts w:ascii="宋体" w:hAnsi="宋体" w:eastAsia="宋体"/>
          <w:sz w:val="24"/>
        </w:rPr>
        <w:t>门开了。</w:t>
      </w:r>
    </w:p>
    <w:p>
      <w:pPr>
        <w:spacing w:line="560" w:lineRule="exact"/>
        <w:ind w:firstLine="420"/>
      </w:pPr>
      <w:r>
        <w:rPr>
          <w:rFonts w:ascii="宋体" w:hAnsi="宋体" w:eastAsia="宋体"/>
          <w:sz w:val="24"/>
        </w:rPr>
        <w:t>开门的是赵铁柱——他那个在宿舍里打游戏能把键盘敲出火星来的室友。赵铁柱看到林风的第一眼，愣了一秒，然后一把把他拉了进去。</w:t>
      </w:r>
    </w:p>
    <w:p>
      <w:pPr>
        <w:spacing w:line="560" w:lineRule="exact"/>
        <w:ind w:firstLine="420"/>
      </w:pPr>
      <w:r>
        <w:rPr>
          <w:rFonts w:ascii="宋体" w:hAnsi="宋体" w:eastAsia="宋体"/>
          <w:sz w:val="24"/>
        </w:rPr>
        <w:t>「你他妈吓死我了——」赵铁柱的声音压得很低，但充满了情绪，「你知道你消失了几天吗？四天！老子差点以为你埋在戈壁滩里了！」</w:t>
      </w:r>
    </w:p>
    <w:p>
      <w:pPr>
        <w:spacing w:line="560" w:lineRule="exact"/>
        <w:ind w:firstLine="420"/>
      </w:pPr>
      <w:r>
        <w:rPr>
          <w:rFonts w:ascii="宋体" w:hAnsi="宋体" w:eastAsia="宋体"/>
          <w:sz w:val="24"/>
        </w:rPr>
        <w:t>「没那么容易死。」林风挤出一个笑容，把沉重的登山包放在地上。</w:t>
      </w:r>
    </w:p>
    <w:p>
      <w:pPr>
        <w:spacing w:line="560" w:lineRule="exact"/>
        <w:ind w:firstLine="420"/>
      </w:pPr>
      <w:r>
        <w:rPr>
          <w:rFonts w:ascii="宋体" w:hAnsi="宋体" w:eastAsia="宋体"/>
          <w:sz w:val="24"/>
        </w:rPr>
        <w:t>屋里还有三个人。凌天坐在靠墙的一张小桌子旁边，面前摆着一台笔记本电脑和几部手机。夜影靠在窗边，双臂交叉，目光冷静地扫了林风全身上下——像是在确认他没有受伤。苏小雅坐在凌天旁边，双手紧握放在膝盖上。她看到林风进来时，下意识地站了起来——她的眼眶有些红，但没有哭出来。</w:t>
      </w:r>
    </w:p>
    <w:p>
      <w:pPr>
        <w:spacing w:line="560" w:lineRule="exact"/>
        <w:ind w:firstLine="420"/>
      </w:pPr>
      <w:r>
        <w:rPr>
          <w:rFonts w:ascii="宋体" w:hAnsi="宋体" w:eastAsia="宋体"/>
          <w:sz w:val="24"/>
        </w:rPr>
        <w:t>四个人——凌天、赵铁柱、夜影、苏小雅——挤在一个城中村的民房里。这是他现在拥有的全部力量。</w:t>
      </w:r>
    </w:p>
    <w:p>
      <w:pPr>
        <w:spacing w:line="560" w:lineRule="exact"/>
        <w:ind w:firstLine="420"/>
      </w:pPr>
      <w:r>
        <w:rPr>
          <w:rFonts w:ascii="宋体" w:hAnsi="宋体" w:eastAsia="宋体"/>
          <w:sz w:val="24"/>
        </w:rPr>
        <w:t>「都在。」林风说，声音有些沙哑。</w:t>
      </w:r>
    </w:p>
    <w:p>
      <w:pPr>
        <w:spacing w:line="560" w:lineRule="exact"/>
        <w:ind w:firstLine="420"/>
      </w:pPr>
      <w:r>
        <w:rPr>
          <w:rFonts w:ascii="宋体" w:hAnsi="宋体" w:eastAsia="宋体"/>
          <w:sz w:val="24"/>
        </w:rPr>
        <w:t>「都在等你回来。」凌天抬起头，合上电脑，「看到什么了？」</w:t>
      </w:r>
    </w:p>
    <w:p>
      <w:pPr>
        <w:spacing w:line="560" w:lineRule="exact"/>
        <w:ind w:firstLine="420"/>
      </w:pPr>
      <w:r>
        <w:rPr>
          <w:rFonts w:ascii="宋体" w:hAnsi="宋体" w:eastAsia="宋体"/>
          <w:sz w:val="24"/>
        </w:rPr>
        <w:t>林风走到桌边，拉了一把塑料凳子坐下。他把古玉从衣领里拿出来放在桌面上——古玉在昏黄的灯光下微微泛着温润的光泽。</w:t>
      </w:r>
    </w:p>
    <w:p>
      <w:pPr>
        <w:spacing w:line="560" w:lineRule="exact"/>
        <w:ind w:firstLine="420"/>
      </w:pPr>
      <w:r>
        <w:rPr>
          <w:rFonts w:ascii="宋体" w:hAnsi="宋体" w:eastAsia="宋体"/>
          <w:sz w:val="24"/>
        </w:rPr>
        <w:t>「我爸妈。」他说，「他们还活着。」</w:t>
      </w:r>
    </w:p>
    <w:p>
      <w:pPr>
        <w:spacing w:line="560" w:lineRule="exact"/>
        <w:ind w:firstLine="420"/>
      </w:pPr>
      <w:r>
        <w:rPr>
          <w:rFonts w:ascii="宋体" w:hAnsi="宋体" w:eastAsia="宋体"/>
          <w:sz w:val="24"/>
        </w:rPr>
        <w:t>屋里安静了三秒。</w:t>
      </w:r>
    </w:p>
    <w:p>
      <w:pPr>
        <w:spacing w:line="560" w:lineRule="exact"/>
        <w:ind w:firstLine="420"/>
      </w:pPr>
      <w:r>
        <w:rPr>
          <w:rFonts w:ascii="宋体" w:hAnsi="宋体" w:eastAsia="宋体"/>
          <w:sz w:val="24"/>
        </w:rPr>
        <w:t>夜影最先开口，声音一如既往地平淡：「确定？」</w:t>
      </w:r>
    </w:p>
    <w:p>
      <w:pPr>
        <w:spacing w:line="560" w:lineRule="exact"/>
        <w:ind w:firstLine="420"/>
      </w:pPr>
      <w:r>
        <w:rPr>
          <w:rFonts w:ascii="宋体" w:hAnsi="宋体" w:eastAsia="宋体"/>
          <w:sz w:val="24"/>
        </w:rPr>
        <w:t>「确定。有视频。有加密文件——两百个G的文件，全部解密完成。」林风从包里拿出硬盘和信封，放在桌上，「他们在视频里跟我说了所有事情——奥林匹斯，暗流，新加坡的数据中心，还有……」</w:t>
      </w:r>
    </w:p>
    <w:p>
      <w:pPr>
        <w:spacing w:line="560" w:lineRule="exact"/>
        <w:ind w:firstLine="420"/>
      </w:pPr>
      <w:r>
        <w:rPr>
          <w:rFonts w:ascii="宋体" w:hAnsi="宋体" w:eastAsia="宋体"/>
          <w:sz w:val="24"/>
        </w:rPr>
        <w:t>他停顿了一下，目光扫过所有人。</w:t>
      </w:r>
    </w:p>
    <w:p>
      <w:pPr>
        <w:spacing w:line="560" w:lineRule="exact"/>
        <w:ind w:firstLine="420"/>
      </w:pPr>
      <w:r>
        <w:rPr>
          <w:rFonts w:ascii="宋体" w:hAnsi="宋体" w:eastAsia="宋体"/>
          <w:sz w:val="24"/>
        </w:rPr>
        <w:t>「他们在一座岛上等我。」</w:t>
      </w:r>
    </w:p>
    <w:p>
      <w:pPr>
        <w:spacing w:line="560" w:lineRule="exact"/>
        <w:ind w:firstLine="420"/>
      </w:pPr>
      <w:r>
        <w:rPr>
          <w:rFonts w:ascii="宋体" w:hAnsi="宋体" w:eastAsia="宋体"/>
          <w:sz w:val="24"/>
        </w:rPr>
        <w:t>苏小雅捂住了嘴。赵铁柱用力搓了搓自己的脸——他的手有点发抖。凌天的眼神变了——那不是惊讶，而是某种早有预感的确认。</w:t>
      </w:r>
    </w:p>
    <w:p>
      <w:pPr>
        <w:spacing w:line="560" w:lineRule="exact"/>
        <w:ind w:firstLine="420"/>
      </w:pPr>
      <w:r>
        <w:rPr>
          <w:rFonts w:ascii="宋体" w:hAnsi="宋体" w:eastAsia="宋体"/>
          <w:sz w:val="24"/>
        </w:rPr>
        <w:t>「你知道那座岛在哪吗？」凌天问。</w:t>
      </w:r>
    </w:p>
    <w:p>
      <w:pPr>
        <w:spacing w:line="560" w:lineRule="exact"/>
        <w:ind w:firstLine="420"/>
      </w:pPr>
      <w:r>
        <w:rPr>
          <w:rFonts w:ascii="宋体" w:hAnsi="宋体" w:eastAsia="宋体"/>
          <w:sz w:val="24"/>
        </w:rPr>
        <w:t>「不知道。需要古玉的第五阶段权限才能定位——」</w:t>
      </w:r>
    </w:p>
    <w:p>
      <w:pPr>
        <w:spacing w:line="560" w:lineRule="exact"/>
        <w:ind w:firstLine="420"/>
      </w:pPr>
      <w:r>
        <w:rPr>
          <w:rFonts w:ascii="宋体" w:hAnsi="宋体" w:eastAsia="宋体"/>
          <w:sz w:val="24"/>
        </w:rPr>
        <w:t>「——但我必须先切断新加坡数据中心。」</w:t>
      </w:r>
    </w:p>
    <w:p>
      <w:pPr>
        <w:spacing w:line="560" w:lineRule="exact"/>
        <w:ind w:firstLine="420"/>
      </w:pPr>
      <w:r>
        <w:rPr>
          <w:rFonts w:ascii="宋体" w:hAnsi="宋体" w:eastAsia="宋体"/>
          <w:sz w:val="24"/>
        </w:rPr>
        <w:t>凌天说出了林风还没说完的话。</w:t>
      </w:r>
    </w:p>
    <w:p>
      <w:pPr>
        <w:spacing w:line="560" w:lineRule="exact"/>
        <w:ind w:firstLine="420"/>
      </w:pPr>
      <w:r>
        <w:rPr>
          <w:rFonts w:ascii="宋体" w:hAnsi="宋体" w:eastAsia="宋体"/>
          <w:sz w:val="24"/>
        </w:rPr>
        <w:t>林风看向他。</w:t>
      </w:r>
    </w:p>
    <w:p>
      <w:pPr>
        <w:spacing w:line="560" w:lineRule="exact"/>
        <w:ind w:firstLine="420"/>
      </w:pPr>
      <w:r>
        <w:rPr>
          <w:rFonts w:ascii="宋体" w:hAnsi="宋体" w:eastAsia="宋体"/>
          <w:sz w:val="24"/>
        </w:rPr>
        <w:t>「我查过这个数据中心了。」凌天把电脑屏幕转向林风，把电脑屏幕转向林风，「新加坡的奥林匹斯数据中心——三个楼层的服务器机房，地下还有两层备份系统。安保级别是橙色——私人军事承包商级别的守卫。」</w:t>
      </w:r>
    </w:p>
    <w:p>
      <w:pPr>
        <w:spacing w:line="560" w:lineRule="exact"/>
        <w:ind w:firstLine="420"/>
      </w:pPr>
      <w:r>
        <w:rPr>
          <w:rFonts w:ascii="宋体" w:hAnsi="宋体" w:eastAsia="宋体"/>
          <w:sz w:val="24"/>
        </w:rPr>
        <w:t>屏幕上是一张奥利匹斯数据中心的卫星照片——一栋不起眼的灰色建筑，在新加坡的裕廊工业区。</w:t>
      </w:r>
    </w:p>
    <w:p>
      <w:pPr>
        <w:spacing w:line="560" w:lineRule="exact"/>
        <w:ind w:firstLine="420"/>
      </w:pPr>
      <w:r>
        <w:rPr>
          <w:rFonts w:ascii="宋体" w:hAnsi="宋体" w:eastAsia="宋体"/>
          <w:sz w:val="24"/>
        </w:rPr>
        <w:t>「你在查这个？」林风问。</w:t>
      </w:r>
    </w:p>
    <w:p>
      <w:pPr>
        <w:spacing w:line="560" w:lineRule="exact"/>
        <w:ind w:firstLine="420"/>
      </w:pPr>
      <w:r>
        <w:rPr>
          <w:rFonts w:ascii="宋体" w:hAnsi="宋体" w:eastAsia="宋体"/>
          <w:sz w:val="24"/>
        </w:rPr>
        <w:t>「从你出发去戈壁的那天我就开始查了。」凌天说，推了推眼镜，「不管你解密出来什么信息——新加坡那边的数据中心一定是关键。」</w:t>
      </w:r>
    </w:p>
    <w:p>
      <w:pPr>
        <w:spacing w:line="560" w:lineRule="exact"/>
        <w:ind w:firstLine="420"/>
      </w:pPr>
      <w:r>
        <w:rPr>
          <w:rFonts w:ascii="宋体" w:hAnsi="宋体" w:eastAsia="宋体"/>
          <w:sz w:val="24"/>
        </w:rPr>
        <w:t>林风看着屏幕，沉默了几秒。</w:t>
      </w:r>
    </w:p>
    <w:p>
      <w:pPr>
        <w:spacing w:line="560" w:lineRule="exact"/>
        <w:ind w:firstLine="420"/>
      </w:pPr>
      <w:r>
        <w:rPr>
          <w:rFonts w:ascii="宋体" w:hAnsi="宋体" w:eastAsia="宋体"/>
          <w:sz w:val="24"/>
        </w:rPr>
        <w:t>「有多难进？」他问。</w:t>
      </w:r>
    </w:p>
    <w:p>
      <w:pPr>
        <w:spacing w:line="560" w:lineRule="exact"/>
        <w:ind w:firstLine="420"/>
      </w:pPr>
      <w:r>
        <w:rPr>
          <w:rFonts w:ascii="宋体" w:hAnsi="宋体" w:eastAsia="宋体"/>
          <w:sz w:val="24"/>
        </w:rPr>
        <w:t>凌天抬起头，看着他。</w:t>
      </w:r>
    </w:p>
    <w:p>
      <w:pPr>
        <w:spacing w:line="560" w:lineRule="exact"/>
        <w:ind w:firstLine="420"/>
      </w:pPr>
      <w:r>
        <w:rPr>
          <w:rFonts w:ascii="宋体" w:hAnsi="宋体" w:eastAsia="宋体"/>
          <w:sz w:val="24"/>
        </w:rPr>
        <w:t>「不是能不能进去的问题。是——进去了之后怎么出来。」</w:t>
      </w:r>
    </w:p>
    <w:p>
      <w:pPr>
        <w:spacing w:line="560" w:lineRule="exact"/>
        <w:ind w:firstLine="420"/>
      </w:pPr>
      <w:r>
        <w:rPr>
          <w:rFonts w:ascii="宋体" w:hAnsi="宋体" w:eastAsia="宋体"/>
          <w:sz w:val="24"/>
        </w:rPr>
        <w:t>夜影从窗边走过来，双手插在黑色外套的口袋里。她低头看了一眼屏幕上的卫星照片，像是在评估地形。然后她抬起头，看向林风。</w:t>
      </w:r>
    </w:p>
    <w:p>
      <w:pPr>
        <w:spacing w:line="560" w:lineRule="exact"/>
        <w:ind w:firstLine="420"/>
      </w:pPr>
      <w:r>
        <w:rPr>
          <w:rFonts w:ascii="宋体" w:hAnsi="宋体" w:eastAsia="宋体"/>
          <w:sz w:val="24"/>
        </w:rPr>
        <w:t>「新加坡那边我可以一个人进去——潜入暗杀是我的本行。」她的声音很轻，但很笃定。「你没必要把所有牌都押进去。」</w:t>
      </w:r>
    </w:p>
    <w:p>
      <w:pPr>
        <w:spacing w:line="560" w:lineRule="exact"/>
        <w:ind w:firstLine="420"/>
      </w:pPr>
      <w:r>
        <w:rPr>
          <w:rFonts w:ascii="宋体" w:hAnsi="宋体" w:eastAsia="宋体"/>
          <w:sz w:val="24"/>
        </w:rPr>
        <w:t>林风沉默了几秒。他知道夜影说的是实话——她是前职业电竞冠军，也是他们中最擅长潜行的人。但这次不是打游戏——这不是虚拟世界的潜行任务，这是一个真实的国家，有真实的安保系统和武装守卫。</w:t>
      </w:r>
    </w:p>
    <w:p>
      <w:pPr>
        <w:spacing w:line="560" w:lineRule="exact"/>
        <w:ind w:firstLine="420"/>
      </w:pPr>
      <w:r>
        <w:rPr>
          <w:rFonts w:ascii="宋体" w:hAnsi="宋体" w:eastAsia="宋体"/>
          <w:sz w:val="24"/>
        </w:rPr>
        <w:t>「我不打算让你一个人去。」林风把古玉握在手里，站起身来，走到窗边。他推开半扇窗户，夜风吹进来，带着老城区的生活气息。他看着外面昏暗的路灯和空无一人的街道，目光坚定。「暗流是冲我来的。如果我让你替我进去——那我和那些躲在幕后的人有什么区别。」</w:t>
      </w:r>
    </w:p>
    <w:p>
      <w:pPr>
        <w:spacing w:line="560" w:lineRule="exact"/>
        <w:ind w:firstLine="420"/>
      </w:pPr>
      <w:r>
        <w:rPr>
          <w:rFonts w:ascii="宋体" w:hAnsi="宋体" w:eastAsia="宋体"/>
          <w:sz w:val="24"/>
        </w:rPr>
        <w:t>他转过身。</w:t>
      </w:r>
    </w:p>
    <w:p>
      <w:pPr>
        <w:spacing w:line="560" w:lineRule="exact"/>
        <w:ind w:firstLine="420"/>
      </w:pPr>
      <w:r>
        <w:rPr>
          <w:rFonts w:ascii="宋体" w:hAnsi="宋体" w:eastAsia="宋体"/>
          <w:sz w:val="24"/>
        </w:rPr>
        <w:t>「我们一起去新加坡。一个团队，一个目标——一起进，一起出，一个都不能少。」</w:t>
      </w:r>
    </w:p>
    <w:p>
      <w:pPr>
        <w:spacing w:line="560" w:lineRule="exact"/>
        <w:ind w:firstLine="420"/>
      </w:pPr>
      <w:r>
        <w:rPr>
          <w:rFonts w:ascii="宋体" w:hAnsi="宋体" w:eastAsia="宋体"/>
          <w:sz w:val="24"/>
        </w:rPr>
        <w:t>夜影没有再反驳。但她的嘴角微微动了一下——不是笑，是认可。</w:t>
      </w:r>
    </w:p>
    <w:p>
      <w:r>
        <w:br w:type="page"/>
      </w:r>
    </w:p>
    <w:p>
      <w:pPr>
        <w:jc w:val="center"/>
      </w:pPr>
      <w:r>
        <w:rPr>
          <w:b/>
          <w:sz w:val="32"/>
        </w:rPr>
        <w:t>第071章 行动方案</w:t>
      </w:r>
    </w:p>
    <w:p>
      <w:pPr>
        <w:jc w:val="center"/>
      </w:pPr>
      <w:r>
        <w:rPr>
          <w:color w:val="999999"/>
          <w:sz w:val="18"/>
        </w:rPr>
        <w:t>（2,503字）</w:t>
      </w:r>
    </w:p>
    <w:p/>
    <w:p>
      <w:pPr>
        <w:spacing w:line="560" w:lineRule="exact"/>
        <w:ind w:firstLine="420"/>
      </w:pPr>
      <w:r>
        <w:rPr>
          <w:rFonts w:ascii="宋体" w:hAnsi="宋体" w:eastAsia="宋体"/>
          <w:sz w:val="24"/>
        </w:rPr>
        <w:t>夜的会议从十一点一直持续到凌晨三点——整整四个小时。没有人打瞌睡，每个人的精神都绷到了极限。</w:t>
      </w:r>
    </w:p>
    <w:p>
      <w:pPr>
        <w:spacing w:line="560" w:lineRule="exact"/>
        <w:ind w:firstLine="420"/>
      </w:pPr>
      <w:r>
        <w:rPr>
          <w:rFonts w:ascii="宋体" w:hAnsi="宋体" w:eastAsia="宋体"/>
          <w:sz w:val="24"/>
        </w:rPr>
        <w:t>林风把解密文件里的内容从头到尾全部梳理了一遍——从奥林匹斯的股权结构到暗流的成立时间，从陈泽宇的卧底任务到父亲的两段视频。，从文件到视频，从父母留下的信息到父亲的口述。他一边说，凌天一边在笔记本电脑上做记录。赵铁柱负责后勤——泡面、烧水、还有一包他从楼下小卖铺买来的花生米。苏小雅从厨房里翻出一卷透明胶带，把关键信息一条条手写在一张A4纸上，然后贴在客厅那面掉漆的白墙上——像是作战指挥室里的作战图。</w:t>
      </w:r>
    </w:p>
    <w:p>
      <w:pPr>
        <w:spacing w:line="560" w:lineRule="exact"/>
        <w:ind w:firstLine="420"/>
      </w:pPr>
      <w:r>
        <w:rPr>
          <w:rFonts w:ascii="宋体" w:hAnsi="宋体" w:eastAsia="宋体"/>
          <w:sz w:val="24"/>
        </w:rPr>
        <w:t>凌晨三点的时候，墙上的信息图已经贴满了。</w:t>
      </w:r>
    </w:p>
    <w:p>
      <w:pPr>
        <w:spacing w:line="560" w:lineRule="exact"/>
        <w:ind w:firstLine="420"/>
      </w:pPr>
      <w:r>
        <w:rPr>
          <w:rFonts w:ascii="宋体" w:hAnsi="宋体" w:eastAsia="宋体"/>
          <w:sz w:val="24"/>
        </w:rPr>
        <w:t>左边是「已知信息」：奥林匹斯投资集团——暗流安全部门——新加坡数据中心——古玉DNA密钥——EVE协议——父母位置（坐标需第五阶段权限）。</w:t>
      </w:r>
    </w:p>
    <w:p>
      <w:pPr>
        <w:spacing w:line="560" w:lineRule="exact"/>
        <w:ind w:firstLine="420"/>
      </w:pPr>
      <w:r>
        <w:rPr>
          <w:rFonts w:ascii="宋体" w:hAnsi="宋体" w:eastAsia="宋体"/>
          <w:sz w:val="24"/>
        </w:rPr>
        <w:t>右边是「行动计划」：新加坡数据中心入侵——切断暗流指挥系统——激活古玉第五阶段——定位岛屿——前往父母所在地。</w:t>
      </w:r>
    </w:p>
    <w:p>
      <w:pPr>
        <w:spacing w:line="560" w:lineRule="exact"/>
        <w:ind w:firstLine="420"/>
      </w:pPr>
      <w:r>
        <w:rPr>
          <w:rFonts w:ascii="宋体" w:hAnsi="宋体" w:eastAsia="宋体"/>
          <w:sz w:val="24"/>
        </w:rPr>
        <w:t>中间是一个大大的问号——「普罗米修斯是谁？」</w:t>
      </w:r>
    </w:p>
    <w:p>
      <w:pPr>
        <w:spacing w:line="560" w:lineRule="exact"/>
        <w:ind w:firstLine="420"/>
      </w:pPr>
      <w:r>
        <w:rPr>
          <w:rFonts w:ascii="宋体" w:hAnsi="宋体" w:eastAsia="宋体"/>
          <w:sz w:val="24"/>
        </w:rPr>
        <w:t>夜影第一个说。她盯着墙上的「普罗米修斯」四个字，目光冷峻。</w:t>
      </w:r>
    </w:p>
    <w:p>
      <w:pPr>
        <w:spacing w:line="560" w:lineRule="exact"/>
        <w:ind w:firstLine="420"/>
      </w:pPr>
      <w:r>
        <w:rPr>
          <w:rFonts w:ascii="宋体" w:hAnsi="宋体" w:eastAsia="宋体"/>
          <w:sz w:val="24"/>
        </w:rPr>
        <w:t>「父亲说他和这个人见过两次——戴着面具。但这个人熟悉《天界》的底层架构。说明他不仅仅是投资者——他参与了设计。」</w:t>
      </w:r>
    </w:p>
    <w:p>
      <w:pPr>
        <w:spacing w:line="560" w:lineRule="exact"/>
        <w:ind w:firstLine="420"/>
      </w:pPr>
      <w:r>
        <w:rPr>
          <w:rFonts w:ascii="宋体" w:hAnsi="宋体" w:eastAsia="宋体"/>
          <w:sz w:val="24"/>
        </w:rPr>
        <w:t>「或者参与了对设计的监视。」凌天补充道，「奥林匹斯在合同签署之后在服务器里植入了额外的代码层——这说明他们有人能理解《天界》的底层引擎。」</w:t>
      </w:r>
    </w:p>
    <w:p>
      <w:pPr>
        <w:spacing w:line="560" w:lineRule="exact"/>
        <w:ind w:firstLine="420"/>
      </w:pPr>
      <w:r>
        <w:rPr>
          <w:rFonts w:ascii="宋体" w:hAnsi="宋体" w:eastAsia="宋体"/>
          <w:sz w:val="24"/>
        </w:rPr>
        <w:t>林风沉默了片刻。</w:t>
      </w:r>
    </w:p>
    <w:p>
      <w:pPr>
        <w:spacing w:line="560" w:lineRule="exact"/>
        <w:ind w:firstLine="420"/>
      </w:pPr>
      <w:r>
        <w:rPr>
          <w:rFonts w:ascii="宋体" w:hAnsi="宋体" w:eastAsia="宋体"/>
          <w:sz w:val="24"/>
        </w:rPr>
        <w:t>「你们说——这个普罗米修斯，有没有可能就是《天界》原开发团队的成员之一？」</w:t>
      </w:r>
    </w:p>
    <w:p>
      <w:pPr>
        <w:spacing w:line="560" w:lineRule="exact"/>
        <w:ind w:firstLine="420"/>
      </w:pPr>
      <w:r>
        <w:rPr>
          <w:rFonts w:ascii="宋体" w:hAnsi="宋体" w:eastAsia="宋体"/>
          <w:sz w:val="24"/>
        </w:rPr>
        <w:t>屋里安静了一瞬。</w:t>
      </w:r>
    </w:p>
    <w:p>
      <w:pPr>
        <w:spacing w:line="560" w:lineRule="exact"/>
        <w:ind w:firstLine="420"/>
      </w:pPr>
      <w:r>
        <w:rPr>
          <w:rFonts w:ascii="宋体" w:hAnsi="宋体" w:eastAsia="宋体"/>
          <w:sz w:val="24"/>
        </w:rPr>
        <w:t>凌天抬起头：「我查过《天界》的开发团队资料——官方公布的核心开发人员名单里，有十二个人。其中八个现在还在职，两个退休了，一个在三年前车祸去世了——还有一个是外聘的底层架构师，合同结束之后就没有再公开露面过。」</w:t>
      </w:r>
    </w:p>
    <w:p>
      <w:pPr>
        <w:spacing w:line="560" w:lineRule="exact"/>
        <w:ind w:firstLine="420"/>
      </w:pPr>
      <w:r>
        <w:rPr>
          <w:rFonts w:ascii="宋体" w:hAnsi="宋体" w:eastAsia="宋体"/>
          <w:sz w:val="24"/>
        </w:rPr>
        <w:t>「那个外聘的架构师是谁？」林风问。</w:t>
      </w:r>
    </w:p>
    <w:p>
      <w:pPr>
        <w:spacing w:line="560" w:lineRule="exact"/>
        <w:ind w:firstLine="420"/>
      </w:pPr>
      <w:r>
        <w:rPr>
          <w:rFonts w:ascii="宋体" w:hAnsi="宋体" w:eastAsia="宋体"/>
          <w:sz w:val="24"/>
        </w:rPr>
        <w:t>「名字叫陈宇——和陈泽宇就差一个字。但查不到更多信息。他的简历在《天界》官网的团队页面上只有一句话：「底层架构顾问」。连张照片都没有。」</w:t>
      </w:r>
    </w:p>
    <w:p>
      <w:pPr>
        <w:spacing w:line="560" w:lineRule="exact"/>
        <w:ind w:firstLine="420"/>
      </w:pPr>
      <w:r>
        <w:rPr>
          <w:rFonts w:ascii="宋体" w:hAnsi="宋体" w:eastAsia="宋体"/>
          <w:sz w:val="24"/>
        </w:rPr>
        <w:t>林风和凌天的眼神对上了。</w:t>
      </w:r>
    </w:p>
    <w:p>
      <w:pPr>
        <w:spacing w:line="560" w:lineRule="exact"/>
        <w:ind w:firstLine="420"/>
      </w:pPr>
      <w:r>
        <w:rPr>
          <w:rFonts w:ascii="宋体" w:hAnsi="宋体" w:eastAsia="宋体"/>
          <w:sz w:val="24"/>
        </w:rPr>
        <w:t>「陈宇……陈泽宇。」林风靠在椅背上，仰头看着天花板上的水渍，慢慢重复着这两个极其相似的名字。一字之差、同姓——这绝不会是巧合。一字之差，同一个姓——这绝不会是巧合。一字之差、同姓——这不太可能是巧合。，「你说——陈泽宇的失联，会不会和他查到了这个人有关？」</w:t>
      </w:r>
    </w:p>
    <w:p>
      <w:pPr>
        <w:spacing w:line="560" w:lineRule="exact"/>
        <w:ind w:firstLine="420"/>
      </w:pPr>
      <w:r>
        <w:rPr>
          <w:rFonts w:ascii="宋体" w:hAnsi="宋体" w:eastAsia="宋体"/>
          <w:sz w:val="24"/>
        </w:rPr>
        <w:t>「不一定——但可能性很大。」凌天摘下眼镜用衣角擦了擦，又重新戴上。这是他思考时的习惯动作。，「但可能性很大。如果你父亲派陈泽宇潜入奥林匹斯——他大概率查的就是奥林匹斯内部的《天界》技术人员。如果这个陈宇就是普罗米修斯——」</w:t>
      </w:r>
    </w:p>
    <w:p>
      <w:pPr>
        <w:spacing w:line="560" w:lineRule="exact"/>
        <w:ind w:firstLine="420"/>
      </w:pPr>
      <w:r>
        <w:rPr>
          <w:rFonts w:ascii="宋体" w:hAnsi="宋体" w:eastAsia="宋体"/>
          <w:sz w:val="24"/>
        </w:rPr>
        <w:t>「——那陈泽宇的失联就意味着他被发现了。」夜影接上了这句话。</w:t>
      </w:r>
    </w:p>
    <w:p>
      <w:pPr>
        <w:spacing w:line="560" w:lineRule="exact"/>
        <w:ind w:firstLine="420"/>
      </w:pPr>
      <w:r>
        <w:rPr>
          <w:rFonts w:ascii="宋体" w:hAnsi="宋体" w:eastAsia="宋体"/>
          <w:sz w:val="24"/>
        </w:rPr>
        <w:t>屋里再次陷入沉默——如果陈宇就是普罗米修斯，那陈泽宇的失联就不仅仅是「断了联系」，而是很可能已经暴露。</w:t>
      </w:r>
    </w:p>
    <w:p>
      <w:pPr>
        <w:spacing w:line="560" w:lineRule="exact"/>
        <w:ind w:firstLine="420"/>
      </w:pPr>
      <w:r>
        <w:rPr>
          <w:rFonts w:ascii="宋体" w:hAnsi="宋体" w:eastAsia="宋体"/>
          <w:sz w:val="24"/>
        </w:rPr>
        <w:t>苏小雅犹豫了一下，举起手来——像是课堂上提问。</w:t>
      </w:r>
    </w:p>
    <w:p>
      <w:pPr>
        <w:spacing w:line="560" w:lineRule="exact"/>
        <w:ind w:firstLine="420"/>
      </w:pPr>
      <w:r>
        <w:rPr>
          <w:rFonts w:ascii="宋体" w:hAnsi="宋体" w:eastAsia="宋体"/>
          <w:sz w:val="24"/>
        </w:rPr>
        <w:t>「我有件事不太明白……」</w:t>
      </w:r>
    </w:p>
    <w:p>
      <w:pPr>
        <w:spacing w:line="560" w:lineRule="exact"/>
        <w:ind w:firstLine="420"/>
      </w:pPr>
      <w:r>
        <w:rPr>
          <w:rFonts w:ascii="宋体" w:hAnsi="宋体" w:eastAsia="宋体"/>
          <w:sz w:val="24"/>
        </w:rPr>
        <w:t>「你说。」林风看向她。</w:t>
      </w:r>
    </w:p>
    <w:p>
      <w:pPr>
        <w:spacing w:line="560" w:lineRule="exact"/>
        <w:ind w:firstLine="420"/>
      </w:pPr>
      <w:r>
        <w:rPr>
          <w:rFonts w:ascii="宋体" w:hAnsi="宋体" w:eastAsia="宋体"/>
          <w:sz w:val="24"/>
        </w:rPr>
        <w:t>「你父亲在视频里说——让你先解决新加坡的数据中心再去找他们。」苏小雅看着墙上的信息图，「那你怎么去新加坡？他是让你在游戏里动手——还是现实中？」</w:t>
      </w:r>
    </w:p>
    <w:p>
      <w:pPr>
        <w:spacing w:line="560" w:lineRule="exact"/>
        <w:ind w:firstLine="420"/>
      </w:pPr>
      <w:r>
        <w:rPr>
          <w:rFonts w:ascii="宋体" w:hAnsi="宋体" w:eastAsia="宋体"/>
          <w:sz w:val="24"/>
        </w:rPr>
        <w:t>所有人都愣了一下。</w:t>
      </w:r>
    </w:p>
    <w:p>
      <w:pPr>
        <w:spacing w:line="560" w:lineRule="exact"/>
        <w:ind w:firstLine="420"/>
      </w:pPr>
      <w:r>
        <w:rPr>
          <w:rFonts w:ascii="宋体" w:hAnsi="宋体" w:eastAsia="宋体"/>
          <w:sz w:val="24"/>
        </w:rPr>
        <w:t>这个问题没人想过。</w:t>
      </w:r>
    </w:p>
    <w:p>
      <w:pPr>
        <w:spacing w:line="560" w:lineRule="exact"/>
        <w:ind w:firstLine="420"/>
      </w:pPr>
      <w:r>
        <w:rPr>
          <w:rFonts w:ascii="宋体" w:hAnsi="宋体" w:eastAsia="宋体"/>
          <w:sz w:val="24"/>
        </w:rPr>
        <w:t>《天界》的服务器由奥林匹斯托管——但游戏内的服务器和物理服务器是两个层面。父亲说的「切断新加坡数据中心」——是指物理层面的入侵，还是游戏内部的权限夺取？</w:t>
      </w:r>
    </w:p>
    <w:p>
      <w:pPr>
        <w:spacing w:line="560" w:lineRule="exact"/>
        <w:ind w:firstLine="420"/>
      </w:pPr>
      <w:r>
        <w:rPr>
          <w:rFonts w:ascii="宋体" w:hAnsi="宋体" w:eastAsia="宋体"/>
          <w:sz w:val="24"/>
        </w:rPr>
        <w:t>林风重新播放了父亲视频的那一段话——用手机录屏的功能。父亲在视频里说：「奥林匹斯的命脉在那里。那个数据中心不仅托管着《天界》亚洲区的所有服务器——它还运行着暗流的整个指挥系统。」</w:t>
      </w:r>
    </w:p>
    <w:p>
      <w:pPr>
        <w:spacing w:line="560" w:lineRule="exact"/>
        <w:ind w:firstLine="420"/>
      </w:pPr>
      <w:r>
        <w:rPr>
          <w:rFonts w:ascii="宋体" w:hAnsi="宋体" w:eastAsia="宋体"/>
          <w:sz w:val="24"/>
        </w:rPr>
        <w:t>「两个层面。」林风按了暂停，「他说的是物理数据中心。但如果能在游戏内部同时夺取服务器权限——内外夹击，胜算更大。」</w:t>
      </w:r>
    </w:p>
    <w:p>
      <w:pPr>
        <w:spacing w:line="560" w:lineRule="exact"/>
        <w:ind w:firstLine="420"/>
      </w:pPr>
      <w:r>
        <w:rPr>
          <w:rFonts w:ascii="宋体" w:hAnsi="宋体" w:eastAsia="宋体"/>
          <w:sz w:val="24"/>
        </w:rPr>
        <w:t>凌天眼睛一亮：「你的意思是——你用游戏角色进入《天界》的核心管理端口，从内部接管服务器，而我们从物理层面进入数据中心——」</w:t>
      </w:r>
    </w:p>
    <w:p>
      <w:pPr>
        <w:spacing w:line="560" w:lineRule="exact"/>
        <w:ind w:firstLine="420"/>
      </w:pPr>
      <w:r>
        <w:rPr>
          <w:rFonts w:ascii="宋体" w:hAnsi="宋体" w:eastAsia="宋体"/>
          <w:sz w:val="24"/>
        </w:rPr>
        <w:t>「——里应外合。」林风说。</w:t>
      </w:r>
    </w:p>
    <w:p>
      <w:pPr>
        <w:spacing w:line="560" w:lineRule="exact"/>
        <w:ind w:firstLine="420"/>
      </w:pPr>
      <w:r>
        <w:rPr>
          <w:rFonts w:ascii="宋体" w:hAnsi="宋体" w:eastAsia="宋体"/>
          <w:sz w:val="24"/>
        </w:rPr>
        <w:t>赵铁柱一拍桌子：「这他妈不就是我们最擅长的吗？游戏打团战——只不过这次是真刀真枪。」</w:t>
      </w:r>
    </w:p>
    <w:p>
      <w:pPr>
        <w:spacing w:line="560" w:lineRule="exact"/>
        <w:ind w:firstLine="420"/>
      </w:pPr>
      <w:r>
        <w:rPr>
          <w:rFonts w:ascii="宋体" w:hAnsi="宋体" w:eastAsia="宋体"/>
          <w:sz w:val="24"/>
        </w:rPr>
        <w:t>夜影没有说话，但她微微点了一下头。</w:t>
      </w:r>
    </w:p>
    <w:p>
      <w:pPr>
        <w:spacing w:line="560" w:lineRule="exact"/>
        <w:ind w:firstLine="420"/>
      </w:pPr>
      <w:r>
        <w:rPr>
          <w:rFonts w:ascii="宋体" w:hAnsi="宋体" w:eastAsia="宋体"/>
          <w:sz w:val="24"/>
        </w:rPr>
        <w:t>苏小雅从随身的小包里拿出手机，解锁屏幕，翻开通讯录，翻了一会儿，然后抬起头。</w:t>
      </w:r>
    </w:p>
    <w:p>
      <w:pPr>
        <w:spacing w:line="560" w:lineRule="exact"/>
        <w:ind w:firstLine="420"/>
      </w:pPr>
      <w:r>
        <w:rPr>
          <w:rFonts w:ascii="宋体" w:hAnsi="宋体" w:eastAsia="宋体"/>
          <w:sz w:val="24"/>
        </w:rPr>
        <w:t>「新加坡的签证——我认识一个做旅行社的朋友，可以走商务签的渠道。最快四十八小时出签。」</w:t>
      </w:r>
    </w:p>
    <w:p>
      <w:pPr>
        <w:spacing w:line="560" w:lineRule="exact"/>
        <w:ind w:firstLine="420"/>
      </w:pPr>
      <w:r>
        <w:rPr>
          <w:rFonts w:ascii="宋体" w:hAnsi="宋体" w:eastAsia="宋体"/>
          <w:sz w:val="24"/>
        </w:rPr>
        <w:t>「装备呢？」赵铁柱放下吃到一半的泡面，把塑料叉子搭在碗沿上，「我们总不能空手去闯安保级别橙色的数据中心吧？里面可有私人军事承包商。」，「我们总不能空手去闯安保级别橙色的数据中心吧？」</w:t>
      </w:r>
    </w:p>
    <w:p>
      <w:pPr>
        <w:spacing w:line="560" w:lineRule="exact"/>
        <w:ind w:firstLine="420"/>
      </w:pPr>
      <w:r>
        <w:rPr>
          <w:rFonts w:ascii="宋体" w:hAnsi="宋体" w:eastAsia="宋体"/>
          <w:sz w:val="24"/>
        </w:rPr>
        <w:t>凌天站起身，走到墙角，从桌子底下拉出一个中号黑色行李箱——看起来像是普通的商务行李箱。拉开拉链打开之后，里面是分层放置的一整套电子设备：信号干扰器（可以覆盖五十米范围的信号屏蔽）、军用级迷你路由器（自带VPN隧道）、加密通讯器（无法被窃听）、还有几个巴掌大的黑色盒子，上面没有标签。</w:t>
      </w:r>
    </w:p>
    <w:p>
      <w:pPr>
        <w:spacing w:line="560" w:lineRule="exact"/>
        <w:ind w:firstLine="420"/>
      </w:pPr>
      <w:r>
        <w:rPr>
          <w:rFonts w:ascii="宋体" w:hAnsi="宋体" w:eastAsia="宋体"/>
          <w:sz w:val="24"/>
        </w:rPr>
        <w:t>「我准备了整整两个月。」凌天蹲在行李箱边上，把每一件设备的位置指给林风看，「从你在游戏里第一次提到暗流这个名字的时候，我就开始在查了。」，「从你上次说古玉和《天界》有关联的时候就开始准备了。」</w:t>
      </w:r>
    </w:p>
    <w:p>
      <w:pPr>
        <w:spacing w:line="560" w:lineRule="exact"/>
        <w:ind w:firstLine="420"/>
      </w:pPr>
      <w:r>
        <w:rPr>
          <w:rFonts w:ascii="宋体" w:hAnsi="宋体" w:eastAsia="宋体"/>
          <w:sz w:val="24"/>
        </w:rPr>
        <w:t>林风看着那个银色行李箱里整齐排列的设备，沉默了好几秒。凌天的准备比他想象的更充分。</w:t>
      </w:r>
    </w:p>
    <w:p>
      <w:pPr>
        <w:spacing w:line="560" w:lineRule="exact"/>
        <w:ind w:firstLine="420"/>
      </w:pPr>
      <w:r>
        <w:rPr>
          <w:rFonts w:ascii="宋体" w:hAnsi="宋体" w:eastAsia="宋体"/>
          <w:sz w:val="24"/>
        </w:rPr>
        <w:t>「你早就知道会走到这一步？」</w:t>
      </w:r>
    </w:p>
    <w:p>
      <w:pPr>
        <w:spacing w:line="560" w:lineRule="exact"/>
        <w:ind w:firstLine="420"/>
      </w:pPr>
      <w:r>
        <w:rPr>
          <w:rFonts w:ascii="宋体" w:hAnsi="宋体" w:eastAsia="宋体"/>
          <w:sz w:val="24"/>
        </w:rPr>
        <w:t>「不确定。」凌天说，把箱子合上，「但我知道你走上的这条路——」凌天关上行李箱，抬起头看着林风，「不会停在戈壁滩。」</w:t>
      </w:r>
    </w:p>
    <w:p>
      <w:pPr>
        <w:spacing w:line="560" w:lineRule="exact"/>
        <w:ind w:firstLine="420"/>
      </w:pPr>
      <w:r>
        <w:rPr>
          <w:rFonts w:ascii="宋体" w:hAnsi="宋体" w:eastAsia="宋体"/>
          <w:sz w:val="24"/>
        </w:rPr>
        <w:t>窗外开始泛白。天快亮了。</w:t>
      </w:r>
    </w:p>
    <w:p>
      <w:pPr>
        <w:spacing w:line="560" w:lineRule="exact"/>
        <w:ind w:firstLine="420"/>
      </w:pPr>
      <w:r>
        <w:rPr>
          <w:rFonts w:ascii="宋体" w:hAnsi="宋体" w:eastAsia="宋体"/>
          <w:sz w:val="24"/>
        </w:rPr>
        <w:t>林风看了一眼手机上的时间——凌晨四点四十七分。</w:t>
      </w:r>
    </w:p>
    <w:p>
      <w:pPr>
        <w:spacing w:line="560" w:lineRule="exact"/>
        <w:ind w:firstLine="420"/>
      </w:pPr>
      <w:r>
        <w:rPr>
          <w:rFonts w:ascii="宋体" w:hAnsi="宋体" w:eastAsia="宋体"/>
          <w:sz w:val="24"/>
        </w:rPr>
        <w:t>「所有人休息。现在是凌晨四点四十七分——中午十二点集合，敲定最终方案。后天出发——新加坡。」</w:t>
      </w:r>
    </w:p>
    <w:p>
      <w:pPr>
        <w:spacing w:line="560" w:lineRule="exact"/>
        <w:ind w:firstLine="420"/>
      </w:pPr>
      <w:r>
        <w:rPr>
          <w:rFonts w:ascii="宋体" w:hAnsi="宋体" w:eastAsia="宋体"/>
          <w:sz w:val="24"/>
        </w:rPr>
        <w:t>没有人有异议。</w:t>
      </w:r>
    </w:p>
    <w:p>
      <w:pPr>
        <w:spacing w:line="560" w:lineRule="exact"/>
        <w:ind w:firstLine="420"/>
      </w:pPr>
      <w:r>
        <w:rPr>
          <w:rFonts w:ascii="宋体" w:hAnsi="宋体" w:eastAsia="宋体"/>
          <w:sz w:val="24"/>
        </w:rPr>
        <w:t>赵铁柱倒在沙发上就睡着了。夜影靠在墙上闭着眼睛——不知道是真睡还是假寐。苏小雅趴在桌子上。凌天还在翻电脑里的文件。</w:t>
      </w:r>
    </w:p>
    <w:p>
      <w:pPr>
        <w:spacing w:line="560" w:lineRule="exact"/>
        <w:ind w:firstLine="420"/>
      </w:pPr>
      <w:r>
        <w:rPr>
          <w:rFonts w:ascii="宋体" w:hAnsi="宋体" w:eastAsia="宋体"/>
          <w:sz w:val="24"/>
        </w:rPr>
        <w:t>林风把古玉握在手心，无声地走到窗边。他的脚步很轻——不想吵醒已经睡着的同伴。</w:t>
      </w:r>
    </w:p>
    <w:p>
      <w:pPr>
        <w:spacing w:line="560" w:lineRule="exact"/>
        <w:ind w:firstLine="420"/>
      </w:pPr>
      <w:r>
        <w:rPr>
          <w:rFonts w:ascii="宋体" w:hAnsi="宋体" w:eastAsia="宋体"/>
          <w:sz w:val="24"/>
        </w:rPr>
        <w:t>天亮前的老城中村是一天中最安静的时候——没有车声，没有人声，连狗都不叫了。路灯灭了，天光还没透出来，整个世界像是被按了暂停键。远处的上海市中心高楼群在晨雾中若隐若现——那些大楼里有证券交易所、外企总部、五星级酒店。上海市区外，那座灰色居民楼的五楼窗户里，昏黄的灯光一直亮到凌晨。有五个年轻人正在为一场跨国行动做最后的计划——他们的武器不是枪，是代码、古玉、和一份十六年前留下的加密文件。</w:t>
      </w:r>
    </w:p>
    <w:p>
      <w:pPr>
        <w:spacing w:line="560" w:lineRule="exact"/>
        <w:ind w:firstLine="420"/>
      </w:pPr>
      <w:r>
        <w:rPr>
          <w:rFonts w:ascii="宋体" w:hAnsi="宋体" w:eastAsia="宋体"/>
          <w:sz w:val="24"/>
        </w:rPr>
        <w:t>他低头看了看手心里的古玉。玉佩在微光中泛着青白色的光，那种绿不像人工染色，而是由内而外透出来的——像是里面真的有东西在流动。</w:t>
      </w:r>
    </w:p>
    <w:p>
      <w:pPr>
        <w:spacing w:line="560" w:lineRule="exact"/>
        <w:ind w:firstLine="420"/>
      </w:pPr>
      <w:r>
        <w:rPr>
          <w:rFonts w:ascii="宋体" w:hAnsi="宋体" w:eastAsia="宋体"/>
          <w:sz w:val="24"/>
        </w:rPr>
        <w:t>父亲说古玉的第五阶段权限可以定位那座岛。</w:t>
      </w:r>
    </w:p>
    <w:p>
      <w:pPr>
        <w:spacing w:line="560" w:lineRule="exact"/>
        <w:ind w:firstLine="420"/>
      </w:pPr>
      <w:r>
        <w:rPr>
          <w:rFonts w:ascii="宋体" w:hAnsi="宋体" w:eastAsia="宋体"/>
          <w:sz w:val="24"/>
        </w:rPr>
        <w:t>但怎么激活第五阶段权限——父亲没有说。</w:t>
      </w:r>
    </w:p>
    <w:p>
      <w:pPr>
        <w:spacing w:line="560" w:lineRule="exact"/>
        <w:ind w:firstLine="420"/>
      </w:pPr>
      <w:r>
        <w:rPr>
          <w:rFonts w:ascii="宋体" w:hAnsi="宋体" w:eastAsia="宋体"/>
          <w:sz w:val="24"/>
        </w:rPr>
        <w:t>他闭上眼，将父亲视频里的每一句关键信息在脑子里重新过了一遍。父亲说的「准备好了」——到底是指什么准备好了？是心理上的准备，还是必须达到某个条件？是决心、是能力、还是某种特定的条件？</w:t>
      </w:r>
    </w:p>
    <w:p>
      <w:pPr>
        <w:spacing w:line="560" w:lineRule="exact"/>
        <w:ind w:firstLine="420"/>
      </w:pPr>
      <w:r>
        <w:rPr>
          <w:rFonts w:ascii="宋体" w:hAnsi="宋体" w:eastAsia="宋体"/>
          <w:sz w:val="24"/>
        </w:rPr>
        <w:t>「等你准备好了，通过古玉的第五阶段权限——也就是最高权限——可以定位到我们的位置。」</w:t>
      </w:r>
    </w:p>
    <w:p>
      <w:pPr>
        <w:spacing w:line="560" w:lineRule="exact"/>
        <w:ind w:firstLine="420"/>
      </w:pPr>
      <w:r>
        <w:rPr>
          <w:rFonts w:ascii="宋体" w:hAnsi="宋体" w:eastAsia="宋体"/>
          <w:sz w:val="24"/>
        </w:rPr>
        <w:t>最高权限。</w:t>
      </w:r>
    </w:p>
    <w:p>
      <w:pPr>
        <w:spacing w:line="560" w:lineRule="exact"/>
        <w:ind w:firstLine="420"/>
      </w:pPr>
      <w:r>
        <w:rPr>
          <w:rFonts w:ascii="宋体" w:hAnsi="宋体" w:eastAsia="宋体"/>
          <w:sz w:val="24"/>
        </w:rPr>
        <w:t>没有说方法——只说「准备好了」。</w:t>
      </w:r>
    </w:p>
    <w:p>
      <w:pPr>
        <w:spacing w:line="560" w:lineRule="exact"/>
        <w:ind w:firstLine="420"/>
      </w:pPr>
      <w:r>
        <w:rPr>
          <w:rFonts w:ascii="宋体" w:hAnsi="宋体" w:eastAsia="宋体"/>
          <w:sz w:val="24"/>
        </w:rPr>
        <w:t>就好像……古玉自己会知道。</w:t>
      </w:r>
    </w:p>
    <w:p>
      <w:pPr>
        <w:spacing w:line="560" w:lineRule="exact"/>
        <w:ind w:firstLine="420"/>
      </w:pPr>
      <w:r>
        <w:rPr>
          <w:rFonts w:ascii="宋体" w:hAnsi="宋体" w:eastAsia="宋体"/>
          <w:sz w:val="24"/>
        </w:rPr>
        <w:t>林风睁开眼睛，低头看着手心里的玉佩。在窗外透进来的淡淡晨光中，古玉内部的纹理好像真的在微微流动——像是活过来了一样。</w:t>
      </w:r>
    </w:p>
    <w:p>
      <w:pPr>
        <w:spacing w:line="560" w:lineRule="exact"/>
        <w:ind w:firstLine="420"/>
      </w:pPr>
      <w:r>
        <w:rPr>
          <w:rFonts w:ascii="宋体" w:hAnsi="宋体" w:eastAsia="宋体"/>
          <w:sz w:val="24"/>
        </w:rPr>
        <w:t>他忽然有一种强烈的直觉——像是游戏里角色升级时那种「叮」的一声提示音——</w:t>
      </w:r>
    </w:p>
    <w:p>
      <w:pPr>
        <w:spacing w:line="560" w:lineRule="exact"/>
        <w:ind w:firstLine="420"/>
      </w:pPr>
      <w:r>
        <w:rPr>
          <w:rFonts w:ascii="宋体" w:hAnsi="宋体" w:eastAsia="宋体"/>
          <w:sz w:val="24"/>
        </w:rPr>
        <w:t>古玉，一直在等他自己找到答案。</w:t>
      </w:r>
    </w:p>
    <w:p>
      <w:r>
        <w:br w:type="page"/>
      </w:r>
    </w:p>
    <w:p>
      <w:pPr>
        <w:jc w:val="center"/>
      </w:pPr>
      <w:r>
        <w:rPr>
          <w:b/>
          <w:sz w:val="32"/>
        </w:rPr>
        <w:t>第072章 准备出发</w:t>
      </w:r>
    </w:p>
    <w:p>
      <w:pPr>
        <w:jc w:val="center"/>
      </w:pPr>
      <w:r>
        <w:rPr>
          <w:color w:val="999999"/>
          <w:sz w:val="18"/>
        </w:rPr>
        <w:t>（2,504字）</w:t>
      </w:r>
    </w:p>
    <w:p/>
    <w:p>
      <w:pPr>
        <w:spacing w:line="560" w:lineRule="exact"/>
        <w:ind w:firstLine="420"/>
      </w:pPr>
      <w:r>
        <w:rPr>
          <w:rFonts w:ascii="宋体" w:hAnsi="宋体" w:eastAsia="宋体"/>
          <w:sz w:val="24"/>
        </w:rPr>
        <w:t>当天下午，苏小雅的旅行社朋友传来了消息。</w:t>
      </w:r>
    </w:p>
    <w:p>
      <w:pPr>
        <w:spacing w:line="560" w:lineRule="exact"/>
        <w:ind w:firstLine="420"/>
      </w:pPr>
      <w:r>
        <w:rPr>
          <w:rFonts w:ascii="宋体" w:hAnsi="宋体" w:eastAsia="宋体"/>
          <w:sz w:val="24"/>
        </w:rPr>
        <w:t>「商务签可以办——最快四十八小时出签。但需要公司担保函和银行流水。」</w:t>
      </w:r>
    </w:p>
    <w:p>
      <w:pPr>
        <w:spacing w:line="560" w:lineRule="exact"/>
        <w:ind w:firstLine="420"/>
      </w:pPr>
      <w:r>
        <w:rPr>
          <w:rFonts w:ascii="宋体" w:hAnsi="宋体" w:eastAsia="宋体"/>
          <w:sz w:val="24"/>
        </w:rPr>
        <w:t>林风和凌天迅速交换了一个眼神——公司公章和营业执照他们都有，但银行流水是个敏感点。</w:t>
      </w:r>
    </w:p>
    <w:p>
      <w:pPr>
        <w:spacing w:line="560" w:lineRule="exact"/>
        <w:ind w:firstLine="420"/>
      </w:pPr>
      <w:r>
        <w:rPr>
          <w:rFonts w:ascii="宋体" w:hAnsi="宋体" w:eastAsia="宋体"/>
          <w:sz w:val="24"/>
        </w:rPr>
        <w:t>公司担保函不难——凌天之前挂靠的那家科技公司还在，法人是凌天的一个远房亲戚，可以帮忙盖章。但银行流水是个问题——林风的银行卡流水很正常，每个月几千块的消费记录，突然要办新加坡商务签，看起来会很可疑。</w:t>
      </w:r>
    </w:p>
    <w:p>
      <w:pPr>
        <w:spacing w:line="560" w:lineRule="exact"/>
        <w:ind w:firstLine="420"/>
      </w:pPr>
      <w:r>
        <w:rPr>
          <w:rFonts w:ascii="宋体" w:hAnsi="宋体" w:eastAsia="宋体"/>
          <w:sz w:val="24"/>
        </w:rPr>
        <w:t>「用我的银行卡走流水。」苏小雅说，从钱包里抽出一张金色储蓄卡放在桌上。「我的流水大——直播间打赏加上广告收入，每个月进出十几万。以我的名义办商务签，说我需要去新加坡谈直播合作，逻辑上说得通。」</w:t>
      </w:r>
    </w:p>
    <w:p>
      <w:pPr>
        <w:spacing w:line="560" w:lineRule="exact"/>
        <w:ind w:firstLine="420"/>
      </w:pPr>
      <w:r>
        <w:rPr>
          <w:rFonts w:ascii="宋体" w:hAnsi="宋体" w:eastAsia="宋体"/>
          <w:sz w:val="24"/>
        </w:rPr>
        <w:t>「你确定你的流水能过审？」林风看了她一眼，「直播间收入毕竟没有正规的劳动合同。」</w:t>
      </w:r>
    </w:p>
    <w:p>
      <w:pPr>
        <w:spacing w:line="560" w:lineRule="exact"/>
        <w:ind w:firstLine="420"/>
      </w:pPr>
      <w:r>
        <w:rPr>
          <w:rFonts w:ascii="宋体" w:hAnsi="宋体" w:eastAsia="宋体"/>
          <w:sz w:val="24"/>
        </w:rPr>
        <w:t>「我巴不得去。」苏小雅笑了笑，「而且我也想知道——你爸妈长什么样。」</w:t>
      </w:r>
    </w:p>
    <w:p>
      <w:pPr>
        <w:spacing w:line="560" w:lineRule="exact"/>
        <w:ind w:firstLine="420"/>
      </w:pPr>
      <w:r>
        <w:rPr>
          <w:rFonts w:ascii="宋体" w:hAnsi="宋体" w:eastAsia="宋体"/>
          <w:sz w:val="24"/>
        </w:rPr>
        <w:t>当天晚上，苏小雅在民房客厅的白墙前面用手机拍了一张证件照——墙壁的白色不够均匀，赵铁柱举着一本A4纸在旁边补光——赵铁柱举着手机打光，林风站在旁边指导角度。照片拍出来之后用了一个网上修图软件简单地调了一下亮度，然后发给了旅行社那边的对接人。</w:t>
      </w:r>
    </w:p>
    <w:p>
      <w:pPr>
        <w:spacing w:line="560" w:lineRule="exact"/>
        <w:ind w:firstLine="420"/>
      </w:pPr>
      <w:r>
        <w:rPr>
          <w:rFonts w:ascii="宋体" w:hAnsi="宋体" w:eastAsia="宋体"/>
          <w:sz w:val="24"/>
        </w:rPr>
        <w:t>等待的这两天里，每个人都用自己的方式保持平静。</w:t>
      </w:r>
    </w:p>
    <w:p>
      <w:pPr>
        <w:spacing w:line="560" w:lineRule="exact"/>
        <w:ind w:firstLine="420"/>
      </w:pPr>
      <w:r>
        <w:rPr>
          <w:rFonts w:ascii="宋体" w:hAnsi="宋体" w:eastAsia="宋体"/>
          <w:sz w:val="24"/>
        </w:rPr>
        <w:t>等待是整件事中最难熬的部分——不是行动本身，而是行动之前的空白时间里，脑子里会自动播放最坏的可能性。</w:t>
      </w:r>
    </w:p>
    <w:p>
      <w:pPr>
        <w:spacing w:line="560" w:lineRule="exact"/>
        <w:ind w:firstLine="420"/>
      </w:pPr>
      <w:r>
        <w:rPr>
          <w:rFonts w:ascii="宋体" w:hAnsi="宋体" w:eastAsia="宋体"/>
          <w:sz w:val="24"/>
        </w:rPr>
        <w:t>赵铁柱在客厅的地上铺了一张瑜伽垫做俯卧撑——他已经做了四组，每组五十个。用他自己的话说：「不动起来心慌——我他妈一静下来就脑子里全是明天可能出事。」赵铁柱一边撑地一边说，呼吸急促但语气轻松。</w:t>
      </w:r>
    </w:p>
    <w:p>
      <w:pPr>
        <w:spacing w:line="560" w:lineRule="exact"/>
        <w:ind w:firstLine="420"/>
      </w:pPr>
      <w:r>
        <w:rPr>
          <w:rFonts w:ascii="宋体" w:hAnsi="宋体" w:eastAsia="宋体"/>
          <w:sz w:val="24"/>
        </w:rPr>
        <w:t>夜影坐在角落的折叠椅上闭目养神。她的黑色背包靠在她脚边——里面是什么，她从来没打开给大家看过。但凌天猜那里面有一把折叠刀和一套开锁工具。</w:t>
      </w:r>
    </w:p>
    <w:p>
      <w:pPr>
        <w:spacing w:line="560" w:lineRule="exact"/>
        <w:ind w:firstLine="420"/>
      </w:pPr>
      <w:r>
        <w:rPr>
          <w:rFonts w:ascii="宋体" w:hAnsi="宋体" w:eastAsia="宋体"/>
          <w:sz w:val="24"/>
        </w:rPr>
        <w:t>凌天一直盯着笔记本电脑屏幕，偶尔敲几行代码。他在写一个针对奥林匹斯数据中心内网的渗透脚本——结合EVE协议的源代码，从里面提取了几个核心函数，改编成一套自动化入侵工具。</w:t>
      </w:r>
    </w:p>
    <w:p>
      <w:pPr>
        <w:spacing w:line="560" w:lineRule="exact"/>
        <w:ind w:firstLine="420"/>
      </w:pPr>
      <w:r>
        <w:rPr>
          <w:rFonts w:ascii="宋体" w:hAnsi="宋体" w:eastAsia="宋体"/>
          <w:sz w:val="24"/>
        </w:rPr>
        <w:t>林风则反复看着父亲的两段视频。</w:t>
      </w:r>
    </w:p>
    <w:p>
      <w:pPr>
        <w:spacing w:line="560" w:lineRule="exact"/>
        <w:ind w:firstLine="420"/>
      </w:pPr>
      <w:r>
        <w:rPr>
          <w:rFonts w:ascii="宋体" w:hAnsi="宋体" w:eastAsia="宋体"/>
          <w:sz w:val="24"/>
        </w:rPr>
        <w:t>他把手机放在桌上，塞上耳机，将父亲在视频里说的每一段话拆开来反复听。不是听内容——内容他早就背下来了。他在听语气、听呼吸、听每个字之间微妙的停顿。不是听内容——他已经把内容背下来了。他在听语气、听停顿、听父亲说每句话时的呼吸节奏。</w:t>
      </w:r>
    </w:p>
    <w:p>
      <w:pPr>
        <w:spacing w:line="560" w:lineRule="exact"/>
        <w:ind w:firstLine="420"/>
      </w:pPr>
      <w:r>
        <w:rPr>
          <w:rFonts w:ascii="宋体" w:hAnsi="宋体" w:eastAsia="宋体"/>
          <w:sz w:val="24"/>
        </w:rPr>
        <w:t>父亲在说「我和你妈还活着」之前，停顿了约两秒钟。那两秒里，他听到了父亲吸了一口气——像是一个人在说出一件很重要的事情之前，需要先稳住自己的情绪。</w:t>
      </w:r>
    </w:p>
    <w:p>
      <w:pPr>
        <w:spacing w:line="560" w:lineRule="exact"/>
        <w:ind w:firstLine="420"/>
      </w:pPr>
      <w:r>
        <w:rPr>
          <w:rFonts w:ascii="宋体" w:hAnsi="宋体" w:eastAsia="宋体"/>
          <w:sz w:val="24"/>
        </w:rPr>
        <w:t>父亲在说「儿子，保重」的时候，声音里带着一丝他几乎注意不到的颤抖——不像是害怕，更像是……不舍。</w:t>
      </w:r>
    </w:p>
    <w:p>
      <w:pPr>
        <w:spacing w:line="560" w:lineRule="exact"/>
        <w:ind w:firstLine="420"/>
      </w:pPr>
      <w:r>
        <w:rPr>
          <w:rFonts w:ascii="宋体" w:hAnsi="宋体" w:eastAsia="宋体"/>
          <w:sz w:val="24"/>
        </w:rPr>
        <w:t>他按了暂停键，把手机屏幕朝下扣在桌上，揉了揉太阳穴。</w:t>
      </w:r>
    </w:p>
    <w:p>
      <w:pPr>
        <w:spacing w:line="560" w:lineRule="exact"/>
        <w:ind w:firstLine="420"/>
      </w:pPr>
      <w:r>
        <w:rPr>
          <w:rFonts w:ascii="宋体" w:hAnsi="宋体" w:eastAsia="宋体"/>
          <w:sz w:val="24"/>
        </w:rPr>
        <w:t>林风摘下耳机。凌天抬起头看着他——凌天的眼睛因为长时间盯着屏幕布满了血丝。</w:t>
      </w:r>
    </w:p>
    <w:p>
      <w:pPr>
        <w:spacing w:line="560" w:lineRule="exact"/>
        <w:ind w:firstLine="420"/>
      </w:pPr>
      <w:r>
        <w:rPr>
          <w:rFonts w:ascii="宋体" w:hAnsi="宋体" w:eastAsia="宋体"/>
          <w:sz w:val="24"/>
        </w:rPr>
        <w:t>「我在想——如果我爸妈真的没事，为什么十六年了——他们不自己出来？」林风说，「他们有能力造一座地下基地，有能力设计加密系统，有能力安排陈泽宇去卧底——但他们没有主动联系我。为什么？」</w:t>
      </w:r>
    </w:p>
    <w:p>
      <w:pPr>
        <w:spacing w:line="560" w:lineRule="exact"/>
        <w:ind w:firstLine="420"/>
      </w:pPr>
      <w:r>
        <w:rPr>
          <w:rFonts w:ascii="宋体" w:hAnsi="宋体" w:eastAsia="宋体"/>
          <w:sz w:val="24"/>
        </w:rPr>
        <w:t>屋里安静了几秒，只有吊扇慢悠悠转动的声音。</w:t>
      </w:r>
    </w:p>
    <w:p>
      <w:pPr>
        <w:spacing w:line="560" w:lineRule="exact"/>
        <w:ind w:firstLine="420"/>
      </w:pPr>
      <w:r>
        <w:rPr>
          <w:rFonts w:ascii="宋体" w:hAnsi="宋体" w:eastAsia="宋体"/>
          <w:sz w:val="24"/>
        </w:rPr>
        <w:t>「因为他们不能。」夜影睁开了眼睛，「如果他们主动联系你那——暗流就会跟着那根线找到你。」</w:t>
      </w:r>
    </w:p>
    <w:p>
      <w:pPr>
        <w:spacing w:line="560" w:lineRule="exact"/>
        <w:ind w:firstLine="420"/>
      </w:pPr>
      <w:r>
        <w:rPr>
          <w:rFonts w:ascii="宋体" w:hAnsi="宋体" w:eastAsia="宋体"/>
          <w:sz w:val="24"/>
        </w:rPr>
        <w:t>「我同意。」凌天说，「你父亲在视频里说的很清楚——他们在岛上。如果他们能回来，他们早就回来了。说明他们现在回不来——不是不想，是不能。」</w:t>
      </w:r>
    </w:p>
    <w:p>
      <w:pPr>
        <w:spacing w:line="560" w:lineRule="exact"/>
        <w:ind w:firstLine="420"/>
      </w:pPr>
      <w:r>
        <w:rPr>
          <w:rFonts w:ascii="宋体" w:hAnsi="宋体" w:eastAsia="宋体"/>
          <w:sz w:val="24"/>
        </w:rPr>
        <w:t>「那他们怎么知道我走到哪一步了？」林风说，「古玉激活之后，他们怎么知道我进了基地？」</w:t>
      </w:r>
    </w:p>
    <w:p>
      <w:pPr>
        <w:spacing w:line="560" w:lineRule="exact"/>
        <w:ind w:firstLine="420"/>
      </w:pPr>
      <w:r>
        <w:rPr>
          <w:rFonts w:ascii="宋体" w:hAnsi="宋体" w:eastAsia="宋体"/>
          <w:sz w:val="24"/>
        </w:rPr>
        <w:t>凌天把眼镜摘下来用衣角擦了擦，又戴回去——他在认真思考。林风认识他这么久，知道这个动作的意思。</w:t>
      </w:r>
    </w:p>
    <w:p>
      <w:pPr>
        <w:spacing w:line="560" w:lineRule="exact"/>
        <w:ind w:firstLine="420"/>
      </w:pPr>
      <w:r>
        <w:rPr>
          <w:rFonts w:ascii="宋体" w:hAnsi="宋体" w:eastAsia="宋体"/>
          <w:sz w:val="24"/>
        </w:rPr>
        <w:t>「你说古玉是管理者权限转移证书——对吧？」</w:t>
      </w:r>
    </w:p>
    <w:p>
      <w:pPr>
        <w:spacing w:line="560" w:lineRule="exact"/>
        <w:ind w:firstLine="420"/>
      </w:pPr>
      <w:r>
        <w:rPr>
          <w:rFonts w:ascii="宋体" w:hAnsi="宋体" w:eastAsia="宋体"/>
          <w:sz w:val="24"/>
        </w:rPr>
        <w:t>「嗯。」</w:t>
      </w:r>
    </w:p>
    <w:p>
      <w:pPr>
        <w:spacing w:line="560" w:lineRule="exact"/>
        <w:ind w:firstLine="420"/>
      </w:pPr>
      <w:r>
        <w:rPr>
          <w:rFonts w:ascii="宋体" w:hAnsi="宋体" w:eastAsia="宋体"/>
          <w:sz w:val="24"/>
        </w:rPr>
        <w:t>「那《天界》的管理员后台——是不是能看到古玉的激活状态？」</w:t>
      </w:r>
    </w:p>
    <w:p>
      <w:pPr>
        <w:spacing w:line="560" w:lineRule="exact"/>
        <w:ind w:firstLine="420"/>
      </w:pPr>
      <w:r>
        <w:rPr>
          <w:rFonts w:ascii="宋体" w:hAnsi="宋体" w:eastAsia="宋体"/>
          <w:sz w:val="24"/>
        </w:rPr>
        <w:t>林风拿着古玉的手停在了半空中——他愣住了。</w:t>
      </w:r>
    </w:p>
    <w:p>
      <w:pPr>
        <w:spacing w:line="560" w:lineRule="exact"/>
        <w:ind w:firstLine="420"/>
      </w:pPr>
      <w:r>
        <w:rPr>
          <w:rFonts w:ascii="宋体" w:hAnsi="宋体" w:eastAsia="宋体"/>
          <w:sz w:val="24"/>
        </w:rPr>
        <w:t>他从来没从这个角度想过——古玉对父母来说，是一个定位器。</w:t>
      </w:r>
    </w:p>
    <w:p>
      <w:pPr>
        <w:spacing w:line="560" w:lineRule="exact"/>
        <w:ind w:firstLine="420"/>
      </w:pPr>
      <w:r>
        <w:rPr>
          <w:rFonts w:ascii="宋体" w:hAnsi="宋体" w:eastAsia="宋体"/>
          <w:sz w:val="24"/>
        </w:rPr>
        <w:t>《天界》的管理员后台——如果古玉是服务器管理员的身份认证令牌，那它的每一次激活、每一次连接，后台都一定有日志记录。如果父母真的有权限连接到《天界》的管理后台——那他们确实能看到古玉的使用记录，知道林风什么时候进了游戏，什么时候激活了什么功能。</w:t>
      </w:r>
    </w:p>
    <w:p>
      <w:pPr>
        <w:spacing w:line="560" w:lineRule="exact"/>
        <w:ind w:firstLine="420"/>
      </w:pPr>
      <w:r>
        <w:rPr>
          <w:rFonts w:ascii="宋体" w:hAnsi="宋体" w:eastAsia="宋体"/>
          <w:sz w:val="24"/>
        </w:rPr>
        <w:t>「古玉不仅仅是《天界》的管理员钥匙。」凌天把椅子转过来，推了推眼镜，「它是一个动态信标——每次激活都会向《天界》的根服务器发送身份认证请求。如果伯父伯母有能力接入那个后台——他们就能看到你的登录记录。」</w:t>
      </w:r>
    </w:p>
    <w:p>
      <w:pPr>
        <w:spacing w:line="560" w:lineRule="exact"/>
        <w:ind w:firstLine="420"/>
      </w:pPr>
      <w:r>
        <w:rPr>
          <w:rFonts w:ascii="宋体" w:hAnsi="宋体" w:eastAsia="宋体"/>
          <w:sz w:val="24"/>
        </w:rPr>
        <w:t>林风低头看着手心里的古玉，琥珀色的灯光从指缝间漏出来。</w:t>
      </w:r>
    </w:p>
    <w:p>
      <w:pPr>
        <w:spacing w:line="560" w:lineRule="exact"/>
        <w:ind w:firstLine="420"/>
      </w:pPr>
      <w:r>
        <w:rPr>
          <w:rFonts w:ascii="宋体" w:hAnsi="宋体" w:eastAsia="宋体"/>
          <w:sz w:val="24"/>
        </w:rPr>
        <w:t>「所以他们一直在看着我。」林风把古玉翻了个面，看着背面那些几乎看不清的微雕纹路，「他们在等我走到这一步。」</w:t>
      </w:r>
    </w:p>
    <w:p>
      <w:pPr>
        <w:spacing w:line="560" w:lineRule="exact"/>
        <w:ind w:firstLine="420"/>
      </w:pPr>
      <w:r>
        <w:rPr>
          <w:rFonts w:ascii="宋体" w:hAnsi="宋体" w:eastAsia="宋体"/>
          <w:sz w:val="24"/>
        </w:rPr>
        <w:t>「我只是推测——」凌天说，「但如果你父亲的视频里说了『等你自己找到答案』——那答案很可能就在《天界》的后台权限里。」</w:t>
      </w:r>
    </w:p>
    <w:p>
      <w:pPr>
        <w:spacing w:line="560" w:lineRule="exact"/>
        <w:ind w:firstLine="420"/>
      </w:pPr>
      <w:r>
        <w:rPr>
          <w:rFonts w:ascii="宋体" w:hAnsi="宋体" w:eastAsia="宋体"/>
          <w:sz w:val="24"/>
        </w:rPr>
        <w:t>林风把古玉紧紧握在手心，感受着玉石贴着掌心的微凉触感——像是握住了一块被十六年时光打磨过的凭证。这块玉佩从他记事起就一直戴在身上——他曾以为那是父母留下的唯一遗物。现在他知道，那是一条随时可以被拉动的线。</w:t>
      </w:r>
    </w:p>
    <w:p>
      <w:pPr>
        <w:spacing w:line="560" w:lineRule="exact"/>
        <w:ind w:firstLine="420"/>
      </w:pPr>
      <w:r>
        <w:rPr>
          <w:rFonts w:ascii="宋体" w:hAnsi="宋体" w:eastAsia="宋体"/>
          <w:sz w:val="24"/>
        </w:rPr>
        <w:t>这种感觉很奇特——十六年来他以为自己是被遗弃的，每年清明节独自去墓园对着空碑鞠躬。而现在他知道了，他们一直都在看着他——只是不能说话。十六年的空白，十六年来每一个生日他都在想「如果他们在就好了」——而现在他知道了，他们可能一直都在某个地方，通过《天界》的后台日志，看着他的游戏角色从零级升到满级，看着他在虚拟世界里一步步走到今天。</w:t>
      </w:r>
    </w:p>
    <w:p>
      <w:pPr>
        <w:spacing w:line="560" w:lineRule="exact"/>
        <w:ind w:firstLine="420"/>
      </w:pPr>
      <w:r>
        <w:rPr>
          <w:rFonts w:ascii="宋体" w:hAnsi="宋体" w:eastAsia="宋体"/>
          <w:sz w:val="24"/>
        </w:rPr>
        <w:t>他们不是没有找他。</w:t>
      </w:r>
    </w:p>
    <w:p>
      <w:pPr>
        <w:spacing w:line="560" w:lineRule="exact"/>
        <w:ind w:firstLine="420"/>
      </w:pPr>
      <w:r>
        <w:rPr>
          <w:rFonts w:ascii="宋体" w:hAnsi="宋体" w:eastAsia="宋体"/>
          <w:sz w:val="24"/>
        </w:rPr>
        <w:t>他们是在等他走到对的位置。</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两天后，上午十点。</w:t>
      </w:r>
    </w:p>
    <w:p>
      <w:pPr>
        <w:spacing w:line="560" w:lineRule="exact"/>
        <w:ind w:firstLine="420"/>
      </w:pPr>
      <w:r>
        <w:rPr>
          <w:rFonts w:ascii="宋体" w:hAnsi="宋体" w:eastAsia="宋体"/>
          <w:sz w:val="24"/>
        </w:rPr>
        <w:t>苏小雅的手机响了。</w:t>
      </w:r>
    </w:p>
    <w:p>
      <w:pPr>
        <w:spacing w:line="560" w:lineRule="exact"/>
        <w:ind w:firstLine="420"/>
      </w:pPr>
      <w:r>
        <w:rPr>
          <w:rFonts w:ascii="宋体" w:hAnsi="宋体" w:eastAsia="宋体"/>
          <w:sz w:val="24"/>
        </w:rPr>
        <w:t>所有人的目光都集中在她手机上。</w:t>
      </w:r>
    </w:p>
    <w:p>
      <w:pPr>
        <w:spacing w:line="560" w:lineRule="exact"/>
        <w:ind w:firstLine="420"/>
      </w:pPr>
      <w:r>
        <w:rPr>
          <w:rFonts w:ascii="宋体" w:hAnsi="宋体" w:eastAsia="宋体"/>
          <w:sz w:val="24"/>
        </w:rPr>
        <w:t>她接起电话，听了大约十五秒——然后挂了。</w:t>
      </w:r>
    </w:p>
    <w:p>
      <w:pPr>
        <w:spacing w:line="560" w:lineRule="exact"/>
        <w:ind w:firstLine="420"/>
      </w:pPr>
      <w:r>
        <w:rPr>
          <w:rFonts w:ascii="宋体" w:hAnsi="宋体" w:eastAsia="宋体"/>
          <w:sz w:val="24"/>
        </w:rPr>
        <w:t>「签证过了。」她说，「明天上午十点半的航班——上海浦东到新加坡樟宜。」</w:t>
      </w:r>
    </w:p>
    <w:p>
      <w:pPr>
        <w:spacing w:line="560" w:lineRule="exact"/>
        <w:ind w:firstLine="420"/>
      </w:pPr>
      <w:r>
        <w:rPr>
          <w:rFonts w:ascii="宋体" w:hAnsi="宋体" w:eastAsia="宋体"/>
          <w:sz w:val="24"/>
        </w:rPr>
        <w:t>房间里的气氛骤然松了下来。</w:t>
      </w:r>
    </w:p>
    <w:p>
      <w:pPr>
        <w:spacing w:line="560" w:lineRule="exact"/>
        <w:ind w:firstLine="420"/>
      </w:pPr>
      <w:r>
        <w:rPr>
          <w:rFonts w:ascii="宋体" w:hAnsi="宋体" w:eastAsia="宋体"/>
          <w:sz w:val="24"/>
        </w:rPr>
        <w:t>赵铁柱一屁股坐在瑜伽垫上，长长地呼出一口气——像是憋了两天终于可以呼吸了。凌天合上电脑，摘了眼镜，用两根手指用力揉了揉鼻梁——他的眼睛布满了血丝，这两天他几乎没怎么睡。夜影依然没有出声——但她从墙边直起身来，把黑色背包的肩带拉紧了一些。动作很轻但很利落。她把一直放在脚边的黑色背包拉好拉链，甩到肩上，然后靠在墙边等着出发的指令。</w:t>
      </w:r>
    </w:p>
    <w:p>
      <w:pPr>
        <w:spacing w:line="560" w:lineRule="exact"/>
        <w:ind w:firstLine="420"/>
      </w:pPr>
      <w:r>
        <w:rPr>
          <w:rFonts w:ascii="宋体" w:hAnsi="宋体" w:eastAsia="宋体"/>
          <w:sz w:val="24"/>
        </w:rPr>
        <w:t>林风站起身，走到窗边。</w:t>
      </w:r>
    </w:p>
    <w:p>
      <w:pPr>
        <w:spacing w:line="560" w:lineRule="exact"/>
        <w:ind w:firstLine="420"/>
      </w:pPr>
      <w:r>
        <w:rPr>
          <w:rFonts w:ascii="宋体" w:hAnsi="宋体" w:eastAsia="宋体"/>
          <w:sz w:val="24"/>
        </w:rPr>
        <w:t>窗外是上海秋天的天空——灰蓝色的，阳光从云层缝隙里漏下来，照在城中村的红砖屋顶上。</w:t>
      </w:r>
    </w:p>
    <w:p>
      <w:pPr>
        <w:spacing w:line="560" w:lineRule="exact"/>
        <w:ind w:firstLine="420"/>
      </w:pPr>
      <w:r>
        <w:rPr>
          <w:rFonts w:ascii="宋体" w:hAnsi="宋体" w:eastAsia="宋体"/>
          <w:sz w:val="24"/>
        </w:rPr>
        <w:t>「明天——新加坡。」</w:t>
      </w:r>
    </w:p>
    <w:p>
      <w:pPr>
        <w:spacing w:line="560" w:lineRule="exact"/>
        <w:ind w:firstLine="420"/>
      </w:pPr>
      <w:r>
        <w:rPr>
          <w:rFonts w:ascii="宋体" w:hAnsi="宋体" w:eastAsia="宋体"/>
          <w:sz w:val="24"/>
        </w:rPr>
        <w:t>他转过身，目光扫过房间里的每一个人。</w:t>
      </w:r>
    </w:p>
    <w:p>
      <w:pPr>
        <w:spacing w:line="560" w:lineRule="exact"/>
        <w:ind w:firstLine="420"/>
      </w:pPr>
      <w:r>
        <w:rPr>
          <w:rFonts w:ascii="宋体" w:hAnsi="宋体" w:eastAsia="宋体"/>
          <w:sz w:val="24"/>
        </w:rPr>
        <w:t>「我再确认一次——」</w:t>
      </w:r>
    </w:p>
    <w:p>
      <w:pPr>
        <w:spacing w:line="560" w:lineRule="exact"/>
        <w:ind w:firstLine="420"/>
      </w:pPr>
      <w:r>
        <w:rPr>
          <w:rFonts w:ascii="宋体" w:hAnsi="宋体" w:eastAsia="宋体"/>
          <w:sz w:val="24"/>
        </w:rPr>
        <w:t>「铁柱：负责物理端口接入。你需要在我们进入数据中心之后，找到他们的网络机房，用凌天准备的设备物理接入内网。」</w:t>
      </w:r>
    </w:p>
    <w:p>
      <w:pPr>
        <w:spacing w:line="560" w:lineRule="exact"/>
        <w:ind w:firstLine="420"/>
      </w:pPr>
      <w:r>
        <w:rPr>
          <w:rFonts w:ascii="宋体" w:hAnsi="宋体" w:eastAsia="宋体"/>
          <w:sz w:val="24"/>
        </w:rPr>
        <w:t>赵铁柱比了一个OK的手势。</w:t>
      </w:r>
    </w:p>
    <w:p>
      <w:pPr>
        <w:spacing w:line="560" w:lineRule="exact"/>
        <w:ind w:firstLine="420"/>
      </w:pPr>
      <w:r>
        <w:rPr>
          <w:rFonts w:ascii="宋体" w:hAnsi="宋体" w:eastAsia="宋体"/>
          <w:sz w:val="24"/>
        </w:rPr>
        <w:t>「凌天：负责远程支持。你不进数据中心——你在外面的安全屋里控制所有电子设备，监控安保频道，给我们开门。」</w:t>
      </w:r>
    </w:p>
    <w:p>
      <w:pPr>
        <w:spacing w:line="560" w:lineRule="exact"/>
        <w:ind w:firstLine="420"/>
      </w:pPr>
      <w:r>
        <w:rPr>
          <w:rFonts w:ascii="宋体" w:hAnsi="宋体" w:eastAsia="宋体"/>
          <w:sz w:val="24"/>
        </w:rPr>
        <w:t>凌天点了点头。</w:t>
      </w:r>
    </w:p>
    <w:p>
      <w:pPr>
        <w:spacing w:line="560" w:lineRule="exact"/>
        <w:ind w:firstLine="420"/>
      </w:pPr>
      <w:r>
        <w:rPr>
          <w:rFonts w:ascii="宋体" w:hAnsi="宋体" w:eastAsia="宋体"/>
          <w:sz w:val="24"/>
        </w:rPr>
        <w:t>「小雅：负责外部掩护。你在数据中心外面的咖啡厅或者车里待命——如果我们需要紧急撤离，你来接应。」</w:t>
      </w:r>
    </w:p>
    <w:p>
      <w:pPr>
        <w:spacing w:line="560" w:lineRule="exact"/>
        <w:ind w:firstLine="420"/>
      </w:pPr>
      <w:r>
        <w:rPr>
          <w:rFonts w:ascii="宋体" w:hAnsi="宋体" w:eastAsia="宋体"/>
          <w:sz w:val="24"/>
        </w:rPr>
        <w:t>苏小雅点了点头，把租来的车钥匙紧紧握在手心里。她租了一辆新加坡本地车牌的车，预付了三天的租金。</w:t>
      </w:r>
    </w:p>
    <w:p>
      <w:pPr>
        <w:spacing w:line="560" w:lineRule="exact"/>
        <w:ind w:firstLine="420"/>
      </w:pPr>
      <w:r>
        <w:rPr>
          <w:rFonts w:ascii="宋体" w:hAnsi="宋体" w:eastAsia="宋体"/>
          <w:sz w:val="24"/>
        </w:rPr>
        <w:t>「夜影：你和我一起进去。」</w:t>
      </w:r>
    </w:p>
    <w:p>
      <w:pPr>
        <w:spacing w:line="560" w:lineRule="exact"/>
        <w:ind w:firstLine="420"/>
      </w:pPr>
      <w:r>
        <w:rPr>
          <w:rFonts w:ascii="宋体" w:hAnsi="宋体" w:eastAsia="宋体"/>
          <w:sz w:val="24"/>
        </w:rPr>
        <w:t>夜影没有点头——但她的眼神说明了一切。</w:t>
      </w:r>
    </w:p>
    <w:p>
      <w:pPr>
        <w:spacing w:line="560" w:lineRule="exact"/>
        <w:ind w:firstLine="420"/>
      </w:pPr>
      <w:r>
        <w:rPr>
          <w:rFonts w:ascii="宋体" w:hAnsi="宋体" w:eastAsia="宋体"/>
          <w:sz w:val="24"/>
        </w:rPr>
        <w:t>「还有什么问题？」林风问。</w:t>
      </w:r>
    </w:p>
    <w:p>
      <w:pPr>
        <w:spacing w:line="560" w:lineRule="exact"/>
        <w:ind w:firstLine="420"/>
      </w:pPr>
      <w:r>
        <w:rPr>
          <w:rFonts w:ascii="宋体" w:hAnsi="宋体" w:eastAsia="宋体"/>
          <w:sz w:val="24"/>
        </w:rPr>
        <w:t>没有人再说话。该说的都已经说完了——剩下的只有行动。</w:t>
      </w:r>
    </w:p>
    <w:p>
      <w:pPr>
        <w:spacing w:line="560" w:lineRule="exact"/>
        <w:ind w:firstLine="420"/>
      </w:pPr>
      <w:r>
        <w:rPr>
          <w:rFonts w:ascii="宋体" w:hAnsi="宋体" w:eastAsia="宋体"/>
          <w:sz w:val="24"/>
        </w:rPr>
        <w:t>「那就散了。晚上早睡。明天——我们把这局打完。」</w:t>
      </w:r>
    </w:p>
    <w:p>
      <w:r>
        <w:br w:type="page"/>
      </w:r>
    </w:p>
    <w:p>
      <w:pPr>
        <w:jc w:val="center"/>
      </w:pPr>
      <w:r>
        <w:rPr>
          <w:b/>
          <w:sz w:val="32"/>
        </w:rPr>
        <w:t>第073章 飞往新加坡</w:t>
      </w:r>
    </w:p>
    <w:p>
      <w:pPr>
        <w:jc w:val="center"/>
      </w:pPr>
      <w:r>
        <w:rPr>
          <w:color w:val="999999"/>
          <w:sz w:val="18"/>
        </w:rPr>
        <w:t>（2,503字）</w:t>
      </w:r>
    </w:p>
    <w:p/>
    <w:p>
      <w:pPr>
        <w:spacing w:line="560" w:lineRule="exact"/>
        <w:ind w:firstLine="420"/>
      </w:pPr>
      <w:r>
        <w:rPr>
          <w:rFonts w:ascii="宋体" w:hAnsi="宋体" w:eastAsia="宋体"/>
          <w:sz w:val="24"/>
        </w:rPr>
        <w:t>上海浦东国际机场，T2航站楼，出发大厅。巨大的玻璃幕墙外，一架架飞机在跑道上排队等待起飞，引擎的轰鸣声隔着玻璃传进来，低沉而有节奏。</w:t>
      </w:r>
    </w:p>
    <w:p>
      <w:pPr>
        <w:spacing w:line="560" w:lineRule="exact"/>
        <w:ind w:firstLine="420"/>
      </w:pPr>
      <w:r>
        <w:rPr>
          <w:rFonts w:ascii="宋体" w:hAnsi="宋体" w:eastAsia="宋体"/>
          <w:sz w:val="24"/>
        </w:rPr>
        <w:t>早上八点半的出发大厅已经进入了全天最繁忙的时段之一。拖着行李箱的商务旅客、举着小旗子清点人数的旅行团导游、背着双肩包赶早班机的学生——各个年龄段、各种肤色的人在大厅里交错穿行，广播里循环播放着航班登机提醒，中英文交替。拖着行李箱的商务旅客、举着小旗子的旅行团、背着双肩包的学生——各种语言、各种面孔在巨大的航站楼里交错穿行。</w:t>
      </w:r>
    </w:p>
    <w:p>
      <w:pPr>
        <w:spacing w:line="560" w:lineRule="exact"/>
        <w:ind w:firstLine="420"/>
      </w:pPr>
      <w:r>
        <w:rPr>
          <w:rFonts w:ascii="宋体" w:hAnsi="宋体" w:eastAsia="宋体"/>
          <w:sz w:val="24"/>
        </w:rPr>
        <w:t>林风穿着一件干净的黑色连帽卫衣和深灰色工装裤——帽子没有拉起来——背着一只普通的灰色登山包，看起来像是任何一个赶早班机的普通年轻人。看起来和任何一个赶早班机的年轻人没什么区别。他的口袋里装着古玉、护照、和那张用苏小雅公司名义办的商务签证。</w:t>
      </w:r>
    </w:p>
    <w:p>
      <w:pPr>
        <w:spacing w:line="560" w:lineRule="exact"/>
        <w:ind w:firstLine="420"/>
      </w:pPr>
      <w:r>
        <w:rPr>
          <w:rFonts w:ascii="宋体" w:hAnsi="宋体" w:eastAsia="宋体"/>
          <w:sz w:val="24"/>
        </w:rPr>
        <w:t>苏小雅走在他身边，推着一个银色行李箱——里面是凌天的电子设备箱，伪装成普通托运物品。她穿着一件简洁的白色衬衫和黑色长裤，戴着一副黑框平光眼镜，看起来像是去新加坡谈生意的商务人士。</w:t>
      </w:r>
    </w:p>
    <w:p>
      <w:pPr>
        <w:spacing w:line="560" w:lineRule="exact"/>
        <w:ind w:firstLine="420"/>
      </w:pPr>
      <w:r>
        <w:rPr>
          <w:rFonts w:ascii="宋体" w:hAnsi="宋体" w:eastAsia="宋体"/>
          <w:sz w:val="24"/>
        </w:rPr>
        <w:t>夜影在安检入口之前就和他们分开了。她没有托运，背着一个很小的黑色斜挎包——里面只有钱包、护照、充电宝和一把她随身携带的多功能工具卡。她买的是同一班航班的商务舱——不同座位，不同时间登机，制造出三个人互不相识的表象。她穿了一件灰色的风衣，扎着低马尾，看起来像是一个独自出差的年轻女性。</w:t>
      </w:r>
    </w:p>
    <w:p>
      <w:pPr>
        <w:spacing w:line="560" w:lineRule="exact"/>
        <w:ind w:firstLine="420"/>
      </w:pPr>
      <w:r>
        <w:rPr>
          <w:rFonts w:ascii="宋体" w:hAnsi="宋体" w:eastAsia="宋体"/>
          <w:sz w:val="24"/>
        </w:rPr>
        <w:t>赵铁柱走在更后面，保持大约十米的距离。他跟他们一样是经济舱——坐在林风后排的靠窗位置。他是三个人里看起来最正常的一个：一身运动装，背着耐克包，耳机挂在脖子上，跟任何一个去旅游的大学生毫无区别。</w:t>
      </w:r>
    </w:p>
    <w:p>
      <w:pPr>
        <w:spacing w:line="560" w:lineRule="exact"/>
        <w:ind w:firstLine="420"/>
      </w:pPr>
      <w:r>
        <w:rPr>
          <w:rFonts w:ascii="宋体" w:hAnsi="宋体" w:eastAsia="宋体"/>
          <w:sz w:val="24"/>
        </w:rPr>
        <w:t>凌天不在机场。</w:t>
      </w:r>
    </w:p>
    <w:p>
      <w:pPr>
        <w:spacing w:line="560" w:lineRule="exact"/>
        <w:ind w:firstLine="420"/>
      </w:pPr>
      <w:r>
        <w:rPr>
          <w:rFonts w:ascii="宋体" w:hAnsi="宋体" w:eastAsia="宋体"/>
          <w:sz w:val="24"/>
        </w:rPr>
        <w:t>凌天昨天下午六点从上海虹桥坐高铁出发去了深圳，晚上十点半到达深圳北站，过境香港，再从香港机场乘凌晨的航班飞新加坡。再从深圳蛇口坐船去了香港，然后从香港飞往新加坡。这是他们计划的一部分——分散入境，避免任何一个人被盯上导致全盘皆输。</w:t>
      </w:r>
    </w:p>
    <w:p>
      <w:pPr>
        <w:spacing w:line="560" w:lineRule="exact"/>
        <w:ind w:firstLine="420"/>
      </w:pPr>
      <w:r>
        <w:rPr>
          <w:rFonts w:ascii="宋体" w:hAnsi="宋体" w:eastAsia="宋体"/>
          <w:sz w:val="24"/>
        </w:rPr>
        <w:t>在过安检之前，林风回头看了一眼出发大厅的巨大落地窗外——上海的灰色天空下，飞机起降的轨迹划过天际。</w:t>
      </w:r>
    </w:p>
    <w:p>
      <w:pPr>
        <w:spacing w:line="560" w:lineRule="exact"/>
        <w:ind w:firstLine="420"/>
      </w:pPr>
      <w:r>
        <w:rPr>
          <w:rFonts w:ascii="宋体" w:hAnsi="宋体" w:eastAsia="宋体"/>
          <w:sz w:val="24"/>
        </w:rPr>
        <w:t>林风的目光扫过航站楼里的人——有人在看手机，有人在跟家人拥抱告别，有人匆匆赶路。他没有发现任何可疑的人。但他们都知道，暗流的人可能在任何地方。他想起父亲在视频里那句未说完的话——「剩下的——等你来了再说。」</w:t>
      </w:r>
    </w:p>
    <w:p>
      <w:pPr>
        <w:spacing w:line="560" w:lineRule="exact"/>
        <w:ind w:firstLine="420"/>
      </w:pPr>
      <w:r>
        <w:rPr>
          <w:rFonts w:ascii="宋体" w:hAnsi="宋体" w:eastAsia="宋体"/>
          <w:sz w:val="24"/>
        </w:rPr>
        <w:t>快了。</w:t>
      </w:r>
    </w:p>
    <w:p>
      <w:pPr>
        <w:spacing w:line="560" w:lineRule="exact"/>
        <w:ind w:firstLine="420"/>
      </w:pPr>
      <w:r>
        <w:rPr>
          <w:rFonts w:ascii="宋体" w:hAnsi="宋体" w:eastAsia="宋体"/>
          <w:sz w:val="24"/>
        </w:rPr>
        <w:t>快了。</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登机口开放的时候，林风排在队伍中间位置。他故意等了十几秒才站起来，让前面的人先走，同时用余光扫了一圈排队的人——没有看到需要留意的人。走过廊桥的时候，他的脚步在登机口停了一下。</w:t>
      </w:r>
    </w:p>
    <w:p>
      <w:pPr>
        <w:spacing w:line="560" w:lineRule="exact"/>
        <w:ind w:firstLine="420"/>
      </w:pPr>
      <w:r>
        <w:rPr>
          <w:rFonts w:ascii="宋体" w:hAnsi="宋体" w:eastAsia="宋体"/>
          <w:sz w:val="24"/>
        </w:rPr>
        <w:t>然后他走进了飞机。廊桥里的空调风把卫衣帽子吹得轻轻摆动。</w:t>
      </w:r>
    </w:p>
    <w:p>
      <w:pPr>
        <w:spacing w:line="560" w:lineRule="exact"/>
        <w:ind w:firstLine="420"/>
      </w:pPr>
      <w:r>
        <w:rPr>
          <w:rFonts w:ascii="宋体" w:hAnsi="宋体" w:eastAsia="宋体"/>
          <w:sz w:val="24"/>
        </w:rPr>
        <w:t>找到自己的座位——靠过道的21C。</w:t>
      </w:r>
    </w:p>
    <w:p>
      <w:pPr>
        <w:spacing w:line="560" w:lineRule="exact"/>
        <w:ind w:firstLine="420"/>
      </w:pPr>
      <w:r>
        <w:rPr>
          <w:rFonts w:ascii="宋体" w:hAnsi="宋体" w:eastAsia="宋体"/>
          <w:sz w:val="24"/>
        </w:rPr>
        <w:t>他坐下来，把背包塞进座位底下，系好安全带。空乘开始播放安全须知的时候，他闭上眼睛，靠在椅背上。</w:t>
      </w:r>
    </w:p>
    <w:p>
      <w:pPr>
        <w:spacing w:line="560" w:lineRule="exact"/>
        <w:ind w:firstLine="420"/>
      </w:pPr>
      <w:r>
        <w:rPr>
          <w:rFonts w:ascii="宋体" w:hAnsi="宋体" w:eastAsia="宋体"/>
          <w:sz w:val="24"/>
        </w:rPr>
        <w:t>从戈壁回来后，他几乎没有真正休息过。紧绷的神经一直撑着他，现在引擎的轰鸣声反而成了最天然的白噪音。这是他四天以来第一次真正停下来。</w:t>
      </w:r>
    </w:p>
    <w:p>
      <w:pPr>
        <w:spacing w:line="560" w:lineRule="exact"/>
        <w:ind w:firstLine="420"/>
      </w:pPr>
      <w:r>
        <w:rPr>
          <w:rFonts w:ascii="宋体" w:hAnsi="宋体" w:eastAsia="宋体"/>
          <w:sz w:val="24"/>
        </w:rPr>
        <w:t>从戈壁滩基地的服务器房间里读完两百G的文件到现在——他几乎没有合过眼。在上海城中村的民房里开会、写方案、等签证、打包装备——然后直接赶往机场。</w:t>
      </w:r>
    </w:p>
    <w:p>
      <w:pPr>
        <w:spacing w:line="560" w:lineRule="exact"/>
        <w:ind w:firstLine="420"/>
      </w:pPr>
      <w:r>
        <w:rPr>
          <w:rFonts w:ascii="宋体" w:hAnsi="宋体" w:eastAsia="宋体"/>
          <w:sz w:val="24"/>
        </w:rPr>
        <w:t>现在坐在飞机上，引擎开始轰鸣，座椅微微震动，他终于感觉到疲惫像潮水一样涌上来。</w:t>
      </w:r>
    </w:p>
    <w:p>
      <w:pPr>
        <w:spacing w:line="560" w:lineRule="exact"/>
        <w:ind w:firstLine="420"/>
      </w:pPr>
      <w:r>
        <w:rPr>
          <w:rFonts w:ascii="宋体" w:hAnsi="宋体" w:eastAsia="宋体"/>
          <w:sz w:val="24"/>
        </w:rPr>
        <w:t>飞机加速、抬起机头、冲入云层。</w:t>
      </w:r>
    </w:p>
    <w:p>
      <w:pPr>
        <w:spacing w:line="560" w:lineRule="exact"/>
        <w:ind w:firstLine="420"/>
      </w:pPr>
      <w:r>
        <w:rPr>
          <w:rFonts w:ascii="宋体" w:hAnsi="宋体" w:eastAsia="宋体"/>
          <w:sz w:val="24"/>
        </w:rPr>
        <w:t>几分钟后，窗外的上海变成了微缩模型——黄浦江像一条银色的线，穿过密密麻麻的城市建筑群，汇入海的方向。然后云层合拢，什么都看不见了。</w:t>
      </w:r>
    </w:p>
    <w:p>
      <w:pPr>
        <w:spacing w:line="560" w:lineRule="exact"/>
        <w:ind w:firstLine="420"/>
      </w:pPr>
      <w:r>
        <w:rPr>
          <w:rFonts w:ascii="宋体" w:hAnsi="宋体" w:eastAsia="宋体"/>
          <w:sz w:val="24"/>
        </w:rPr>
        <w:t>林风闭上眼，睡了过去。</w:t>
      </w:r>
    </w:p>
    <w:p>
      <w:pPr>
        <w:spacing w:line="560" w:lineRule="exact"/>
        <w:ind w:firstLine="420"/>
      </w:pPr>
      <w:r>
        <w:rPr>
          <w:rFonts w:ascii="宋体" w:hAnsi="宋体" w:eastAsia="宋体"/>
          <w:sz w:val="24"/>
        </w:rPr>
        <w:t>他不知道的是——在他穿越云层的这五个小时里，，前方有一场等待了他十六年的重逢。</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五个小时的飞行之后，飞机下降高度，穿越云层，新加坡的海岸线出现在舷窗下方——碧蓝的海水环绕着一座绿色的岛屿，填海造陆的区域像是拼图一样镶嵌在海岸线上。</w:t>
      </w:r>
    </w:p>
    <w:p>
      <w:pPr>
        <w:spacing w:line="560" w:lineRule="exact"/>
        <w:ind w:firstLine="420"/>
      </w:pPr>
      <w:r>
        <w:rPr>
          <w:rFonts w:ascii="宋体" w:hAnsi="宋体" w:eastAsia="宋体"/>
          <w:sz w:val="24"/>
        </w:rPr>
        <w:t>飞机平稳落地，跑道上留下了轻微的白烟。</w:t>
      </w:r>
    </w:p>
    <w:p>
      <w:pPr>
        <w:spacing w:line="560" w:lineRule="exact"/>
        <w:ind w:firstLine="420"/>
      </w:pPr>
      <w:r>
        <w:rPr>
          <w:rFonts w:ascii="宋体" w:hAnsi="宋体" w:eastAsia="宋体"/>
          <w:sz w:val="24"/>
        </w:rPr>
        <w:t>新加坡樟宜机场。下午三点四十五分。</w:t>
      </w:r>
    </w:p>
    <w:p>
      <w:pPr>
        <w:spacing w:line="560" w:lineRule="exact"/>
        <w:ind w:firstLine="420"/>
      </w:pPr>
      <w:r>
        <w:rPr>
          <w:rFonts w:ascii="宋体" w:hAnsi="宋体" w:eastAsia="宋体"/>
          <w:sz w:val="24"/>
        </w:rPr>
        <w:t>飞机落地时，机舱里响起了轻柔的音乐。林风被震动唤醒，揉了揉眼睛，看向窗外——热带国家的阳光透过云层照下来，明亮得有些刺眼。</w:t>
      </w:r>
    </w:p>
    <w:p>
      <w:pPr>
        <w:spacing w:line="560" w:lineRule="exact"/>
        <w:ind w:firstLine="420"/>
      </w:pPr>
      <w:r>
        <w:rPr>
          <w:rFonts w:ascii="宋体" w:hAnsi="宋体" w:eastAsia="宋体"/>
          <w:sz w:val="24"/>
        </w:rPr>
        <w:t>樟宜机场的航站楼内部干净得不像是公共空间——白色大理石地面能倒映出人影，落地玻璃窗前种满了热带绿植，兰花和蕨类植物在空调的冷气中安然生长。空气里有一种混合了绿化和空调的独特味道。空调温度很低，走在到达大厅里的时候，手臂上起了一层鸡皮疙瘩。</w:t>
      </w:r>
    </w:p>
    <w:p>
      <w:pPr>
        <w:spacing w:line="560" w:lineRule="exact"/>
        <w:ind w:firstLine="420"/>
      </w:pPr>
      <w:r>
        <w:rPr>
          <w:rFonts w:ascii="宋体" w:hAnsi="宋体" w:eastAsia="宋体"/>
          <w:sz w:val="24"/>
        </w:rPr>
        <w:t>过关排队等了十几分钟。排到林风的时候，海关官员是一个四十多岁的华裔男性，皮肤黝黑，穿着深蓝色的制服，表情平淡但不算冷漠，看了一眼护照照片，又看了一眼林风的脸，然后翻到签证页扫了一下章——整个过程不到十秒。</w:t>
      </w:r>
    </w:p>
    <w:p>
      <w:pPr>
        <w:spacing w:line="560" w:lineRule="exact"/>
        <w:ind w:firstLine="420"/>
      </w:pPr>
      <w:r>
        <w:rPr>
          <w:rFonts w:ascii="宋体" w:hAnsi="宋体" w:eastAsia="宋体"/>
          <w:sz w:val="24"/>
        </w:rPr>
        <w:t>「商务？」</w:t>
      </w:r>
    </w:p>
    <w:p>
      <w:pPr>
        <w:spacing w:line="560" w:lineRule="exact"/>
        <w:ind w:firstLine="420"/>
      </w:pPr>
      <w:r>
        <w:rPr>
          <w:rFonts w:ascii="宋体" w:hAnsi="宋体" w:eastAsia="宋体"/>
          <w:sz w:val="24"/>
        </w:rPr>
        <w:t>「对。」</w:t>
      </w:r>
    </w:p>
    <w:p>
      <w:pPr>
        <w:spacing w:line="560" w:lineRule="exact"/>
        <w:ind w:firstLine="420"/>
      </w:pPr>
      <w:r>
        <w:rPr>
          <w:rFonts w:ascii="宋体" w:hAnsi="宋体" w:eastAsia="宋体"/>
          <w:sz w:val="24"/>
        </w:rPr>
        <w:t>「几天？」</w:t>
      </w:r>
    </w:p>
    <w:p>
      <w:pPr>
        <w:spacing w:line="560" w:lineRule="exact"/>
        <w:ind w:firstLine="420"/>
      </w:pPr>
      <w:r>
        <w:rPr>
          <w:rFonts w:ascii="宋体" w:hAnsi="宋体" w:eastAsia="宋体"/>
          <w:sz w:val="24"/>
        </w:rPr>
        <w:t>「三天。」</w:t>
      </w:r>
    </w:p>
    <w:p>
      <w:pPr>
        <w:spacing w:line="560" w:lineRule="exact"/>
        <w:ind w:firstLine="420"/>
      </w:pPr>
      <w:r>
        <w:rPr>
          <w:rFonts w:ascii="宋体" w:hAnsi="宋体" w:eastAsia="宋体"/>
          <w:sz w:val="24"/>
        </w:rPr>
        <w:t>海关官员盖了章，把护照推回来。「欢迎来到新加坡。」他说。</w:t>
      </w:r>
    </w:p>
    <w:p>
      <w:pPr>
        <w:spacing w:line="560" w:lineRule="exact"/>
        <w:ind w:firstLine="420"/>
      </w:pPr>
      <w:r>
        <w:rPr>
          <w:rFonts w:ascii="宋体" w:hAnsi="宋体" w:eastAsia="宋体"/>
          <w:sz w:val="24"/>
        </w:rPr>
        <w:t>过关顺利得让林风有些意外。商务签加上苏小雅准备的邀请函，海关官员只是扫了一眼，盖了章就放行了。</w:t>
      </w:r>
    </w:p>
    <w:p>
      <w:pPr>
        <w:spacing w:line="560" w:lineRule="exact"/>
        <w:ind w:firstLine="420"/>
      </w:pPr>
      <w:r>
        <w:rPr>
          <w:rFonts w:ascii="宋体" w:hAnsi="宋体" w:eastAsia="宋体"/>
          <w:sz w:val="24"/>
        </w:rPr>
        <w:t>取完行李之后，林风在到达大厅的出口处看到了凌天。</w:t>
      </w:r>
    </w:p>
    <w:p>
      <w:pPr>
        <w:spacing w:line="560" w:lineRule="exact"/>
        <w:ind w:firstLine="420"/>
      </w:pPr>
      <w:r>
        <w:rPr>
          <w:rFonts w:ascii="宋体" w:hAnsi="宋体" w:eastAsia="宋体"/>
          <w:sz w:val="24"/>
        </w:rPr>
        <w:t>凌天穿着一件深蓝色的Polo衫，背着一个小号的邮差包，看起来和周围任何一个在机场等人的人没有区别。他看到林风出来，没有挥手，只是微微点了一下头——然后转身往停车场的方向走。</w:t>
      </w:r>
    </w:p>
    <w:p>
      <w:pPr>
        <w:spacing w:line="560" w:lineRule="exact"/>
        <w:ind w:firstLine="420"/>
      </w:pPr>
      <w:r>
        <w:rPr>
          <w:rFonts w:ascii="宋体" w:hAnsi="宋体" w:eastAsia="宋体"/>
          <w:sz w:val="24"/>
        </w:rPr>
        <w:t>林风跟了上去。</w:t>
      </w:r>
    </w:p>
    <w:p>
      <w:pPr>
        <w:spacing w:line="560" w:lineRule="exact"/>
        <w:ind w:firstLine="420"/>
      </w:pPr>
      <w:r>
        <w:rPr>
          <w:rFonts w:ascii="宋体" w:hAnsi="宋体" w:eastAsia="宋体"/>
          <w:sz w:val="24"/>
        </w:rPr>
        <w:t>苏小雅和赵铁柱在不同时间出了到达大厅，各自打车去预定的酒店——一家在牛车水的经济型酒店，三间房，三个不同的预定渠道和付款方式——信用卡、支付宝、现金。如果有人查起来，分别在不同时间办理入住。如果有人查——看起来就是三个互不相干的普通住客。</w:t>
      </w:r>
    </w:p>
    <w:p>
      <w:pPr>
        <w:spacing w:line="560" w:lineRule="exact"/>
        <w:ind w:firstLine="420"/>
      </w:pPr>
      <w:r>
        <w:rPr>
          <w:rFonts w:ascii="宋体" w:hAnsi="宋体" w:eastAsia="宋体"/>
          <w:sz w:val="24"/>
        </w:rPr>
        <w:t>凌天已经办好了一切手续。他开了一辆从本地租车公司租来的银色丰田，车况很新，车牌也是普通的本地牌照，林风坐在副驾驶。</w:t>
      </w:r>
    </w:p>
    <w:p>
      <w:pPr>
        <w:spacing w:line="560" w:lineRule="exact"/>
        <w:ind w:firstLine="420"/>
      </w:pPr>
      <w:r>
        <w:rPr>
          <w:rFonts w:ascii="宋体" w:hAnsi="宋体" w:eastAsia="宋体"/>
          <w:sz w:val="24"/>
        </w:rPr>
        <w:t>车驶出樟宜机场的停车场，进入了新加坡的高速公路。窗外的景色像翻开的画册——热带树木、色彩鲜艳的组屋、高耸的写字楼、还有随处可见的绿植。</w:t>
      </w:r>
    </w:p>
    <w:p>
      <w:pPr>
        <w:spacing w:line="560" w:lineRule="exact"/>
        <w:ind w:firstLine="420"/>
      </w:pPr>
      <w:r>
        <w:rPr>
          <w:rFonts w:ascii="宋体" w:hAnsi="宋体" w:eastAsia="宋体"/>
          <w:sz w:val="24"/>
        </w:rPr>
        <w:t>「感觉像另一个世界。」林风说。</w:t>
      </w:r>
    </w:p>
    <w:p>
      <w:pPr>
        <w:spacing w:line="560" w:lineRule="exact"/>
        <w:ind w:firstLine="420"/>
      </w:pPr>
      <w:r>
        <w:rPr>
          <w:rFonts w:ascii="宋体" w:hAnsi="宋体" w:eastAsia="宋体"/>
          <w:sz w:val="24"/>
        </w:rPr>
        <w:t>「本来就是另一个世界。」凌天平握着方向盘，「你之前的人生在天界里面打怪升级——现在是现实。」凌天握着方向盘，目光平视前方，「现实里没有复活币。」</w:t>
      </w:r>
    </w:p>
    <w:p>
      <w:pPr>
        <w:spacing w:line="560" w:lineRule="exact"/>
        <w:ind w:firstLine="420"/>
      </w:pPr>
      <w:r>
        <w:rPr>
          <w:rFonts w:ascii="宋体" w:hAnsi="宋体" w:eastAsia="宋体"/>
          <w:sz w:val="24"/>
        </w:rPr>
        <w:t>林风没说话。</w:t>
      </w:r>
    </w:p>
    <w:p>
      <w:pPr>
        <w:spacing w:line="560" w:lineRule="exact"/>
        <w:ind w:firstLine="420"/>
      </w:pPr>
      <w:r>
        <w:rPr>
          <w:rFonts w:ascii="宋体" w:hAnsi="宋体" w:eastAsia="宋体"/>
          <w:sz w:val="24"/>
        </w:rPr>
        <w:t>「夜影到了吗？她怎么没跟我们一起出关？」林风问。</w:t>
      </w:r>
    </w:p>
    <w:p>
      <w:pPr>
        <w:spacing w:line="560" w:lineRule="exact"/>
        <w:ind w:firstLine="420"/>
      </w:pPr>
      <w:r>
        <w:rPr>
          <w:rFonts w:ascii="宋体" w:hAnsi="宋体" w:eastAsia="宋体"/>
          <w:sz w:val="24"/>
        </w:rPr>
        <w:t>「到了。她比我早两个小时落地——坐的是国泰经香港转机的那班，——比我提前一个小时落地。现在应该已经在数据中心外围踩点了。」凌天说，语气里带着一丝对夜影效率的认可。凌天说，语气里带着一丝对夜影效率的认可，，「赵铁柱和苏小雅也各自到了酒店。」</w:t>
      </w:r>
    </w:p>
    <w:p>
      <w:pPr>
        <w:spacing w:line="560" w:lineRule="exact"/>
        <w:ind w:firstLine="420"/>
      </w:pPr>
      <w:r>
        <w:rPr>
          <w:rFonts w:ascii="宋体" w:hAnsi="宋体" w:eastAsia="宋体"/>
          <w:sz w:val="24"/>
        </w:rPr>
        <w:t>「你呢？安全屋条件怎么样？」林风问。</w:t>
      </w:r>
    </w:p>
    <w:p>
      <w:pPr>
        <w:spacing w:line="560" w:lineRule="exact"/>
        <w:ind w:firstLine="420"/>
      </w:pPr>
      <w:r>
        <w:rPr>
          <w:rFonts w:ascii="宋体" w:hAnsi="宋体" w:eastAsia="宋体"/>
          <w:sz w:val="24"/>
        </w:rPr>
        <w:t>「我租了一间在裕廊的安全屋。」</w:t>
      </w:r>
    </w:p>
    <w:p>
      <w:pPr>
        <w:spacing w:line="560" w:lineRule="exact"/>
        <w:ind w:firstLine="420"/>
      </w:pPr>
      <w:r>
        <w:rPr>
          <w:rFonts w:ascii="宋体" w:hAnsi="宋体" w:eastAsia="宋体"/>
          <w:sz w:val="24"/>
        </w:rPr>
        <w:t>凌天打了转向灯，拐进了一条不那么宽敞的街道。</w:t>
      </w:r>
    </w:p>
    <w:p>
      <w:pPr>
        <w:spacing w:line="560" w:lineRule="exact"/>
        <w:ind w:firstLine="420"/>
      </w:pPr>
      <w:r>
        <w:rPr>
          <w:rFonts w:ascii="宋体" w:hAnsi="宋体" w:eastAsia="宋体"/>
          <w:sz w:val="24"/>
        </w:rPr>
        <w:t>「距离奥林匹斯数据中心西门入口——步行三分钟。」凌天把车停在一栋普通的公寓楼下——六层楼高的老公寓，米黄色外墙有些褪色，楼下有一家24小时便利店、一家印度餐厅，还有一家看起来开了很久的杂货铺。这种地方在裕廊很典型——租金便宜，住户混杂，没人会注意多了一个租客。</w:t>
      </w:r>
    </w:p>
    <w:p>
      <w:pPr>
        <w:spacing w:line="560" w:lineRule="exact"/>
        <w:ind w:firstLine="420"/>
      </w:pPr>
      <w:r>
        <w:rPr>
          <w:rFonts w:ascii="宋体" w:hAnsi="宋体" w:eastAsia="宋体"/>
          <w:sz w:val="24"/>
        </w:rPr>
        <w:t>林风提着行李下车，抬头看了一眼面前的建筑。很普通。太普通了——这正是他们需要的。在这种地方住上一个星期，楼下卖咖喱饭的大叔只会记住有人买了咖喱饭，不会记住住客的长相。</w:t>
      </w:r>
    </w:p>
    <w:p>
      <w:r>
        <w:br w:type="page"/>
      </w:r>
    </w:p>
    <w:p>
      <w:pPr>
        <w:jc w:val="center"/>
      </w:pPr>
      <w:r>
        <w:rPr>
          <w:b/>
          <w:sz w:val="32"/>
        </w:rPr>
        <w:t>第074章 数据中心的夜晚</w:t>
      </w:r>
    </w:p>
    <w:p>
      <w:pPr>
        <w:jc w:val="center"/>
      </w:pPr>
      <w:r>
        <w:rPr>
          <w:color w:val="999999"/>
          <w:sz w:val="18"/>
        </w:rPr>
        <w:t>（3,144字）</w:t>
      </w:r>
    </w:p>
    <w:p/>
    <w:p>
      <w:pPr>
        <w:spacing w:line="560" w:lineRule="exact"/>
        <w:ind w:firstLine="420"/>
      </w:pPr>
      <w:r>
        <w:rPr>
          <w:rFonts w:ascii="宋体" w:hAnsi="宋体" w:eastAsia="宋体"/>
          <w:sz w:val="24"/>
        </w:rPr>
        <w:t>安全屋在六楼，两室一厅，装修简单但干净。客厅里摆着一张白色折叠桌和几把塑料椅，窗户上拉着厚重的深色窗帘——凌天的第一件事就是把窗帘拉严实。</w:t>
      </w:r>
    </w:p>
    <w:p>
      <w:pPr>
        <w:spacing w:line="560" w:lineRule="exact"/>
        <w:ind w:firstLine="420"/>
      </w:pPr>
      <w:r>
        <w:rPr>
          <w:rFonts w:ascii="宋体" w:hAnsi="宋体" w:eastAsia="宋体"/>
          <w:sz w:val="24"/>
        </w:rPr>
        <w:t>「夜影半小时前发了消息。」凌天把手机放在桌上，屏幕上是一张卫星图和几张手机拍的实景照片，「奥林匹斯数据中心，裕廊工业区西段52号。」</w:t>
      </w:r>
    </w:p>
    <w:p>
      <w:pPr>
        <w:spacing w:line="560" w:lineRule="exact"/>
        <w:ind w:firstLine="420"/>
      </w:pPr>
      <w:r>
        <w:rPr>
          <w:rFonts w:ascii="宋体" w:hAnsi="宋体" w:eastAsia="宋体"/>
          <w:sz w:val="24"/>
        </w:rPr>
        <w:t>林风凑过去看照片。</w:t>
      </w:r>
    </w:p>
    <w:p>
      <w:pPr>
        <w:spacing w:line="560" w:lineRule="exact"/>
        <w:ind w:firstLine="420"/>
      </w:pPr>
      <w:r>
        <w:rPr>
          <w:rFonts w:ascii="宋体" w:hAnsi="宋体" w:eastAsia="宋体"/>
          <w:sz w:val="24"/>
        </w:rPr>
        <w:t>照片里是一栋不起眼的灰色建筑，三层高，四周是两米五的铁栅栏，上面挂着警示牌——「私人区域，非请勿入」。铁栅栏顶上装着带刺的铁丝网，每隔几米就有一个监控摄像头。门口有一个保安岗亭，里面亮着灯，能看到有保安坐在里面。</w:t>
      </w:r>
    </w:p>
    <w:p>
      <w:pPr>
        <w:spacing w:line="560" w:lineRule="exact"/>
        <w:ind w:firstLine="420"/>
      </w:pPr>
      <w:r>
        <w:rPr>
          <w:rFonts w:ascii="宋体" w:hAnsi="宋体" w:eastAsia="宋体"/>
          <w:sz w:val="24"/>
        </w:rPr>
        <w:t>「围墙两米五，顶上有倒刺。」凌天翻到下一张照片，「沿墙一共有十二个摄像头，红外夜视型，覆盖所有方向。正门有岗亭，24小时双人值守。」</w:t>
      </w:r>
    </w:p>
    <w:p>
      <w:pPr>
        <w:spacing w:line="560" w:lineRule="exact"/>
        <w:ind w:firstLine="420"/>
      </w:pPr>
      <w:r>
        <w:rPr>
          <w:rFonts w:ascii="宋体" w:hAnsi="宋体" w:eastAsia="宋体"/>
          <w:sz w:val="24"/>
        </w:rPr>
        <w:t>「后门呢？」林风问。</w:t>
      </w:r>
    </w:p>
    <w:p>
      <w:pPr>
        <w:spacing w:line="560" w:lineRule="exact"/>
        <w:ind w:firstLine="420"/>
      </w:pPr>
      <w:r>
        <w:rPr>
          <w:rFonts w:ascii="宋体" w:hAnsi="宋体" w:eastAsia="宋体"/>
          <w:sz w:val="24"/>
        </w:rPr>
        <w:t>「后门是消防通道，平时锁着，内侧有电磁锁和报警装置。」凌天说，「夜影绕着外围走了两圈，没找到明显的盲区。」</w:t>
      </w:r>
    </w:p>
    <w:p>
      <w:pPr>
        <w:spacing w:line="560" w:lineRule="exact"/>
        <w:ind w:firstLine="420"/>
      </w:pPr>
      <w:r>
        <w:rPr>
          <w:rFonts w:ascii="宋体" w:hAnsi="宋体" w:eastAsia="宋体"/>
          <w:sz w:val="24"/>
        </w:rPr>
        <w:t>林风皱眉。他早就料到奥林匹斯的数据中心不会好进，但没想到防守这么严密。这不像一个普通的数据中心——这更像一个军事基地。</w:t>
      </w:r>
    </w:p>
    <w:p>
      <w:pPr>
        <w:spacing w:line="560" w:lineRule="exact"/>
        <w:ind w:firstLine="420"/>
      </w:pPr>
      <w:r>
        <w:rPr>
          <w:rFonts w:ascii="宋体" w:hAnsi="宋体" w:eastAsia="宋体"/>
          <w:sz w:val="24"/>
        </w:rPr>
        <w:t>「室内的信息呢？」</w:t>
      </w:r>
    </w:p>
    <w:p>
      <w:pPr>
        <w:spacing w:line="560" w:lineRule="exact"/>
        <w:ind w:firstLine="420"/>
      </w:pPr>
      <w:r>
        <w:rPr>
          <w:rFonts w:ascii="宋体" w:hAnsi="宋体" w:eastAsia="宋体"/>
          <w:sz w:val="24"/>
        </w:rPr>
        <w:t>「外墙没有窗户。」凌天翻到下一张照片——一张远远拍到的建筑侧面特写，「墙面是实心的预制混凝土板，厚度不下三十厘米。只有一楼有一个进人入口，就是正门。货梯入口在后侧，但也是电磁锁控制。」</w:t>
      </w:r>
    </w:p>
    <w:p>
      <w:pPr>
        <w:spacing w:line="560" w:lineRule="exact"/>
        <w:ind w:firstLine="420"/>
      </w:pPr>
      <w:r>
        <w:rPr>
          <w:rFonts w:ascii="宋体" w:hAnsi="宋体" w:eastAsia="宋体"/>
          <w:sz w:val="24"/>
        </w:rPr>
        <w:t>「所以唯一的入口——」</w:t>
      </w:r>
    </w:p>
    <w:p>
      <w:pPr>
        <w:spacing w:line="560" w:lineRule="exact"/>
        <w:ind w:firstLine="420"/>
      </w:pPr>
      <w:r>
        <w:rPr>
          <w:rFonts w:ascii="宋体" w:hAnsi="宋体" w:eastAsia="宋体"/>
          <w:sz w:val="24"/>
        </w:rPr>
        <w:t>「正门。」凌天点头，「除非我们把墙炸了。」</w:t>
      </w:r>
    </w:p>
    <w:p>
      <w:pPr>
        <w:spacing w:line="560" w:lineRule="exact"/>
        <w:ind w:firstLine="420"/>
      </w:pPr>
      <w:r>
        <w:rPr>
          <w:rFonts w:ascii="宋体" w:hAnsi="宋体" w:eastAsia="宋体"/>
          <w:sz w:val="24"/>
        </w:rPr>
        <w:t>林风沉默了几秒。炸墙当然不可能——这里是新加坡，不是戈壁滩。一旦搞出动静，警察三分钟就到。</w:t>
      </w:r>
    </w:p>
    <w:p>
      <w:pPr>
        <w:spacing w:line="560" w:lineRule="exact"/>
        <w:ind w:firstLine="420"/>
      </w:pPr>
      <w:r>
        <w:rPr>
          <w:rFonts w:ascii="宋体" w:hAnsi="宋体" w:eastAsia="宋体"/>
          <w:sz w:val="24"/>
        </w:rPr>
        <w:t>「EVE协议需要多长的接入时间？」凌天问。</w:t>
      </w:r>
    </w:p>
    <w:p>
      <w:pPr>
        <w:spacing w:line="560" w:lineRule="exact"/>
        <w:ind w:firstLine="420"/>
      </w:pPr>
      <w:r>
        <w:rPr>
          <w:rFonts w:ascii="宋体" w:hAnsi="宋体" w:eastAsia="宋体"/>
          <w:sz w:val="24"/>
        </w:rPr>
        <w:t>「如果找到内网接口，协议可以在三到五秒内完成身份认证伪装。」林风说，「但前提是有接口——物理层面的接口。」</w:t>
      </w:r>
    </w:p>
    <w:p>
      <w:pPr>
        <w:spacing w:line="560" w:lineRule="exact"/>
        <w:ind w:firstLine="420"/>
      </w:pPr>
      <w:r>
        <w:rPr>
          <w:rFonts w:ascii="宋体" w:hAnsi="宋体" w:eastAsia="宋体"/>
          <w:sz w:val="24"/>
        </w:rPr>
        <w:t>「RJ45？」</w:t>
      </w:r>
    </w:p>
    <w:p>
      <w:pPr>
        <w:spacing w:line="560" w:lineRule="exact"/>
        <w:ind w:firstLine="420"/>
      </w:pPr>
      <w:r>
        <w:rPr>
          <w:rFonts w:ascii="宋体" w:hAnsi="宋体" w:eastAsia="宋体"/>
          <w:sz w:val="24"/>
        </w:rPr>
        <w:t>「不一定是网线接口。」林风想了想，「任何能传输数字信号的物理接触点都可以——USB接口、串口、甚至是维修用的调试端口。只要让我把协议文件传进去就行。」</w:t>
      </w:r>
    </w:p>
    <w:p>
      <w:pPr>
        <w:spacing w:line="560" w:lineRule="exact"/>
        <w:ind w:firstLine="420"/>
      </w:pPr>
      <w:r>
        <w:rPr>
          <w:rFonts w:ascii="宋体" w:hAnsi="宋体" w:eastAsia="宋体"/>
          <w:sz w:val="24"/>
        </w:rPr>
        <w:t>凌天沉默着思考了一会儿。他打开背包，从里面拿出了一台笔记本电脑、几个黑色的设备盒子和一个小的工具包。</w:t>
      </w:r>
    </w:p>
    <w:p>
      <w:pPr>
        <w:spacing w:line="560" w:lineRule="exact"/>
        <w:ind w:firstLine="420"/>
      </w:pPr>
      <w:r>
        <w:rPr>
          <w:rFonts w:ascii="宋体" w:hAnsi="宋体" w:eastAsia="宋体"/>
          <w:sz w:val="24"/>
        </w:rPr>
        <w:t>「我带了点装备。」凌天把工具包打开，里面是一套完整的电子工程工具——螺丝刀、万用表、线缆钳、剥线钳、网线测试仪，还有一个看起来像是自制的小型信号接收器。</w:t>
      </w:r>
    </w:p>
    <w:p>
      <w:pPr>
        <w:spacing w:line="560" w:lineRule="exact"/>
        <w:ind w:firstLine="420"/>
      </w:pPr>
      <w:r>
        <w:rPr>
          <w:rFonts w:ascii="宋体" w:hAnsi="宋体" w:eastAsia="宋体"/>
          <w:sz w:val="24"/>
        </w:rPr>
        <w:t>「这是什么？」林风指着那个信号接收器。</w:t>
      </w:r>
    </w:p>
    <w:p>
      <w:pPr>
        <w:spacing w:line="560" w:lineRule="exact"/>
        <w:ind w:firstLine="420"/>
      </w:pPr>
      <w:r>
        <w:rPr>
          <w:rFonts w:ascii="宋体" w:hAnsi="宋体" w:eastAsia="宋体"/>
          <w:sz w:val="24"/>
        </w:rPr>
        <w:t>「近场通讯嗅探器。」凌天说，「可以捕捉十米范围内所有的Wi-Fi和蓝牙信号。如果他们的工作人员用的设备有蓝牙或Wi-Fi开着，我们可能能从外围捕获一些信号特征。」</w:t>
      </w:r>
    </w:p>
    <w:p>
      <w:pPr>
        <w:spacing w:line="560" w:lineRule="exact"/>
        <w:ind w:firstLine="420"/>
      </w:pPr>
      <w:r>
        <w:rPr>
          <w:rFonts w:ascii="宋体" w:hAnsi="宋体" w:eastAsia="宋体"/>
          <w:sz w:val="24"/>
        </w:rPr>
        <w:t>「但不够直接接入，对吧？」</w:t>
      </w:r>
    </w:p>
    <w:p>
      <w:pPr>
        <w:spacing w:line="560" w:lineRule="exact"/>
        <w:ind w:firstLine="420"/>
      </w:pPr>
      <w:r>
        <w:rPr>
          <w:rFonts w:ascii="宋体" w:hAnsi="宋体" w:eastAsia="宋体"/>
          <w:sz w:val="24"/>
        </w:rPr>
        <w:t>「对。」凌天承认，「嗅探只能拿到外围数据，没法进入核心网络。」</w:t>
      </w:r>
    </w:p>
    <w:p>
      <w:pPr>
        <w:spacing w:line="560" w:lineRule="exact"/>
        <w:ind w:firstLine="420"/>
      </w:pPr>
      <w:r>
        <w:rPr>
          <w:rFonts w:ascii="宋体" w:hAnsi="宋体" w:eastAsia="宋体"/>
          <w:sz w:val="24"/>
        </w:rPr>
        <w:t>正说着，门锁响了一声。</w:t>
      </w:r>
    </w:p>
    <w:p>
      <w:pPr>
        <w:spacing w:line="560" w:lineRule="exact"/>
        <w:ind w:firstLine="420"/>
      </w:pPr>
      <w:r>
        <w:rPr>
          <w:rFonts w:ascii="宋体" w:hAnsi="宋体" w:eastAsia="宋体"/>
          <w:sz w:val="24"/>
        </w:rPr>
        <w:t>两人同时看向门口。凌天的手已经伸向腰间——那里有一把从黑市弄来的折叠刀。</w:t>
      </w:r>
    </w:p>
    <w:p>
      <w:pPr>
        <w:spacing w:line="560" w:lineRule="exact"/>
        <w:ind w:firstLine="420"/>
      </w:pPr>
      <w:r>
        <w:rPr>
          <w:rFonts w:ascii="宋体" w:hAnsi="宋体" w:eastAsia="宋体"/>
          <w:sz w:val="24"/>
        </w:rPr>
        <w:t>门开了。进来的是夜影。</w:t>
      </w:r>
    </w:p>
    <w:p>
      <w:pPr>
        <w:spacing w:line="560" w:lineRule="exact"/>
        <w:ind w:firstLine="420"/>
      </w:pPr>
      <w:r>
        <w:rPr>
          <w:rFonts w:ascii="宋体" w:hAnsi="宋体" w:eastAsia="宋体"/>
          <w:sz w:val="24"/>
        </w:rPr>
        <w:t>她穿着一身黑色的运动服，头发扎成了马尾，额头上有些细微的汗珠。她看到两人紧张的样子，嘴角微微上扬了一下。</w:t>
      </w:r>
    </w:p>
    <w:p>
      <w:pPr>
        <w:spacing w:line="560" w:lineRule="exact"/>
        <w:ind w:firstLine="420"/>
      </w:pPr>
      <w:r>
        <w:rPr>
          <w:rFonts w:ascii="宋体" w:hAnsi="宋体" w:eastAsia="宋体"/>
          <w:sz w:val="24"/>
        </w:rPr>
        <w:t>「别紧张，是我。」</w:t>
      </w:r>
    </w:p>
    <w:p>
      <w:pPr>
        <w:spacing w:line="560" w:lineRule="exact"/>
        <w:ind w:firstLine="420"/>
      </w:pPr>
      <w:r>
        <w:rPr>
          <w:rFonts w:ascii="宋体" w:hAnsi="宋体" w:eastAsia="宋体"/>
          <w:sz w:val="24"/>
        </w:rPr>
        <w:t>凌天收回了手。</w:t>
      </w:r>
    </w:p>
    <w:p>
      <w:pPr>
        <w:spacing w:line="560" w:lineRule="exact"/>
        <w:ind w:firstLine="420"/>
      </w:pPr>
      <w:r>
        <w:rPr>
          <w:rFonts w:ascii="宋体" w:hAnsi="宋体" w:eastAsia="宋体"/>
          <w:sz w:val="24"/>
        </w:rPr>
        <w:t>夜影关上门，把背后的双肩包放到桌上，从里面拿出一个平板电脑。</w:t>
      </w:r>
    </w:p>
    <w:p>
      <w:pPr>
        <w:spacing w:line="560" w:lineRule="exact"/>
        <w:ind w:firstLine="420"/>
      </w:pPr>
      <w:r>
        <w:rPr>
          <w:rFonts w:ascii="宋体" w:hAnsi="宋体" w:eastAsia="宋体"/>
          <w:sz w:val="24"/>
        </w:rPr>
        <w:t>「我在外围转了三个小时。」她打开平板，上面是一张更详细的建筑平面图，「这是我从谷歌地球和几份公开的消防规划图里拼出来的——不完全准确，但结构大致如此。」</w:t>
      </w:r>
    </w:p>
    <w:p>
      <w:pPr>
        <w:spacing w:line="560" w:lineRule="exact"/>
        <w:ind w:firstLine="420"/>
      </w:pPr>
      <w:r>
        <w:rPr>
          <w:rFonts w:ascii="宋体" w:hAnsi="宋体" w:eastAsia="宋体"/>
          <w:sz w:val="24"/>
        </w:rPr>
        <w:t>林风接过来仔细看。</w:t>
      </w:r>
    </w:p>
    <w:p>
      <w:pPr>
        <w:spacing w:line="560" w:lineRule="exact"/>
        <w:ind w:firstLine="420"/>
      </w:pPr>
      <w:r>
        <w:rPr>
          <w:rFonts w:ascii="宋体" w:hAnsi="宋体" w:eastAsia="宋体"/>
          <w:sz w:val="24"/>
        </w:rPr>
        <w:t>平面图显示，建筑分为三个区域：办公区、机房区和设备区。机房区位于建筑中心，四面都是厚实的混凝土墙，只有一条走廊通向办公区。设备区在一楼后侧，包括发电机房、空调机房和配电室。</w:t>
      </w:r>
    </w:p>
    <w:p>
      <w:pPr>
        <w:spacing w:line="560" w:lineRule="exact"/>
        <w:ind w:firstLine="420"/>
      </w:pPr>
      <w:r>
        <w:rPr>
          <w:rFonts w:ascii="宋体" w:hAnsi="宋体" w:eastAsia="宋体"/>
          <w:sz w:val="24"/>
        </w:rPr>
        <w:t>「配电室。」林风指着那个区域，「他们有物理隔离的备用供电？」</w:t>
      </w:r>
    </w:p>
    <w:p>
      <w:pPr>
        <w:spacing w:line="560" w:lineRule="exact"/>
        <w:ind w:firstLine="420"/>
      </w:pPr>
      <w:r>
        <w:rPr>
          <w:rFonts w:ascii="宋体" w:hAnsi="宋体" w:eastAsia="宋体"/>
          <w:sz w:val="24"/>
        </w:rPr>
        <w:t>「有。」夜影说，「地下一层还有一个备份发电机房。但我观察到的是——主供电线路是从街对面那个变电站拉过来的。」</w:t>
      </w:r>
    </w:p>
    <w:p>
      <w:pPr>
        <w:spacing w:line="560" w:lineRule="exact"/>
        <w:ind w:firstLine="420"/>
      </w:pPr>
      <w:r>
        <w:rPr>
          <w:rFonts w:ascii="宋体" w:hAnsi="宋体" w:eastAsia="宋体"/>
          <w:sz w:val="24"/>
        </w:rPr>
        <w:t>林风脑海里闪过一个念头。</w:t>
      </w:r>
    </w:p>
    <w:p>
      <w:pPr>
        <w:spacing w:line="560" w:lineRule="exact"/>
        <w:ind w:firstLine="420"/>
      </w:pPr>
      <w:r>
        <w:rPr>
          <w:rFonts w:ascii="宋体" w:hAnsi="宋体" w:eastAsia="宋体"/>
          <w:sz w:val="24"/>
        </w:rPr>
        <w:t>「如果我从配电室入手呢？」他说，「EVE协议不一定非要直接插到服务器上——只要让它进入他们的内部网络就行。配电室的监控系统、环境控制系统、甚至空调系统——这些东西用的都是内部网络。」</w:t>
      </w:r>
    </w:p>
    <w:p>
      <w:pPr>
        <w:spacing w:line="560" w:lineRule="exact"/>
        <w:ind w:firstLine="420"/>
      </w:pPr>
      <w:r>
        <w:rPr>
          <w:rFonts w:ascii="宋体" w:hAnsi="宋体" w:eastAsia="宋体"/>
          <w:sz w:val="24"/>
        </w:rPr>
        <w:t>夜影和凌天同时看向他。</w:t>
      </w:r>
    </w:p>
    <w:p>
      <w:pPr>
        <w:spacing w:line="560" w:lineRule="exact"/>
        <w:ind w:firstLine="420"/>
      </w:pPr>
      <w:r>
        <w:rPr>
          <w:rFonts w:ascii="宋体" w:hAnsi="宋体" w:eastAsia="宋体"/>
          <w:sz w:val="24"/>
        </w:rPr>
        <w:t>「电力监控系统用的是独立的工业以太网，但为了集中管理，通常会和办公网络有数据交换。」林风继续说，「只要能找到一个接入点——哪怕只是配电室的智能电表——我就能通过网络跳转进入核心网络。」</w:t>
      </w:r>
    </w:p>
    <w:p>
      <w:pPr>
        <w:spacing w:line="560" w:lineRule="exact"/>
        <w:ind w:firstLine="420"/>
      </w:pPr>
      <w:r>
        <w:rPr>
          <w:rFonts w:ascii="宋体" w:hAnsi="宋体" w:eastAsia="宋体"/>
          <w:sz w:val="24"/>
        </w:rPr>
        <w:t>「你确定？」凌天问。</w:t>
      </w:r>
    </w:p>
    <w:p>
      <w:pPr>
        <w:spacing w:line="560" w:lineRule="exact"/>
        <w:ind w:firstLine="420"/>
      </w:pPr>
      <w:r>
        <w:rPr>
          <w:rFonts w:ascii="宋体" w:hAnsi="宋体" w:eastAsia="宋体"/>
          <w:sz w:val="24"/>
        </w:rPr>
        <w:t>「理论上是可行的。」林风说，「工业控制系统的安全性通常比IT系统弱很多——因为设计的时候默认不会有人物理接触到它们。」</w:t>
      </w:r>
    </w:p>
    <w:p>
      <w:pPr>
        <w:spacing w:line="560" w:lineRule="exact"/>
        <w:ind w:firstLine="420"/>
      </w:pPr>
      <w:r>
        <w:rPr>
          <w:rFonts w:ascii="宋体" w:hAnsi="宋体" w:eastAsia="宋体"/>
          <w:sz w:val="24"/>
        </w:rPr>
        <w:t>夜影沉默了几秒，然后说：「配电室有一个侧窗，在建筑背面，靠近垃圾箱的位置。窗户大概四十乘五十厘米，装了铁栅栏，但铁栅栏有些旧了——锈迹不少。」</w:t>
      </w:r>
    </w:p>
    <w:p>
      <w:pPr>
        <w:spacing w:line="560" w:lineRule="exact"/>
        <w:ind w:firstLine="420"/>
      </w:pPr>
      <w:r>
        <w:rPr>
          <w:rFonts w:ascii="宋体" w:hAnsi="宋体" w:eastAsia="宋体"/>
          <w:sz w:val="24"/>
        </w:rPr>
        <w:t>「能打开吗？」</w:t>
      </w:r>
    </w:p>
    <w:p>
      <w:pPr>
        <w:spacing w:line="560" w:lineRule="exact"/>
        <w:ind w:firstLine="420"/>
      </w:pPr>
      <w:r>
        <w:rPr>
          <w:rFonts w:ascii="宋体" w:hAnsi="宋体" w:eastAsia="宋体"/>
          <w:sz w:val="24"/>
        </w:rPr>
        <w:t>「可以试试。」夜影说，「但问题是配电室的门也有电磁锁，而且连接的是独立的报警系统。一旦强行破门——」</w:t>
      </w:r>
    </w:p>
    <w:p>
      <w:pPr>
        <w:spacing w:line="560" w:lineRule="exact"/>
        <w:ind w:firstLine="420"/>
      </w:pPr>
      <w:r>
        <w:rPr>
          <w:rFonts w:ascii="宋体" w:hAnsi="宋体" w:eastAsia="宋体"/>
          <w:sz w:val="24"/>
        </w:rPr>
        <w:t>「我不需要进去。」林风说，「我只需要把一根网线或者一个无线发射器放到配电室里面。」</w:t>
      </w:r>
    </w:p>
    <w:p>
      <w:pPr>
        <w:spacing w:line="560" w:lineRule="exact"/>
        <w:ind w:firstLine="420"/>
      </w:pPr>
      <w:r>
        <w:rPr>
          <w:rFonts w:ascii="宋体" w:hAnsi="宋体" w:eastAsia="宋体"/>
          <w:sz w:val="24"/>
        </w:rPr>
        <w:t>凌天眼睛一亮：「你的意思是——」</w:t>
      </w:r>
    </w:p>
    <w:p>
      <w:pPr>
        <w:spacing w:line="560" w:lineRule="exact"/>
        <w:ind w:firstLine="420"/>
      </w:pPr>
      <w:r>
        <w:rPr>
          <w:rFonts w:ascii="宋体" w:hAnsi="宋体" w:eastAsia="宋体"/>
          <w:sz w:val="24"/>
        </w:rPr>
        <w:t>「用一个小的信号转发器。」林风说，「一米以内能接收到配电网关的信号就行。或者更简单——如果配电柜上有外露的调试接口，把数据线夹上去。」</w:t>
      </w:r>
    </w:p>
    <w:p>
      <w:pPr>
        <w:spacing w:line="560" w:lineRule="exact"/>
        <w:ind w:firstLine="420"/>
      </w:pPr>
      <w:r>
        <w:rPr>
          <w:rFonts w:ascii="宋体" w:hAnsi="宋体" w:eastAsia="宋体"/>
          <w:sz w:val="24"/>
        </w:rPr>
        <w:t>「这比炸墙靠谱。」凌天说。</w:t>
      </w:r>
    </w:p>
    <w:p>
      <w:pPr>
        <w:spacing w:line="560" w:lineRule="exact"/>
        <w:ind w:firstLine="420"/>
      </w:pPr>
      <w:r>
        <w:rPr>
          <w:rFonts w:ascii="宋体" w:hAnsi="宋体" w:eastAsia="宋体"/>
          <w:sz w:val="24"/>
        </w:rPr>
        <w:t>「我去准备转发器。」凌天站起来，走到工具包旁边，开始翻找零件，「车库里有一套树莓派和无线模块——半小时就能拼一个。」</w:t>
      </w:r>
    </w:p>
    <w:p>
      <w:pPr>
        <w:spacing w:line="560" w:lineRule="exact"/>
        <w:ind w:firstLine="420"/>
      </w:pPr>
      <w:r>
        <w:rPr>
          <w:rFonts w:ascii="宋体" w:hAnsi="宋体" w:eastAsia="宋体"/>
          <w:sz w:val="24"/>
        </w:rPr>
        <w:t>「需要我做什么？」夜影问。</w:t>
      </w:r>
    </w:p>
    <w:p>
      <w:pPr>
        <w:spacing w:line="560" w:lineRule="exact"/>
        <w:ind w:firstLine="420"/>
      </w:pPr>
      <w:r>
        <w:rPr>
          <w:rFonts w:ascii="宋体" w:hAnsi="宋体" w:eastAsia="宋体"/>
          <w:sz w:val="24"/>
        </w:rPr>
        <w:t>「后半夜行动。」林风看了看时间——晚上九点四十分，「凌晨两点，街上人最少的时候。夜影，你带路。我负责放设备。」</w:t>
      </w:r>
    </w:p>
    <w:p>
      <w:pPr>
        <w:spacing w:line="560" w:lineRule="exact"/>
        <w:ind w:firstLine="420"/>
      </w:pPr>
      <w:r>
        <w:rPr>
          <w:rFonts w:ascii="宋体" w:hAnsi="宋体" w:eastAsia="宋体"/>
          <w:sz w:val="24"/>
        </w:rPr>
        <w:t>「我呢？」凌天问。</w:t>
      </w:r>
    </w:p>
    <w:p>
      <w:pPr>
        <w:spacing w:line="560" w:lineRule="exact"/>
        <w:ind w:firstLine="420"/>
      </w:pPr>
      <w:r>
        <w:rPr>
          <w:rFonts w:ascii="宋体" w:hAnsi="宋体" w:eastAsia="宋体"/>
          <w:sz w:val="24"/>
        </w:rPr>
        <w:t>「你在安全屋做远程支援。」林风说，「万一出了状况，你负责通知苏小雅和赵铁柱启动B计划。」</w:t>
      </w:r>
    </w:p>
    <w:p>
      <w:pPr>
        <w:spacing w:line="560" w:lineRule="exact"/>
        <w:ind w:firstLine="420"/>
      </w:pPr>
      <w:r>
        <w:rPr>
          <w:rFonts w:ascii="宋体" w:hAnsi="宋体" w:eastAsia="宋体"/>
          <w:sz w:val="24"/>
        </w:rPr>
        <w:t>凌天点了点头。</w:t>
      </w:r>
    </w:p>
    <w:p>
      <w:pPr>
        <w:spacing w:line="560" w:lineRule="exact"/>
        <w:ind w:firstLine="420"/>
      </w:pPr>
      <w:r>
        <w:rPr>
          <w:rFonts w:ascii="宋体" w:hAnsi="宋体" w:eastAsia="宋体"/>
          <w:sz w:val="24"/>
        </w:rPr>
        <w:t>三个人的分工很快就确定了下来。没有多余的废话，没有任何犹豫——这几周的配合已经让他们形成了一种默契。</w:t>
      </w:r>
    </w:p>
    <w:p>
      <w:pPr>
        <w:spacing w:line="560" w:lineRule="exact"/>
        <w:ind w:firstLine="420"/>
      </w:pPr>
      <w:r>
        <w:rPr>
          <w:rFonts w:ascii="宋体" w:hAnsi="宋体" w:eastAsia="宋体"/>
          <w:sz w:val="24"/>
        </w:rPr>
        <w:t>凌天的工具箱是真正的百宝箱。他翻出了一个小号的防水密封盒，尺寸大概十五乘十乘五厘米，里面放了一块树莓派Zero、一个USB无线网卡、一个高增益天线、还有一块2000毫安时的锂电池。他花了大概四十分钟焊接线路、配置系统、测试信号覆盖范围。</w:t>
      </w:r>
    </w:p>
    <w:p>
      <w:pPr>
        <w:spacing w:line="560" w:lineRule="exact"/>
        <w:ind w:firstLine="420"/>
      </w:pPr>
      <w:r>
        <w:rPr>
          <w:rFonts w:ascii="宋体" w:hAnsi="宋体" w:eastAsia="宋体"/>
          <w:sz w:val="24"/>
        </w:rPr>
        <w:t>「调试口夹钳呢？」凌天自言自语，在箱子里翻了一会儿，「找到了。」</w:t>
      </w:r>
    </w:p>
    <w:p>
      <w:pPr>
        <w:spacing w:line="560" w:lineRule="exact"/>
        <w:ind w:firstLine="420"/>
      </w:pPr>
      <w:r>
        <w:rPr>
          <w:rFonts w:ascii="宋体" w:hAnsi="宋体" w:eastAsia="宋体"/>
          <w:sz w:val="24"/>
        </w:rPr>
        <w:t>他手里拿着一把看起来像夹子的东西，末端有两个金属触点，连接着一根数据线。</w:t>
      </w:r>
    </w:p>
    <w:p>
      <w:pPr>
        <w:spacing w:line="560" w:lineRule="exact"/>
        <w:ind w:firstLine="420"/>
      </w:pPr>
      <w:r>
        <w:rPr>
          <w:rFonts w:ascii="宋体" w:hAnsi="宋体" w:eastAsia="宋体"/>
          <w:sz w:val="24"/>
        </w:rPr>
        <w:t>「这是串口调试夹。」凌天把夹子展示给林风看，「开了齿的，能夹住裸露的电路触点。如果你的配电柜有外露的调试口，这东西能直接接上。」</w:t>
      </w:r>
    </w:p>
    <w:p>
      <w:pPr>
        <w:spacing w:line="560" w:lineRule="exact"/>
        <w:ind w:firstLine="420"/>
      </w:pPr>
      <w:r>
        <w:rPr>
          <w:rFonts w:ascii="宋体" w:hAnsi="宋体" w:eastAsia="宋体"/>
          <w:sz w:val="24"/>
        </w:rPr>
        <w:t>「你什么时候准备的这些？」林风好奇地问。</w:t>
      </w:r>
    </w:p>
    <w:p>
      <w:pPr>
        <w:spacing w:line="560" w:lineRule="exact"/>
        <w:ind w:firstLine="420"/>
      </w:pPr>
      <w:r>
        <w:rPr>
          <w:rFonts w:ascii="宋体" w:hAnsi="宋体" w:eastAsia="宋体"/>
          <w:sz w:val="24"/>
        </w:rPr>
        <w:t>「来新加坡之前。」凌天说，手上的动作没有停，「我查了奥林匹斯数据中心的公开招标文件和设备供应商——他们用的配电柜是西门子SIVACON系列，S8型号。这个系列的配电柜在主控面板背后有一个标准的RJ45维修口。」</w:t>
      </w:r>
    </w:p>
    <w:p>
      <w:pPr>
        <w:spacing w:line="560" w:lineRule="exact"/>
        <w:ind w:firstLine="420"/>
      </w:pPr>
      <w:r>
        <w:rPr>
          <w:rFonts w:ascii="宋体" w:hAnsi="宋体" w:eastAsia="宋体"/>
          <w:sz w:val="24"/>
        </w:rPr>
        <w:t>林风愣了一下。</w:t>
      </w:r>
    </w:p>
    <w:p>
      <w:pPr>
        <w:spacing w:line="560" w:lineRule="exact"/>
        <w:ind w:firstLine="420"/>
      </w:pPr>
      <w:r>
        <w:rPr>
          <w:rFonts w:ascii="宋体" w:hAnsi="宋体" w:eastAsia="宋体"/>
          <w:sz w:val="24"/>
        </w:rPr>
        <w:t>「你连他们用的什么配电柜都查出来了？」</w:t>
      </w:r>
    </w:p>
    <w:p>
      <w:pPr>
        <w:spacing w:line="560" w:lineRule="exact"/>
        <w:ind w:firstLine="420"/>
      </w:pPr>
      <w:r>
        <w:rPr>
          <w:rFonts w:ascii="宋体" w:hAnsi="宋体" w:eastAsia="宋体"/>
          <w:sz w:val="24"/>
        </w:rPr>
        <w:t>「公开信息。」凌天淡淡地说，「招标文件、设备采购记录、供应商合同——这些东西在网上都能找到，只要你愿意花时间翻。」</w:t>
      </w:r>
    </w:p>
    <w:p>
      <w:pPr>
        <w:spacing w:line="560" w:lineRule="exact"/>
        <w:ind w:firstLine="420"/>
      </w:pPr>
      <w:r>
        <w:rPr>
          <w:rFonts w:ascii="宋体" w:hAnsi="宋体" w:eastAsia="宋体"/>
          <w:sz w:val="24"/>
        </w:rPr>
        <w:t>林风看着凌天熟练地调试设备，心里升起一种说不清的感慨。半年前他们在大学宿舍里打游戏，凌天是他的室友，一个整天泡在图书馆的学霸。现在他们在新加坡的一间安全屋里，准备入侵一个跨国集团的数据中心。</w:t>
      </w:r>
    </w:p>
    <w:p>
      <w:pPr>
        <w:spacing w:line="560" w:lineRule="exact"/>
        <w:ind w:firstLine="420"/>
      </w:pPr>
      <w:r>
        <w:rPr>
          <w:rFonts w:ascii="宋体" w:hAnsi="宋体" w:eastAsia="宋体"/>
          <w:sz w:val="24"/>
        </w:rPr>
        <w:t>人生的变化比他玩过的任何游戏都要戏剧化。</w:t>
      </w:r>
    </w:p>
    <w:p>
      <w:pPr>
        <w:spacing w:line="560" w:lineRule="exact"/>
        <w:ind w:firstLine="420"/>
      </w:pPr>
      <w:r>
        <w:rPr>
          <w:rFonts w:ascii="宋体" w:hAnsi="宋体" w:eastAsia="宋体"/>
          <w:sz w:val="24"/>
        </w:rPr>
        <w:t>「好了。」凌天把密封盒盖好，用防水胶带缠了一圈，「理论上这东西能在百米范围内单向传输数据。信号经过两层混凝土墙可能会衰减——但配电室到建筑外墙的厚度不超过五十厘米，问题不大。」</w:t>
      </w:r>
    </w:p>
    <w:p>
      <w:pPr>
        <w:spacing w:line="560" w:lineRule="exact"/>
        <w:ind w:firstLine="420"/>
      </w:pPr>
      <w:r>
        <w:rPr>
          <w:rFonts w:ascii="宋体" w:hAnsi="宋体" w:eastAsia="宋体"/>
          <w:sz w:val="24"/>
        </w:rPr>
        <w:t>「范围内有人值守吗？」林风问夜影。</w:t>
      </w:r>
    </w:p>
    <w:p>
      <w:pPr>
        <w:spacing w:line="560" w:lineRule="exact"/>
        <w:ind w:firstLine="420"/>
      </w:pPr>
      <w:r>
        <w:rPr>
          <w:rFonts w:ascii="宋体" w:hAnsi="宋体" w:eastAsia="宋体"/>
          <w:sz w:val="24"/>
        </w:rPr>
        <w:t>「正门岗亭里有两个人，二十四小时轮值。」夜影说，「后半夜是两个保安换班，大概凌晨一点半和三点半各有一班。配电室在建筑背面，距离岗亭大概四十米——但中间隔了一堵围墙和一个空调外机平台。」</w:t>
      </w:r>
    </w:p>
    <w:p>
      <w:pPr>
        <w:spacing w:line="560" w:lineRule="exact"/>
        <w:ind w:firstLine="420"/>
      </w:pPr>
      <w:r>
        <w:rPr>
          <w:rFonts w:ascii="宋体" w:hAnsi="宋体" w:eastAsia="宋体"/>
          <w:sz w:val="24"/>
        </w:rPr>
        <w:t>「两点的窗口可行。」林风看了看窗外已经完全黑下来的天，「夜影，我们准备出发。」</w:t>
      </w:r>
    </w:p>
    <w:p>
      <w:pPr>
        <w:spacing w:line="560" w:lineRule="exact"/>
        <w:ind w:firstLine="420"/>
      </w:pPr>
      <w:r>
        <w:rPr>
          <w:rFonts w:ascii="宋体" w:hAnsi="宋体" w:eastAsia="宋体"/>
          <w:sz w:val="24"/>
        </w:rPr>
        <w:t>凌晨一点四十五分。</w:t>
      </w:r>
    </w:p>
    <w:p>
      <w:pPr>
        <w:spacing w:line="560" w:lineRule="exact"/>
        <w:ind w:firstLine="420"/>
      </w:pPr>
      <w:r>
        <w:rPr>
          <w:rFonts w:ascii="宋体" w:hAnsi="宋体" w:eastAsia="宋体"/>
          <w:sz w:val="24"/>
        </w:rPr>
        <w:t>林风和夜影走出了公寓楼。</w:t>
      </w:r>
    </w:p>
    <w:p>
      <w:pPr>
        <w:spacing w:line="560" w:lineRule="exact"/>
        <w:ind w:firstLine="420"/>
      </w:pPr>
      <w:r>
        <w:rPr>
          <w:rFonts w:ascii="宋体" w:hAnsi="宋体" w:eastAsia="宋体"/>
          <w:sz w:val="24"/>
        </w:rPr>
        <w:t>新加坡的夜晚和白天判若两个世界。白天闷热潮湿的空气中带着热带植物的甜味，到了深夜则变得干净凉爽，带着一丝海风的味道。街道上几乎没有行人，偶尔有一辆出租车驶过，车灯扫过路边的棕榈树，投下斑驳的影。</w:t>
      </w:r>
    </w:p>
    <w:p>
      <w:pPr>
        <w:spacing w:line="560" w:lineRule="exact"/>
        <w:ind w:firstLine="420"/>
      </w:pPr>
      <w:r>
        <w:rPr>
          <w:rFonts w:ascii="宋体" w:hAnsi="宋体" w:eastAsia="宋体"/>
          <w:sz w:val="24"/>
        </w:rPr>
        <w:t>两人穿着深色衣服，沿着人行道慢慢往前走。夜影走在前面，步伐自然，不像是在执行秘密任务，更像是刚下班回家的普通居民。</w:t>
      </w:r>
    </w:p>
    <w:p>
      <w:pPr>
        <w:spacing w:line="560" w:lineRule="exact"/>
        <w:ind w:firstLine="420"/>
      </w:pPr>
      <w:r>
        <w:rPr>
          <w:rFonts w:ascii="宋体" w:hAnsi="宋体" w:eastAsia="宋体"/>
          <w:sz w:val="24"/>
        </w:rPr>
        <w:t>「前面右转。」夜影压低声音说，「绕过那个清真寺，第二条巷子左转。」</w:t>
      </w:r>
    </w:p>
    <w:p>
      <w:pPr>
        <w:spacing w:line="560" w:lineRule="exact"/>
        <w:ind w:firstLine="420"/>
      </w:pPr>
      <w:r>
        <w:rPr>
          <w:rFonts w:ascii="宋体" w:hAnsi="宋体" w:eastAsia="宋体"/>
          <w:sz w:val="24"/>
        </w:rPr>
        <w:t>林风跟着她的节奏，既不快也不慢。他的口袋里装着那个密封盒，不足手掌大小，几乎感觉不到重量。但林风知道，这个小小的设备，可能是整个行动的关键。</w:t>
      </w:r>
    </w:p>
    <w:p>
      <w:pPr>
        <w:spacing w:line="560" w:lineRule="exact"/>
        <w:ind w:firstLine="420"/>
      </w:pPr>
      <w:r>
        <w:rPr>
          <w:rFonts w:ascii="宋体" w:hAnsi="宋体" w:eastAsia="宋体"/>
          <w:sz w:val="24"/>
        </w:rPr>
        <w:t>拐过第二个弯之后，视野豁然开朗。</w:t>
      </w:r>
    </w:p>
    <w:p>
      <w:pPr>
        <w:spacing w:line="560" w:lineRule="exact"/>
        <w:ind w:firstLine="420"/>
      </w:pPr>
      <w:r>
        <w:rPr>
          <w:rFonts w:ascii="宋体" w:hAnsi="宋体" w:eastAsia="宋体"/>
          <w:sz w:val="24"/>
        </w:rPr>
        <w:t>奥林匹斯数据中心出现在前方五十米处。</w:t>
      </w:r>
    </w:p>
    <w:p>
      <w:pPr>
        <w:spacing w:line="560" w:lineRule="exact"/>
        <w:ind w:firstLine="420"/>
      </w:pPr>
      <w:r>
        <w:rPr>
          <w:rFonts w:ascii="宋体" w:hAnsi="宋体" w:eastAsia="宋体"/>
          <w:sz w:val="24"/>
        </w:rPr>
        <w:t>夜色中的建筑和照片里看起来一样——灰色、方正、没有窗户，像一个沉默的碉堡。围墙上的监控摄像头的红色指示灯在黑暗中一闪一闪，像十几只警惕的眼睛。</w:t>
      </w:r>
    </w:p>
    <w:p>
      <w:pPr>
        <w:spacing w:line="560" w:lineRule="exact"/>
        <w:ind w:firstLine="420"/>
      </w:pPr>
      <w:r>
        <w:rPr>
          <w:rFonts w:ascii="宋体" w:hAnsi="宋体" w:eastAsia="宋体"/>
          <w:sz w:val="24"/>
        </w:rPr>
        <w:t>正门岗亭里亮着白炽灯，能看到两个保安的身影。一个坐着，背靠着椅子，看起来在刷手机。另一个站着，偶尔往外看一眼。</w:t>
      </w:r>
    </w:p>
    <w:p>
      <w:pPr>
        <w:spacing w:line="560" w:lineRule="exact"/>
        <w:ind w:firstLine="420"/>
      </w:pPr>
      <w:r>
        <w:rPr>
          <w:rFonts w:ascii="宋体" w:hAnsi="宋体" w:eastAsia="宋体"/>
          <w:sz w:val="24"/>
        </w:rPr>
        <w:t>「配电室的窗在那边。」夜影朝建筑的右后侧扬了扬下巴，「沿着围墙外侧走，走到那个大空调外机旁边。那里是监控的一个盲区——两个摄像头的覆盖范围中间有一个大概两米宽的死角。」</w:t>
      </w:r>
    </w:p>
    <w:p>
      <w:pPr>
        <w:spacing w:line="560" w:lineRule="exact"/>
        <w:ind w:firstLine="420"/>
      </w:pPr>
      <w:r>
        <w:rPr>
          <w:rFonts w:ascii="宋体" w:hAnsi="宋体" w:eastAsia="宋体"/>
          <w:sz w:val="24"/>
        </w:rPr>
        <w:t>「你确定？」</w:t>
      </w:r>
    </w:p>
    <w:p>
      <w:pPr>
        <w:spacing w:line="560" w:lineRule="exact"/>
        <w:ind w:firstLine="420"/>
      </w:pPr>
      <w:r>
        <w:rPr>
          <w:rFonts w:ascii="宋体" w:hAnsi="宋体" w:eastAsia="宋体"/>
          <w:sz w:val="24"/>
        </w:rPr>
        <w:t>「我数了三遍。」夜影说，「确定。」</w:t>
      </w:r>
    </w:p>
    <w:p>
      <w:pPr>
        <w:spacing w:line="560" w:lineRule="exact"/>
        <w:ind w:firstLine="420"/>
      </w:pPr>
      <w:r>
        <w:rPr>
          <w:rFonts w:ascii="宋体" w:hAnsi="宋体" w:eastAsia="宋体"/>
          <w:sz w:val="24"/>
        </w:rPr>
        <w:t>林风深吸了一口气，检查了一下口袋里的密封盒。没有再犹豫，他跟着夜影沿着围墙外侧，猫着腰，贴着墙根，小心翼翼地往前走。</w:t>
      </w:r>
    </w:p>
    <w:p>
      <w:pPr>
        <w:spacing w:line="560" w:lineRule="exact"/>
        <w:ind w:firstLine="420"/>
      </w:pPr>
      <w:r>
        <w:rPr>
          <w:rFonts w:ascii="宋体" w:hAnsi="宋体" w:eastAsia="宋体"/>
          <w:sz w:val="24"/>
        </w:rPr>
        <w:t>新加坡的夜空很干净，能看到几颗星星。</w:t>
      </w:r>
    </w:p>
    <w:p>
      <w:pPr>
        <w:spacing w:line="560" w:lineRule="exact"/>
        <w:ind w:firstLine="420"/>
      </w:pPr>
      <w:r>
        <w:rPr>
          <w:rFonts w:ascii="宋体" w:hAnsi="宋体" w:eastAsia="宋体"/>
          <w:sz w:val="24"/>
        </w:rPr>
        <w:t>林风抬头看了一眼，在心里默默算了一下时间。</w:t>
      </w:r>
    </w:p>
    <w:p>
      <w:pPr>
        <w:spacing w:line="560" w:lineRule="exact"/>
        <w:ind w:firstLine="420"/>
      </w:pPr>
      <w:r>
        <w:rPr>
          <w:rFonts w:ascii="宋体" w:hAnsi="宋体" w:eastAsia="宋体"/>
          <w:sz w:val="24"/>
        </w:rPr>
        <w:t>凌晨一点五十三分。</w:t>
      </w:r>
    </w:p>
    <w:p>
      <w:pPr>
        <w:spacing w:line="560" w:lineRule="exact"/>
        <w:ind w:firstLine="420"/>
      </w:pPr>
      <w:r>
        <w:rPr>
          <w:rFonts w:ascii="宋体" w:hAnsi="宋体" w:eastAsia="宋体"/>
          <w:sz w:val="24"/>
        </w:rPr>
        <w:t>距离换班还有三十七分钟。</w:t>
      </w:r>
    </w:p>
    <w:p>
      <w:r>
        <w:br w:type="page"/>
      </w:r>
    </w:p>
    <w:p>
      <w:pPr>
        <w:jc w:val="center"/>
      </w:pPr>
      <w:r>
        <w:rPr>
          <w:b/>
          <w:sz w:val="32"/>
        </w:rPr>
        <w:t>第075章 铁栅栏与电表箱</w:t>
      </w:r>
    </w:p>
    <w:p>
      <w:pPr>
        <w:jc w:val="center"/>
      </w:pPr>
      <w:r>
        <w:rPr>
          <w:color w:val="999999"/>
          <w:sz w:val="18"/>
        </w:rPr>
        <w:t>（2,757字）</w:t>
      </w:r>
    </w:p>
    <w:p/>
    <w:p>
      <w:pPr>
        <w:spacing w:line="560" w:lineRule="exact"/>
        <w:ind w:firstLine="420"/>
      </w:pPr>
      <w:r>
        <w:rPr>
          <w:rFonts w:ascii="宋体" w:hAnsi="宋体" w:eastAsia="宋体"/>
          <w:sz w:val="24"/>
        </w:rPr>
        <w:t>夜影的判断没有错。</w:t>
      </w:r>
    </w:p>
    <w:p>
      <w:pPr>
        <w:spacing w:line="560" w:lineRule="exact"/>
        <w:ind w:firstLine="420"/>
      </w:pPr>
      <w:r>
        <w:rPr>
          <w:rFonts w:ascii="宋体" w:hAnsi="宋体" w:eastAsia="宋体"/>
          <w:sz w:val="24"/>
        </w:rPr>
        <w:t>配电室的侧窗在建筑右后侧，被一个老旧的空调外机挡住了大半视线。窗外装的铁栅栏确实锈得厉害——表面覆盖着一层暗红色的铁锈，几颗膨胀螺丝的周围已经出现了裂缝。</w:t>
      </w:r>
    </w:p>
    <w:p>
      <w:pPr>
        <w:spacing w:line="560" w:lineRule="exact"/>
        <w:ind w:firstLine="420"/>
      </w:pPr>
      <w:r>
        <w:rPr>
          <w:rFonts w:ascii="宋体" w:hAnsi="宋体" w:eastAsia="宋体"/>
          <w:sz w:val="24"/>
        </w:rPr>
        <w:t>林风蹲在墙根下，背靠着冰冷的墙面。夜影在他右侧两米处警戒，目光扫视着周围的黑暗。</w:t>
      </w:r>
    </w:p>
    <w:p>
      <w:pPr>
        <w:spacing w:line="560" w:lineRule="exact"/>
        <w:ind w:firstLine="420"/>
      </w:pPr>
      <w:r>
        <w:rPr>
          <w:rFonts w:ascii="宋体" w:hAnsi="宋体" w:eastAsia="宋体"/>
          <w:sz w:val="24"/>
        </w:rPr>
        <w:t>「怎么样？」夜影压低声音问。</w:t>
      </w:r>
    </w:p>
    <w:p>
      <w:pPr>
        <w:spacing w:line="560" w:lineRule="exact"/>
        <w:ind w:firstLine="420"/>
      </w:pPr>
      <w:r>
        <w:rPr>
          <w:rFonts w:ascii="宋体" w:hAnsi="宋体" w:eastAsia="宋体"/>
          <w:sz w:val="24"/>
        </w:rPr>
        <w:t>林风伸手握住了铁栅栏的一根竖条，轻轻用力晃了晃。铁锈屑簌簌落下。</w:t>
      </w:r>
    </w:p>
    <w:p>
      <w:pPr>
        <w:spacing w:line="560" w:lineRule="exact"/>
        <w:ind w:firstLine="420"/>
      </w:pPr>
      <w:r>
        <w:rPr>
          <w:rFonts w:ascii="宋体" w:hAnsi="宋体" w:eastAsia="宋体"/>
          <w:sz w:val="24"/>
        </w:rPr>
        <w:t>松了。</w:t>
      </w:r>
    </w:p>
    <w:p>
      <w:pPr>
        <w:spacing w:line="560" w:lineRule="exact"/>
        <w:ind w:firstLine="420"/>
      </w:pPr>
      <w:r>
        <w:rPr>
          <w:rFonts w:ascii="宋体" w:hAnsi="宋体" w:eastAsia="宋体"/>
          <w:sz w:val="24"/>
        </w:rPr>
        <w:t>他又试了第二根——同样的松动。安装铁栅栏的工人可能偷了工，膨胀螺丝打得太浅，经过几年的日晒雨淋，原本就不深的锚点已经松脱了大半。</w:t>
      </w:r>
    </w:p>
    <w:p>
      <w:pPr>
        <w:spacing w:line="560" w:lineRule="exact"/>
        <w:ind w:firstLine="420"/>
      </w:pPr>
      <w:r>
        <w:rPr>
          <w:rFonts w:ascii="宋体" w:hAnsi="宋体" w:eastAsia="宋体"/>
          <w:sz w:val="24"/>
        </w:rPr>
        <w:t>「能弄开。」林风低声说。</w:t>
      </w:r>
    </w:p>
    <w:p>
      <w:pPr>
        <w:spacing w:line="560" w:lineRule="exact"/>
        <w:ind w:firstLine="420"/>
      </w:pPr>
      <w:r>
        <w:rPr>
          <w:rFonts w:ascii="宋体" w:hAnsi="宋体" w:eastAsia="宋体"/>
          <w:sz w:val="24"/>
        </w:rPr>
        <w:t>他从口袋里掏出了凌天准备的折叠钳——多功能工具，前面是钳口，后面藏着钢丝剪和螺丝刀。林风把钳口夹住铁栅栏的一根焊接点，用力一压。</w:t>
      </w:r>
    </w:p>
    <w:p>
      <w:pPr>
        <w:spacing w:line="560" w:lineRule="exact"/>
        <w:ind w:firstLine="420"/>
      </w:pPr>
      <w:r>
        <w:rPr>
          <w:rFonts w:ascii="宋体" w:hAnsi="宋体" w:eastAsia="宋体"/>
          <w:sz w:val="24"/>
        </w:rPr>
        <w:t>嘎吱一声低响，焊接处裂了。</w:t>
      </w:r>
    </w:p>
    <w:p>
      <w:pPr>
        <w:spacing w:line="560" w:lineRule="exact"/>
        <w:ind w:firstLine="420"/>
      </w:pPr>
      <w:r>
        <w:rPr>
          <w:rFonts w:ascii="宋体" w:hAnsi="宋体" w:eastAsia="宋体"/>
          <w:sz w:val="24"/>
        </w:rPr>
        <w:t>声音不大，但在安静的夜晚里格外清晰。林风屏住呼吸，等了十几秒——没有动静，岗亭那边没有反应。</w:t>
      </w:r>
    </w:p>
    <w:p>
      <w:pPr>
        <w:spacing w:line="560" w:lineRule="exact"/>
        <w:ind w:firstLine="420"/>
      </w:pPr>
      <w:r>
        <w:rPr>
          <w:rFonts w:ascii="宋体" w:hAnsi="宋体" w:eastAsia="宋体"/>
          <w:sz w:val="24"/>
        </w:rPr>
        <w:t>他继续干。</w:t>
      </w:r>
    </w:p>
    <w:p>
      <w:pPr>
        <w:spacing w:line="560" w:lineRule="exact"/>
        <w:ind w:firstLine="420"/>
      </w:pPr>
      <w:r>
        <w:rPr>
          <w:rFonts w:ascii="宋体" w:hAnsi="宋体" w:eastAsia="宋体"/>
          <w:sz w:val="24"/>
        </w:rPr>
        <w:t>用了大概四分钟，他把铁栅栏的四根竖条全部从焊点处剪断。最后用电工胶带把断口缠了几层——一来防止划伤手，二来减少金属碰撞的声音——然后把栅栏框整体往外掰开，露出一个勉强能容一只手伸进去的缝隙。</w:t>
      </w:r>
    </w:p>
    <w:p>
      <w:pPr>
        <w:spacing w:line="560" w:lineRule="exact"/>
        <w:ind w:firstLine="420"/>
      </w:pPr>
      <w:r>
        <w:rPr>
          <w:rFonts w:ascii="宋体" w:hAnsi="宋体" w:eastAsia="宋体"/>
          <w:sz w:val="24"/>
        </w:rPr>
        <w:t>窗口太小，人进不去。但手能伸进去就够了。</w:t>
      </w:r>
    </w:p>
    <w:p>
      <w:pPr>
        <w:spacing w:line="560" w:lineRule="exact"/>
        <w:ind w:firstLine="420"/>
      </w:pPr>
      <w:r>
        <w:rPr>
          <w:rFonts w:ascii="宋体" w:hAnsi="宋体" w:eastAsia="宋体"/>
          <w:sz w:val="24"/>
        </w:rPr>
        <w:t>林风把手机的手电筒打开，用嘴咬住，把右手伸进缝隙里摸窗扇的锁扣。</w:t>
      </w:r>
    </w:p>
    <w:p>
      <w:pPr>
        <w:spacing w:line="560" w:lineRule="exact"/>
        <w:ind w:firstLine="420"/>
      </w:pPr>
      <w:r>
        <w:rPr>
          <w:rFonts w:ascii="宋体" w:hAnsi="宋体" w:eastAsia="宋体"/>
          <w:sz w:val="24"/>
        </w:rPr>
        <w:t>老式的铝合金推拉窗，锁扣是一个简单的旋转式塑料扣。林风的指尖碰到了它，转了一下——咔嗒一声轻响，开了。</w:t>
      </w:r>
    </w:p>
    <w:p>
      <w:pPr>
        <w:spacing w:line="560" w:lineRule="exact"/>
        <w:ind w:firstLine="420"/>
      </w:pPr>
      <w:r>
        <w:rPr>
          <w:rFonts w:ascii="宋体" w:hAnsi="宋体" w:eastAsia="宋体"/>
          <w:sz w:val="24"/>
        </w:rPr>
        <w:t>他轻轻把窗户推开一条缝，冷空气从缝隙里流出来，带着一种工业区特有的味道——机油、金属和干燥空气的混合气味。</w:t>
      </w:r>
    </w:p>
    <w:p>
      <w:pPr>
        <w:spacing w:line="560" w:lineRule="exact"/>
        <w:ind w:firstLine="420"/>
      </w:pPr>
      <w:r>
        <w:rPr>
          <w:rFonts w:ascii="宋体" w:hAnsi="宋体" w:eastAsia="宋体"/>
          <w:sz w:val="24"/>
        </w:rPr>
        <w:t>手机手电筒的光扫进配电室内部。</w:t>
      </w:r>
    </w:p>
    <w:p>
      <w:pPr>
        <w:spacing w:line="560" w:lineRule="exact"/>
        <w:ind w:firstLine="420"/>
      </w:pPr>
      <w:r>
        <w:rPr>
          <w:rFonts w:ascii="宋体" w:hAnsi="宋体" w:eastAsia="宋体"/>
          <w:sz w:val="24"/>
        </w:rPr>
        <w:t>空间比他想象的要大。大概十平方米的房间，两侧墙壁上安装了四个配电柜，银灰色的金属柜体一字排开。柜门上贴着黄色的高压警示标签。正中是一个绝缘橡胶垫铺设的操作区，头顶有一盏应急灯亮着微弱的白光。</w:t>
      </w:r>
    </w:p>
    <w:p>
      <w:pPr>
        <w:spacing w:line="560" w:lineRule="exact"/>
        <w:ind w:firstLine="420"/>
      </w:pPr>
      <w:r>
        <w:rPr>
          <w:rFonts w:ascii="宋体" w:hAnsi="宋体" w:eastAsia="宋体"/>
          <w:sz w:val="24"/>
        </w:rPr>
        <w:t>林风的目光迅速扫过配电柜。</w:t>
      </w:r>
    </w:p>
    <w:p>
      <w:pPr>
        <w:spacing w:line="560" w:lineRule="exact"/>
        <w:ind w:firstLine="420"/>
      </w:pPr>
      <w:r>
        <w:rPr>
          <w:rFonts w:ascii="宋体" w:hAnsi="宋体" w:eastAsia="宋体"/>
          <w:sz w:val="24"/>
        </w:rPr>
        <w:t>凌天的猜测是对的——西门子SIVACON系列。</w:t>
      </w:r>
    </w:p>
    <w:p>
      <w:pPr>
        <w:spacing w:line="560" w:lineRule="exact"/>
        <w:ind w:firstLine="420"/>
      </w:pPr>
      <w:r>
        <w:rPr>
          <w:rFonts w:ascii="宋体" w:hAnsi="宋体" w:eastAsia="宋体"/>
          <w:sz w:val="24"/>
        </w:rPr>
        <w:t>最左侧的配电柜是主进线柜，柜门右下角果然有一个RJ45接口，上面盖着一个小号的防尘盖。旁边还有一个USB调试口，用透明塑料盖封着。</w:t>
      </w:r>
    </w:p>
    <w:p>
      <w:pPr>
        <w:spacing w:line="560" w:lineRule="exact"/>
        <w:ind w:firstLine="420"/>
      </w:pPr>
      <w:r>
        <w:rPr>
          <w:rFonts w:ascii="宋体" w:hAnsi="宋体" w:eastAsia="宋体"/>
          <w:sz w:val="24"/>
        </w:rPr>
        <w:t>一切都在五米之内。</w:t>
      </w:r>
    </w:p>
    <w:p>
      <w:pPr>
        <w:spacing w:line="560" w:lineRule="exact"/>
        <w:ind w:firstLine="420"/>
      </w:pPr>
      <w:r>
        <w:rPr>
          <w:rFonts w:ascii="宋体" w:hAnsi="宋体" w:eastAsia="宋体"/>
          <w:sz w:val="24"/>
        </w:rPr>
        <w:t>但问题是——如何把转发器放进去？</w:t>
      </w:r>
    </w:p>
    <w:p>
      <w:pPr>
        <w:spacing w:line="560" w:lineRule="exact"/>
        <w:ind w:firstLine="420"/>
      </w:pPr>
      <w:r>
        <w:rPr>
          <w:rFonts w:ascii="宋体" w:hAnsi="宋体" w:eastAsia="宋体"/>
          <w:sz w:val="24"/>
        </w:rPr>
        <w:t>林风缩回手，退到墙根下，低声对夜影说：「窗口三十厘米乘不到四十厘米，我只能伸一只手进去。转发器盒子太大，塞不进去。」</w:t>
      </w:r>
    </w:p>
    <w:p>
      <w:pPr>
        <w:spacing w:line="560" w:lineRule="exact"/>
        <w:ind w:firstLine="420"/>
      </w:pPr>
      <w:r>
        <w:rPr>
          <w:rFonts w:ascii="宋体" w:hAnsi="宋体" w:eastAsia="宋体"/>
          <w:sz w:val="24"/>
        </w:rPr>
        <w:t>「拆成零件呢？」夜影问。</w:t>
      </w:r>
    </w:p>
    <w:p>
      <w:pPr>
        <w:spacing w:line="560" w:lineRule="exact"/>
        <w:ind w:firstLine="420"/>
      </w:pPr>
      <w:r>
        <w:rPr>
          <w:rFonts w:ascii="宋体" w:hAnsi="宋体" w:eastAsia="宋体"/>
          <w:sz w:val="24"/>
        </w:rPr>
        <w:t>「树莓派拆了主板能塞进去，但电池和天线可能不行。」</w:t>
      </w:r>
    </w:p>
    <w:p>
      <w:pPr>
        <w:spacing w:line="560" w:lineRule="exact"/>
        <w:ind w:firstLine="420"/>
      </w:pPr>
      <w:r>
        <w:rPr>
          <w:rFonts w:ascii="宋体" w:hAnsi="宋体" w:eastAsia="宋体"/>
          <w:sz w:val="24"/>
        </w:rPr>
        <w:t>夜影沉默了几秒。「如果把盒子留在外面，只把探头伸进去呢？」</w:t>
      </w:r>
    </w:p>
    <w:p>
      <w:pPr>
        <w:spacing w:line="560" w:lineRule="exact"/>
        <w:ind w:firstLine="420"/>
      </w:pPr>
      <w:r>
        <w:rPr>
          <w:rFonts w:ascii="宋体" w:hAnsi="宋体" w:eastAsia="宋体"/>
          <w:sz w:val="24"/>
        </w:rPr>
        <w:t>林风愣了一下，随即反应过来。</w:t>
      </w:r>
    </w:p>
    <w:p>
      <w:pPr>
        <w:spacing w:line="560" w:lineRule="exact"/>
        <w:ind w:firstLine="420"/>
      </w:pPr>
      <w:r>
        <w:rPr>
          <w:rFonts w:ascii="宋体" w:hAnsi="宋体" w:eastAsia="宋体"/>
          <w:sz w:val="24"/>
        </w:rPr>
        <w:t>对。他不需要把整个转发器放进配电室——只需要把探头放到配电柜的接口旁边就行。转发器本体可以藏在窗台外面或者空调外机后面，用一根短数据线连接探头。</w:t>
      </w:r>
    </w:p>
    <w:p>
      <w:pPr>
        <w:spacing w:line="560" w:lineRule="exact"/>
        <w:ind w:firstLine="420"/>
      </w:pPr>
      <w:r>
        <w:rPr>
          <w:rFonts w:ascii="宋体" w:hAnsi="宋体" w:eastAsia="宋体"/>
          <w:sz w:val="24"/>
        </w:rPr>
        <w:t>「等会儿。」林风从口袋里拿出那个密封盒，打开盖子。</w:t>
      </w:r>
    </w:p>
    <w:p>
      <w:pPr>
        <w:spacing w:line="560" w:lineRule="exact"/>
        <w:ind w:firstLine="420"/>
      </w:pPr>
      <w:r>
        <w:rPr>
          <w:rFonts w:ascii="宋体" w:hAnsi="宋体" w:eastAsia="宋体"/>
          <w:sz w:val="24"/>
        </w:rPr>
        <w:t>树莓派Zero只有信用卡大小，但加上电池和天线模块就厚了不少。林风想了想，从工具包里翻出一根五十厘米长的USB延长线和一条串口数据线。</w:t>
      </w:r>
    </w:p>
    <w:p>
      <w:pPr>
        <w:spacing w:line="560" w:lineRule="exact"/>
        <w:ind w:firstLine="420"/>
      </w:pPr>
      <w:r>
        <w:rPr>
          <w:rFonts w:ascii="宋体" w:hAnsi="宋体" w:eastAsia="宋体"/>
          <w:sz w:val="24"/>
        </w:rPr>
        <w:t>方案很简单：把树莓派系统留在密封盒里藏在窗外，用USB延长线把无线网卡的天线探头送进配电室，另外用串口数据线的夹子去夹配电柜的调试接口。</w:t>
      </w:r>
    </w:p>
    <w:p>
      <w:pPr>
        <w:spacing w:line="560" w:lineRule="exact"/>
        <w:ind w:firstLine="420"/>
      </w:pPr>
      <w:r>
        <w:rPr>
          <w:rFonts w:ascii="宋体" w:hAnsi="宋体" w:eastAsia="宋体"/>
          <w:sz w:val="24"/>
        </w:rPr>
        <w:t>林风把密封盒放在空调外机的底座下面——那里有一个正好能卡住盒子的空隙。然后把USB延长线穿过窗户缝隙，再把串口数据线的夹子也用胶带固定在USB探头旁边。</w:t>
      </w:r>
    </w:p>
    <w:p>
      <w:pPr>
        <w:spacing w:line="560" w:lineRule="exact"/>
        <w:ind w:firstLine="420"/>
      </w:pPr>
      <w:r>
        <w:rPr>
          <w:rFonts w:ascii="宋体" w:hAnsi="宋体" w:eastAsia="宋体"/>
          <w:sz w:val="24"/>
        </w:rPr>
        <w:t>「试试。」他自言自语，按了一下密封盒里的开关。</w:t>
      </w:r>
    </w:p>
    <w:p>
      <w:pPr>
        <w:spacing w:line="560" w:lineRule="exact"/>
        <w:ind w:firstLine="420"/>
      </w:pPr>
      <w:r>
        <w:rPr>
          <w:rFonts w:ascii="宋体" w:hAnsi="宋体" w:eastAsia="宋体"/>
          <w:sz w:val="24"/>
        </w:rPr>
        <w:t>绿色指示灯亮了起来。</w:t>
      </w:r>
    </w:p>
    <w:p>
      <w:pPr>
        <w:spacing w:line="560" w:lineRule="exact"/>
        <w:ind w:firstLine="420"/>
      </w:pPr>
      <w:r>
        <w:rPr>
          <w:rFonts w:ascii="宋体" w:hAnsi="宋体" w:eastAsia="宋体"/>
          <w:sz w:val="24"/>
        </w:rPr>
        <w:t>他又拿出一台小型测试笔记本电脑——凌天的备用机——打开信号检测软件。屏幕上显示，Wi-Fi信号强度为-62dBm，质量良好。</w:t>
      </w:r>
    </w:p>
    <w:p>
      <w:pPr>
        <w:spacing w:line="560" w:lineRule="exact"/>
        <w:ind w:firstLine="420"/>
      </w:pPr>
      <w:r>
        <w:rPr>
          <w:rFonts w:ascii="宋体" w:hAnsi="宋体" w:eastAsia="宋体"/>
          <w:sz w:val="24"/>
        </w:rPr>
        <w:t>「成了。」林风低声说，把笔记本电脑关机收好，「探头到配电柜的距离大概四米——信号足够。」</w:t>
      </w:r>
    </w:p>
    <w:p>
      <w:pPr>
        <w:spacing w:line="560" w:lineRule="exact"/>
        <w:ind w:firstLine="420"/>
      </w:pPr>
      <w:r>
        <w:rPr>
          <w:rFonts w:ascii="宋体" w:hAnsi="宋体" w:eastAsia="宋体"/>
          <w:sz w:val="24"/>
        </w:rPr>
        <w:t>「那你准备什么时候夹上去？」夜影问。</w:t>
      </w:r>
    </w:p>
    <w:p>
      <w:pPr>
        <w:spacing w:line="560" w:lineRule="exact"/>
        <w:ind w:firstLine="420"/>
      </w:pPr>
      <w:r>
        <w:rPr>
          <w:rFonts w:ascii="宋体" w:hAnsi="宋体" w:eastAsia="宋体"/>
          <w:sz w:val="24"/>
        </w:rPr>
        <w:t>「现在。」</w:t>
      </w:r>
    </w:p>
    <w:p>
      <w:pPr>
        <w:spacing w:line="560" w:lineRule="exact"/>
        <w:ind w:firstLine="420"/>
      </w:pPr>
      <w:r>
        <w:rPr>
          <w:rFonts w:ascii="宋体" w:hAnsi="宋体" w:eastAsia="宋体"/>
          <w:sz w:val="24"/>
        </w:rPr>
        <w:t>林风重新把手伸进窗缝里。这次不是用手电筒，而是用指尖去摸索——他能摸到配电柜右下角的RJ45防尘盖，以及USB调试口的透明罩子。但现在的问题是，他只是把探头放到了配电室的地面上，还没真正接上调试口。</w:t>
      </w:r>
    </w:p>
    <w:p>
      <w:pPr>
        <w:spacing w:line="560" w:lineRule="exact"/>
        <w:ind w:firstLine="420"/>
      </w:pPr>
      <w:r>
        <w:rPr>
          <w:rFonts w:ascii="宋体" w:hAnsi="宋体" w:eastAsia="宋体"/>
          <w:sz w:val="24"/>
        </w:rPr>
        <w:t>他用指尖推动串口夹子，一点一点地往USB调试口的方向挪。</w:t>
      </w:r>
    </w:p>
    <w:p>
      <w:pPr>
        <w:spacing w:line="560" w:lineRule="exact"/>
        <w:ind w:firstLine="420"/>
      </w:pPr>
      <w:r>
        <w:rPr>
          <w:rFonts w:ascii="宋体" w:hAnsi="宋体" w:eastAsia="宋体"/>
          <w:sz w:val="24"/>
        </w:rPr>
        <w:t>指尖的触感是最原始的工具。他只能靠摸——调整角度、对准接口、推进去。</w:t>
      </w:r>
    </w:p>
    <w:p>
      <w:pPr>
        <w:spacing w:line="560" w:lineRule="exact"/>
        <w:ind w:firstLine="420"/>
      </w:pPr>
      <w:r>
        <w:rPr>
          <w:rFonts w:ascii="宋体" w:hAnsi="宋体" w:eastAsia="宋体"/>
          <w:sz w:val="24"/>
        </w:rPr>
        <w:t>第一次没对准，夹子滑开了。</w:t>
      </w:r>
    </w:p>
    <w:p>
      <w:pPr>
        <w:spacing w:line="560" w:lineRule="exact"/>
        <w:ind w:firstLine="420"/>
      </w:pPr>
      <w:r>
        <w:rPr>
          <w:rFonts w:ascii="宋体" w:hAnsi="宋体" w:eastAsia="宋体"/>
          <w:sz w:val="24"/>
        </w:rPr>
        <w:t>第二次，指尖传来的触感告诉他角度偏了大概十度。</w:t>
      </w:r>
    </w:p>
    <w:p>
      <w:pPr>
        <w:spacing w:line="560" w:lineRule="exact"/>
        <w:ind w:firstLine="420"/>
      </w:pPr>
      <w:r>
        <w:rPr>
          <w:rFonts w:ascii="宋体" w:hAnsi="宋体" w:eastAsia="宋体"/>
          <w:sz w:val="24"/>
        </w:rPr>
        <w:t>第三次，咔嗒一声轻响——夹子卡进去了。</w:t>
      </w:r>
    </w:p>
    <w:p>
      <w:pPr>
        <w:spacing w:line="560" w:lineRule="exact"/>
        <w:ind w:firstLine="420"/>
      </w:pPr>
      <w:r>
        <w:rPr>
          <w:rFonts w:ascii="宋体" w:hAnsi="宋体" w:eastAsia="宋体"/>
          <w:sz w:val="24"/>
        </w:rPr>
        <w:t>林风屏住呼吸，轻轻拉了拉数据线，确认夹子已经卡紧。然后他又把两个探头的线沿着配电柜的边缘和墙角塞进去，尽量减少它们被注意到。他缩回手，把窗户轻轻拉回到原来的位置——没有完全锁死，但从外面看和没动过一样。</w:t>
      </w:r>
    </w:p>
    <w:p>
      <w:pPr>
        <w:spacing w:line="560" w:lineRule="exact"/>
        <w:ind w:firstLine="420"/>
      </w:pPr>
      <w:r>
        <w:rPr>
          <w:rFonts w:ascii="宋体" w:hAnsi="宋体" w:eastAsia="宋体"/>
          <w:sz w:val="24"/>
        </w:rPr>
        <w:t>然后他小心翼翼地把掰开的铁栅栏推回原位。虽然焊点断了，但从一米之外看不清异常。</w:t>
      </w:r>
    </w:p>
    <w:p>
      <w:pPr>
        <w:spacing w:line="560" w:lineRule="exact"/>
        <w:ind w:firstLine="420"/>
      </w:pPr>
      <w:r>
        <w:rPr>
          <w:rFonts w:ascii="宋体" w:hAnsi="宋体" w:eastAsia="宋体"/>
          <w:sz w:val="24"/>
        </w:rPr>
        <w:t>「好了。」他站起来，后退了两步，用手机摄像头检查了一下——看起来和之前没什么区别。</w:t>
      </w:r>
    </w:p>
    <w:p>
      <w:pPr>
        <w:spacing w:line="560" w:lineRule="exact"/>
        <w:ind w:firstLine="420"/>
      </w:pPr>
      <w:r>
        <w:rPr>
          <w:rFonts w:ascii="宋体" w:hAnsi="宋体" w:eastAsia="宋体"/>
          <w:sz w:val="24"/>
        </w:rPr>
        <w:t>夜影点了点头：「走。」</w:t>
      </w:r>
    </w:p>
    <w:p>
      <w:pPr>
        <w:spacing w:line="560" w:lineRule="exact"/>
        <w:ind w:firstLine="420"/>
      </w:pPr>
      <w:r>
        <w:rPr>
          <w:rFonts w:ascii="宋体" w:hAnsi="宋体" w:eastAsia="宋体"/>
          <w:sz w:val="24"/>
        </w:rPr>
        <w:t>两人沿着来时的路径撤出了外围。没有灯光照过来，没有脚步声追上来，没有警报声。</w:t>
      </w:r>
    </w:p>
    <w:p>
      <w:pPr>
        <w:spacing w:line="560" w:lineRule="exact"/>
        <w:ind w:firstLine="420"/>
      </w:pPr>
      <w:r>
        <w:rPr>
          <w:rFonts w:ascii="宋体" w:hAnsi="宋体" w:eastAsia="宋体"/>
          <w:sz w:val="24"/>
        </w:rPr>
        <w:t>从开始到结束，用时十五分钟。</w:t>
      </w:r>
    </w:p>
    <w:p>
      <w:pPr>
        <w:spacing w:line="560" w:lineRule="exact"/>
        <w:ind w:firstLine="420"/>
      </w:pPr>
      <w:r>
        <w:rPr>
          <w:rFonts w:ascii="宋体" w:hAnsi="宋体" w:eastAsia="宋体"/>
          <w:sz w:val="24"/>
        </w:rPr>
        <w:t>凌晨两点十一分，他们回到了安全屋。</w:t>
      </w:r>
    </w:p>
    <w:p>
      <w:pPr>
        <w:spacing w:line="560" w:lineRule="exact"/>
        <w:ind w:firstLine="420"/>
      </w:pPr>
      <w:r>
        <w:rPr>
          <w:rFonts w:ascii="宋体" w:hAnsi="宋体" w:eastAsia="宋体"/>
          <w:sz w:val="24"/>
        </w:rPr>
        <w:t>凌天已经等在客厅里了，面前摆着那台测试用的笔记本电脑。看到他们进来，他没有问有没有被发现——而是直接问：「信号怎么样？」</w:t>
      </w:r>
    </w:p>
    <w:p>
      <w:pPr>
        <w:spacing w:line="560" w:lineRule="exact"/>
        <w:ind w:firstLine="420"/>
      </w:pPr>
      <w:r>
        <w:rPr>
          <w:rFonts w:ascii="宋体" w:hAnsi="宋体" w:eastAsia="宋体"/>
          <w:sz w:val="24"/>
        </w:rPr>
        <w:t>林风打开密封盒旁边的Wi-Fi接收器，连接上笔记本电脑。</w:t>
      </w:r>
    </w:p>
    <w:p>
      <w:pPr>
        <w:spacing w:line="560" w:lineRule="exact"/>
        <w:ind w:firstLine="420"/>
      </w:pPr>
      <w:r>
        <w:rPr>
          <w:rFonts w:ascii="宋体" w:hAnsi="宋体" w:eastAsia="宋体"/>
          <w:sz w:val="24"/>
        </w:rPr>
        <w:t>屏幕上弹出了一个连接成功的提示。</w:t>
      </w:r>
    </w:p>
    <w:p>
      <w:pPr>
        <w:spacing w:line="560" w:lineRule="exact"/>
        <w:ind w:firstLine="420"/>
      </w:pPr>
      <w:r>
        <w:rPr>
          <w:rFonts w:ascii="宋体" w:hAnsi="宋体" w:eastAsia="宋体"/>
          <w:sz w:val="24"/>
        </w:rPr>
        <w:t>「干得漂亮。」凌天难得露出一丝笑容。</w:t>
      </w:r>
    </w:p>
    <w:p>
      <w:pPr>
        <w:spacing w:line="560" w:lineRule="exact"/>
        <w:ind w:firstLine="420"/>
      </w:pPr>
      <w:r>
        <w:rPr>
          <w:rFonts w:ascii="宋体" w:hAnsi="宋体" w:eastAsia="宋体"/>
          <w:sz w:val="24"/>
        </w:rPr>
        <w:t>林风走到笔记本电脑前坐下，手指在键盘上敲击了几行命令。屏幕上开始滚动输出——一串串十六进制数据流。</w:t>
      </w:r>
    </w:p>
    <w:p>
      <w:pPr>
        <w:spacing w:line="560" w:lineRule="exact"/>
        <w:ind w:firstLine="420"/>
      </w:pPr>
      <w:r>
        <w:rPr>
          <w:rFonts w:ascii="宋体" w:hAnsi="宋体" w:eastAsia="宋体"/>
          <w:sz w:val="24"/>
        </w:rPr>
        <w:t>「这是什么？」夜影问。</w:t>
      </w:r>
    </w:p>
    <w:p>
      <w:pPr>
        <w:spacing w:line="560" w:lineRule="exact"/>
        <w:ind w:firstLine="420"/>
      </w:pPr>
      <w:r>
        <w:rPr>
          <w:rFonts w:ascii="宋体" w:hAnsi="宋体" w:eastAsia="宋体"/>
          <w:sz w:val="24"/>
        </w:rPr>
        <w:t>「配电室的环境监控系统。」林风说，眼睛没有离开屏幕，「温度、湿度、电力负荷——这些数据是从配电柜的监控模块直接传过来的。」</w:t>
      </w:r>
    </w:p>
    <w:p>
      <w:pPr>
        <w:spacing w:line="560" w:lineRule="exact"/>
        <w:ind w:firstLine="420"/>
      </w:pPr>
      <w:r>
        <w:rPr>
          <w:rFonts w:ascii="宋体" w:hAnsi="宋体" w:eastAsia="宋体"/>
          <w:sz w:val="24"/>
        </w:rPr>
        <w:t>「能从这里跳到核心网络吗？」</w:t>
      </w:r>
    </w:p>
    <w:p>
      <w:pPr>
        <w:spacing w:line="560" w:lineRule="exact"/>
        <w:ind w:firstLine="420"/>
      </w:pPr>
      <w:r>
        <w:rPr>
          <w:rFonts w:ascii="宋体" w:hAnsi="宋体" w:eastAsia="宋体"/>
          <w:sz w:val="24"/>
        </w:rPr>
        <w:t>「需要看看他们的网络拓扑。」林风的手指在键盘上飞快地敲击着，「环境监控系统通常和楼宇管理系统共用一个网络段——如果能找到楼宇管理系统的入口，就能顺着它找到办公网络。」</w:t>
      </w:r>
    </w:p>
    <w:p>
      <w:pPr>
        <w:spacing w:line="560" w:lineRule="exact"/>
        <w:ind w:firstLine="420"/>
      </w:pPr>
      <w:r>
        <w:rPr>
          <w:rFonts w:ascii="宋体" w:hAnsi="宋体" w:eastAsia="宋体"/>
          <w:sz w:val="24"/>
        </w:rPr>
        <w:t>屏幕上滚动了几秒后，停在一个IP地址段上。</w:t>
      </w:r>
    </w:p>
    <w:p>
      <w:pPr>
        <w:spacing w:line="560" w:lineRule="exact"/>
        <w:ind w:firstLine="420"/>
      </w:pPr>
      <w:r>
        <w:rPr>
          <w:rFonts w:ascii="宋体" w:hAnsi="宋体" w:eastAsia="宋体"/>
          <w:sz w:val="24"/>
        </w:rPr>
        <w:t>192.168.14.0/24。</w:t>
      </w:r>
    </w:p>
    <w:p>
      <w:pPr>
        <w:spacing w:line="560" w:lineRule="exact"/>
        <w:ind w:firstLine="420"/>
      </w:pPr>
      <w:r>
        <w:rPr>
          <w:rFonts w:ascii="宋体" w:hAnsi="宋体" w:eastAsia="宋体"/>
          <w:sz w:val="24"/>
        </w:rPr>
        <w:t>「找到了。」林风说，「他们的配电网段是14段，网关在14.1。网关上有路由表——让我看看能不能追踪到主干网络。」</w:t>
      </w:r>
    </w:p>
    <w:p>
      <w:pPr>
        <w:spacing w:line="560" w:lineRule="exact"/>
        <w:ind w:firstLine="420"/>
      </w:pPr>
      <w:r>
        <w:rPr>
          <w:rFonts w:ascii="宋体" w:hAnsi="宋体" w:eastAsia="宋体"/>
          <w:sz w:val="24"/>
        </w:rPr>
        <w:t>他输入了一行命令，等待了几秒。</w:t>
      </w:r>
    </w:p>
    <w:p>
      <w:pPr>
        <w:spacing w:line="560" w:lineRule="exact"/>
        <w:ind w:firstLine="420"/>
      </w:pPr>
      <w:r>
        <w:rPr>
          <w:rFonts w:ascii="宋体" w:hAnsi="宋体" w:eastAsia="宋体"/>
          <w:sz w:val="24"/>
        </w:rPr>
        <w:t>路由表显示：0.0.0.0/0 指向 10.0.0.1。</w:t>
      </w:r>
    </w:p>
    <w:p>
      <w:pPr>
        <w:spacing w:line="560" w:lineRule="exact"/>
        <w:ind w:firstLine="420"/>
      </w:pPr>
      <w:r>
        <w:rPr>
          <w:rFonts w:ascii="宋体" w:hAnsi="宋体" w:eastAsia="宋体"/>
          <w:sz w:val="24"/>
        </w:rPr>
        <w:t>「主干是10段。」林风的手指更快了，「10段通常是企业内网。」</w:t>
      </w:r>
    </w:p>
    <w:p>
      <w:pPr>
        <w:spacing w:line="560" w:lineRule="exact"/>
        <w:ind w:firstLine="420"/>
      </w:pPr>
      <w:r>
        <w:rPr>
          <w:rFonts w:ascii="宋体" w:hAnsi="宋体" w:eastAsia="宋体"/>
          <w:sz w:val="24"/>
        </w:rPr>
        <w:t>「能绕过去吗？」凌天问。</w:t>
      </w:r>
    </w:p>
    <w:p>
      <w:pPr>
        <w:spacing w:line="560" w:lineRule="exact"/>
        <w:ind w:firstLine="420"/>
      </w:pPr>
      <w:r>
        <w:rPr>
          <w:rFonts w:ascii="宋体" w:hAnsi="宋体" w:eastAsia="宋体"/>
          <w:sz w:val="24"/>
        </w:rPr>
        <w:t>「理论上，我可以渗透到10段的主干网，再找到他们的数据中心管理网段。」林风说，「但这不是最关键的。」</w:t>
      </w:r>
    </w:p>
    <w:p>
      <w:pPr>
        <w:spacing w:line="560" w:lineRule="exact"/>
        <w:ind w:firstLine="420"/>
      </w:pPr>
      <w:r>
        <w:rPr>
          <w:rFonts w:ascii="宋体" w:hAnsi="宋体" w:eastAsia="宋体"/>
          <w:sz w:val="24"/>
        </w:rPr>
        <w:t>「最关键的是什么？」</w:t>
      </w:r>
    </w:p>
    <w:p>
      <w:pPr>
        <w:spacing w:line="560" w:lineRule="exact"/>
        <w:ind w:firstLine="420"/>
      </w:pPr>
      <w:r>
        <w:rPr>
          <w:rFonts w:ascii="宋体" w:hAnsi="宋体" w:eastAsia="宋体"/>
          <w:sz w:val="24"/>
        </w:rPr>
        <w:t>林风抬起头，眼睛里闪着光。</w:t>
      </w:r>
    </w:p>
    <w:p>
      <w:pPr>
        <w:spacing w:line="560" w:lineRule="exact"/>
        <w:ind w:firstLine="420"/>
      </w:pPr>
      <w:r>
        <w:rPr>
          <w:rFonts w:ascii="宋体" w:hAnsi="宋体" w:eastAsia="宋体"/>
          <w:sz w:val="24"/>
        </w:rPr>
        <w:t>「最关键的是——他们用的核心网络设备，是思科的。」</w:t>
      </w:r>
    </w:p>
    <w:p>
      <w:pPr>
        <w:spacing w:line="560" w:lineRule="exact"/>
        <w:ind w:firstLine="420"/>
      </w:pPr>
      <w:r>
        <w:rPr>
          <w:rFonts w:ascii="宋体" w:hAnsi="宋体" w:eastAsia="宋体"/>
          <w:sz w:val="24"/>
        </w:rPr>
        <w:t>「所以？」</w:t>
      </w:r>
    </w:p>
    <w:p>
      <w:pPr>
        <w:spacing w:line="560" w:lineRule="exact"/>
        <w:ind w:firstLine="420"/>
      </w:pPr>
      <w:r>
        <w:rPr>
          <w:rFonts w:ascii="宋体" w:hAnsi="宋体" w:eastAsia="宋体"/>
          <w:sz w:val="24"/>
        </w:rPr>
        <w:t>「思科的设备有一个很出名的后门，如果你知道正确的利用方式。」林风说，「2018年之后出厂的一些型号默认开启了一个调试协议——CDP，Cisco Discovery Protocol。这个协议本来是用来让思科设备互相发现的，但它会暴露大量的设备信息，特别是——如果工程师偷懒没有关掉它。」</w:t>
      </w:r>
    </w:p>
    <w:p>
      <w:pPr>
        <w:spacing w:line="560" w:lineRule="exact"/>
        <w:ind w:firstLine="420"/>
      </w:pPr>
      <w:r>
        <w:rPr>
          <w:rFonts w:ascii="宋体" w:hAnsi="宋体" w:eastAsia="宋体"/>
          <w:sz w:val="24"/>
        </w:rPr>
        <w:t>林风开始在终端上输入一行命令，尝试发送一个CDP协议的探测包。</w:t>
      </w:r>
    </w:p>
    <w:p>
      <w:pPr>
        <w:spacing w:line="560" w:lineRule="exact"/>
        <w:ind w:firstLine="420"/>
      </w:pPr>
      <w:r>
        <w:rPr>
          <w:rFonts w:ascii="宋体" w:hAnsi="宋体" w:eastAsia="宋体"/>
          <w:sz w:val="24"/>
        </w:rPr>
        <w:t>屏幕输出了几条信息：</w:t>
      </w:r>
    </w:p>
    <w:p>
      <w:pPr>
        <w:spacing w:line="560" w:lineRule="exact"/>
        <w:ind w:firstLine="420"/>
      </w:pPr>
      <w:r>
        <w:rPr>
          <w:rFonts w:ascii="宋体" w:hAnsi="宋体" w:eastAsia="宋体"/>
          <w:sz w:val="24"/>
        </w:rPr>
        <w:t>Device ID: OLY-CORE-SW01</w:t>
        <w:br/>
        <w:t>Platform: Cisco Catalyst 9500</w:t>
        <w:br/>
        <w:t>Capabilities: Switch IGMP</w:t>
        <w:br/>
        <w:t>Interface: GigabitEthernet1/0/24</w:t>
        <w:br/>
        <w:t>Holdtime: 150 seconds</w:t>
      </w:r>
    </w:p>
    <w:p>
      <w:pPr>
        <w:spacing w:line="560" w:lineRule="exact"/>
        <w:ind w:firstLine="420"/>
      </w:pPr>
      <w:r>
        <w:rPr>
          <w:rFonts w:ascii="宋体" w:hAnsi="宋体" w:eastAsia="宋体"/>
          <w:sz w:val="24"/>
        </w:rPr>
        <w:t>「果然是思科9500系列。」林风说，「这台核心交换机的G1/0/24口连着下层设备。」</w:t>
      </w:r>
    </w:p>
    <w:p>
      <w:pPr>
        <w:spacing w:line="560" w:lineRule="exact"/>
        <w:ind w:firstLine="420"/>
      </w:pPr>
      <w:r>
        <w:rPr>
          <w:rFonts w:ascii="宋体" w:hAnsi="宋体" w:eastAsia="宋体"/>
          <w:sz w:val="24"/>
        </w:rPr>
        <w:t>「你能黑进去吗？」</w:t>
      </w:r>
    </w:p>
    <w:p>
      <w:pPr>
        <w:spacing w:line="560" w:lineRule="exact"/>
        <w:ind w:firstLine="420"/>
      </w:pPr>
      <w:r>
        <w:rPr>
          <w:rFonts w:ascii="宋体" w:hAnsi="宋体" w:eastAsia="宋体"/>
          <w:sz w:val="24"/>
        </w:rPr>
        <w:t>「CDP本身没有密码保护——它是一个广播协议。我能收集到大量设备信息，但要登陆交换机还是需要SSH或Telnet凭证。」</w:t>
      </w:r>
    </w:p>
    <w:p>
      <w:pPr>
        <w:spacing w:line="560" w:lineRule="exact"/>
        <w:ind w:firstLine="420"/>
      </w:pPr>
      <w:r>
        <w:rPr>
          <w:rFonts w:ascii="宋体" w:hAnsi="宋体" w:eastAsia="宋体"/>
          <w:sz w:val="24"/>
        </w:rPr>
        <w:t>林风沉默了片刻，在脑海中快速推演。</w:t>
      </w:r>
    </w:p>
    <w:p>
      <w:pPr>
        <w:spacing w:line="560" w:lineRule="exact"/>
        <w:ind w:firstLine="420"/>
      </w:pPr>
      <w:r>
        <w:rPr>
          <w:rFonts w:ascii="宋体" w:hAnsi="宋体" w:eastAsia="宋体"/>
          <w:sz w:val="24"/>
        </w:rPr>
        <w:t>「但我不需要黑进交换机。」他说，「我需要的是把EVE协议送到服务器所在的网段。」</w:t>
      </w:r>
    </w:p>
    <w:p>
      <w:pPr>
        <w:spacing w:line="560" w:lineRule="exact"/>
        <w:ind w:firstLine="420"/>
      </w:pPr>
      <w:r>
        <w:rPr>
          <w:rFonts w:ascii="宋体" w:hAnsi="宋体" w:eastAsia="宋体"/>
          <w:sz w:val="24"/>
        </w:rPr>
        <w:t>「怎么送？」</w:t>
      </w:r>
    </w:p>
    <w:p>
      <w:pPr>
        <w:spacing w:line="560" w:lineRule="exact"/>
        <w:ind w:firstLine="420"/>
      </w:pPr>
      <w:r>
        <w:rPr>
          <w:rFonts w:ascii="宋体" w:hAnsi="宋体" w:eastAsia="宋体"/>
          <w:sz w:val="24"/>
        </w:rPr>
        <w:t>「从配电网关到楼宇管理系统，再到办公网络，最后跳到数据中心管理网段。」林风说，「这是一条路。但如果我能找到服务器管理口的带外网络——ILO或者IPMI的网段——那就更简单了。」</w:t>
      </w:r>
    </w:p>
    <w:p>
      <w:pPr>
        <w:spacing w:line="560" w:lineRule="exact"/>
        <w:ind w:firstLine="420"/>
      </w:pPr>
      <w:r>
        <w:rPr>
          <w:rFonts w:ascii="宋体" w:hAnsi="宋体" w:eastAsia="宋体"/>
          <w:sz w:val="24"/>
        </w:rPr>
        <w:t>他在键盘上一行接一行地敲命令。屏幕飞速滚动。林风的额头渗出细密的汗珠，眼睛却一动不动地盯着屏幕。</w:t>
      </w:r>
    </w:p>
    <w:p>
      <w:pPr>
        <w:spacing w:line="560" w:lineRule="exact"/>
        <w:ind w:firstLine="420"/>
      </w:pPr>
      <w:r>
        <w:rPr>
          <w:rFonts w:ascii="宋体" w:hAnsi="宋体" w:eastAsia="宋体"/>
          <w:sz w:val="24"/>
        </w:rPr>
        <w:t>夜影和凌天都安静地站在他身后，不敢出声打扰他。</w:t>
      </w:r>
    </w:p>
    <w:p>
      <w:pPr>
        <w:spacing w:line="560" w:lineRule="exact"/>
        <w:ind w:firstLine="420"/>
      </w:pPr>
      <w:r>
        <w:rPr>
          <w:rFonts w:ascii="宋体" w:hAnsi="宋体" w:eastAsia="宋体"/>
          <w:sz w:val="24"/>
        </w:rPr>
        <w:t>几分钟后，屏幕上突然跳出一行新的信息：</w:t>
      </w:r>
    </w:p>
    <w:p>
      <w:pPr>
        <w:spacing w:line="560" w:lineRule="exact"/>
        <w:ind w:firstLine="420"/>
      </w:pPr>
      <w:r>
        <w:rPr>
          <w:rFonts w:ascii="宋体" w:hAnsi="宋体" w:eastAsia="宋体"/>
          <w:sz w:val="24"/>
        </w:rPr>
        <w:t>BMC Network: 192.168.200.0/24 — OOS-ILO-VLAN</w:t>
      </w:r>
    </w:p>
    <w:p>
      <w:pPr>
        <w:spacing w:line="560" w:lineRule="exact"/>
        <w:ind w:firstLine="420"/>
      </w:pPr>
      <w:r>
        <w:rPr>
          <w:rFonts w:ascii="宋体" w:hAnsi="宋体" w:eastAsia="宋体"/>
          <w:sz w:val="24"/>
        </w:rPr>
        <w:t>林风停下了手指。</w:t>
      </w:r>
    </w:p>
    <w:p>
      <w:pPr>
        <w:spacing w:line="560" w:lineRule="exact"/>
        <w:ind w:firstLine="420"/>
      </w:pPr>
      <w:r>
        <w:rPr>
          <w:rFonts w:ascii="宋体" w:hAnsi="宋体" w:eastAsia="宋体"/>
          <w:sz w:val="24"/>
        </w:rPr>
        <w:t>「有了。」他说，声音里带着一丝压抑的兴奋，「ILO带外管理网段——200段。这是服务器远程管理的专用网络。」</w:t>
      </w:r>
    </w:p>
    <w:p>
      <w:pPr>
        <w:spacing w:line="560" w:lineRule="exact"/>
        <w:ind w:firstLine="420"/>
      </w:pPr>
      <w:r>
        <w:rPr>
          <w:rFonts w:ascii="宋体" w:hAnsi="宋体" w:eastAsia="宋体"/>
          <w:sz w:val="24"/>
        </w:rPr>
        <w:t>「能做什么？」</w:t>
      </w:r>
    </w:p>
    <w:p>
      <w:pPr>
        <w:spacing w:line="560" w:lineRule="exact"/>
        <w:ind w:firstLine="420"/>
      </w:pPr>
      <w:r>
        <w:rPr>
          <w:rFonts w:ascii="宋体" w:hAnsi="宋体" w:eastAsia="宋体"/>
          <w:sz w:val="24"/>
        </w:rPr>
        <w:t>「ILO的管理界面用的是HTTPS，默认账号是root，密码——如果运气好的话——管理员没改默认密码。」</w:t>
      </w:r>
    </w:p>
    <w:p>
      <w:pPr>
        <w:spacing w:line="560" w:lineRule="exact"/>
        <w:ind w:firstLine="420"/>
      </w:pPr>
      <w:r>
        <w:rPr>
          <w:rFonts w:ascii="宋体" w:hAnsi="宋体" w:eastAsia="宋体"/>
          <w:sz w:val="24"/>
        </w:rPr>
        <w:t>林风输入了ILO管理面板的默认地址，在浏览器里打开了它。</w:t>
      </w:r>
    </w:p>
    <w:p>
      <w:pPr>
        <w:spacing w:line="560" w:lineRule="exact"/>
        <w:ind w:firstLine="420"/>
      </w:pPr>
      <w:r>
        <w:rPr>
          <w:rFonts w:ascii="宋体" w:hAnsi="宋体" w:eastAsia="宋体"/>
          <w:sz w:val="24"/>
        </w:rPr>
        <w:t>一个灰白色的管理登录页面出现在屏幕上。</w:t>
      </w:r>
    </w:p>
    <w:p>
      <w:pPr>
        <w:spacing w:line="560" w:lineRule="exact"/>
        <w:ind w:firstLine="420"/>
      </w:pPr>
      <w:r>
        <w:rPr>
          <w:rFonts w:ascii="宋体" w:hAnsi="宋体" w:eastAsia="宋体"/>
          <w:sz w:val="24"/>
        </w:rPr>
        <w:t>他输入了默认账号：root。</w:t>
      </w:r>
    </w:p>
    <w:p>
      <w:pPr>
        <w:spacing w:line="560" w:lineRule="exact"/>
        <w:ind w:firstLine="420"/>
      </w:pPr>
      <w:r>
        <w:rPr>
          <w:rFonts w:ascii="宋体" w:hAnsi="宋体" w:eastAsia="宋体"/>
          <w:sz w:val="24"/>
        </w:rPr>
        <w:t>然后输入了思科服务器的典型初始密码——Calvin。</w:t>
      </w:r>
    </w:p>
    <w:p>
      <w:pPr>
        <w:spacing w:line="560" w:lineRule="exact"/>
        <w:ind w:firstLine="420"/>
      </w:pPr>
      <w:r>
        <w:rPr>
          <w:rFonts w:ascii="宋体" w:hAnsi="宋体" w:eastAsia="宋体"/>
          <w:sz w:val="24"/>
        </w:rPr>
        <w:t>回车。</w:t>
      </w:r>
    </w:p>
    <w:p>
      <w:pPr>
        <w:spacing w:line="560" w:lineRule="exact"/>
        <w:ind w:firstLine="420"/>
      </w:pPr>
      <w:r>
        <w:rPr>
          <w:rFonts w:ascii="宋体" w:hAnsi="宋体" w:eastAsia="宋体"/>
          <w:sz w:val="24"/>
        </w:rPr>
        <w:t>页面跳转。</w:t>
      </w:r>
    </w:p>
    <w:p>
      <w:pPr>
        <w:spacing w:line="560" w:lineRule="exact"/>
        <w:ind w:firstLine="420"/>
      </w:pPr>
      <w:r>
        <w:rPr>
          <w:rFonts w:ascii="宋体" w:hAnsi="宋体" w:eastAsia="宋体"/>
          <w:sz w:val="24"/>
        </w:rPr>
        <w:t>进入ILO管理首页。</w:t>
      </w:r>
    </w:p>
    <w:p>
      <w:r>
        <w:br w:type="page"/>
      </w:r>
    </w:p>
    <w:p>
      <w:pPr>
        <w:jc w:val="center"/>
      </w:pPr>
      <w:r>
        <w:rPr>
          <w:b/>
          <w:sz w:val="32"/>
        </w:rPr>
        <w:t>第076章 协议注入</w:t>
      </w:r>
    </w:p>
    <w:p>
      <w:pPr>
        <w:jc w:val="center"/>
      </w:pPr>
      <w:r>
        <w:rPr>
          <w:color w:val="999999"/>
          <w:sz w:val="18"/>
        </w:rPr>
        <w:t>（2,907字）</w:t>
      </w:r>
    </w:p>
    <w:p/>
    <w:p>
      <w:pPr>
        <w:spacing w:line="560" w:lineRule="exact"/>
        <w:ind w:firstLine="420"/>
      </w:pPr>
      <w:r>
        <w:rPr>
          <w:rFonts w:ascii="宋体" w:hAnsi="宋体" w:eastAsia="宋体"/>
          <w:sz w:val="24"/>
        </w:rPr>
        <w:t>ILO管理界面的蓝色调背景在暗色的屏幕光下显得有些冰冷。</w:t>
      </w:r>
    </w:p>
    <w:p>
      <w:pPr>
        <w:spacing w:line="560" w:lineRule="exact"/>
        <w:ind w:firstLine="420"/>
      </w:pPr>
      <w:r>
        <w:rPr>
          <w:rFonts w:ascii="宋体" w:hAnsi="宋体" w:eastAsia="宋体"/>
          <w:sz w:val="24"/>
        </w:rPr>
        <w:t>林风的指尖悬在键盘上方，没有立即操作。</w:t>
      </w:r>
    </w:p>
    <w:p>
      <w:pPr>
        <w:spacing w:line="560" w:lineRule="exact"/>
        <w:ind w:firstLine="420"/>
      </w:pPr>
      <w:r>
        <w:rPr>
          <w:rFonts w:ascii="宋体" w:hAnsi="宋体" w:eastAsia="宋体"/>
          <w:sz w:val="24"/>
        </w:rPr>
        <w:t>「等一下。」凌天突然说，「你不觉得太顺利了吗？」</w:t>
      </w:r>
    </w:p>
    <w:p>
      <w:pPr>
        <w:spacing w:line="560" w:lineRule="exact"/>
        <w:ind w:firstLine="420"/>
      </w:pPr>
      <w:r>
        <w:rPr>
          <w:rFonts w:ascii="宋体" w:hAnsi="宋体" w:eastAsia="宋体"/>
          <w:sz w:val="24"/>
        </w:rPr>
        <w:t>林风收回手，转头看向凌天。</w:t>
      </w:r>
    </w:p>
    <w:p>
      <w:pPr>
        <w:spacing w:line="560" w:lineRule="exact"/>
        <w:ind w:firstLine="420"/>
      </w:pPr>
      <w:r>
        <w:rPr>
          <w:rFonts w:ascii="宋体" w:hAnsi="宋体" w:eastAsia="宋体"/>
          <w:sz w:val="24"/>
        </w:rPr>
        <w:t>「你是说默认密码？」</w:t>
      </w:r>
    </w:p>
    <w:p>
      <w:pPr>
        <w:spacing w:line="560" w:lineRule="exact"/>
        <w:ind w:firstLine="420"/>
      </w:pPr>
      <w:r>
        <w:rPr>
          <w:rFonts w:ascii="宋体" w:hAnsi="宋体" w:eastAsia="宋体"/>
          <w:sz w:val="24"/>
        </w:rPr>
        <w:t>「对。」凌天皱眉道，「一个跨国暗流组织的核心数据中心——会用默认密码？就算IT管理员懒，他们也该有人定期巡检才对。」</w:t>
      </w:r>
    </w:p>
    <w:p>
      <w:pPr>
        <w:spacing w:line="560" w:lineRule="exact"/>
        <w:ind w:firstLine="420"/>
      </w:pPr>
      <w:r>
        <w:rPr>
          <w:rFonts w:ascii="宋体" w:hAnsi="宋体" w:eastAsia="宋体"/>
          <w:sz w:val="24"/>
        </w:rPr>
        <w:t>林风仔细想了想。凌天说得有道理。</w:t>
      </w:r>
    </w:p>
    <w:p>
      <w:pPr>
        <w:spacing w:line="560" w:lineRule="exact"/>
        <w:ind w:firstLine="420"/>
      </w:pPr>
      <w:r>
        <w:rPr>
          <w:rFonts w:ascii="宋体" w:hAnsi="宋体" w:eastAsia="宋体"/>
          <w:sz w:val="24"/>
        </w:rPr>
        <w:t>奥林匹斯不是普通公司。暗流不是普通的安全部门。他们能运营《天界》这么多年，能监控全球玩家的行为数据，能在十六年前抹掉他父母的存在痕迹——这样的组织，不可能在核心基础设施上犯这种低级错误。</w:t>
      </w:r>
    </w:p>
    <w:p>
      <w:pPr>
        <w:spacing w:line="560" w:lineRule="exact"/>
        <w:ind w:firstLine="420"/>
      </w:pPr>
      <w:r>
        <w:rPr>
          <w:rFonts w:ascii="宋体" w:hAnsi="宋体" w:eastAsia="宋体"/>
          <w:sz w:val="24"/>
        </w:rPr>
        <w:t>「你觉得这是个陷阱？」夜影问。</w:t>
      </w:r>
    </w:p>
    <w:p>
      <w:pPr>
        <w:spacing w:line="560" w:lineRule="exact"/>
        <w:ind w:firstLine="420"/>
      </w:pPr>
      <w:r>
        <w:rPr>
          <w:rFonts w:ascii="宋体" w:hAnsi="宋体" w:eastAsia="宋体"/>
          <w:sz w:val="24"/>
        </w:rPr>
        <w:t>「不一定是陷阱。」凌天说，「也可能是蜜罐——故意留一个看起来有漏洞的入口，但只要你进去了，系统就会触发警报。」</w:t>
      </w:r>
    </w:p>
    <w:p>
      <w:pPr>
        <w:spacing w:line="560" w:lineRule="exact"/>
        <w:ind w:firstLine="420"/>
      </w:pPr>
      <w:r>
        <w:rPr>
          <w:rFonts w:ascii="宋体" w:hAnsi="宋体" w:eastAsia="宋体"/>
          <w:sz w:val="24"/>
        </w:rPr>
        <w:t>林风的手指停住了。</w:t>
      </w:r>
    </w:p>
    <w:p>
      <w:pPr>
        <w:spacing w:line="560" w:lineRule="exact"/>
        <w:ind w:firstLine="420"/>
      </w:pPr>
      <w:r>
        <w:rPr>
          <w:rFonts w:ascii="宋体" w:hAnsi="宋体" w:eastAsia="宋体"/>
          <w:sz w:val="24"/>
        </w:rPr>
        <w:t>他再次审视ILO管理界面。界面看起来完全正常——标准的惠普ILO5管理页面，深蓝色的配色，左侧功能菜单，顶部是设备状态栏。URL是标准的HTTPS地址。SSL证书也是有效的，颁发者是Comodo。</w:t>
      </w:r>
    </w:p>
    <w:p>
      <w:pPr>
        <w:spacing w:line="560" w:lineRule="exact"/>
        <w:ind w:firstLine="420"/>
      </w:pPr>
      <w:r>
        <w:rPr>
          <w:rFonts w:ascii="宋体" w:hAnsi="宋体" w:eastAsia="宋体"/>
          <w:sz w:val="24"/>
        </w:rPr>
        <w:t>一切看起来都很正常。</w:t>
      </w:r>
    </w:p>
    <w:p>
      <w:pPr>
        <w:spacing w:line="560" w:lineRule="exact"/>
        <w:ind w:firstLine="420"/>
      </w:pPr>
      <w:r>
        <w:rPr>
          <w:rFonts w:ascii="宋体" w:hAnsi="宋体" w:eastAsia="宋体"/>
          <w:sz w:val="24"/>
        </w:rPr>
        <w:t>但太正常了。</w:t>
      </w:r>
    </w:p>
    <w:p>
      <w:pPr>
        <w:spacing w:line="560" w:lineRule="exact"/>
        <w:ind w:firstLine="420"/>
      </w:pPr>
      <w:r>
        <w:rPr>
          <w:rFonts w:ascii="宋体" w:hAnsi="宋体" w:eastAsia="宋体"/>
          <w:sz w:val="24"/>
        </w:rPr>
        <w:t>「我做一个测试。」林风说。</w:t>
      </w:r>
    </w:p>
    <w:p>
      <w:pPr>
        <w:spacing w:line="560" w:lineRule="exact"/>
        <w:ind w:firstLine="420"/>
      </w:pPr>
      <w:r>
        <w:rPr>
          <w:rFonts w:ascii="宋体" w:hAnsi="宋体" w:eastAsia="宋体"/>
          <w:sz w:val="24"/>
        </w:rPr>
        <w:t>他没有立即执行任何操作，而是打开了一个网络分析工具，开始监听ILO连接的网络流量。然后他打开一个虚拟机，让虚拟机通过同样的路由路径尝试连接同一个ILO地址，但故意输错三次密码。</w:t>
      </w:r>
    </w:p>
    <w:p>
      <w:pPr>
        <w:spacing w:line="560" w:lineRule="exact"/>
        <w:ind w:firstLine="420"/>
      </w:pPr>
      <w:r>
        <w:rPr>
          <w:rFonts w:ascii="宋体" w:hAnsi="宋体" w:eastAsia="宋体"/>
          <w:sz w:val="24"/>
        </w:rPr>
        <w:t>屏幕上的流量日志刷新了几行。</w:t>
      </w:r>
    </w:p>
    <w:p>
      <w:pPr>
        <w:spacing w:line="560" w:lineRule="exact"/>
        <w:ind w:firstLine="420"/>
      </w:pPr>
      <w:r>
        <w:rPr>
          <w:rFonts w:ascii="宋体" w:hAnsi="宋体" w:eastAsia="宋体"/>
          <w:sz w:val="24"/>
        </w:rPr>
        <w:t>然后他看到了。</w:t>
      </w:r>
    </w:p>
    <w:p>
      <w:pPr>
        <w:spacing w:line="560" w:lineRule="exact"/>
        <w:ind w:firstLine="420"/>
      </w:pPr>
      <w:r>
        <w:rPr>
          <w:rFonts w:ascii="宋体" w:hAnsi="宋体" w:eastAsia="宋体"/>
          <w:sz w:val="24"/>
        </w:rPr>
        <w:t>在虚拟机连接ILO地址的瞬间，有个数据包在到达ILO之前被重定向到了一个不同的IP地址——10.0.0.253，而不是ILO的实际地址10.0.0.200。</w:t>
      </w:r>
    </w:p>
    <w:p>
      <w:pPr>
        <w:spacing w:line="560" w:lineRule="exact"/>
        <w:ind w:firstLine="420"/>
      </w:pPr>
      <w:r>
        <w:rPr>
          <w:rFonts w:ascii="宋体" w:hAnsi="宋体" w:eastAsia="宋体"/>
          <w:sz w:val="24"/>
        </w:rPr>
        <w:t>「有人做了一层透明代理。」林风说，「所有指向ILO地址的HTTPS流量都被截获了——真正的ILO在这个代理后面。」</w:t>
      </w:r>
    </w:p>
    <w:p>
      <w:pPr>
        <w:spacing w:line="560" w:lineRule="exact"/>
        <w:ind w:firstLine="420"/>
      </w:pPr>
      <w:r>
        <w:rPr>
          <w:rFonts w:ascii="宋体" w:hAnsi="宋体" w:eastAsia="宋体"/>
          <w:sz w:val="24"/>
        </w:rPr>
        <w:t>「所以那个登录页面——」</w:t>
      </w:r>
    </w:p>
    <w:p>
      <w:pPr>
        <w:spacing w:line="560" w:lineRule="exact"/>
        <w:ind w:firstLine="420"/>
      </w:pPr>
      <w:r>
        <w:rPr>
          <w:rFonts w:ascii="宋体" w:hAnsi="宋体" w:eastAsia="宋体"/>
          <w:sz w:val="24"/>
        </w:rPr>
        <w:t>「是代理伪造的。」林风说，「他们故意模拟了一个ILO登录界面，让我以为我进去了——但实际上，我在一个沙箱里面，所有的操作都在他们的监视之下。」</w:t>
      </w:r>
    </w:p>
    <w:p>
      <w:pPr>
        <w:spacing w:line="560" w:lineRule="exact"/>
        <w:ind w:firstLine="420"/>
      </w:pPr>
      <w:r>
        <w:rPr>
          <w:rFonts w:ascii="宋体" w:hAnsi="宋体" w:eastAsia="宋体"/>
          <w:sz w:val="24"/>
        </w:rPr>
        <w:t>夜影的眉头皱了起来。「我们被发现了？」</w:t>
      </w:r>
    </w:p>
    <w:p>
      <w:pPr>
        <w:spacing w:line="560" w:lineRule="exact"/>
        <w:ind w:firstLine="420"/>
      </w:pPr>
      <w:r>
        <w:rPr>
          <w:rFonts w:ascii="宋体" w:hAnsi="宋体" w:eastAsia="宋体"/>
          <w:sz w:val="24"/>
        </w:rPr>
        <w:t>「不。」林风说，「他们只是设了一个通用的蜜罐——对所有非法入侵者同样有效。他们不一定知道是我们。」</w:t>
      </w:r>
    </w:p>
    <w:p>
      <w:pPr>
        <w:spacing w:line="560" w:lineRule="exact"/>
        <w:ind w:firstLine="420"/>
      </w:pPr>
      <w:r>
        <w:rPr>
          <w:rFonts w:ascii="宋体" w:hAnsi="宋体" w:eastAsia="宋体"/>
          <w:sz w:val="24"/>
        </w:rPr>
        <w:t>「那现在怎么办？」</w:t>
      </w:r>
    </w:p>
    <w:p>
      <w:pPr>
        <w:spacing w:line="560" w:lineRule="exact"/>
        <w:ind w:firstLine="420"/>
      </w:pPr>
      <w:r>
        <w:rPr>
          <w:rFonts w:ascii="宋体" w:hAnsi="宋体" w:eastAsia="宋体"/>
          <w:sz w:val="24"/>
        </w:rPr>
        <w:t>林风沉默了几秒。</w:t>
      </w:r>
    </w:p>
    <w:p>
      <w:pPr>
        <w:spacing w:line="560" w:lineRule="exact"/>
        <w:ind w:firstLine="420"/>
      </w:pPr>
      <w:r>
        <w:rPr>
          <w:rFonts w:ascii="宋体" w:hAnsi="宋体" w:eastAsia="宋体"/>
          <w:sz w:val="24"/>
        </w:rPr>
        <w:t>然后他做了一个让凌天和夜影都惊讶的决定——他关掉了ILO的连接窗口。</w:t>
      </w:r>
    </w:p>
    <w:p>
      <w:pPr>
        <w:spacing w:line="560" w:lineRule="exact"/>
        <w:ind w:firstLine="420"/>
      </w:pPr>
      <w:r>
        <w:rPr>
          <w:rFonts w:ascii="宋体" w:hAnsi="宋体" w:eastAsia="宋体"/>
          <w:sz w:val="24"/>
        </w:rPr>
        <w:t>「EVE协议不需要ILO。」林风说，「ILO只是远程管理接口——不是服务器数据接口。」</w:t>
      </w:r>
    </w:p>
    <w:p>
      <w:pPr>
        <w:spacing w:line="560" w:lineRule="exact"/>
        <w:ind w:firstLine="420"/>
      </w:pPr>
      <w:r>
        <w:rPr>
          <w:rFonts w:ascii="宋体" w:hAnsi="宋体" w:eastAsia="宋体"/>
          <w:sz w:val="24"/>
        </w:rPr>
        <w:t>「那你准备怎么进去？」</w:t>
      </w:r>
    </w:p>
    <w:p>
      <w:pPr>
        <w:spacing w:line="560" w:lineRule="exact"/>
        <w:ind w:firstLine="420"/>
      </w:pPr>
      <w:r>
        <w:rPr>
          <w:rFonts w:ascii="宋体" w:hAnsi="宋体" w:eastAsia="宋体"/>
          <w:sz w:val="24"/>
        </w:rPr>
        <w:t>「回到配电网关。」林风的手指重新在键盘上飞舞起来，「ILO是陷阱，但配电网关是真的。环境监控系统的数据我能拿到——说明那个接口是真实的。」</w:t>
      </w:r>
    </w:p>
    <w:p>
      <w:pPr>
        <w:spacing w:line="560" w:lineRule="exact"/>
        <w:ind w:firstLine="420"/>
      </w:pPr>
      <w:r>
        <w:rPr>
          <w:rFonts w:ascii="宋体" w:hAnsi="宋体" w:eastAsia="宋体"/>
          <w:sz w:val="24"/>
        </w:rPr>
        <w:t>他在终端里输入了一行命令，通过刚才建立的连接回到了192.168.14.0网段的配电网关。然后他开始扫描整个14段上所有活跃的设备。</w:t>
      </w:r>
    </w:p>
    <w:p>
      <w:pPr>
        <w:spacing w:line="560" w:lineRule="exact"/>
        <w:ind w:firstLine="420"/>
      </w:pPr>
      <w:r>
        <w:rPr>
          <w:rFonts w:ascii="宋体" w:hAnsi="宋体" w:eastAsia="宋体"/>
          <w:sz w:val="24"/>
        </w:rPr>
        <w:t>结果很快出来了。14段上一共有十七个活跃设备——几个智能电表、两个温度传感器、几个湿度传感器——还有一个没有标记的设备，IP地址是192.168.14.17，开放了一个SSH端口。</w:t>
      </w:r>
    </w:p>
    <w:p>
      <w:pPr>
        <w:spacing w:line="560" w:lineRule="exact"/>
        <w:ind w:firstLine="420"/>
      </w:pPr>
      <w:r>
        <w:rPr>
          <w:rFonts w:ascii="宋体" w:hAnsi="宋体" w:eastAsia="宋体"/>
          <w:sz w:val="24"/>
        </w:rPr>
        <w:t>「这个是什么？」林风指着那个设备。</w:t>
      </w:r>
    </w:p>
    <w:p>
      <w:pPr>
        <w:spacing w:line="560" w:lineRule="exact"/>
        <w:ind w:firstLine="420"/>
      </w:pPr>
      <w:r>
        <w:rPr>
          <w:rFonts w:ascii="宋体" w:hAnsi="宋体" w:eastAsia="宋体"/>
          <w:sz w:val="24"/>
        </w:rPr>
        <w:t>凌天凑过来看。「开放SSH的设备，在一个工业配电网段上——不太正常。」</w:t>
      </w:r>
    </w:p>
    <w:p>
      <w:pPr>
        <w:spacing w:line="560" w:lineRule="exact"/>
        <w:ind w:firstLine="420"/>
      </w:pPr>
      <w:r>
        <w:rPr>
          <w:rFonts w:ascii="宋体" w:hAnsi="宋体" w:eastAsia="宋体"/>
          <w:sz w:val="24"/>
        </w:rPr>
        <w:t>「我试试。」</w:t>
      </w:r>
    </w:p>
    <w:p>
      <w:pPr>
        <w:spacing w:line="560" w:lineRule="exact"/>
        <w:ind w:firstLine="420"/>
      </w:pPr>
      <w:r>
        <w:rPr>
          <w:rFonts w:ascii="宋体" w:hAnsi="宋体" w:eastAsia="宋体"/>
          <w:sz w:val="24"/>
        </w:rPr>
        <w:t>林风向14.17发送了一个SSH连接请求。屏幕上弹出了登录提示——标准的SSH登录界面，但登录的提示文字和常规的Linux系统不同：</w:t>
      </w:r>
    </w:p>
    <w:p>
      <w:pPr>
        <w:spacing w:line="560" w:lineRule="exact"/>
        <w:ind w:firstLine="420"/>
      </w:pPr>
      <w:r>
        <w:rPr>
          <w:rFonts w:ascii="宋体" w:hAnsi="宋体" w:eastAsia="宋体"/>
          <w:sz w:val="24"/>
        </w:rPr>
        <w:t>`Olympis BMS Gateway — Authorized Access Only`</w:t>
      </w:r>
    </w:p>
    <w:p>
      <w:pPr>
        <w:spacing w:line="560" w:lineRule="exact"/>
        <w:ind w:firstLine="420"/>
      </w:pPr>
      <w:r>
        <w:rPr>
          <w:rFonts w:ascii="宋体" w:hAnsi="宋体" w:eastAsia="宋体"/>
          <w:sz w:val="24"/>
        </w:rPr>
        <w:t>「楼宇管理系统网关。」林风说，「它和配电网关在同一个网段——说明楼宇管理系统和电力监控系统之间确实有数据交换。」</w:t>
      </w:r>
    </w:p>
    <w:p>
      <w:pPr>
        <w:spacing w:line="560" w:lineRule="exact"/>
        <w:ind w:firstLine="420"/>
      </w:pPr>
      <w:r>
        <w:rPr>
          <w:rFonts w:ascii="宋体" w:hAnsi="宋体" w:eastAsia="宋体"/>
          <w:sz w:val="24"/>
        </w:rPr>
        <w:t>「有默认密码吗？」</w:t>
      </w:r>
    </w:p>
    <w:p>
      <w:pPr>
        <w:spacing w:line="560" w:lineRule="exact"/>
        <w:ind w:firstLine="420"/>
      </w:pPr>
      <w:r>
        <w:rPr>
          <w:rFonts w:ascii="宋体" w:hAnsi="宋体" w:eastAsia="宋体"/>
          <w:sz w:val="24"/>
        </w:rPr>
        <w:t>林风试了几组常见的工业系统默认账号密码。</w:t>
      </w:r>
    </w:p>
    <w:p>
      <w:pPr>
        <w:spacing w:line="560" w:lineRule="exact"/>
        <w:ind w:firstLine="420"/>
      </w:pPr>
      <w:r>
        <w:rPr>
          <w:rFonts w:ascii="宋体" w:hAnsi="宋体" w:eastAsia="宋体"/>
          <w:sz w:val="24"/>
        </w:rPr>
        <w:t>`admin/admin` — 失败。</w:t>
        <w:br/>
        <w:t>`root/root` — 失败。</w:t>
        <w:br/>
        <w:t>`bms/bms` — 失败。</w:t>
        <w:br/>
        <w:t>`operator/operator` — 失败。</w:t>
      </w:r>
    </w:p>
    <w:p>
      <w:pPr>
        <w:spacing w:line="560" w:lineRule="exact"/>
        <w:ind w:firstLine="420"/>
      </w:pPr>
      <w:r>
        <w:rPr>
          <w:rFonts w:ascii="宋体" w:hAnsi="宋体" w:eastAsia="宋体"/>
          <w:sz w:val="24"/>
        </w:rPr>
        <w:t>「不行。」林风说。</w:t>
      </w:r>
    </w:p>
    <w:p>
      <w:pPr>
        <w:spacing w:line="560" w:lineRule="exact"/>
        <w:ind w:firstLine="420"/>
      </w:pPr>
      <w:r>
        <w:rPr>
          <w:rFonts w:ascii="宋体" w:hAnsi="宋体" w:eastAsia="宋体"/>
          <w:sz w:val="24"/>
        </w:rPr>
        <w:t>「能用EVE协议吗？」凌天问。</w:t>
      </w:r>
    </w:p>
    <w:p>
      <w:pPr>
        <w:spacing w:line="560" w:lineRule="exact"/>
        <w:ind w:firstLine="420"/>
      </w:pPr>
      <w:r>
        <w:rPr>
          <w:rFonts w:ascii="宋体" w:hAnsi="宋体" w:eastAsia="宋体"/>
          <w:sz w:val="24"/>
        </w:rPr>
        <w:t>「EVE协议需要以管理者身份提交权限申请——但前提是它能接触到服务器核心网络。现在的网络链路是：配电柜 → 配电网关 → BMS网关 → 楼宇内网 → 办公网 → 数据中心网。」</w:t>
      </w:r>
    </w:p>
    <w:p>
      <w:pPr>
        <w:spacing w:line="560" w:lineRule="exact"/>
        <w:ind w:firstLine="420"/>
      </w:pPr>
      <w:r>
        <w:rPr>
          <w:rFonts w:ascii="宋体" w:hAnsi="宋体" w:eastAsia="宋体"/>
          <w:sz w:val="24"/>
        </w:rPr>
        <w:t>「太长了。」夜影说。</w:t>
      </w:r>
    </w:p>
    <w:p>
      <w:pPr>
        <w:spacing w:line="560" w:lineRule="exact"/>
        <w:ind w:firstLine="420"/>
      </w:pPr>
      <w:r>
        <w:rPr>
          <w:rFonts w:ascii="宋体" w:hAnsi="宋体" w:eastAsia="宋体"/>
          <w:sz w:val="24"/>
        </w:rPr>
        <w:t>「对，而且每一层都有防火墙和访问控制。中间只要有一层拦截，我们就暴露了。」</w:t>
      </w:r>
    </w:p>
    <w:p>
      <w:pPr>
        <w:spacing w:line="560" w:lineRule="exact"/>
        <w:ind w:firstLine="420"/>
      </w:pPr>
      <w:r>
        <w:rPr>
          <w:rFonts w:ascii="宋体" w:hAnsi="宋体" w:eastAsia="宋体"/>
          <w:sz w:val="24"/>
        </w:rPr>
        <w:t>林风的目光重新落在那个14.17的IP上。</w:t>
      </w:r>
    </w:p>
    <w:p>
      <w:pPr>
        <w:spacing w:line="560" w:lineRule="exact"/>
        <w:ind w:firstLine="420"/>
      </w:pPr>
      <w:r>
        <w:rPr>
          <w:rFonts w:ascii="宋体" w:hAnsi="宋体" w:eastAsia="宋体"/>
          <w:sz w:val="24"/>
        </w:rPr>
        <w:t>「但如果我能绕过BMS网关呢？」</w:t>
      </w:r>
    </w:p>
    <w:p>
      <w:pPr>
        <w:spacing w:line="560" w:lineRule="exact"/>
        <w:ind w:firstLine="420"/>
      </w:pPr>
      <w:r>
        <w:rPr>
          <w:rFonts w:ascii="宋体" w:hAnsi="宋体" w:eastAsia="宋体"/>
          <w:sz w:val="24"/>
        </w:rPr>
        <w:t>「怎么绕过？」</w:t>
      </w:r>
    </w:p>
    <w:p>
      <w:pPr>
        <w:spacing w:line="560" w:lineRule="exact"/>
        <w:ind w:firstLine="420"/>
      </w:pPr>
      <w:r>
        <w:rPr>
          <w:rFonts w:ascii="宋体" w:hAnsi="宋体" w:eastAsia="宋体"/>
          <w:sz w:val="24"/>
        </w:rPr>
        <w:t>「BMS网关同时连接配电网段和楼宇内网——它是一个双网卡设备。如果我能让它的双网卡之间做一个转发——就像路由器一样——我就能直接从配电网段跳到楼宇内网，跳过防火墙。」</w:t>
      </w:r>
    </w:p>
    <w:p>
      <w:pPr>
        <w:spacing w:line="560" w:lineRule="exact"/>
        <w:ind w:firstLine="420"/>
      </w:pPr>
      <w:r>
        <w:rPr>
          <w:rFonts w:ascii="宋体" w:hAnsi="宋体" w:eastAsia="宋体"/>
          <w:sz w:val="24"/>
        </w:rPr>
        <w:t>「这能做到？」凌天问。</w:t>
      </w:r>
    </w:p>
    <w:p>
      <w:pPr>
        <w:spacing w:line="560" w:lineRule="exact"/>
        <w:ind w:firstLine="420"/>
      </w:pPr>
      <w:r>
        <w:rPr>
          <w:rFonts w:ascii="宋体" w:hAnsi="宋体" w:eastAsia="宋体"/>
          <w:sz w:val="24"/>
        </w:rPr>
        <w:t>「纯软件层面很难。」林风说，「但硬件层面——如果我能通过EVE协议的硬件接口——」</w:t>
      </w:r>
    </w:p>
    <w:p>
      <w:pPr>
        <w:spacing w:line="560" w:lineRule="exact"/>
        <w:ind w:firstLine="420"/>
      </w:pPr>
      <w:r>
        <w:rPr>
          <w:rFonts w:ascii="宋体" w:hAnsi="宋体" w:eastAsia="宋体"/>
          <w:sz w:val="24"/>
        </w:rPr>
        <w:t>他忽然想到了什么，从口袋里掏出了古玉。</w:t>
      </w:r>
    </w:p>
    <w:p>
      <w:pPr>
        <w:spacing w:line="560" w:lineRule="exact"/>
        <w:ind w:firstLine="420"/>
      </w:pPr>
      <w:r>
        <w:rPr>
          <w:rFonts w:ascii="宋体" w:hAnsi="宋体" w:eastAsia="宋体"/>
          <w:sz w:val="24"/>
        </w:rPr>
        <w:t>「陈锋说过，古玉的第五阶段权限可以定位父母的坐标。但他说的是——只有在『准备好了』的条件下才会触发。」</w:t>
      </w:r>
    </w:p>
    <w:p>
      <w:pPr>
        <w:spacing w:line="560" w:lineRule="exact"/>
        <w:ind w:firstLine="420"/>
      </w:pPr>
      <w:r>
        <w:rPr>
          <w:rFonts w:ascii="宋体" w:hAnsi="宋体" w:eastAsia="宋体"/>
          <w:sz w:val="24"/>
        </w:rPr>
        <w:t>「你的意思是——」</w:t>
      </w:r>
    </w:p>
    <w:p>
      <w:pPr>
        <w:spacing w:line="560" w:lineRule="exact"/>
        <w:ind w:firstLine="420"/>
      </w:pPr>
      <w:r>
        <w:rPr>
          <w:rFonts w:ascii="宋体" w:hAnsi="宋体" w:eastAsia="宋体"/>
          <w:sz w:val="24"/>
        </w:rPr>
        <w:t>「EVE协议不只是软件协议。」林风盯着掌心里的古玉，玉质温润，在屏幕的光线下泛着淡淡的青色，「它是一个——身份认证协议。是用我的DNA作为密钥的。」</w:t>
      </w:r>
    </w:p>
    <w:p>
      <w:pPr>
        <w:spacing w:line="560" w:lineRule="exact"/>
        <w:ind w:firstLine="420"/>
      </w:pPr>
      <w:r>
        <w:rPr>
          <w:rFonts w:ascii="宋体" w:hAnsi="宋体" w:eastAsia="宋体"/>
          <w:sz w:val="24"/>
        </w:rPr>
        <w:t>「所以——」</w:t>
      </w:r>
    </w:p>
    <w:p>
      <w:pPr>
        <w:spacing w:line="560" w:lineRule="exact"/>
        <w:ind w:firstLine="420"/>
      </w:pPr>
      <w:r>
        <w:rPr>
          <w:rFonts w:ascii="宋体" w:hAnsi="宋体" w:eastAsia="宋体"/>
          <w:sz w:val="24"/>
        </w:rPr>
        <w:t>「所以我不需要绕过防火墙。」林风说，「我需要找到《天界》的服务器管理接口——任何一个能让我提交管理员权限申请的接口。然后——」</w:t>
      </w:r>
    </w:p>
    <w:p>
      <w:pPr>
        <w:spacing w:line="560" w:lineRule="exact"/>
        <w:ind w:firstLine="420"/>
      </w:pPr>
      <w:r>
        <w:rPr>
          <w:rFonts w:ascii="宋体" w:hAnsi="宋体" w:eastAsia="宋体"/>
          <w:sz w:val="24"/>
        </w:rPr>
        <w:t>他不说话了。因为连他自己也不知道然后会发生什么。</w:t>
      </w:r>
    </w:p>
    <w:p>
      <w:pPr>
        <w:spacing w:line="560" w:lineRule="exact"/>
        <w:ind w:firstLine="420"/>
      </w:pPr>
      <w:r>
        <w:rPr>
          <w:rFonts w:ascii="宋体" w:hAnsi="宋体" w:eastAsia="宋体"/>
          <w:sz w:val="24"/>
        </w:rPr>
        <w:t>「赌一把。」林风站起来，走到他的背包旁边，从里面拿出了那块从敦煌基地带回来的硬盘——完整的EVE协议源码，「凌天，你能做一个硬件转发器吗？一个能模拟网络接口卡的设备，只要插到服务器上就能工作。」</w:t>
      </w:r>
    </w:p>
    <w:p>
      <w:pPr>
        <w:spacing w:line="560" w:lineRule="exact"/>
        <w:ind w:firstLine="420"/>
      </w:pPr>
      <w:r>
        <w:rPr>
          <w:rFonts w:ascii="宋体" w:hAnsi="宋体" w:eastAsia="宋体"/>
          <w:sz w:val="24"/>
        </w:rPr>
        <w:t>「什么样的接口？」</w:t>
      </w:r>
    </w:p>
    <w:p>
      <w:pPr>
        <w:spacing w:line="560" w:lineRule="exact"/>
        <w:ind w:firstLine="420"/>
      </w:pPr>
      <w:r>
        <w:rPr>
          <w:rFonts w:ascii="宋体" w:hAnsi="宋体" w:eastAsia="宋体"/>
          <w:sz w:val="24"/>
        </w:rPr>
        <w:t>「直连服务器的管理网口——最好是USB转网口的外设，插上之后能在服务器的操作系统里被识别为一个新的网络接口。」</w:t>
      </w:r>
    </w:p>
    <w:p>
      <w:pPr>
        <w:spacing w:line="560" w:lineRule="exact"/>
        <w:ind w:firstLine="420"/>
      </w:pPr>
      <w:r>
        <w:rPr>
          <w:rFonts w:ascii="宋体" w:hAnsi="宋体" w:eastAsia="宋体"/>
          <w:sz w:val="24"/>
        </w:rPr>
        <w:t>凌天思考了几秒：「能做。但需要时间——至少四个小时。」</w:t>
      </w:r>
    </w:p>
    <w:p>
      <w:pPr>
        <w:spacing w:line="560" w:lineRule="exact"/>
        <w:ind w:firstLine="420"/>
      </w:pPr>
      <w:r>
        <w:rPr>
          <w:rFonts w:ascii="宋体" w:hAnsi="宋体" w:eastAsia="宋体"/>
          <w:sz w:val="24"/>
        </w:rPr>
        <w:t>「我们没有四个小时。」林风说，「保安换班的时间窗口是凌晨四点，现在是两点四十——」</w:t>
      </w:r>
    </w:p>
    <w:p>
      <w:pPr>
        <w:spacing w:line="560" w:lineRule="exact"/>
        <w:ind w:firstLine="420"/>
      </w:pPr>
      <w:r>
        <w:rPr>
          <w:rFonts w:ascii="宋体" w:hAnsi="宋体" w:eastAsia="宋体"/>
          <w:sz w:val="24"/>
        </w:rPr>
        <w:t>「一个半小时。」凌天打断他，「我可以在一个半小时之内搞定。」</w:t>
      </w:r>
    </w:p>
    <w:p>
      <w:pPr>
        <w:spacing w:line="560" w:lineRule="exact"/>
        <w:ind w:firstLine="420"/>
      </w:pPr>
      <w:r>
        <w:rPr>
          <w:rFonts w:ascii="宋体" w:hAnsi="宋体" w:eastAsia="宋体"/>
          <w:sz w:val="24"/>
        </w:rPr>
        <w:t>林风看着他，点头：「好。」</w:t>
      </w:r>
    </w:p>
    <w:p>
      <w:pPr>
        <w:spacing w:line="560" w:lineRule="exact"/>
        <w:ind w:firstLine="420"/>
      </w:pPr>
      <w:r>
        <w:rPr>
          <w:rFonts w:ascii="宋体" w:hAnsi="宋体" w:eastAsia="宋体"/>
          <w:sz w:val="24"/>
        </w:rPr>
        <w:t>凌天立刻打开工具包，翻出了第二块树莓派Zero、一个USB网卡模块和几根杜邦线。他开始在桌子上布线焊接，动作快速而精准，像一台精密的机器。</w:t>
      </w:r>
    </w:p>
    <w:p>
      <w:pPr>
        <w:spacing w:line="560" w:lineRule="exact"/>
        <w:ind w:firstLine="420"/>
      </w:pPr>
      <w:r>
        <w:rPr>
          <w:rFonts w:ascii="宋体" w:hAnsi="宋体" w:eastAsia="宋体"/>
          <w:sz w:val="24"/>
        </w:rPr>
        <w:t>夜影走到窗边，把窗帘拉开一条缝，观察楼下的动静。</w:t>
      </w:r>
    </w:p>
    <w:p>
      <w:pPr>
        <w:spacing w:line="560" w:lineRule="exact"/>
        <w:ind w:firstLine="420"/>
      </w:pPr>
      <w:r>
        <w:rPr>
          <w:rFonts w:ascii="宋体" w:hAnsi="宋体" w:eastAsia="宋体"/>
          <w:sz w:val="24"/>
        </w:rPr>
        <w:t>林风则重新坐到电脑前，继续在配电网段中搜索其他可能有价值的设备。</w:t>
      </w:r>
    </w:p>
    <w:p>
      <w:pPr>
        <w:spacing w:line="560" w:lineRule="exact"/>
        <w:ind w:firstLine="420"/>
      </w:pPr>
      <w:r>
        <w:rPr>
          <w:rFonts w:ascii="宋体" w:hAnsi="宋体" w:eastAsia="宋体"/>
          <w:sz w:val="24"/>
        </w:rPr>
        <w:t>时间一分一秒地过去。</w:t>
      </w:r>
    </w:p>
    <w:p>
      <w:pPr>
        <w:spacing w:line="560" w:lineRule="exact"/>
        <w:ind w:firstLine="420"/>
      </w:pPr>
      <w:r>
        <w:rPr>
          <w:rFonts w:ascii="宋体" w:hAnsi="宋体" w:eastAsia="宋体"/>
          <w:sz w:val="24"/>
        </w:rPr>
        <w:t>凌晨三点四十分。</w:t>
      </w:r>
    </w:p>
    <w:p>
      <w:pPr>
        <w:spacing w:line="560" w:lineRule="exact"/>
        <w:ind w:firstLine="420"/>
      </w:pPr>
      <w:r>
        <w:rPr>
          <w:rFonts w:ascii="宋体" w:hAnsi="宋体" w:eastAsia="宋体"/>
          <w:sz w:val="24"/>
        </w:rPr>
        <w:t>林风听到了凌天那边传来的一个轻微的「咔嗒」声。</w:t>
      </w:r>
    </w:p>
    <w:p>
      <w:pPr>
        <w:spacing w:line="560" w:lineRule="exact"/>
        <w:ind w:firstLine="420"/>
      </w:pPr>
      <w:r>
        <w:rPr>
          <w:rFonts w:ascii="宋体" w:hAnsi="宋体" w:eastAsia="宋体"/>
          <w:sz w:val="24"/>
        </w:rPr>
        <w:t>「好了。」凌天说。</w:t>
      </w:r>
    </w:p>
    <w:p>
      <w:pPr>
        <w:spacing w:line="560" w:lineRule="exact"/>
        <w:ind w:firstLine="420"/>
      </w:pPr>
      <w:r>
        <w:rPr>
          <w:rFonts w:ascii="宋体" w:hAnsi="宋体" w:eastAsia="宋体"/>
          <w:sz w:val="24"/>
        </w:rPr>
        <w:t>林风转过头。凌天手里拿着一个比手机还要小的设备——黑色的，用热缩管包裹着，一端伸出一个USB-A接口，另一端是一根带着RJ45头的网线。</w:t>
      </w:r>
    </w:p>
    <w:p>
      <w:pPr>
        <w:spacing w:line="560" w:lineRule="exact"/>
        <w:ind w:firstLine="420"/>
      </w:pPr>
      <w:r>
        <w:rPr>
          <w:rFonts w:ascii="宋体" w:hAnsi="宋体" w:eastAsia="宋体"/>
          <w:sz w:val="24"/>
        </w:rPr>
        <w:t>「这个小东西，插到任何一台电脑的USB口上，会被识别为一个USB以太网适配器。同时它的RJ45头可以连接到另一台设备的网口——然后它会在两个接口之间建立一个透明的网络桥接。」</w:t>
      </w:r>
    </w:p>
    <w:p>
      <w:pPr>
        <w:spacing w:line="560" w:lineRule="exact"/>
        <w:ind w:firstLine="420"/>
      </w:pPr>
      <w:r>
        <w:rPr>
          <w:rFonts w:ascii="宋体" w:hAnsi="宋体" w:eastAsia="宋体"/>
          <w:sz w:val="24"/>
        </w:rPr>
        <w:t>「你的意思是——」</w:t>
      </w:r>
    </w:p>
    <w:p>
      <w:pPr>
        <w:spacing w:line="560" w:lineRule="exact"/>
        <w:ind w:firstLine="420"/>
      </w:pPr>
      <w:r>
        <w:rPr>
          <w:rFonts w:ascii="宋体" w:hAnsi="宋体" w:eastAsia="宋体"/>
          <w:sz w:val="24"/>
        </w:rPr>
        <w:t>「插到你的笔记本电脑上，RJ45头插到服务器网口——你的电脑就直接连上了服务器的网络，好像用一根直连网线一样。」</w:t>
      </w:r>
    </w:p>
    <w:p>
      <w:pPr>
        <w:spacing w:line="560" w:lineRule="exact"/>
        <w:ind w:firstLine="420"/>
      </w:pPr>
      <w:r>
        <w:rPr>
          <w:rFonts w:ascii="宋体" w:hAnsi="宋体" w:eastAsia="宋体"/>
          <w:sz w:val="24"/>
        </w:rPr>
        <w:t>「但问题是怎么找到服务器。」</w:t>
      </w:r>
    </w:p>
    <w:p>
      <w:pPr>
        <w:spacing w:line="560" w:lineRule="exact"/>
        <w:ind w:firstLine="420"/>
      </w:pPr>
      <w:r>
        <w:rPr>
          <w:rFonts w:ascii="宋体" w:hAnsi="宋体" w:eastAsia="宋体"/>
          <w:sz w:val="24"/>
        </w:rPr>
        <w:t>「夜影。」凌天转向夜影，「数据中心服务器机柜在几楼？」</w:t>
      </w:r>
    </w:p>
    <w:p>
      <w:pPr>
        <w:spacing w:line="560" w:lineRule="exact"/>
        <w:ind w:firstLine="420"/>
      </w:pPr>
      <w:r>
        <w:rPr>
          <w:rFonts w:ascii="宋体" w:hAnsi="宋体" w:eastAsia="宋体"/>
          <w:sz w:val="24"/>
        </w:rPr>
        <w:t>「二楼，核心机房。」夜影说，「正门进去之后走到底，左转，需要通过一道生物识别门——指纹加密码。」</w:t>
      </w:r>
    </w:p>
    <w:p>
      <w:pPr>
        <w:spacing w:line="560" w:lineRule="exact"/>
        <w:ind w:firstLine="420"/>
      </w:pPr>
      <w:r>
        <w:rPr>
          <w:rFonts w:ascii="宋体" w:hAnsi="宋体" w:eastAsia="宋体"/>
          <w:sz w:val="24"/>
        </w:rPr>
        <w:t>「能绕过吗？」</w:t>
      </w:r>
    </w:p>
    <w:p>
      <w:pPr>
        <w:spacing w:line="560" w:lineRule="exact"/>
        <w:ind w:firstLine="420"/>
      </w:pPr>
      <w:r>
        <w:rPr>
          <w:rFonts w:ascii="宋体" w:hAnsi="宋体" w:eastAsia="宋体"/>
          <w:sz w:val="24"/>
        </w:rPr>
        <w:t>「不能。」夜影说，「我看到保安进出的方式——必须指纹识别。没有备用通道。」</w:t>
      </w:r>
    </w:p>
    <w:p>
      <w:pPr>
        <w:spacing w:line="560" w:lineRule="exact"/>
        <w:ind w:firstLine="420"/>
      </w:pPr>
      <w:r>
        <w:rPr>
          <w:rFonts w:ascii="宋体" w:hAnsi="宋体" w:eastAsia="宋体"/>
          <w:sz w:val="24"/>
        </w:rPr>
        <w:t>林风沉思了一下。</w:t>
      </w:r>
    </w:p>
    <w:p>
      <w:pPr>
        <w:spacing w:line="560" w:lineRule="exact"/>
        <w:ind w:firstLine="420"/>
      </w:pPr>
      <w:r>
        <w:rPr>
          <w:rFonts w:ascii="宋体" w:hAnsi="宋体" w:eastAsia="宋体"/>
          <w:sz w:val="24"/>
        </w:rPr>
        <w:t>「那就不进机房。」他说，「有一个地方，可能也有服务器的管理口。」</w:t>
      </w:r>
    </w:p>
    <w:p>
      <w:pPr>
        <w:spacing w:line="560" w:lineRule="exact"/>
        <w:ind w:firstLine="420"/>
      </w:pPr>
      <w:r>
        <w:rPr>
          <w:rFonts w:ascii="宋体" w:hAnsi="宋体" w:eastAsia="宋体"/>
          <w:sz w:val="24"/>
        </w:rPr>
        <w:t>「哪里？」</w:t>
      </w:r>
    </w:p>
    <w:p>
      <w:pPr>
        <w:spacing w:line="560" w:lineRule="exact"/>
        <w:ind w:firstLine="420"/>
      </w:pPr>
      <w:r>
        <w:rPr>
          <w:rFonts w:ascii="宋体" w:hAnsi="宋体" w:eastAsia="宋体"/>
          <w:sz w:val="24"/>
        </w:rPr>
        <w:t>「运维控制室。」林风说，「任何数据中心都有运维控制室——里面有一台或者几台运维终端，连在服务器管理网络上。运维人员不需要每次都进机房去操作服务器——他们通过运维终端远程连接。」</w:t>
      </w:r>
    </w:p>
    <w:p>
      <w:pPr>
        <w:spacing w:line="560" w:lineRule="exact"/>
        <w:ind w:firstLine="420"/>
      </w:pPr>
      <w:r>
        <w:rPr>
          <w:rFonts w:ascii="宋体" w:hAnsi="宋体" w:eastAsia="宋体"/>
          <w:sz w:val="24"/>
        </w:rPr>
        <w:t>「运维控制室在一楼。」夜影说，「正门右手边第一个门——玻璃门，里面能看见有两台电脑。」</w:t>
      </w:r>
    </w:p>
    <w:p>
      <w:pPr>
        <w:spacing w:line="560" w:lineRule="exact"/>
        <w:ind w:firstLine="420"/>
      </w:pPr>
      <w:r>
        <w:rPr>
          <w:rFonts w:ascii="宋体" w:hAnsi="宋体" w:eastAsia="宋体"/>
          <w:sz w:val="24"/>
        </w:rPr>
        <w:t>「有门禁吗？」</w:t>
      </w:r>
    </w:p>
    <w:p>
      <w:pPr>
        <w:spacing w:line="560" w:lineRule="exact"/>
        <w:ind w:firstLine="420"/>
      </w:pPr>
      <w:r>
        <w:rPr>
          <w:rFonts w:ascii="宋体" w:hAnsi="宋体" w:eastAsia="宋体"/>
          <w:sz w:val="24"/>
        </w:rPr>
        <w:t>「没有独立门禁。」夜影回忆着，「和办公区共用一套门禁系统——员工卡刷卡进出。」</w:t>
      </w:r>
    </w:p>
    <w:p>
      <w:pPr>
        <w:spacing w:line="560" w:lineRule="exact"/>
        <w:ind w:firstLine="420"/>
      </w:pPr>
      <w:r>
        <w:rPr>
          <w:rFonts w:ascii="宋体" w:hAnsi="宋体" w:eastAsia="宋体"/>
          <w:sz w:val="24"/>
        </w:rPr>
        <w:t>「员工卡——」林风看向凌天。</w:t>
      </w:r>
    </w:p>
    <w:p>
      <w:pPr>
        <w:spacing w:line="560" w:lineRule="exact"/>
        <w:ind w:firstLine="420"/>
      </w:pPr>
      <w:r>
        <w:rPr>
          <w:rFonts w:ascii="宋体" w:hAnsi="宋体" w:eastAsia="宋体"/>
          <w:sz w:val="24"/>
        </w:rPr>
        <w:t>凌天摊手：「我没准备那个。」</w:t>
      </w:r>
    </w:p>
    <w:p>
      <w:pPr>
        <w:spacing w:line="560" w:lineRule="exact"/>
        <w:ind w:firstLine="420"/>
      </w:pPr>
      <w:r>
        <w:rPr>
          <w:rFonts w:ascii="宋体" w:hAnsi="宋体" w:eastAsia="宋体"/>
          <w:sz w:val="24"/>
        </w:rPr>
        <w:t>「但我们可以制造一张。」林风说，「门禁卡的原理是低频RFID——频率通常是125千赫兹。编码方式大多是Wiegand协议。门禁读卡器读取卡片上的一串数字，和后台数据库比对——如果数字匹配，就开门。」</w:t>
      </w:r>
    </w:p>
    <w:p>
      <w:pPr>
        <w:spacing w:line="560" w:lineRule="exact"/>
        <w:ind w:firstLine="420"/>
      </w:pPr>
      <w:r>
        <w:rPr>
          <w:rFonts w:ascii="宋体" w:hAnsi="宋体" w:eastAsia="宋体"/>
          <w:sz w:val="24"/>
        </w:rPr>
        <w:t>「你能复制？」</w:t>
      </w:r>
    </w:p>
    <w:p>
      <w:pPr>
        <w:spacing w:line="560" w:lineRule="exact"/>
        <w:ind w:firstLine="420"/>
      </w:pPr>
      <w:r>
        <w:rPr>
          <w:rFonts w:ascii="宋体" w:hAnsi="宋体" w:eastAsia="宋体"/>
          <w:sz w:val="24"/>
        </w:rPr>
        <w:t>「我缺一个原料——一张白卡或者一个能读出卡号的读卡器。」林风说，「如果没有原卡数据，我也没法伪造。」</w:t>
      </w:r>
    </w:p>
    <w:p>
      <w:pPr>
        <w:spacing w:line="560" w:lineRule="exact"/>
        <w:ind w:firstLine="420"/>
      </w:pPr>
      <w:r>
        <w:rPr>
          <w:rFonts w:ascii="宋体" w:hAnsi="宋体" w:eastAsia="宋体"/>
          <w:sz w:val="24"/>
        </w:rPr>
        <w:t>夜影忽然说：「保安有卡。」</w:t>
      </w:r>
    </w:p>
    <w:p>
      <w:pPr>
        <w:spacing w:line="560" w:lineRule="exact"/>
        <w:ind w:firstLine="420"/>
      </w:pPr>
      <w:r>
        <w:rPr>
          <w:rFonts w:ascii="宋体" w:hAnsi="宋体" w:eastAsia="宋体"/>
          <w:sz w:val="24"/>
        </w:rPr>
        <w:t>两个人同时看向她。</w:t>
      </w:r>
    </w:p>
    <w:p>
      <w:pPr>
        <w:spacing w:line="560" w:lineRule="exact"/>
        <w:ind w:firstLine="420"/>
      </w:pPr>
      <w:r>
        <w:rPr>
          <w:rFonts w:ascii="宋体" w:hAnsi="宋体" w:eastAsia="宋体"/>
          <w:sz w:val="24"/>
        </w:rPr>
        <w:t>「岗亭里有两个保安。他们交接班的时候会把门禁卡挂在脖子上晃来晃去。」</w:t>
      </w:r>
    </w:p>
    <w:p>
      <w:pPr>
        <w:spacing w:line="560" w:lineRule="exact"/>
        <w:ind w:firstLine="420"/>
      </w:pPr>
      <w:r>
        <w:rPr>
          <w:rFonts w:ascii="宋体" w:hAnsi="宋体" w:eastAsia="宋体"/>
          <w:sz w:val="24"/>
        </w:rPr>
        <w:t>「你打算——偷一张？」凌天问。</w:t>
      </w:r>
    </w:p>
    <w:p>
      <w:pPr>
        <w:spacing w:line="560" w:lineRule="exact"/>
        <w:ind w:firstLine="420"/>
      </w:pPr>
      <w:r>
        <w:rPr>
          <w:rFonts w:ascii="宋体" w:hAnsi="宋体" w:eastAsia="宋体"/>
          <w:sz w:val="24"/>
        </w:rPr>
        <w:t>「借一下。」夜影嘴角微微上扬，「凌晨三点四十五分，是人最困的时候。岗亭离配电室四十米——如果我从配电室那边绕过去，贴着围墙走到岗亭侧面——」</w:t>
      </w:r>
    </w:p>
    <w:p>
      <w:pPr>
        <w:spacing w:line="560" w:lineRule="exact"/>
        <w:ind w:firstLine="420"/>
      </w:pPr>
      <w:r>
        <w:rPr>
          <w:rFonts w:ascii="宋体" w:hAnsi="宋体" w:eastAsia="宋体"/>
          <w:sz w:val="24"/>
        </w:rPr>
        <w:t>「太冒险了。」林风说。</w:t>
      </w:r>
    </w:p>
    <w:p>
      <w:pPr>
        <w:spacing w:line="560" w:lineRule="exact"/>
        <w:ind w:firstLine="420"/>
      </w:pPr>
      <w:r>
        <w:rPr>
          <w:rFonts w:ascii="宋体" w:hAnsi="宋体" w:eastAsia="宋体"/>
          <w:sz w:val="24"/>
        </w:rPr>
        <w:t>「比硬闯机房冒险？」夜影反问。</w:t>
      </w:r>
    </w:p>
    <w:p>
      <w:pPr>
        <w:spacing w:line="560" w:lineRule="exact"/>
        <w:ind w:firstLine="420"/>
      </w:pPr>
      <w:r>
        <w:rPr>
          <w:rFonts w:ascii="宋体" w:hAnsi="宋体" w:eastAsia="宋体"/>
          <w:sz w:val="24"/>
        </w:rPr>
        <w:t>林风无话可说。</w:t>
      </w:r>
    </w:p>
    <w:p>
      <w:pPr>
        <w:spacing w:line="560" w:lineRule="exact"/>
        <w:ind w:firstLine="420"/>
      </w:pPr>
      <w:r>
        <w:rPr>
          <w:rFonts w:ascii="宋体" w:hAnsi="宋体" w:eastAsia="宋体"/>
          <w:sz w:val="24"/>
        </w:rPr>
        <w:t>「我去。三分钟。」夜影说完，已经拉开了安全屋的门，像一只黑色的猫一样消失在楼道里。</w:t>
      </w:r>
    </w:p>
    <w:p>
      <w:pPr>
        <w:spacing w:line="560" w:lineRule="exact"/>
        <w:ind w:firstLine="420"/>
      </w:pPr>
      <w:r>
        <w:rPr>
          <w:rFonts w:ascii="宋体" w:hAnsi="宋体" w:eastAsia="宋体"/>
          <w:sz w:val="24"/>
        </w:rPr>
        <w:t>凌天和林风交换了一个眼神。两个人什么都没说，各自盯着各自的设备，等待时间一秒一秒地过去。</w:t>
      </w:r>
    </w:p>
    <w:p>
      <w:pPr>
        <w:spacing w:line="560" w:lineRule="exact"/>
        <w:ind w:firstLine="420"/>
      </w:pPr>
      <w:r>
        <w:rPr>
          <w:rFonts w:ascii="宋体" w:hAnsi="宋体" w:eastAsia="宋体"/>
          <w:sz w:val="24"/>
        </w:rPr>
        <w:t>凌晨三点五十一分。</w:t>
      </w:r>
    </w:p>
    <w:p>
      <w:pPr>
        <w:spacing w:line="560" w:lineRule="exact"/>
        <w:ind w:firstLine="420"/>
      </w:pPr>
      <w:r>
        <w:rPr>
          <w:rFonts w:ascii="宋体" w:hAnsi="宋体" w:eastAsia="宋体"/>
          <w:sz w:val="24"/>
        </w:rPr>
        <w:t>门开了。</w:t>
      </w:r>
    </w:p>
    <w:p>
      <w:pPr>
        <w:spacing w:line="560" w:lineRule="exact"/>
        <w:ind w:firstLine="420"/>
      </w:pPr>
      <w:r>
        <w:rPr>
          <w:rFonts w:ascii="宋体" w:hAnsi="宋体" w:eastAsia="宋体"/>
          <w:sz w:val="24"/>
        </w:rPr>
        <w:t>夜影回来了。</w:t>
      </w:r>
    </w:p>
    <w:p>
      <w:pPr>
        <w:spacing w:line="560" w:lineRule="exact"/>
        <w:ind w:firstLine="420"/>
      </w:pPr>
      <w:r>
        <w:rPr>
          <w:rFonts w:ascii="宋体" w:hAnsi="宋体" w:eastAsia="宋体"/>
          <w:sz w:val="24"/>
        </w:rPr>
        <w:t>她手里捏着一张白色的门禁卡——上面印着奥林匹斯的Logo和一个员工照片，照片上的人一脸茫然。</w:t>
      </w:r>
    </w:p>
    <w:p>
      <w:pPr>
        <w:spacing w:line="560" w:lineRule="exact"/>
        <w:ind w:firstLine="420"/>
      </w:pPr>
      <w:r>
        <w:rPr>
          <w:rFonts w:ascii="宋体" w:hAnsi="宋体" w:eastAsia="宋体"/>
          <w:sz w:val="24"/>
        </w:rPr>
        <w:t>「趁他打瞌睡的时候。」夜影说，「从他脖子上取下来的。他大概还要五分钟才会发现。」</w:t>
      </w:r>
    </w:p>
    <w:p>
      <w:pPr>
        <w:spacing w:line="560" w:lineRule="exact"/>
        <w:ind w:firstLine="420"/>
      </w:pPr>
      <w:r>
        <w:rPr>
          <w:rFonts w:ascii="宋体" w:hAnsi="宋体" w:eastAsia="宋体"/>
          <w:sz w:val="24"/>
        </w:rPr>
        <w:t>「五分钟——够吗？」</w:t>
      </w:r>
    </w:p>
    <w:p>
      <w:pPr>
        <w:spacing w:line="560" w:lineRule="exact"/>
        <w:ind w:firstLine="420"/>
      </w:pPr>
      <w:r>
        <w:rPr>
          <w:rFonts w:ascii="宋体" w:hAnsi="宋体" w:eastAsia="宋体"/>
          <w:sz w:val="24"/>
        </w:rPr>
        <w:t>「够了。」林风接过门禁卡，打开凌天刚做好的硬件转发器，把门禁卡贴近读卡区域——用笔记本电脑上的RFID读卡软件快速复制了卡片的UID。</w:t>
      </w:r>
    </w:p>
    <w:p>
      <w:pPr>
        <w:spacing w:line="560" w:lineRule="exact"/>
        <w:ind w:firstLine="420"/>
      </w:pPr>
      <w:r>
        <w:rPr>
          <w:rFonts w:ascii="宋体" w:hAnsi="宋体" w:eastAsia="宋体"/>
          <w:sz w:val="24"/>
        </w:rPr>
        <w:t>嘀的一声。</w:t>
      </w:r>
    </w:p>
    <w:p>
      <w:pPr>
        <w:spacing w:line="560" w:lineRule="exact"/>
        <w:ind w:firstLine="420"/>
      </w:pPr>
      <w:r>
        <w:rPr>
          <w:rFonts w:ascii="宋体" w:hAnsi="宋体" w:eastAsia="宋体"/>
          <w:sz w:val="24"/>
        </w:rPr>
        <w:t>卡片数据已成功复制到一张空白白卡上。</w:t>
      </w:r>
    </w:p>
    <w:p>
      <w:pPr>
        <w:spacing w:line="560" w:lineRule="exact"/>
        <w:ind w:firstLine="420"/>
      </w:pPr>
      <w:r>
        <w:rPr>
          <w:rFonts w:ascii="宋体" w:hAnsi="宋体" w:eastAsia="宋体"/>
          <w:sz w:val="24"/>
        </w:rPr>
        <w:t>「走。」林风把那扇复制的白卡揣进口袋，「凌天，保持网络监听。夜影——带我进楼。」</w:t>
      </w:r>
    </w:p>
    <w:p>
      <w:r>
        <w:br w:type="page"/>
      </w:r>
    </w:p>
    <w:p>
      <w:pPr>
        <w:jc w:val="center"/>
      </w:pPr>
      <w:r>
        <w:rPr>
          <w:b/>
          <w:sz w:val="32"/>
        </w:rPr>
        <w:t>第077章 运维终端与心跳倒计时</w:t>
      </w:r>
    </w:p>
    <w:p>
      <w:pPr>
        <w:jc w:val="center"/>
      </w:pPr>
      <w:r>
        <w:rPr>
          <w:color w:val="999999"/>
          <w:sz w:val="18"/>
        </w:rPr>
        <w:t>（3,482字）</w:t>
      </w:r>
    </w:p>
    <w:p/>
    <w:p>
      <w:pPr>
        <w:spacing w:line="560" w:lineRule="exact"/>
        <w:ind w:firstLine="420"/>
      </w:pPr>
      <w:r>
        <w:rPr>
          <w:rFonts w:ascii="宋体" w:hAnsi="宋体" w:eastAsia="宋体"/>
          <w:sz w:val="24"/>
        </w:rPr>
        <w:t>凌晨三点五十二分。</w:t>
      </w:r>
    </w:p>
    <w:p>
      <w:pPr>
        <w:spacing w:line="560" w:lineRule="exact"/>
        <w:ind w:firstLine="420"/>
      </w:pPr>
      <w:r>
        <w:rPr>
          <w:rFonts w:ascii="宋体" w:hAnsi="宋体" w:eastAsia="宋体"/>
          <w:sz w:val="24"/>
        </w:rPr>
        <w:t>林风和夜影贴着围墙外侧快速移动。夜影走在前面，步伐轻而稳，每一步都踩在前脚掌上，几乎没有声响。林风跟在她身后两米处，尽量模仿她的步态，但脚下偶尔还是踩到碎石或者枯叶，发出细微的沙沙声。</w:t>
      </w:r>
    </w:p>
    <w:p>
      <w:pPr>
        <w:spacing w:line="560" w:lineRule="exact"/>
        <w:ind w:firstLine="420"/>
      </w:pPr>
      <w:r>
        <w:rPr>
          <w:rFonts w:ascii="宋体" w:hAnsi="宋体" w:eastAsia="宋体"/>
          <w:sz w:val="24"/>
        </w:rPr>
        <w:t>夜影没有回头，只是微微抬了一下右手——一个极简的手势，意思是「停」。</w:t>
      </w:r>
    </w:p>
    <w:p>
      <w:pPr>
        <w:spacing w:line="560" w:lineRule="exact"/>
        <w:ind w:firstLine="420"/>
      </w:pPr>
      <w:r>
        <w:rPr>
          <w:rFonts w:ascii="宋体" w:hAnsi="宋体" w:eastAsia="宋体"/>
          <w:sz w:val="24"/>
        </w:rPr>
        <w:t>林风立刻停下。</w:t>
      </w:r>
    </w:p>
    <w:p>
      <w:pPr>
        <w:spacing w:line="560" w:lineRule="exact"/>
        <w:ind w:firstLine="420"/>
      </w:pPr>
      <w:r>
        <w:rPr>
          <w:rFonts w:ascii="宋体" w:hAnsi="宋体" w:eastAsia="宋体"/>
          <w:sz w:val="24"/>
        </w:rPr>
        <w:t>夜影贴着墙壁侧耳听了两秒，然后微微探出头，看了一眼岗亭的方向。</w:t>
      </w:r>
    </w:p>
    <w:p>
      <w:pPr>
        <w:spacing w:line="560" w:lineRule="exact"/>
        <w:ind w:firstLine="420"/>
      </w:pPr>
      <w:r>
        <w:rPr>
          <w:rFonts w:ascii="宋体" w:hAnsi="宋体" w:eastAsia="宋体"/>
          <w:sz w:val="24"/>
        </w:rPr>
        <w:t>岗亭里的白炽灯光透过半开的窗户洒出来，在地面上画出一个暖黄色的光斑。能看到一个保安坐在椅子上，脑袋微微歪着——还在打瞌睡。另一个保安不在视线内，可能去了卫生间。</w:t>
      </w:r>
    </w:p>
    <w:p>
      <w:pPr>
        <w:spacing w:line="560" w:lineRule="exact"/>
        <w:ind w:firstLine="420"/>
      </w:pPr>
      <w:r>
        <w:rPr>
          <w:rFonts w:ascii="宋体" w:hAnsi="宋体" w:eastAsia="宋体"/>
          <w:sz w:val="24"/>
        </w:rPr>
        <w:t>夜影缩回头，低声说：「第二个不在岗亭。」</w:t>
      </w:r>
    </w:p>
    <w:p>
      <w:pPr>
        <w:spacing w:line="560" w:lineRule="exact"/>
        <w:ind w:firstLine="420"/>
      </w:pPr>
      <w:r>
        <w:rPr>
          <w:rFonts w:ascii="宋体" w:hAnsi="宋体" w:eastAsia="宋体"/>
          <w:sz w:val="24"/>
        </w:rPr>
        <w:t>「去卫生间了？」</w:t>
      </w:r>
    </w:p>
    <w:p>
      <w:pPr>
        <w:spacing w:line="560" w:lineRule="exact"/>
        <w:ind w:firstLine="420"/>
      </w:pPr>
      <w:r>
        <w:rPr>
          <w:rFonts w:ascii="宋体" w:hAnsi="宋体" w:eastAsia="宋体"/>
          <w:sz w:val="24"/>
        </w:rPr>
        <w:t>「可能。」夜影说，「也可能是换班间隙的巡视。不管怎样——我们动作要快。」</w:t>
      </w:r>
    </w:p>
    <w:p>
      <w:pPr>
        <w:spacing w:line="560" w:lineRule="exact"/>
        <w:ind w:firstLine="420"/>
      </w:pPr>
      <w:r>
        <w:rPr>
          <w:rFonts w:ascii="宋体" w:hAnsi="宋体" w:eastAsia="宋体"/>
          <w:sz w:val="24"/>
        </w:rPr>
        <w:t>她加快了脚步。</w:t>
      </w:r>
    </w:p>
    <w:p>
      <w:pPr>
        <w:spacing w:line="560" w:lineRule="exact"/>
        <w:ind w:firstLine="420"/>
      </w:pPr>
      <w:r>
        <w:rPr>
          <w:rFonts w:ascii="宋体" w:hAnsi="宋体" w:eastAsia="宋体"/>
          <w:sz w:val="24"/>
        </w:rPr>
        <w:t>从围墙外侧绕到正门大概需要走五十米。这一段路没有遮挡，完全暴露在摄像头的视野下——但夜影已经踩好了路线，完全贴着墙根走，利用墙体和空调外机之间的阴影区域躲避监视。</w:t>
      </w:r>
    </w:p>
    <w:p>
      <w:pPr>
        <w:spacing w:line="560" w:lineRule="exact"/>
        <w:ind w:firstLine="420"/>
      </w:pPr>
      <w:r>
        <w:rPr>
          <w:rFonts w:ascii="宋体" w:hAnsi="宋体" w:eastAsia="宋体"/>
          <w:sz w:val="24"/>
        </w:rPr>
        <w:t>林风紧跟着她，心跳越来越快。</w:t>
      </w:r>
    </w:p>
    <w:p>
      <w:pPr>
        <w:spacing w:line="560" w:lineRule="exact"/>
        <w:ind w:firstLine="420"/>
      </w:pPr>
      <w:r>
        <w:rPr>
          <w:rFonts w:ascii="宋体" w:hAnsi="宋体" w:eastAsia="宋体"/>
          <w:sz w:val="24"/>
        </w:rPr>
        <w:t>口袋里那张复制的门禁卡隔着一层布料传来微微的热度——这是刚用RFID读写器录入数据时电容的余温。一张小小的白色卡片，决定了他能不能进那扇门。</w:t>
      </w:r>
    </w:p>
    <w:p>
      <w:pPr>
        <w:spacing w:line="560" w:lineRule="exact"/>
        <w:ind w:firstLine="420"/>
      </w:pPr>
      <w:r>
        <w:rPr>
          <w:rFonts w:ascii="宋体" w:hAnsi="宋体" w:eastAsia="宋体"/>
          <w:sz w:val="24"/>
        </w:rPr>
        <w:t>五十一秒后，他们到达了正门侧面。</w:t>
      </w:r>
    </w:p>
    <w:p>
      <w:pPr>
        <w:spacing w:line="560" w:lineRule="exact"/>
        <w:ind w:firstLine="420"/>
      </w:pPr>
      <w:r>
        <w:rPr>
          <w:rFonts w:ascii="宋体" w:hAnsi="宋体" w:eastAsia="宋体"/>
          <w:sz w:val="24"/>
        </w:rPr>
        <w:t>正门入口是一道双开玻璃门，上半部分透明，下半部分是不锈钢面板。右侧安装了一个银灰色的门禁读卡器——LED指示灯正在缓慢地闪烁蓝色。</w:t>
      </w:r>
    </w:p>
    <w:p>
      <w:pPr>
        <w:spacing w:line="560" w:lineRule="exact"/>
        <w:ind w:firstLine="420"/>
      </w:pPr>
      <w:r>
        <w:rPr>
          <w:rFonts w:ascii="宋体" w:hAnsi="宋体" w:eastAsia="宋体"/>
          <w:sz w:val="24"/>
        </w:rPr>
        <w:t>夜影缩在门侧的一根方形立柱后面，比了一个手势：刷卡。</w:t>
      </w:r>
    </w:p>
    <w:p>
      <w:pPr>
        <w:spacing w:line="560" w:lineRule="exact"/>
        <w:ind w:firstLine="420"/>
      </w:pPr>
      <w:r>
        <w:rPr>
          <w:rFonts w:ascii="宋体" w:hAnsi="宋体" w:eastAsia="宋体"/>
          <w:sz w:val="24"/>
        </w:rPr>
        <w:t>林风深吸一口气，从口袋里掏出那张复制的白卡，握在手心里，跨出一步，将卡片贴近读卡器。</w:t>
      </w:r>
    </w:p>
    <w:p>
      <w:pPr>
        <w:spacing w:line="560" w:lineRule="exact"/>
        <w:ind w:firstLine="420"/>
      </w:pPr>
      <w:r>
        <w:rPr>
          <w:rFonts w:ascii="宋体" w:hAnsi="宋体" w:eastAsia="宋体"/>
          <w:sz w:val="24"/>
        </w:rPr>
        <w:t>嘀。</w:t>
      </w:r>
    </w:p>
    <w:p>
      <w:pPr>
        <w:spacing w:line="560" w:lineRule="exact"/>
        <w:ind w:firstLine="420"/>
      </w:pPr>
      <w:r>
        <w:rPr>
          <w:rFonts w:ascii="宋体" w:hAnsi="宋体" w:eastAsia="宋体"/>
          <w:sz w:val="24"/>
        </w:rPr>
        <w:t>蓝灯变成了绿灯。</w:t>
      </w:r>
    </w:p>
    <w:p>
      <w:pPr>
        <w:spacing w:line="560" w:lineRule="exact"/>
        <w:ind w:firstLine="420"/>
      </w:pPr>
      <w:r>
        <w:rPr>
          <w:rFonts w:ascii="宋体" w:hAnsi="宋体" w:eastAsia="宋体"/>
          <w:sz w:val="24"/>
        </w:rPr>
        <w:t>门锁发出清脆的电子解锁声——咔嗒。</w:t>
      </w:r>
    </w:p>
    <w:p>
      <w:pPr>
        <w:spacing w:line="560" w:lineRule="exact"/>
        <w:ind w:firstLine="420"/>
      </w:pPr>
      <w:r>
        <w:rPr>
          <w:rFonts w:ascii="宋体" w:hAnsi="宋体" w:eastAsia="宋体"/>
          <w:sz w:val="24"/>
        </w:rPr>
        <w:t>林风拉开门，夜影像影子一样闪了进去，林风紧随其后。门自动关上，重新锁闭。</w:t>
      </w:r>
    </w:p>
    <w:p>
      <w:pPr>
        <w:spacing w:line="560" w:lineRule="exact"/>
        <w:ind w:firstLine="420"/>
      </w:pPr>
      <w:r>
        <w:rPr>
          <w:rFonts w:ascii="宋体" w:hAnsi="宋体" w:eastAsia="宋体"/>
          <w:sz w:val="24"/>
        </w:rPr>
        <w:t>他们站在了奥林匹斯数据中心的大厅里。</w:t>
      </w:r>
    </w:p>
    <w:p>
      <w:pPr>
        <w:spacing w:line="560" w:lineRule="exact"/>
        <w:ind w:firstLine="420"/>
      </w:pPr>
      <w:r>
        <w:rPr>
          <w:rFonts w:ascii="宋体" w:hAnsi="宋体" w:eastAsia="宋体"/>
          <w:sz w:val="24"/>
        </w:rPr>
        <w:t>大厅比他想象的要小。大约三十平方米的空间，白色墙面，灰色瓷砖地面，正中一张弧形接待台，台面上空置着，没有电脑，没有文件——只有一盏落满灰尘的台灯。接待台后面是一面深灰色的墙壁，墙壁的右侧有一道紧闭的玻璃门——玻璃是磨砂的，看不到里面的情况。</w:t>
      </w:r>
    </w:p>
    <w:p>
      <w:pPr>
        <w:spacing w:line="560" w:lineRule="exact"/>
        <w:ind w:firstLine="420"/>
      </w:pPr>
      <w:r>
        <w:rPr>
          <w:rFonts w:ascii="宋体" w:hAnsi="宋体" w:eastAsia="宋体"/>
          <w:sz w:val="24"/>
        </w:rPr>
        <w:t>夜影快速扫了一圈，低声说：「运维控制室——在大厅右手边。」</w:t>
      </w:r>
    </w:p>
    <w:p>
      <w:pPr>
        <w:spacing w:line="560" w:lineRule="exact"/>
        <w:ind w:firstLine="420"/>
      </w:pPr>
      <w:r>
        <w:rPr>
          <w:rFonts w:ascii="宋体" w:hAnsi="宋体" w:eastAsia="宋体"/>
          <w:sz w:val="24"/>
        </w:rPr>
        <w:t>林风向右看。走廊的尽头有一扇半掩的门，门框上贴着一个灰色的金属牌——「Operations Control Room」。</w:t>
      </w:r>
    </w:p>
    <w:p>
      <w:pPr>
        <w:spacing w:line="560" w:lineRule="exact"/>
        <w:ind w:firstLine="420"/>
      </w:pPr>
      <w:r>
        <w:rPr>
          <w:rFonts w:ascii="宋体" w:hAnsi="宋体" w:eastAsia="宋体"/>
          <w:sz w:val="24"/>
        </w:rPr>
        <w:t>没有独立门禁。</w:t>
      </w:r>
    </w:p>
    <w:p>
      <w:pPr>
        <w:spacing w:line="560" w:lineRule="exact"/>
        <w:ind w:firstLine="420"/>
      </w:pPr>
      <w:r>
        <w:rPr>
          <w:rFonts w:ascii="宋体" w:hAnsi="宋体" w:eastAsia="宋体"/>
          <w:sz w:val="24"/>
        </w:rPr>
        <w:t>他快步走过去，推开那扇门。</w:t>
      </w:r>
    </w:p>
    <w:p>
      <w:pPr>
        <w:spacing w:line="560" w:lineRule="exact"/>
        <w:ind w:firstLine="420"/>
      </w:pPr>
      <w:r>
        <w:rPr>
          <w:rFonts w:ascii="宋体" w:hAnsi="宋体" w:eastAsia="宋体"/>
          <w:sz w:val="24"/>
        </w:rPr>
        <w:t>房间里没有开灯，但几台显示器的待机灯光把房间照得半明半暗。房间不大，大约十五平方米，里面摆着三张办公桌，每张桌子上都有一台电脑——两台戴尔的塔式工作站，一台HP的瘦客户机。墙上挂着一块白板，上面画着一些网络拓扑图和值班记录，字迹潦草但清晰。</w:t>
      </w:r>
    </w:p>
    <w:p>
      <w:pPr>
        <w:spacing w:line="560" w:lineRule="exact"/>
        <w:ind w:firstLine="420"/>
      </w:pPr>
      <w:r>
        <w:rPr>
          <w:rFonts w:ascii="宋体" w:hAnsi="宋体" w:eastAsia="宋体"/>
          <w:sz w:val="24"/>
        </w:rPr>
        <w:t>「你找运维终端，我盯门。」夜影说，已经退到了走廊入口。</w:t>
      </w:r>
    </w:p>
    <w:p>
      <w:pPr>
        <w:spacing w:line="560" w:lineRule="exact"/>
        <w:ind w:firstLine="420"/>
      </w:pPr>
      <w:r>
        <w:rPr>
          <w:rFonts w:ascii="宋体" w:hAnsi="宋体" w:eastAsia="宋体"/>
          <w:sz w:val="24"/>
        </w:rPr>
        <w:t>林风打开手机的手电筒，快速检查三台机器。</w:t>
      </w:r>
    </w:p>
    <w:p>
      <w:pPr>
        <w:spacing w:line="560" w:lineRule="exact"/>
        <w:ind w:firstLine="420"/>
      </w:pPr>
      <w:r>
        <w:rPr>
          <w:rFonts w:ascii="宋体" w:hAnsi="宋体" w:eastAsia="宋体"/>
          <w:sz w:val="24"/>
        </w:rPr>
        <w:t>戴尔工作站的两台——一台屏幕显示的是Windows锁屏界面，另一台是Linux命令行界面。HP瘦客户机——关着机。</w:t>
      </w:r>
    </w:p>
    <w:p>
      <w:pPr>
        <w:spacing w:line="560" w:lineRule="exact"/>
        <w:ind w:firstLine="420"/>
      </w:pPr>
      <w:r>
        <w:rPr>
          <w:rFonts w:ascii="宋体" w:hAnsi="宋体" w:eastAsia="宋体"/>
          <w:sz w:val="24"/>
        </w:rPr>
        <w:t>他选择了Linux那台。</w:t>
      </w:r>
    </w:p>
    <w:p>
      <w:pPr>
        <w:spacing w:line="560" w:lineRule="exact"/>
        <w:ind w:firstLine="420"/>
      </w:pPr>
      <w:r>
        <w:rPr>
          <w:rFonts w:ascii="宋体" w:hAnsi="宋体" w:eastAsia="宋体"/>
          <w:sz w:val="24"/>
        </w:rPr>
        <w:t>按下键盘上的任意键，屏幕亮了起来——系统没有锁屏，终端显示着一个root登录提示符。</w:t>
      </w:r>
    </w:p>
    <w:p>
      <w:pPr>
        <w:spacing w:line="560" w:lineRule="exact"/>
        <w:ind w:firstLine="420"/>
      </w:pPr>
      <w:r>
        <w:rPr>
          <w:rFonts w:ascii="宋体" w:hAnsi="宋体" w:eastAsia="宋体"/>
          <w:sz w:val="24"/>
        </w:rPr>
        <w:t>「太棒了。」林风低声说。</w:t>
      </w:r>
    </w:p>
    <w:p>
      <w:pPr>
        <w:spacing w:line="560" w:lineRule="exact"/>
        <w:ind w:firstLine="420"/>
      </w:pPr>
      <w:r>
        <w:rPr>
          <w:rFonts w:ascii="宋体" w:hAnsi="宋体" w:eastAsia="宋体"/>
          <w:sz w:val="24"/>
        </w:rPr>
        <w:t>运维人员的操作习惯帮了他大忙——Linux用户经常挂起会话后不注销，直接用锁定命令锁定屏幕。但这个人连锁定都没做——直接把终端挂在那里了。</w:t>
      </w:r>
    </w:p>
    <w:p>
      <w:pPr>
        <w:spacing w:line="560" w:lineRule="exact"/>
        <w:ind w:firstLine="420"/>
      </w:pPr>
      <w:r>
        <w:rPr>
          <w:rFonts w:ascii="宋体" w:hAnsi="宋体" w:eastAsia="宋体"/>
          <w:sz w:val="24"/>
        </w:rPr>
        <w:t>林风快速检查了一下这台机器的网络连接。运行`ip addr`——机器上有三个网卡接口：一个连接办公网络（eth0，10.0.0.0/24），一个连接服务器管理网络（eth1，192.168.200.0/24），还有一个连接楼宇控制网络（eth2，172.16.0.0/16）。</w:t>
      </w:r>
    </w:p>
    <w:p>
      <w:pPr>
        <w:spacing w:line="560" w:lineRule="exact"/>
        <w:ind w:firstLine="420"/>
      </w:pPr>
      <w:r>
        <w:rPr>
          <w:rFonts w:ascii="宋体" w:hAnsi="宋体" w:eastAsia="宋体"/>
          <w:sz w:val="24"/>
        </w:rPr>
        <w:t>他心算了一下。</w:t>
      </w:r>
    </w:p>
    <w:p>
      <w:pPr>
        <w:spacing w:line="560" w:lineRule="exact"/>
        <w:ind w:firstLine="420"/>
      </w:pPr>
      <w:r>
        <w:rPr>
          <w:rFonts w:ascii="宋体" w:hAnsi="宋体" w:eastAsia="宋体"/>
          <w:sz w:val="24"/>
        </w:rPr>
        <w:t>这台机器直接连着服务器管理网段——也就是ILO和服务器操作系统的管理接口所在的网段。只要从这里跳转到服务器管理网段，就能尝试和核心服务器建立通信。</w:t>
      </w:r>
    </w:p>
    <w:p>
      <w:pPr>
        <w:spacing w:line="560" w:lineRule="exact"/>
        <w:ind w:firstLine="420"/>
      </w:pPr>
      <w:r>
        <w:rPr>
          <w:rFonts w:ascii="宋体" w:hAnsi="宋体" w:eastAsia="宋体"/>
          <w:sz w:val="24"/>
        </w:rPr>
        <w:t>他打开终端，用`ssh`尝试连接服务器管理网段上的第一个IP——192.168.200.1。</w:t>
      </w:r>
    </w:p>
    <w:p>
      <w:pPr>
        <w:spacing w:line="560" w:lineRule="exact"/>
        <w:ind w:firstLine="420"/>
      </w:pPr>
      <w:r>
        <w:rPr>
          <w:rFonts w:ascii="宋体" w:hAnsi="宋体" w:eastAsia="宋体"/>
          <w:sz w:val="24"/>
        </w:rPr>
        <w:t>连接成功，弹出了一个登录提示。</w:t>
      </w:r>
    </w:p>
    <w:p>
      <w:pPr>
        <w:spacing w:line="560" w:lineRule="exact"/>
        <w:ind w:firstLine="420"/>
      </w:pPr>
      <w:r>
        <w:rPr>
          <w:rFonts w:ascii="宋体" w:hAnsi="宋体" w:eastAsia="宋体"/>
          <w:sz w:val="24"/>
        </w:rPr>
        <w:t>Gateway: OLY-CORE-HV-01</w:t>
      </w:r>
    </w:p>
    <w:p>
      <w:pPr>
        <w:spacing w:line="560" w:lineRule="exact"/>
        <w:ind w:firstLine="420"/>
      </w:pPr>
      <w:r>
        <w:rPr>
          <w:rFonts w:ascii="宋体" w:hAnsi="宋体" w:eastAsia="宋体"/>
          <w:sz w:val="24"/>
        </w:rPr>
        <w:t>这是服务器集群的虚拟化宿主机管理界面。</w:t>
      </w:r>
    </w:p>
    <w:p>
      <w:pPr>
        <w:spacing w:line="560" w:lineRule="exact"/>
        <w:ind w:firstLine="420"/>
      </w:pPr>
      <w:r>
        <w:rPr>
          <w:rFonts w:ascii="宋体" w:hAnsi="宋体" w:eastAsia="宋体"/>
          <w:sz w:val="24"/>
        </w:rPr>
        <w:t>林风没有尝试登录，而是退出了SSH——因为这台运维机器上没有保存任何登录凭证，他不知道管理员密码。强行猜测只会触发服务器端的登录失败锁。</w:t>
      </w:r>
    </w:p>
    <w:p>
      <w:pPr>
        <w:spacing w:line="560" w:lineRule="exact"/>
        <w:ind w:firstLine="420"/>
      </w:pPr>
      <w:r>
        <w:rPr>
          <w:rFonts w:ascii="宋体" w:hAnsi="宋体" w:eastAsia="宋体"/>
          <w:sz w:val="24"/>
        </w:rPr>
        <w:t>但那台Windows工作站上——可能有凭据管理器。</w:t>
      </w:r>
    </w:p>
    <w:p>
      <w:pPr>
        <w:spacing w:line="560" w:lineRule="exact"/>
        <w:ind w:firstLine="420"/>
      </w:pPr>
      <w:r>
        <w:rPr>
          <w:rFonts w:ascii="宋体" w:hAnsi="宋体" w:eastAsia="宋体"/>
          <w:sz w:val="24"/>
        </w:rPr>
        <w:t>他转身走向戴尔工作站。屏幕显示的是Windows 10企业版的锁屏界面——深蓝色的背景，右下角显示了日期和时间：2026年6月7日，凌晨3:55。</w:t>
      </w:r>
    </w:p>
    <w:p>
      <w:pPr>
        <w:spacing w:line="560" w:lineRule="exact"/>
        <w:ind w:firstLine="420"/>
      </w:pPr>
      <w:r>
        <w:rPr>
          <w:rFonts w:ascii="宋体" w:hAnsi="宋体" w:eastAsia="宋体"/>
          <w:sz w:val="24"/>
        </w:rPr>
        <w:t>没有看到任何便利贴粘在显示器上。没有写在键盘下面的纸条。</w:t>
      </w:r>
    </w:p>
    <w:p>
      <w:pPr>
        <w:spacing w:line="560" w:lineRule="exact"/>
        <w:ind w:firstLine="420"/>
      </w:pPr>
      <w:r>
        <w:rPr>
          <w:rFonts w:ascii="宋体" w:hAnsi="宋体" w:eastAsia="宋体"/>
          <w:sz w:val="24"/>
        </w:rPr>
        <w:t>他走到第三台机器——那台关机的HP瘦客户机面前。按了一下电源键。</w:t>
      </w:r>
    </w:p>
    <w:p>
      <w:pPr>
        <w:spacing w:line="560" w:lineRule="exact"/>
        <w:ind w:firstLine="420"/>
      </w:pPr>
      <w:r>
        <w:rPr>
          <w:rFonts w:ascii="宋体" w:hAnsi="宋体" w:eastAsia="宋体"/>
          <w:sz w:val="24"/>
        </w:rPr>
        <w:t>屏幕亮了起来。</w:t>
      </w:r>
    </w:p>
    <w:p>
      <w:pPr>
        <w:spacing w:line="560" w:lineRule="exact"/>
        <w:ind w:firstLine="420"/>
      </w:pPr>
      <w:r>
        <w:rPr>
          <w:rFonts w:ascii="宋体" w:hAnsi="宋体" w:eastAsia="宋体"/>
          <w:sz w:val="24"/>
        </w:rPr>
        <w:t>HP的标志出现，然后进入了Windows登录界面。</w:t>
      </w:r>
    </w:p>
    <w:p>
      <w:pPr>
        <w:spacing w:line="560" w:lineRule="exact"/>
        <w:ind w:firstLine="420"/>
      </w:pPr>
      <w:r>
        <w:rPr>
          <w:rFonts w:ascii="宋体" w:hAnsi="宋体" w:eastAsia="宋体"/>
          <w:sz w:val="24"/>
        </w:rPr>
        <w:t>林风的目光落在桌面上——一个塑料卡槽里插着一张黄色的便利贴，上面用黑色签字笔写着：</w:t>
      </w:r>
    </w:p>
    <w:p>
      <w:pPr>
        <w:spacing w:line="560" w:lineRule="exact"/>
        <w:ind w:firstLine="420"/>
      </w:pPr>
      <w:r>
        <w:rPr>
          <w:rFonts w:ascii="宋体" w:hAnsi="宋体" w:eastAsia="宋体"/>
          <w:sz w:val="24"/>
        </w:rPr>
        <w:t>`admin / Oly@D@ta2026!`</w:t>
      </w:r>
    </w:p>
    <w:p>
      <w:pPr>
        <w:spacing w:line="560" w:lineRule="exact"/>
        <w:ind w:firstLine="420"/>
      </w:pPr>
      <w:r>
        <w:rPr>
          <w:rFonts w:ascii="宋体" w:hAnsi="宋体" w:eastAsia="宋体"/>
          <w:sz w:val="24"/>
        </w:rPr>
        <w:t>林风愣了一下，随即笑了。</w:t>
      </w:r>
    </w:p>
    <w:p>
      <w:pPr>
        <w:spacing w:line="560" w:lineRule="exact"/>
        <w:ind w:firstLine="420"/>
      </w:pPr>
      <w:r>
        <w:rPr>
          <w:rFonts w:ascii="宋体" w:hAnsi="宋体" w:eastAsia="宋体"/>
          <w:sz w:val="24"/>
        </w:rPr>
        <w:t>运维人的习惯永远不会变。不管你是大公司的IT运维，还是暗流组织的技术骨干——总有人会把密码写在便利贴上，贴在屏幕下面。这是写在运维基因里的原罪。</w:t>
      </w:r>
    </w:p>
    <w:p>
      <w:pPr>
        <w:spacing w:line="560" w:lineRule="exact"/>
        <w:ind w:firstLine="420"/>
      </w:pPr>
      <w:r>
        <w:rPr>
          <w:rFonts w:ascii="宋体" w:hAnsi="宋体" w:eastAsia="宋体"/>
          <w:sz w:val="24"/>
        </w:rPr>
        <w:t>他输入了那组凭据。</w:t>
      </w:r>
    </w:p>
    <w:p>
      <w:pPr>
        <w:spacing w:line="560" w:lineRule="exact"/>
        <w:ind w:firstLine="420"/>
      </w:pPr>
      <w:r>
        <w:rPr>
          <w:rFonts w:ascii="宋体" w:hAnsi="宋体" w:eastAsia="宋体"/>
          <w:sz w:val="24"/>
        </w:rPr>
        <w:t>登录成功。</w:t>
      </w:r>
    </w:p>
    <w:p>
      <w:pPr>
        <w:spacing w:line="560" w:lineRule="exact"/>
        <w:ind w:firstLine="420"/>
      </w:pPr>
      <w:r>
        <w:rPr>
          <w:rFonts w:ascii="宋体" w:hAnsi="宋体" w:eastAsia="宋体"/>
          <w:sz w:val="24"/>
        </w:rPr>
        <w:t>Windows桌面加载了进来，桌面上密密麻麻摆满了快捷方式——VMware vSphere Client、HP iLO Management、SQL Server Management Studio、Putty、WinSCP、RDP连接管理器……</w:t>
      </w:r>
    </w:p>
    <w:p>
      <w:pPr>
        <w:spacing w:line="560" w:lineRule="exact"/>
        <w:ind w:firstLine="420"/>
      </w:pPr>
      <w:r>
        <w:rPr>
          <w:rFonts w:ascii="宋体" w:hAnsi="宋体" w:eastAsia="宋体"/>
          <w:sz w:val="24"/>
        </w:rPr>
        <w:t>林风打开了RDP连接管理器。里面保存了十几个连接记录，名称都是服务器代号或者IP地址。</w:t>
      </w:r>
    </w:p>
    <w:p>
      <w:pPr>
        <w:spacing w:line="560" w:lineRule="exact"/>
        <w:ind w:firstLine="420"/>
      </w:pPr>
      <w:r>
        <w:rPr>
          <w:rFonts w:ascii="宋体" w:hAnsi="宋体" w:eastAsia="宋体"/>
          <w:sz w:val="24"/>
        </w:rPr>
        <w:t>他快速浏览了一遍。</w:t>
      </w:r>
    </w:p>
    <w:p>
      <w:pPr>
        <w:spacing w:line="560" w:lineRule="exact"/>
        <w:ind w:firstLine="420"/>
      </w:pPr>
      <w:r>
        <w:rPr>
          <w:rFonts w:ascii="宋体" w:hAnsi="宋体" w:eastAsia="宋体"/>
          <w:sz w:val="24"/>
        </w:rPr>
        <w:t>然后他看到了一个特别的连接记录——名称是「SG-01-CORE-DB」，备注栏里写着「核心数据库 / 仅限授权管理员 / 双因子认证」。</w:t>
      </w:r>
    </w:p>
    <w:p>
      <w:pPr>
        <w:spacing w:line="560" w:lineRule="exact"/>
        <w:ind w:firstLine="420"/>
      </w:pPr>
      <w:r>
        <w:rPr>
          <w:rFonts w:ascii="宋体" w:hAnsi="宋体" w:eastAsia="宋体"/>
          <w:sz w:val="24"/>
        </w:rPr>
        <w:t>核心数据库。</w:t>
      </w:r>
    </w:p>
    <w:p>
      <w:pPr>
        <w:spacing w:line="560" w:lineRule="exact"/>
        <w:ind w:firstLine="420"/>
      </w:pPr>
      <w:r>
        <w:rPr>
          <w:rFonts w:ascii="宋体" w:hAnsi="宋体" w:eastAsia="宋体"/>
          <w:sz w:val="24"/>
        </w:rPr>
        <w:t>这正是他要找的。</w:t>
      </w:r>
    </w:p>
    <w:p>
      <w:pPr>
        <w:spacing w:line="560" w:lineRule="exact"/>
        <w:ind w:firstLine="420"/>
      </w:pPr>
      <w:r>
        <w:rPr>
          <w:rFonts w:ascii="宋体" w:hAnsi="宋体" w:eastAsia="宋体"/>
          <w:sz w:val="24"/>
        </w:rPr>
        <w:t>但问题是——双因子认证。这意味着除了用户名密码之外，还需要一个动态验证码——通常是手机APP或者物理令牌生成的六位数字。</w:t>
      </w:r>
    </w:p>
    <w:p>
      <w:pPr>
        <w:spacing w:line="560" w:lineRule="exact"/>
        <w:ind w:firstLine="420"/>
      </w:pPr>
      <w:r>
        <w:rPr>
          <w:rFonts w:ascii="宋体" w:hAnsi="宋体" w:eastAsia="宋体"/>
          <w:sz w:val="24"/>
        </w:rPr>
        <w:t>他看了看桌面。没有插着USB令牌。抽屉里也没有。</w:t>
      </w:r>
    </w:p>
    <w:p>
      <w:pPr>
        <w:spacing w:line="560" w:lineRule="exact"/>
        <w:ind w:firstLine="420"/>
      </w:pPr>
      <w:r>
        <w:rPr>
          <w:rFonts w:ascii="宋体" w:hAnsi="宋体" w:eastAsia="宋体"/>
          <w:sz w:val="24"/>
        </w:rPr>
        <w:t>这时候，耳机里传来了凌天的声音：「林风，你还有三分钟。」</w:t>
      </w:r>
    </w:p>
    <w:p>
      <w:pPr>
        <w:spacing w:line="560" w:lineRule="exact"/>
        <w:ind w:firstLine="420"/>
      </w:pPr>
      <w:r>
        <w:rPr>
          <w:rFonts w:ascii="宋体" w:hAnsi="宋体" w:eastAsia="宋体"/>
          <w:sz w:val="24"/>
        </w:rPr>
        <w:t>「什么意思？」</w:t>
      </w:r>
    </w:p>
    <w:p>
      <w:pPr>
        <w:spacing w:line="560" w:lineRule="exact"/>
        <w:ind w:firstLine="420"/>
      </w:pPr>
      <w:r>
        <w:rPr>
          <w:rFonts w:ascii="宋体" w:hAnsi="宋体" w:eastAsia="宋体"/>
          <w:sz w:val="24"/>
        </w:rPr>
        <w:t>「保安起来去敲了岗亭旁边的门——可能是去卫生间。三分钟内他可能会回去，然后发现卡没了。」</w:t>
      </w:r>
    </w:p>
    <w:p>
      <w:pPr>
        <w:spacing w:line="560" w:lineRule="exact"/>
        <w:ind w:firstLine="420"/>
      </w:pPr>
      <w:r>
        <w:rPr>
          <w:rFonts w:ascii="宋体" w:hAnsi="宋体" w:eastAsia="宋体"/>
          <w:sz w:val="24"/>
        </w:rPr>
        <w:t>时间不够了。</w:t>
      </w:r>
    </w:p>
    <w:p>
      <w:pPr>
        <w:spacing w:line="560" w:lineRule="exact"/>
        <w:ind w:firstLine="420"/>
      </w:pPr>
      <w:r>
        <w:rPr>
          <w:rFonts w:ascii="宋体" w:hAnsi="宋体" w:eastAsia="宋体"/>
          <w:sz w:val="24"/>
        </w:rPr>
        <w:t>林风把注意力转回到那台HP瘦客户机。双因子认证需要验证码，他没有手机令牌，没有物理令牌——但他有EVE协议和古玉。</w:t>
      </w:r>
    </w:p>
    <w:p>
      <w:pPr>
        <w:spacing w:line="560" w:lineRule="exact"/>
        <w:ind w:firstLine="420"/>
      </w:pPr>
      <w:r>
        <w:rPr>
          <w:rFonts w:ascii="宋体" w:hAnsi="宋体" w:eastAsia="宋体"/>
          <w:sz w:val="24"/>
        </w:rPr>
        <w:t>问题是怎么用？</w:t>
      </w:r>
    </w:p>
    <w:p>
      <w:pPr>
        <w:spacing w:line="560" w:lineRule="exact"/>
        <w:ind w:firstLine="420"/>
      </w:pPr>
      <w:r>
        <w:rPr>
          <w:rFonts w:ascii="宋体" w:hAnsi="宋体" w:eastAsia="宋体"/>
          <w:sz w:val="24"/>
        </w:rPr>
        <w:t>EVE协议的本质是一个DNA密钥认证协议——但它需要接入到《天界》的底层管理系统才能生效。而《天界》的底层管理系统，理论上就是运行在这个数据中心的核心服务器上。</w:t>
      </w:r>
    </w:p>
    <w:p>
      <w:pPr>
        <w:spacing w:line="560" w:lineRule="exact"/>
        <w:ind w:firstLine="420"/>
      </w:pPr>
      <w:r>
        <w:rPr>
          <w:rFonts w:ascii="宋体" w:hAnsi="宋体" w:eastAsia="宋体"/>
          <w:sz w:val="24"/>
        </w:rPr>
        <w:t>也就是说——如果要让EVE协议工作，他必须先连接到核心服务器。</w:t>
      </w:r>
    </w:p>
    <w:p>
      <w:pPr>
        <w:spacing w:line="560" w:lineRule="exact"/>
        <w:ind w:firstLine="420"/>
      </w:pPr>
      <w:r>
        <w:rPr>
          <w:rFonts w:ascii="宋体" w:hAnsi="宋体" w:eastAsia="宋体"/>
          <w:sz w:val="24"/>
        </w:rPr>
        <w:t>但现在他被双因子认证卡住了。</w:t>
      </w:r>
    </w:p>
    <w:p>
      <w:pPr>
        <w:spacing w:line="560" w:lineRule="exact"/>
        <w:ind w:firstLine="420"/>
      </w:pPr>
      <w:r>
        <w:rPr>
          <w:rFonts w:ascii="宋体" w:hAnsi="宋体" w:eastAsia="宋体"/>
          <w:sz w:val="24"/>
        </w:rPr>
        <w:t>是一个死循环。</w:t>
      </w:r>
    </w:p>
    <w:p>
      <w:pPr>
        <w:spacing w:line="560" w:lineRule="exact"/>
        <w:ind w:firstLine="420"/>
      </w:pPr>
      <w:r>
        <w:rPr>
          <w:rFonts w:ascii="宋体" w:hAnsi="宋体" w:eastAsia="宋体"/>
          <w:sz w:val="24"/>
        </w:rPr>
        <w:t>林风闭上眼睛，深深吸了一口气，强迫自己冷静下来。</w:t>
      </w:r>
    </w:p>
    <w:p>
      <w:pPr>
        <w:spacing w:line="560" w:lineRule="exact"/>
        <w:ind w:firstLine="420"/>
      </w:pPr>
      <w:r>
        <w:rPr>
          <w:rFonts w:ascii="宋体" w:hAnsi="宋体" w:eastAsia="宋体"/>
          <w:sz w:val="24"/>
        </w:rPr>
        <w:t>换个角度思考。</w:t>
      </w:r>
    </w:p>
    <w:p>
      <w:pPr>
        <w:spacing w:line="560" w:lineRule="exact"/>
        <w:ind w:firstLine="420"/>
      </w:pPr>
      <w:r>
        <w:rPr>
          <w:rFonts w:ascii="宋体" w:hAnsi="宋体" w:eastAsia="宋体"/>
          <w:sz w:val="24"/>
        </w:rPr>
        <w:t>双因子认证——是为了保护核心数据库不被未授权的访问。但EVE协议也是身份认证——而且是用DNA作为密钥的身份认证。它的安全等级理论上远高于任何双因子认证。</w:t>
      </w:r>
    </w:p>
    <w:p>
      <w:pPr>
        <w:spacing w:line="560" w:lineRule="exact"/>
        <w:ind w:firstLine="420"/>
      </w:pPr>
      <w:r>
        <w:rPr>
          <w:rFonts w:ascii="宋体" w:hAnsi="宋体" w:eastAsia="宋体"/>
          <w:sz w:val="24"/>
        </w:rPr>
        <w:t>问题是：如何让核心服务器的认证系统接受EVE协议，而不是它自带的双因子认证？</w:t>
      </w:r>
    </w:p>
    <w:p>
      <w:pPr>
        <w:spacing w:line="560" w:lineRule="exact"/>
        <w:ind w:firstLine="420"/>
      </w:pPr>
      <w:r>
        <w:rPr>
          <w:rFonts w:ascii="宋体" w:hAnsi="宋体" w:eastAsia="宋体"/>
          <w:sz w:val="24"/>
        </w:rPr>
        <w:t>林风重新睁开眼睛。</w:t>
      </w:r>
    </w:p>
    <w:p>
      <w:pPr>
        <w:spacing w:line="560" w:lineRule="exact"/>
        <w:ind w:firstLine="420"/>
      </w:pPr>
      <w:r>
        <w:rPr>
          <w:rFonts w:ascii="宋体" w:hAnsi="宋体" w:eastAsia="宋体"/>
          <w:sz w:val="24"/>
        </w:rPr>
        <w:t>然后他忽然想到了一个问题——这台瘦客户机是怎么连接到核心服务器的？它用的不是双因子认证——如果它用的是，那么它必须在桌面上有一个令牌生成器。</w:t>
      </w:r>
    </w:p>
    <w:p>
      <w:pPr>
        <w:spacing w:line="560" w:lineRule="exact"/>
        <w:ind w:firstLine="420"/>
      </w:pPr>
      <w:r>
        <w:rPr>
          <w:rFonts w:ascii="宋体" w:hAnsi="宋体" w:eastAsia="宋体"/>
          <w:sz w:val="24"/>
        </w:rPr>
        <w:t>但桌面上没有。</w:t>
      </w:r>
    </w:p>
    <w:p>
      <w:pPr>
        <w:spacing w:line="560" w:lineRule="exact"/>
        <w:ind w:firstLine="420"/>
      </w:pPr>
      <w:r>
        <w:rPr>
          <w:rFonts w:ascii="宋体" w:hAnsi="宋体" w:eastAsia="宋体"/>
          <w:sz w:val="24"/>
        </w:rPr>
        <w:t>他检查了任务栏右下角的系统托盘——也没有任何令牌程序在运行。</w:t>
      </w:r>
    </w:p>
    <w:p>
      <w:pPr>
        <w:spacing w:line="560" w:lineRule="exact"/>
        <w:ind w:firstLine="420"/>
      </w:pPr>
      <w:r>
        <w:rPr>
          <w:rFonts w:ascii="宋体" w:hAnsi="宋体" w:eastAsia="宋体"/>
          <w:sz w:val="24"/>
        </w:rPr>
        <w:t>他点开了开始菜单，在应用列表中快速搜索——没有找到任何常见的双因子认证客户端。</w:t>
      </w:r>
    </w:p>
    <w:p>
      <w:pPr>
        <w:spacing w:line="560" w:lineRule="exact"/>
        <w:ind w:firstLine="420"/>
      </w:pPr>
      <w:r>
        <w:rPr>
          <w:rFonts w:ascii="宋体" w:hAnsi="宋体" w:eastAsia="宋体"/>
          <w:sz w:val="24"/>
        </w:rPr>
        <w:t>「这台机器——不需要双因子认证。」林风低声说。</w:t>
      </w:r>
    </w:p>
    <w:p>
      <w:pPr>
        <w:spacing w:line="560" w:lineRule="exact"/>
        <w:ind w:firstLine="420"/>
      </w:pPr>
      <w:r>
        <w:rPr>
          <w:rFonts w:ascii="宋体" w:hAnsi="宋体" w:eastAsia="宋体"/>
          <w:sz w:val="24"/>
        </w:rPr>
        <w:t>「你确定？」耳机里传来凌天的声音。</w:t>
      </w:r>
    </w:p>
    <w:p>
      <w:pPr>
        <w:spacing w:line="560" w:lineRule="exact"/>
        <w:ind w:firstLine="420"/>
      </w:pPr>
      <w:r>
        <w:rPr>
          <w:rFonts w:ascii="宋体" w:hAnsi="宋体" w:eastAsia="宋体"/>
          <w:sz w:val="24"/>
        </w:rPr>
        <w:t>「确定。它直接连接服务器——因为这台机器本身就在数据中心的内部网络里，而双因子认证是针对远程连接的。对于内网运维终端——他们信任物理位置。」</w:t>
      </w:r>
    </w:p>
    <w:p>
      <w:pPr>
        <w:spacing w:line="560" w:lineRule="exact"/>
        <w:ind w:firstLine="420"/>
      </w:pPr>
      <w:r>
        <w:rPr>
          <w:rFonts w:ascii="宋体" w:hAnsi="宋体" w:eastAsia="宋体"/>
          <w:sz w:val="24"/>
        </w:rPr>
        <w:t>也就是说，在这台机器上，他可以直接用管理员账号和密码连接到核心数据库。</w:t>
      </w:r>
    </w:p>
    <w:p>
      <w:pPr>
        <w:spacing w:line="560" w:lineRule="exact"/>
        <w:ind w:firstLine="420"/>
      </w:pPr>
      <w:r>
        <w:rPr>
          <w:rFonts w:ascii="宋体" w:hAnsi="宋体" w:eastAsia="宋体"/>
          <w:sz w:val="24"/>
        </w:rPr>
        <w:t>林风打开SQL Server Management Studio，输入了RDP连接记录中保存的管理员凭据——和那个便利贴上的密码一模一样。</w:t>
      </w:r>
    </w:p>
    <w:p>
      <w:pPr>
        <w:spacing w:line="560" w:lineRule="exact"/>
        <w:ind w:firstLine="420"/>
      </w:pPr>
      <w:r>
        <w:rPr>
          <w:rFonts w:ascii="宋体" w:hAnsi="宋体" w:eastAsia="宋体"/>
          <w:sz w:val="24"/>
        </w:rPr>
        <w:t>Oly@D@ta2026!</w:t>
      </w:r>
    </w:p>
    <w:p>
      <w:pPr>
        <w:spacing w:line="560" w:lineRule="exact"/>
        <w:ind w:firstLine="420"/>
      </w:pPr>
      <w:r>
        <w:rPr>
          <w:rFonts w:ascii="宋体" w:hAnsi="宋体" w:eastAsia="宋体"/>
          <w:sz w:val="24"/>
        </w:rPr>
        <w:t>SSMS连接到了SG-01-CORE-DB。</w:t>
      </w:r>
    </w:p>
    <w:p>
      <w:pPr>
        <w:spacing w:line="560" w:lineRule="exact"/>
        <w:ind w:firstLine="420"/>
      </w:pPr>
      <w:r>
        <w:rPr>
          <w:rFonts w:ascii="宋体" w:hAnsi="宋体" w:eastAsia="宋体"/>
          <w:sz w:val="24"/>
        </w:rPr>
        <w:t>数据库管理界面出现在屏幕上——左侧是对象资源管理器，列出了数据库树结构。他看到了几十个数据库名，大部分是系统数据库和日志数据库。</w:t>
      </w:r>
    </w:p>
    <w:p>
      <w:pPr>
        <w:spacing w:line="560" w:lineRule="exact"/>
        <w:ind w:firstLine="420"/>
      </w:pPr>
      <w:r>
        <w:rPr>
          <w:rFonts w:ascii="宋体" w:hAnsi="宋体" w:eastAsia="宋体"/>
          <w:sz w:val="24"/>
        </w:rPr>
        <w:t>他滚动列表，寻找《天界》相关的数据库。</w:t>
      </w:r>
    </w:p>
    <w:p>
      <w:pPr>
        <w:spacing w:line="560" w:lineRule="exact"/>
        <w:ind w:firstLine="420"/>
      </w:pPr>
      <w:r>
        <w:rPr>
          <w:rFonts w:ascii="宋体" w:hAnsi="宋体" w:eastAsia="宋体"/>
          <w:sz w:val="24"/>
        </w:rPr>
        <w:t>然后他看到了一个名为「Elysium_Core_Engine」的数据库。</w:t>
      </w:r>
    </w:p>
    <w:p>
      <w:pPr>
        <w:spacing w:line="560" w:lineRule="exact"/>
        <w:ind w:firstLine="420"/>
      </w:pPr>
      <w:r>
        <w:rPr>
          <w:rFonts w:ascii="宋体" w:hAnsi="宋体" w:eastAsia="宋体"/>
          <w:sz w:val="24"/>
        </w:rPr>
        <w:t>天界核心引擎。</w:t>
      </w:r>
    </w:p>
    <w:p>
      <w:pPr>
        <w:spacing w:line="560" w:lineRule="exact"/>
        <w:ind w:firstLine="420"/>
      </w:pPr>
      <w:r>
        <w:rPr>
          <w:rFonts w:ascii="宋体" w:hAnsi="宋体" w:eastAsia="宋体"/>
          <w:sz w:val="24"/>
        </w:rPr>
        <w:t>林风双击展开数据库树。表、视图、存储过程——一长串的表名出现在眼前。</w:t>
      </w:r>
    </w:p>
    <w:p>
      <w:pPr>
        <w:spacing w:line="560" w:lineRule="exact"/>
        <w:ind w:firstLine="420"/>
      </w:pPr>
      <w:r>
        <w:rPr>
          <w:rFonts w:ascii="宋体" w:hAnsi="宋体" w:eastAsia="宋体"/>
          <w:sz w:val="24"/>
        </w:rPr>
        <w:t>他快速浏览了一遍，找到了几个关键的配置表：</w:t>
      </w:r>
    </w:p>
    <w:p>
      <w:pPr>
        <w:spacing w:line="560" w:lineRule="exact"/>
        <w:ind w:firstLine="420"/>
      </w:pPr>
      <w:r>
        <w:rPr>
          <w:rFonts w:ascii="宋体" w:hAnsi="宋体" w:eastAsia="宋体"/>
          <w:sz w:val="24"/>
        </w:rPr>
        <w:t>- System_Authorization — 系统授权表</w:t>
        <w:br/>
        <w:t>- Player_Account_Global — 全球玩家账户表</w:t>
        <w:br/>
        <w:t>- World_Server_Config — 世界服务器配置</w:t>
        <w:br/>
        <w:t>- GM_Access_Control — GM权限控制表</w:t>
      </w:r>
    </w:p>
    <w:p>
      <w:pPr>
        <w:spacing w:line="560" w:lineRule="exact"/>
        <w:ind w:firstLine="420"/>
      </w:pPr>
      <w:r>
        <w:rPr>
          <w:rFonts w:ascii="宋体" w:hAnsi="宋体" w:eastAsia="宋体"/>
          <w:sz w:val="24"/>
        </w:rPr>
        <w:t>GM访问控制。</w:t>
      </w:r>
    </w:p>
    <w:p>
      <w:pPr>
        <w:spacing w:line="560" w:lineRule="exact"/>
        <w:ind w:firstLine="420"/>
      </w:pPr>
      <w:r>
        <w:rPr>
          <w:rFonts w:ascii="宋体" w:hAnsi="宋体" w:eastAsia="宋体"/>
          <w:sz w:val="24"/>
        </w:rPr>
        <w:t>他打开这个表——里面列出了十几个管理员账号，以及对应的GM权限等级。最高的等级是Lv.5——「Root Administrator」。</w:t>
      </w:r>
    </w:p>
    <w:p>
      <w:pPr>
        <w:spacing w:line="560" w:lineRule="exact"/>
        <w:ind w:firstLine="420"/>
      </w:pPr>
      <w:r>
        <w:rPr>
          <w:rFonts w:ascii="宋体" w:hAnsi="宋体" w:eastAsia="宋体"/>
          <w:sz w:val="24"/>
        </w:rPr>
        <w:t>他看到了一个名为「Oracle」的账号——权限等级Lv.5，备注写着：「System Creator — Do Not Modify」。</w:t>
      </w:r>
    </w:p>
    <w:p>
      <w:pPr>
        <w:spacing w:line="560" w:lineRule="exact"/>
        <w:ind w:firstLine="420"/>
      </w:pPr>
      <w:r>
        <w:rPr>
          <w:rFonts w:ascii="宋体" w:hAnsi="宋体" w:eastAsia="宋体"/>
          <w:sz w:val="24"/>
        </w:rPr>
        <w:t>系统创建者——不要修改。</w:t>
      </w:r>
    </w:p>
    <w:p>
      <w:pPr>
        <w:spacing w:line="560" w:lineRule="exact"/>
        <w:ind w:firstLine="420"/>
      </w:pPr>
      <w:r>
        <w:rPr>
          <w:rFonts w:ascii="宋体" w:hAnsi="宋体" w:eastAsia="宋体"/>
          <w:sz w:val="24"/>
        </w:rPr>
        <w:t>「找到了。」林风说。</w:t>
      </w:r>
    </w:p>
    <w:p>
      <w:pPr>
        <w:spacing w:line="560" w:lineRule="exact"/>
        <w:ind w:firstLine="420"/>
      </w:pPr>
      <w:r>
        <w:rPr>
          <w:rFonts w:ascii="宋体" w:hAnsi="宋体" w:eastAsia="宋体"/>
          <w:sz w:val="24"/>
        </w:rPr>
        <w:t>「找到什么了？」凌天问。</w:t>
      </w:r>
    </w:p>
    <w:p>
      <w:pPr>
        <w:spacing w:line="560" w:lineRule="exact"/>
        <w:ind w:firstLine="420"/>
      </w:pPr>
      <w:r>
        <w:rPr>
          <w:rFonts w:ascii="宋体" w:hAnsi="宋体" w:eastAsia="宋体"/>
          <w:sz w:val="24"/>
        </w:rPr>
        <w:t>「EVE协议的认证目标。」林风说，「《天界》系统的Root管理员账号——Oracle。这个账号的权限涵盖了整个系统的所有功能——包括激活和管理员权限转移。」</w:t>
      </w:r>
    </w:p>
    <w:p>
      <w:pPr>
        <w:spacing w:line="560" w:lineRule="exact"/>
        <w:ind w:firstLine="420"/>
      </w:pPr>
      <w:r>
        <w:rPr>
          <w:rFonts w:ascii="宋体" w:hAnsi="宋体" w:eastAsia="宋体"/>
          <w:sz w:val="24"/>
        </w:rPr>
        <w:t>「能用吗？」</w:t>
      </w:r>
    </w:p>
    <w:p>
      <w:pPr>
        <w:spacing w:line="560" w:lineRule="exact"/>
        <w:ind w:firstLine="420"/>
      </w:pPr>
      <w:r>
        <w:rPr>
          <w:rFonts w:ascii="宋体" w:hAnsi="宋体" w:eastAsia="宋体"/>
          <w:sz w:val="24"/>
        </w:rPr>
        <w:t>「需要EVE协议的身份认证——但问题是，数据库连接只是第一步。」林风看着屏幕，「EVE协议需要和一个外部的硬件设备交互——就是古玉。我需要把古玉连接到这台电脑上。」</w:t>
      </w:r>
    </w:p>
    <w:p>
      <w:pPr>
        <w:spacing w:line="560" w:lineRule="exact"/>
        <w:ind w:firstLine="420"/>
      </w:pPr>
      <w:r>
        <w:rPr>
          <w:rFonts w:ascii="宋体" w:hAnsi="宋体" w:eastAsia="宋体"/>
          <w:sz w:val="24"/>
        </w:rPr>
        <w:t>他从口袋里掏出古玉。</w:t>
      </w:r>
    </w:p>
    <w:p>
      <w:pPr>
        <w:spacing w:line="560" w:lineRule="exact"/>
        <w:ind w:firstLine="420"/>
      </w:pPr>
      <w:r>
        <w:rPr>
          <w:rFonts w:ascii="宋体" w:hAnsi="宋体" w:eastAsia="宋体"/>
          <w:sz w:val="24"/>
        </w:rPr>
        <w:t>温润的玉石在显示器微弱的蓝光下泛着淡淡的青色。玉面上的纹理似乎在光线下微微流动——也许是视觉误差，也许是长时间盯着屏幕产生的错觉。</w:t>
      </w:r>
    </w:p>
    <w:p>
      <w:pPr>
        <w:spacing w:line="560" w:lineRule="exact"/>
        <w:ind w:firstLine="420"/>
      </w:pPr>
      <w:r>
        <w:rPr>
          <w:rFonts w:ascii="宋体" w:hAnsi="宋体" w:eastAsia="宋体"/>
          <w:sz w:val="24"/>
        </w:rPr>
        <w:t>但他没有别的选择。</w:t>
      </w:r>
    </w:p>
    <w:p>
      <w:pPr>
        <w:spacing w:line="560" w:lineRule="exact"/>
        <w:ind w:firstLine="420"/>
      </w:pPr>
      <w:r>
        <w:rPr>
          <w:rFonts w:ascii="宋体" w:hAnsi="宋体" w:eastAsia="宋体"/>
          <w:sz w:val="24"/>
        </w:rPr>
        <w:t>林风把古玉贴在笔记本电脑的USB接口旁边——但USB接口是标准USB，古玉没有接口，也没有无线模块。</w:t>
      </w:r>
    </w:p>
    <w:p>
      <w:pPr>
        <w:spacing w:line="560" w:lineRule="exact"/>
        <w:ind w:firstLine="420"/>
      </w:pPr>
      <w:r>
        <w:rPr>
          <w:rFonts w:ascii="宋体" w:hAnsi="宋体" w:eastAsia="宋体"/>
          <w:sz w:val="24"/>
        </w:rPr>
        <w:t>这不是一个电子设备——它只是一块玉。</w:t>
      </w:r>
    </w:p>
    <w:p>
      <w:pPr>
        <w:spacing w:line="560" w:lineRule="exact"/>
        <w:ind w:firstLine="420"/>
      </w:pPr>
      <w:r>
        <w:rPr>
          <w:rFonts w:ascii="宋体" w:hAnsi="宋体" w:eastAsia="宋体"/>
          <w:sz w:val="24"/>
        </w:rPr>
        <w:t>「不……」林风皱眉。</w:t>
      </w:r>
    </w:p>
    <w:p>
      <w:pPr>
        <w:spacing w:line="560" w:lineRule="exact"/>
        <w:ind w:firstLine="420"/>
      </w:pPr>
      <w:r>
        <w:rPr>
          <w:rFonts w:ascii="宋体" w:hAnsi="宋体" w:eastAsia="宋体"/>
          <w:sz w:val="24"/>
        </w:rPr>
        <w:t>「卡住了？」凌天问。</w:t>
      </w:r>
    </w:p>
    <w:p>
      <w:pPr>
        <w:spacing w:line="560" w:lineRule="exact"/>
        <w:ind w:firstLine="420"/>
      </w:pPr>
      <w:r>
        <w:rPr>
          <w:rFonts w:ascii="宋体" w:hAnsi="宋体" w:eastAsia="宋体"/>
          <w:sz w:val="24"/>
        </w:rPr>
        <w:t>「古玉——它不是USB设备。没有接口，没有芯片——它就是一块玉。」</w:t>
      </w:r>
    </w:p>
    <w:p>
      <w:pPr>
        <w:spacing w:line="560" w:lineRule="exact"/>
        <w:ind w:firstLine="420"/>
      </w:pPr>
      <w:r>
        <w:rPr>
          <w:rFonts w:ascii="宋体" w:hAnsi="宋体" w:eastAsia="宋体"/>
          <w:sz w:val="24"/>
        </w:rPr>
        <w:t>「那EVE协议怎么和它交互？」</w:t>
      </w:r>
    </w:p>
    <w:p>
      <w:pPr>
        <w:spacing w:line="560" w:lineRule="exact"/>
        <w:ind w:firstLine="420"/>
      </w:pPr>
      <w:r>
        <w:rPr>
          <w:rFonts w:ascii="宋体" w:hAnsi="宋体" w:eastAsia="宋体"/>
          <w:sz w:val="24"/>
        </w:rPr>
        <w:t>林风盯着古玉看了几秒，忽然想起了在敦煌基地看到的那扇金属门——当时他也是把古玉贴在了门上的凹陷处，门就开了。</w:t>
      </w:r>
    </w:p>
    <w:p>
      <w:pPr>
        <w:spacing w:line="560" w:lineRule="exact"/>
        <w:ind w:firstLine="420"/>
      </w:pPr>
      <w:r>
        <w:rPr>
          <w:rFonts w:ascii="宋体" w:hAnsi="宋体" w:eastAsia="宋体"/>
          <w:sz w:val="24"/>
        </w:rPr>
        <w:t>「可能是接触式感应。」林风说，「不是电子接口——是某种生物识别接触感应。」</w:t>
      </w:r>
    </w:p>
    <w:p>
      <w:pPr>
        <w:spacing w:line="560" w:lineRule="exact"/>
        <w:ind w:firstLine="420"/>
      </w:pPr>
      <w:r>
        <w:rPr>
          <w:rFonts w:ascii="宋体" w:hAnsi="宋体" w:eastAsia="宋体"/>
          <w:sz w:val="24"/>
        </w:rPr>
        <w:t>他把古玉贴在运维主机的机箱侧面金属面板上。</w:t>
      </w:r>
    </w:p>
    <w:p>
      <w:pPr>
        <w:spacing w:line="560" w:lineRule="exact"/>
        <w:ind w:firstLine="420"/>
      </w:pPr>
      <w:r>
        <w:rPr>
          <w:rFonts w:ascii="宋体" w:hAnsi="宋体" w:eastAsia="宋体"/>
          <w:sz w:val="24"/>
        </w:rPr>
        <w:t>什么都没发生。</w:t>
      </w:r>
    </w:p>
    <w:p>
      <w:pPr>
        <w:spacing w:line="560" w:lineRule="exact"/>
        <w:ind w:firstLine="420"/>
      </w:pPr>
      <w:r>
        <w:rPr>
          <w:rFonts w:ascii="宋体" w:hAnsi="宋体" w:eastAsia="宋体"/>
          <w:sz w:val="24"/>
        </w:rPr>
        <w:t>他又把古玉贴在显示器的底座上。</w:t>
      </w:r>
    </w:p>
    <w:p>
      <w:pPr>
        <w:spacing w:line="560" w:lineRule="exact"/>
        <w:ind w:firstLine="420"/>
      </w:pPr>
      <w:r>
        <w:rPr>
          <w:rFonts w:ascii="宋体" w:hAnsi="宋体" w:eastAsia="宋体"/>
          <w:sz w:val="24"/>
        </w:rPr>
        <w:t>什么都没发生。</w:t>
      </w:r>
    </w:p>
    <w:p>
      <w:pPr>
        <w:spacing w:line="560" w:lineRule="exact"/>
        <w:ind w:firstLine="420"/>
      </w:pPr>
      <w:r>
        <w:rPr>
          <w:rFonts w:ascii="宋体" w:hAnsi="宋体" w:eastAsia="宋体"/>
          <w:sz w:val="24"/>
        </w:rPr>
        <w:t>「不对。」林风咬了咬牙，「不是这个——」</w:t>
      </w:r>
    </w:p>
    <w:p>
      <w:pPr>
        <w:spacing w:line="560" w:lineRule="exact"/>
        <w:ind w:firstLine="420"/>
      </w:pPr>
      <w:r>
        <w:rPr>
          <w:rFonts w:ascii="宋体" w:hAnsi="宋体" w:eastAsia="宋体"/>
          <w:sz w:val="24"/>
        </w:rPr>
        <w:t>这时候，运维主机上机箱前面板上的一个USB端口忽然亮起了一小圈蓝色的LED光。</w:t>
      </w:r>
    </w:p>
    <w:p>
      <w:pPr>
        <w:spacing w:line="560" w:lineRule="exact"/>
        <w:ind w:firstLine="420"/>
      </w:pPr>
      <w:r>
        <w:rPr>
          <w:rFonts w:ascii="宋体" w:hAnsi="宋体" w:eastAsia="宋体"/>
          <w:sz w:val="24"/>
        </w:rPr>
        <w:t>林风愣住了。</w:t>
      </w:r>
    </w:p>
    <w:p>
      <w:pPr>
        <w:spacing w:line="560" w:lineRule="exact"/>
        <w:ind w:firstLine="420"/>
      </w:pPr>
      <w:r>
        <w:rPr>
          <w:rFonts w:ascii="宋体" w:hAnsi="宋体" w:eastAsia="宋体"/>
          <w:sz w:val="24"/>
        </w:rPr>
        <w:t>他缓缓地把古玉靠近那个发光的USB端口——距离还有五厘米的时候，古玉表面忽然泛起了一层极微弱的青色光芒，和USB口的蓝色LED光交相辉映。</w:t>
      </w:r>
    </w:p>
    <w:p>
      <w:pPr>
        <w:spacing w:line="560" w:lineRule="exact"/>
        <w:ind w:firstLine="420"/>
      </w:pPr>
      <w:r>
        <w:rPr>
          <w:rFonts w:ascii="宋体" w:hAnsi="宋体" w:eastAsia="宋体"/>
          <w:sz w:val="24"/>
        </w:rPr>
        <w:t>他把古玉贴近端口。</w:t>
      </w:r>
    </w:p>
    <w:p>
      <w:pPr>
        <w:spacing w:line="560" w:lineRule="exact"/>
        <w:ind w:firstLine="420"/>
      </w:pPr>
      <w:r>
        <w:rPr>
          <w:rFonts w:ascii="宋体" w:hAnsi="宋体" w:eastAsia="宋体"/>
          <w:sz w:val="24"/>
        </w:rPr>
        <w:t>古玉底部的平滑表面——正好可以卡进这个USB端口。</w:t>
      </w:r>
    </w:p>
    <w:p>
      <w:pPr>
        <w:spacing w:line="560" w:lineRule="exact"/>
        <w:ind w:firstLine="420"/>
      </w:pPr>
      <w:r>
        <w:rPr>
          <w:rFonts w:ascii="宋体" w:hAnsi="宋体" w:eastAsia="宋体"/>
          <w:sz w:val="24"/>
        </w:rPr>
        <w:t>原来如此。</w:t>
      </w:r>
    </w:p>
    <w:p>
      <w:pPr>
        <w:spacing w:line="560" w:lineRule="exact"/>
        <w:ind w:firstLine="420"/>
      </w:pPr>
      <w:r>
        <w:rPr>
          <w:rFonts w:ascii="宋体" w:hAnsi="宋体" w:eastAsia="宋体"/>
          <w:sz w:val="24"/>
        </w:rPr>
        <w:t>古玉本身就是读卡器。它的底部镶嵌了一个微型的USB接口，平时被温润的玉石表面完美隐藏——肉眼根本看不出区别。只有在特定的磁场或者电信号激发下，USB接口才会显现。</w:t>
      </w:r>
    </w:p>
    <w:p>
      <w:pPr>
        <w:spacing w:line="560" w:lineRule="exact"/>
        <w:ind w:firstLine="420"/>
      </w:pPr>
      <w:r>
        <w:rPr>
          <w:rFonts w:ascii="宋体" w:hAnsi="宋体" w:eastAsia="宋体"/>
          <w:sz w:val="24"/>
        </w:rPr>
        <w:t>林风把古玉插进了USB口。</w:t>
      </w:r>
    </w:p>
    <w:p>
      <w:pPr>
        <w:spacing w:line="560" w:lineRule="exact"/>
        <w:ind w:firstLine="420"/>
      </w:pPr>
      <w:r>
        <w:rPr>
          <w:rFonts w:ascii="宋体" w:hAnsi="宋体" w:eastAsia="宋体"/>
          <w:sz w:val="24"/>
        </w:rPr>
        <w:t>咔嗒一声，完美贴合。</w:t>
      </w:r>
    </w:p>
    <w:p>
      <w:pPr>
        <w:spacing w:line="560" w:lineRule="exact"/>
        <w:ind w:firstLine="420"/>
      </w:pPr>
      <w:r>
        <w:rPr>
          <w:rFonts w:ascii="宋体" w:hAnsi="宋体" w:eastAsia="宋体"/>
          <w:sz w:val="24"/>
        </w:rPr>
        <w:t>屏幕上弹出了设备连接提示——「Unknown Device — Installing Driver…」</w:t>
      </w:r>
    </w:p>
    <w:p>
      <w:pPr>
        <w:spacing w:line="560" w:lineRule="exact"/>
        <w:ind w:firstLine="420"/>
      </w:pPr>
      <w:r>
        <w:rPr>
          <w:rFonts w:ascii="宋体" w:hAnsi="宋体" w:eastAsia="宋体"/>
          <w:sz w:val="24"/>
        </w:rPr>
        <w:t>几秒钟后，驱动程序安装成功——「Elysium Authentication Device — Ready」。</w:t>
      </w:r>
    </w:p>
    <w:p>
      <w:pPr>
        <w:spacing w:line="560" w:lineRule="exact"/>
        <w:ind w:firstLine="420"/>
      </w:pPr>
      <w:r>
        <w:rPr>
          <w:rFonts w:ascii="宋体" w:hAnsi="宋体" w:eastAsia="宋体"/>
          <w:sz w:val="24"/>
        </w:rPr>
        <w:t>然后SSMS的管理界面弹出了一个对话框：</w:t>
      </w:r>
    </w:p>
    <w:p>
      <w:pPr>
        <w:spacing w:line="560" w:lineRule="exact"/>
        <w:ind w:firstLine="420"/>
      </w:pPr>
      <w:r>
        <w:rPr>
          <w:rFonts w:ascii="宋体" w:hAnsi="宋体" w:eastAsia="宋体"/>
          <w:sz w:val="24"/>
        </w:rPr>
        <w:t>`Oracle Account — Authentication Required`</w:t>
        <w:br/>
        <w:t>`Please insert authentication key.`</w:t>
      </w:r>
    </w:p>
    <w:p>
      <w:pPr>
        <w:spacing w:line="560" w:lineRule="exact"/>
        <w:ind w:firstLine="420"/>
      </w:pPr>
      <w:r>
        <w:rPr>
          <w:rFonts w:ascii="宋体" w:hAnsi="宋体" w:eastAsia="宋体"/>
          <w:sz w:val="24"/>
        </w:rPr>
        <w:t>古玉上的青色光芒微微闪烁了一下。</w:t>
      </w:r>
    </w:p>
    <w:p>
      <w:pPr>
        <w:spacing w:line="560" w:lineRule="exact"/>
        <w:ind w:firstLine="420"/>
      </w:pPr>
      <w:r>
        <w:rPr>
          <w:rFonts w:ascii="宋体" w:hAnsi="宋体" w:eastAsia="宋体"/>
          <w:sz w:val="24"/>
        </w:rPr>
        <w:t>对话框自动消失了。</w:t>
      </w:r>
    </w:p>
    <w:p>
      <w:pPr>
        <w:spacing w:line="560" w:lineRule="exact"/>
        <w:ind w:firstLine="420"/>
      </w:pPr>
      <w:r>
        <w:rPr>
          <w:rFonts w:ascii="宋体" w:hAnsi="宋体" w:eastAsia="宋体"/>
          <w:sz w:val="24"/>
        </w:rPr>
        <w:t>在SSMS的对象资源管理器中，「Oracle」账号的状态从「Disconnected」变成了「Connected」。</w:t>
      </w:r>
    </w:p>
    <w:p>
      <w:pPr>
        <w:spacing w:line="560" w:lineRule="exact"/>
        <w:ind w:firstLine="420"/>
      </w:pPr>
      <w:r>
        <w:rPr>
          <w:rFonts w:ascii="宋体" w:hAnsi="宋体" w:eastAsia="宋体"/>
          <w:sz w:val="24"/>
        </w:rPr>
        <w:t>林风深吸了一口气，右键点击Oracle账号，选择了「Activate System Creator Privileges」。</w:t>
      </w:r>
    </w:p>
    <w:p>
      <w:pPr>
        <w:spacing w:line="560" w:lineRule="exact"/>
        <w:ind w:firstLine="420"/>
      </w:pPr>
      <w:r>
        <w:rPr>
          <w:rFonts w:ascii="宋体" w:hAnsi="宋体" w:eastAsia="宋体"/>
          <w:sz w:val="24"/>
        </w:rPr>
        <w:t>系统弹出一个确认窗口：</w:t>
      </w:r>
    </w:p>
    <w:p>
      <w:pPr>
        <w:spacing w:line="560" w:lineRule="exact"/>
        <w:ind w:firstLine="420"/>
      </w:pPr>
      <w:r>
        <w:rPr>
          <w:rFonts w:ascii="宋体" w:hAnsi="宋体" w:eastAsia="宋体"/>
          <w:sz w:val="24"/>
        </w:rPr>
        <w:t>`WARNING: This action will grant full system creator privileges to the current session.`</w:t>
        <w:br/>
        <w:t>`All existing access control restrictions will be overridden.`</w:t>
        <w:br/>
        <w:t>`Continue? [Yes] [No]`</w:t>
      </w:r>
    </w:p>
    <w:p>
      <w:pPr>
        <w:spacing w:line="560" w:lineRule="exact"/>
        <w:ind w:firstLine="420"/>
      </w:pPr>
      <w:r>
        <w:rPr>
          <w:rFonts w:ascii="宋体" w:hAnsi="宋体" w:eastAsia="宋体"/>
          <w:sz w:val="24"/>
        </w:rPr>
        <w:t>林风点下了「Yes」。</w:t>
      </w:r>
    </w:p>
    <w:p>
      <w:r>
        <w:br w:type="page"/>
      </w:r>
    </w:p>
    <w:p>
      <w:pPr>
        <w:jc w:val="center"/>
      </w:pPr>
      <w:r>
        <w:rPr>
          <w:b/>
          <w:sz w:val="32"/>
        </w:rPr>
        <w:t>第078章 创建者权限·警报响起</w:t>
      </w:r>
    </w:p>
    <w:p>
      <w:pPr>
        <w:jc w:val="center"/>
      </w:pPr>
      <w:r>
        <w:rPr>
          <w:color w:val="999999"/>
          <w:sz w:val="18"/>
        </w:rPr>
        <w:t>（2,502字）</w:t>
      </w:r>
    </w:p>
    <w:p/>
    <w:p>
      <w:pPr>
        <w:spacing w:line="560" w:lineRule="exact"/>
        <w:ind w:firstLine="420"/>
      </w:pPr>
      <w:r>
        <w:rPr>
          <w:rFonts w:ascii="宋体" w:hAnsi="宋体" w:eastAsia="宋体"/>
          <w:sz w:val="24"/>
        </w:rPr>
        <w:t>林风的手指在鼠标上悬停了半秒，然后点下了「Yes」。</w:t>
      </w:r>
    </w:p>
    <w:p>
      <w:pPr>
        <w:spacing w:line="560" w:lineRule="exact"/>
        <w:ind w:firstLine="420"/>
      </w:pPr>
      <w:r>
        <w:rPr>
          <w:rFonts w:ascii="宋体" w:hAnsi="宋体" w:eastAsia="宋体"/>
          <w:sz w:val="24"/>
        </w:rPr>
        <w:t>屏幕暗了一瞬——然后重新亮起，但整个操作界面都变了。</w:t>
      </w:r>
    </w:p>
    <w:p>
      <w:pPr>
        <w:spacing w:line="560" w:lineRule="exact"/>
        <w:ind w:firstLine="420"/>
      </w:pPr>
      <w:r>
        <w:rPr>
          <w:rFonts w:ascii="宋体" w:hAnsi="宋体" w:eastAsia="宋体"/>
          <w:sz w:val="24"/>
        </w:rPr>
        <w:t>SSMS的标准深蓝色管理界面消失了，取而代之的是一个纯黑色的全屏窗口。窗口中央浮现出一行白色的文字，字体纤细而锐利，不是Windows系统的标准字体——更像是某种自定义的等宽字体。</w:t>
      </w:r>
    </w:p>
    <w:p>
      <w:pPr>
        <w:spacing w:line="560" w:lineRule="exact"/>
        <w:ind w:firstLine="420"/>
      </w:pPr>
      <w:r>
        <w:rPr>
          <w:rFonts w:ascii="宋体" w:hAnsi="宋体" w:eastAsia="宋体"/>
          <w:sz w:val="24"/>
        </w:rPr>
        <w:t>`ELYSIUM SYSTEM CREATOR PRIVILEGE — ACTIVE`</w:t>
      </w:r>
    </w:p>
    <w:p>
      <w:pPr>
        <w:spacing w:line="560" w:lineRule="exact"/>
        <w:ind w:firstLine="420"/>
      </w:pPr>
      <w:r>
        <w:rPr>
          <w:rFonts w:ascii="宋体" w:hAnsi="宋体" w:eastAsia="宋体"/>
          <w:sz w:val="24"/>
        </w:rPr>
        <w:t>`Session ID: ORACLE-20260607-0356`</w:t>
      </w:r>
    </w:p>
    <w:p>
      <w:pPr>
        <w:spacing w:line="560" w:lineRule="exact"/>
        <w:ind w:firstLine="420"/>
      </w:pPr>
      <w:r>
        <w:rPr>
          <w:rFonts w:ascii="宋体" w:hAnsi="宋体" w:eastAsia="宋体"/>
          <w:sz w:val="24"/>
        </w:rPr>
        <w:t>`Welcome back, Creator.`</w:t>
      </w:r>
    </w:p>
    <w:p>
      <w:pPr>
        <w:spacing w:line="560" w:lineRule="exact"/>
        <w:ind w:firstLine="420"/>
      </w:pPr>
      <w:r>
        <w:rPr>
          <w:rFonts w:ascii="宋体" w:hAnsi="宋体" w:eastAsia="宋体"/>
          <w:sz w:val="24"/>
        </w:rPr>
        <w:t>林风屏住呼吸。</w:t>
      </w:r>
    </w:p>
    <w:p>
      <w:pPr>
        <w:spacing w:line="560" w:lineRule="exact"/>
        <w:ind w:firstLine="420"/>
      </w:pPr>
      <w:r>
        <w:rPr>
          <w:rFonts w:ascii="宋体" w:hAnsi="宋体" w:eastAsia="宋体"/>
          <w:sz w:val="24"/>
        </w:rPr>
        <w:t>黑色窗口的下方开始逐行输出信息——像是有一个人在实时地把日志打印到屏幕上：</w:t>
      </w:r>
    </w:p>
    <w:p>
      <w:pPr>
        <w:spacing w:line="560" w:lineRule="exact"/>
        <w:ind w:firstLine="420"/>
      </w:pPr>
      <w:r>
        <w:rPr>
          <w:rFonts w:ascii="宋体" w:hAnsi="宋体" w:eastAsia="宋体"/>
          <w:sz w:val="24"/>
        </w:rPr>
        <w:t>`Initiating EVE protocol handshake…`</w:t>
      </w:r>
    </w:p>
    <w:p>
      <w:pPr>
        <w:spacing w:line="560" w:lineRule="exact"/>
        <w:ind w:firstLine="420"/>
      </w:pPr>
      <w:r>
        <w:rPr>
          <w:rFonts w:ascii="宋体" w:hAnsi="宋体" w:eastAsia="宋体"/>
          <w:sz w:val="24"/>
        </w:rPr>
        <w:t>`DNA authentication key detected.`</w:t>
      </w:r>
    </w:p>
    <w:p>
      <w:pPr>
        <w:spacing w:line="560" w:lineRule="exact"/>
        <w:ind w:firstLine="420"/>
      </w:pPr>
      <w:r>
        <w:rPr>
          <w:rFonts w:ascii="宋体" w:hAnsi="宋体" w:eastAsia="宋体"/>
          <w:sz w:val="24"/>
        </w:rPr>
        <w:t>`Key match: 99.97% — Verified.`</w:t>
      </w:r>
    </w:p>
    <w:p>
      <w:pPr>
        <w:spacing w:line="560" w:lineRule="exact"/>
        <w:ind w:firstLine="420"/>
      </w:pPr>
      <w:r>
        <w:rPr>
          <w:rFonts w:ascii="宋体" w:hAnsi="宋体" w:eastAsia="宋体"/>
          <w:sz w:val="24"/>
        </w:rPr>
        <w:t>`Source: Lin Feng [Subject ID: LF-20040815]`</w:t>
      </w:r>
    </w:p>
    <w:p>
      <w:pPr>
        <w:spacing w:line="560" w:lineRule="exact"/>
        <w:ind w:firstLine="420"/>
      </w:pPr>
      <w:r>
        <w:rPr>
          <w:rFonts w:ascii="宋体" w:hAnsi="宋体" w:eastAsia="宋体"/>
          <w:sz w:val="24"/>
        </w:rPr>
        <w:t>`Inheritance chain: Lin Jian'guo → Lin Feng [Direct line]`</w:t>
      </w:r>
    </w:p>
    <w:p>
      <w:pPr>
        <w:spacing w:line="560" w:lineRule="exact"/>
        <w:ind w:firstLine="420"/>
      </w:pPr>
      <w:r>
        <w:rPr>
          <w:rFonts w:ascii="宋体" w:hAnsi="宋体" w:eastAsia="宋体"/>
          <w:sz w:val="24"/>
        </w:rPr>
        <w:t>`Privilege transfer: Creating temporary root session…`</w:t>
      </w:r>
    </w:p>
    <w:p>
      <w:pPr>
        <w:spacing w:line="560" w:lineRule="exact"/>
        <w:ind w:firstLine="420"/>
      </w:pPr>
      <w:r>
        <w:rPr>
          <w:rFonts w:ascii="宋体" w:hAnsi="宋体" w:eastAsia="宋体"/>
          <w:sz w:val="24"/>
        </w:rPr>
        <w:t>`Session created.`</w:t>
      </w:r>
    </w:p>
    <w:p>
      <w:pPr>
        <w:spacing w:line="560" w:lineRule="exact"/>
        <w:ind w:firstLine="420"/>
      </w:pPr>
      <w:r>
        <w:rPr>
          <w:rFonts w:ascii="宋体" w:hAnsi="宋体" w:eastAsia="宋体"/>
          <w:sz w:val="24"/>
        </w:rPr>
        <w:t>`System creator privileges granted for 24 hours.`</w:t>
      </w:r>
    </w:p>
    <w:p>
      <w:pPr>
        <w:spacing w:line="560" w:lineRule="exact"/>
        <w:ind w:firstLine="420"/>
      </w:pPr>
      <w:r>
        <w:rPr>
          <w:rFonts w:ascii="宋体" w:hAnsi="宋体" w:eastAsia="宋体"/>
          <w:sz w:val="24"/>
        </w:rPr>
        <w:t>`Inherited permissions: Full read/write on all system tables.`</w:t>
      </w:r>
    </w:p>
    <w:p>
      <w:pPr>
        <w:spacing w:line="560" w:lineRule="exact"/>
        <w:ind w:firstLine="420"/>
      </w:pPr>
      <w:r>
        <w:rPr>
          <w:rFonts w:ascii="宋体" w:hAnsi="宋体" w:eastAsia="宋体"/>
          <w:sz w:val="24"/>
        </w:rPr>
        <w:t>`Legacy access: Elysium Core Engine - Level 5 unrestricted.`</w:t>
      </w:r>
    </w:p>
    <w:p>
      <w:pPr>
        <w:spacing w:line="560" w:lineRule="exact"/>
        <w:ind w:firstLine="420"/>
      </w:pPr>
      <w:r>
        <w:rPr>
          <w:rFonts w:ascii="宋体" w:hAnsi="宋体" w:eastAsia="宋体"/>
          <w:sz w:val="24"/>
        </w:rPr>
        <w:t>`Security note: All operations are logged under Oracle session. Non-repudiable.`</w:t>
      </w:r>
    </w:p>
    <w:p>
      <w:pPr>
        <w:spacing w:line="560" w:lineRule="exact"/>
        <w:ind w:firstLine="420"/>
      </w:pPr>
      <w:r>
        <w:rPr>
          <w:rFonts w:ascii="宋体" w:hAnsi="宋体" w:eastAsia="宋体"/>
          <w:sz w:val="24"/>
        </w:rPr>
        <w:t>林风盯着屏幕上的「Subject ID: LF-20040815」那行愣住了——2004年8月15日，他的生日。父母在数据库中把他的身份信息记录得如此精确，精确到DNA比对百分比都精确到了小数点后两位。</w:t>
      </w:r>
    </w:p>
    <w:p>
      <w:pPr>
        <w:spacing w:line="560" w:lineRule="exact"/>
        <w:ind w:firstLine="420"/>
      </w:pPr>
      <w:r>
        <w:rPr>
          <w:rFonts w:ascii="宋体" w:hAnsi="宋体" w:eastAsia="宋体"/>
          <w:sz w:val="24"/>
        </w:rPr>
        <w:t>系统在告诉他：你父母在十六年前就为你准备好了这一切。</w:t>
      </w:r>
    </w:p>
    <w:p>
      <w:pPr>
        <w:spacing w:line="560" w:lineRule="exact"/>
        <w:ind w:firstLine="420"/>
      </w:pPr>
      <w:r>
        <w:rPr>
          <w:rFonts w:ascii="宋体" w:hAnsi="宋体" w:eastAsia="宋体"/>
          <w:sz w:val="24"/>
        </w:rPr>
        <w:t>黑色窗口继续滚动：</w:t>
      </w:r>
    </w:p>
    <w:p>
      <w:pPr>
        <w:spacing w:line="560" w:lineRule="exact"/>
        <w:ind w:firstLine="420"/>
      </w:pPr>
      <w:r>
        <w:rPr>
          <w:rFonts w:ascii="宋体" w:hAnsi="宋体" w:eastAsia="宋体"/>
          <w:sz w:val="24"/>
        </w:rPr>
        <w:t>`Current system status:`</w:t>
      </w:r>
    </w:p>
    <w:p>
      <w:pPr>
        <w:spacing w:line="560" w:lineRule="exact"/>
        <w:ind w:firstLine="420"/>
      </w:pPr>
      <w:r>
        <w:rPr>
          <w:rFonts w:ascii="宋体" w:hAnsi="宋体" w:eastAsia="宋体"/>
          <w:sz w:val="24"/>
        </w:rPr>
        <w:t>`— Global server cluster: Online (23/23 nodes)`</w:t>
      </w:r>
    </w:p>
    <w:p>
      <w:pPr>
        <w:spacing w:line="560" w:lineRule="exact"/>
        <w:ind w:firstLine="420"/>
      </w:pPr>
      <w:r>
        <w:rPr>
          <w:rFonts w:ascii="宋体" w:hAnsi="宋体" w:eastAsia="宋体"/>
          <w:sz w:val="24"/>
        </w:rPr>
        <w:t>`— World simulation engine: Online — 3,847,291 active connections`</w:t>
      </w:r>
    </w:p>
    <w:p>
      <w:pPr>
        <w:spacing w:line="560" w:lineRule="exact"/>
        <w:ind w:firstLine="420"/>
      </w:pPr>
      <w:r>
        <w:rPr>
          <w:rFonts w:ascii="宋体" w:hAnsi="宋体" w:eastAsia="宋体"/>
          <w:sz w:val="24"/>
        </w:rPr>
        <w:t>`— Admin security log: 62,492 unread entries`</w:t>
      </w:r>
    </w:p>
    <w:p>
      <w:pPr>
        <w:spacing w:line="560" w:lineRule="exact"/>
        <w:ind w:firstLine="420"/>
      </w:pPr>
      <w:r>
        <w:rPr>
          <w:rFonts w:ascii="宋体" w:hAnsi="宋体" w:eastAsia="宋体"/>
          <w:sz w:val="24"/>
        </w:rPr>
        <w:t>`— Pending GM access events: 7 (see /security/pending)`</w:t>
      </w:r>
    </w:p>
    <w:p>
      <w:pPr>
        <w:spacing w:line="560" w:lineRule="exact"/>
        <w:ind w:firstLine="420"/>
      </w:pPr>
      <w:r>
        <w:rPr>
          <w:rFonts w:ascii="宋体" w:hAnsi="宋体" w:eastAsia="宋体"/>
          <w:sz w:val="24"/>
        </w:rPr>
        <w:t>`— Oracle account: Connected [Current session]`</w:t>
      </w:r>
    </w:p>
    <w:p>
      <w:pPr>
        <w:spacing w:line="560" w:lineRule="exact"/>
        <w:ind w:firstLine="420"/>
      </w:pPr>
      <w:r>
        <w:rPr>
          <w:rFonts w:ascii="宋体" w:hAnsi="宋体" w:eastAsia="宋体"/>
          <w:sz w:val="24"/>
        </w:rPr>
        <w:t>`— Fifth-stage privileged data: Locked [Trigger condition: GEO-proximity]`</w:t>
      </w:r>
    </w:p>
    <w:p>
      <w:pPr>
        <w:spacing w:line="560" w:lineRule="exact"/>
        <w:ind w:firstLine="420"/>
      </w:pPr>
      <w:r>
        <w:rPr>
          <w:rFonts w:ascii="宋体" w:hAnsi="宋体" w:eastAsia="宋体"/>
          <w:sz w:val="24"/>
        </w:rPr>
        <w:t>林风的目光锁在了最后一行上。</w:t>
      </w:r>
    </w:p>
    <w:p>
      <w:pPr>
        <w:spacing w:line="560" w:lineRule="exact"/>
        <w:ind w:firstLine="420"/>
      </w:pPr>
      <w:r>
        <w:rPr>
          <w:rFonts w:ascii="宋体" w:hAnsi="宋体" w:eastAsia="宋体"/>
          <w:sz w:val="24"/>
        </w:rPr>
        <w:t>第五阶段权限数据——已锁定，触发条件：地理位置接近。</w:t>
      </w:r>
    </w:p>
    <w:p>
      <w:pPr>
        <w:spacing w:line="560" w:lineRule="exact"/>
        <w:ind w:firstLine="420"/>
      </w:pPr>
      <w:r>
        <w:rPr>
          <w:rFonts w:ascii="宋体" w:hAnsi="宋体" w:eastAsia="宋体"/>
          <w:sz w:val="24"/>
        </w:rPr>
        <w:t>父亲在视频里说过：「等你准备好了，古玉自然会告诉你。」原来触发条件不是时间，不是某个操作，而是——地理位置。</w:t>
      </w:r>
    </w:p>
    <w:p>
      <w:pPr>
        <w:spacing w:line="560" w:lineRule="exact"/>
        <w:ind w:firstLine="420"/>
      </w:pPr>
      <w:r>
        <w:rPr>
          <w:rFonts w:ascii="宋体" w:hAnsi="宋体" w:eastAsia="宋体"/>
          <w:sz w:val="24"/>
        </w:rPr>
        <w:t>只有当你站在某个特定的地点，第五阶段权限才会激活。</w:t>
      </w:r>
    </w:p>
    <w:p>
      <w:pPr>
        <w:spacing w:line="560" w:lineRule="exact"/>
        <w:ind w:firstLine="420"/>
      </w:pPr>
      <w:r>
        <w:rPr>
          <w:rFonts w:ascii="宋体" w:hAnsi="宋体" w:eastAsia="宋体"/>
          <w:sz w:val="24"/>
        </w:rPr>
        <w:t>林风忽然明白了父亲视频里那句「等你准备好了」的真正含义——不是让你心里准备好了，而是让你人到齐了。古玉就像一个精密的定位感应器，只有当你靠近目标位置时，它才会把最后一个阶段的权限和坐标释放给你。这套机制的设计思路非常清晰——防止权限在任何阶段被盗用或者远程截获。</w:t>
      </w:r>
    </w:p>
    <w:p>
      <w:pPr>
        <w:spacing w:line="560" w:lineRule="exact"/>
        <w:ind w:firstLine="420"/>
      </w:pPr>
      <w:r>
        <w:rPr>
          <w:rFonts w:ascii="宋体" w:hAnsi="宋体" w:eastAsia="宋体"/>
          <w:sz w:val="24"/>
        </w:rPr>
        <w:t>那个特定地点——应该就是父母藏身的那座岛。</w:t>
      </w:r>
    </w:p>
    <w:p>
      <w:pPr>
        <w:spacing w:line="560" w:lineRule="exact"/>
        <w:ind w:firstLine="420"/>
      </w:pPr>
      <w:r>
        <w:rPr>
          <w:rFonts w:ascii="宋体" w:hAnsi="宋体" w:eastAsia="宋体"/>
          <w:sz w:val="24"/>
        </w:rPr>
        <w:t>「林风。」耳机里传来凌天的声音，打断了林风的思绪，「保安从卫生间回来了——他正在摸口袋找卡。」</w:t>
      </w:r>
    </w:p>
    <w:p>
      <w:pPr>
        <w:spacing w:line="560" w:lineRule="exact"/>
        <w:ind w:firstLine="420"/>
      </w:pPr>
      <w:r>
        <w:rPr>
          <w:rFonts w:ascii="宋体" w:hAnsi="宋体" w:eastAsia="宋体"/>
          <w:sz w:val="24"/>
        </w:rPr>
        <w:t>林风心跳猛地加速。</w:t>
      </w:r>
    </w:p>
    <w:p>
      <w:pPr>
        <w:spacing w:line="560" w:lineRule="exact"/>
        <w:ind w:firstLine="420"/>
      </w:pPr>
      <w:r>
        <w:rPr>
          <w:rFonts w:ascii="宋体" w:hAnsi="宋体" w:eastAsia="宋体"/>
          <w:sz w:val="24"/>
        </w:rPr>
        <w:t>「找到卡没？」</w:t>
      </w:r>
    </w:p>
    <w:p>
      <w:pPr>
        <w:spacing w:line="560" w:lineRule="exact"/>
        <w:ind w:firstLine="420"/>
      </w:pPr>
      <w:r>
        <w:rPr>
          <w:rFonts w:ascii="宋体" w:hAnsi="宋体" w:eastAsia="宋体"/>
          <w:sz w:val="24"/>
        </w:rPr>
        <w:t>「还没。」凌天说，声音里带着一丝紧张，「他在摸口袋——上衣左边——右边——」</w:t>
      </w:r>
    </w:p>
    <w:p>
      <w:pPr>
        <w:spacing w:line="560" w:lineRule="exact"/>
        <w:ind w:firstLine="420"/>
      </w:pPr>
      <w:r>
        <w:rPr>
          <w:rFonts w:ascii="宋体" w:hAnsi="宋体" w:eastAsia="宋体"/>
          <w:sz w:val="24"/>
        </w:rPr>
        <w:t>林风的脑海里迅速闪过一个念头。</w:t>
      </w:r>
    </w:p>
    <w:p>
      <w:pPr>
        <w:spacing w:line="560" w:lineRule="exact"/>
        <w:ind w:firstLine="420"/>
      </w:pPr>
      <w:r>
        <w:rPr>
          <w:rFonts w:ascii="宋体" w:hAnsi="宋体" w:eastAsia="宋体"/>
          <w:sz w:val="24"/>
        </w:rPr>
        <w:t>他只有不到一分钟的时间了。</w:t>
      </w:r>
    </w:p>
    <w:p>
      <w:pPr>
        <w:spacing w:line="560" w:lineRule="exact"/>
        <w:ind w:firstLine="420"/>
      </w:pPr>
      <w:r>
        <w:rPr>
          <w:rFonts w:ascii="宋体" w:hAnsi="宋体" w:eastAsia="宋体"/>
          <w:sz w:val="24"/>
        </w:rPr>
        <w:t>保安发现卡丢了的瞬间，会做什么？首先会在岗亭里找一圈，然后可能会报告值班主管——而值班主管会做的第一件事，就是锁死所有门禁系统，同时通知巡逻保安检查大楼。</w:t>
      </w:r>
    </w:p>
    <w:p>
      <w:pPr>
        <w:spacing w:line="560" w:lineRule="exact"/>
        <w:ind w:firstLine="420"/>
      </w:pPr>
      <w:r>
        <w:rPr>
          <w:rFonts w:ascii="宋体" w:hAnsi="宋体" w:eastAsia="宋体"/>
          <w:sz w:val="24"/>
        </w:rPr>
        <w:t>也就是说，他和夜影最多还有两到三分钟的窗口期——然后就会被封死在大楼里。</w:t>
      </w:r>
    </w:p>
    <w:p>
      <w:pPr>
        <w:spacing w:line="560" w:lineRule="exact"/>
        <w:ind w:firstLine="420"/>
      </w:pPr>
      <w:r>
        <w:rPr>
          <w:rFonts w:ascii="宋体" w:hAnsi="宋体" w:eastAsia="宋体"/>
          <w:sz w:val="24"/>
        </w:rPr>
        <w:t>他用最快的速度在黑色窗口中键入了一个命令：</w:t>
      </w:r>
    </w:p>
    <w:p>
      <w:pPr>
        <w:spacing w:line="560" w:lineRule="exact"/>
        <w:ind w:firstLine="420"/>
      </w:pPr>
      <w:r>
        <w:rPr>
          <w:rFonts w:ascii="宋体" w:hAnsi="宋体" w:eastAsia="宋体"/>
          <w:sz w:val="24"/>
        </w:rPr>
        <w:t>`/security/pending`</w:t>
      </w:r>
    </w:p>
    <w:p>
      <w:pPr>
        <w:spacing w:line="560" w:lineRule="exact"/>
        <w:ind w:firstLine="420"/>
      </w:pPr>
      <w:r>
        <w:rPr>
          <w:rFonts w:ascii="宋体" w:hAnsi="宋体" w:eastAsia="宋体"/>
          <w:sz w:val="24"/>
        </w:rPr>
        <w:t>屏幕上弹出了七个待处理的GM访问事件。其中六条记录都是来自不同IP地址的失败登录尝试——有来自美国、德国、俄罗斯和中国大陆的IP，应该是暗流组织自己的安全团队日常维护的误报。</w:t>
      </w:r>
    </w:p>
    <w:p>
      <w:pPr>
        <w:spacing w:line="560" w:lineRule="exact"/>
        <w:ind w:firstLine="420"/>
      </w:pPr>
      <w:r>
        <w:rPr>
          <w:rFonts w:ascii="宋体" w:hAnsi="宋体" w:eastAsia="宋体"/>
          <w:sz w:val="24"/>
        </w:rPr>
        <w:t>第七条——</w:t>
      </w:r>
    </w:p>
    <w:p>
      <w:pPr>
        <w:spacing w:line="560" w:lineRule="exact"/>
        <w:ind w:firstLine="420"/>
      </w:pPr>
      <w:r>
        <w:rPr>
          <w:rFonts w:ascii="宋体" w:hAnsi="宋体" w:eastAsia="宋体"/>
          <w:sz w:val="24"/>
        </w:rPr>
        <w:t>`[CRITICAL] GEO Proximity trigger detected — North Latitude 1.32, East 104.15`</w:t>
      </w:r>
    </w:p>
    <w:p>
      <w:pPr>
        <w:spacing w:line="560" w:lineRule="exact"/>
        <w:ind w:firstLine="420"/>
      </w:pPr>
      <w:r>
        <w:rPr>
          <w:rFonts w:ascii="宋体" w:hAnsi="宋体" w:eastAsia="宋体"/>
          <w:sz w:val="24"/>
        </w:rPr>
        <w:t>`— Alert level: INFO [Not escalated]`</w:t>
      </w:r>
    </w:p>
    <w:p>
      <w:pPr>
        <w:spacing w:line="560" w:lineRule="exact"/>
        <w:ind w:firstLine="420"/>
      </w:pPr>
      <w:r>
        <w:rPr>
          <w:rFonts w:ascii="宋体" w:hAnsi="宋体" w:eastAsia="宋体"/>
          <w:sz w:val="24"/>
        </w:rPr>
        <w:t>`— Source: Fifth-Stage Authentication Module`</w:t>
      </w:r>
    </w:p>
    <w:p>
      <w:pPr>
        <w:spacing w:line="560" w:lineRule="exact"/>
        <w:ind w:firstLine="420"/>
      </w:pPr>
      <w:r>
        <w:rPr>
          <w:rFonts w:ascii="宋体" w:hAnsi="宋体" w:eastAsia="宋体"/>
          <w:sz w:val="24"/>
        </w:rPr>
        <w:t>`— Timestamp: 2026-06-07 03:57:12 UTC+8`</w:t>
      </w:r>
    </w:p>
    <w:p>
      <w:pPr>
        <w:spacing w:line="560" w:lineRule="exact"/>
        <w:ind w:firstLine="420"/>
      </w:pPr>
      <w:r>
        <w:rPr>
          <w:rFonts w:ascii="宋体" w:hAnsi="宋体" w:eastAsia="宋体"/>
          <w:sz w:val="24"/>
        </w:rPr>
        <w:t>林风的瞳孔猛地收缩。</w:t>
      </w:r>
    </w:p>
    <w:p>
      <w:pPr>
        <w:spacing w:line="560" w:lineRule="exact"/>
        <w:ind w:firstLine="420"/>
      </w:pPr>
      <w:r>
        <w:rPr>
          <w:rFonts w:ascii="宋体" w:hAnsi="宋体" w:eastAsia="宋体"/>
          <w:sz w:val="24"/>
        </w:rPr>
        <w:t>北纬1.32，东经104.15——这个坐标——就在附近。</w:t>
      </w:r>
    </w:p>
    <w:p>
      <w:pPr>
        <w:spacing w:line="560" w:lineRule="exact"/>
        <w:ind w:firstLine="420"/>
      </w:pPr>
      <w:r>
        <w:rPr>
          <w:rFonts w:ascii="宋体" w:hAnsi="宋体" w:eastAsia="宋体"/>
          <w:sz w:val="24"/>
        </w:rPr>
        <w:t>他打开浏览器，进入了一个在线地图服务，输入了这组坐标。</w:t>
      </w:r>
    </w:p>
    <w:p>
      <w:pPr>
        <w:spacing w:line="560" w:lineRule="exact"/>
        <w:ind w:firstLine="420"/>
      </w:pPr>
      <w:r>
        <w:rPr>
          <w:rFonts w:ascii="宋体" w:hAnsi="宋体" w:eastAsia="宋体"/>
          <w:sz w:val="24"/>
        </w:rPr>
        <w:t>地图上显示的位置是——新加坡以南约十五公里，海域中的一个岛屿。</w:t>
      </w:r>
    </w:p>
    <w:p>
      <w:pPr>
        <w:spacing w:line="560" w:lineRule="exact"/>
        <w:ind w:firstLine="420"/>
      </w:pPr>
      <w:r>
        <w:rPr>
          <w:rFonts w:ascii="宋体" w:hAnsi="宋体" w:eastAsia="宋体"/>
          <w:sz w:val="24"/>
        </w:rPr>
        <w:t>鼠标缩放后，岛屿的轮廓缓缓浮现出来。岛不大，形状像一片被捏扁的叶子，东西长约两公里，南北宽不到一公里。岛的西侧有一片沙滩，东侧是陡峭的岩石海岸。岛的中心区域有一片深绿色的植被覆盖区——但在高分辨率卫星图上，可以看到植被中隐藏着一条细长的灰色线条。</w:t>
      </w:r>
    </w:p>
    <w:p>
      <w:pPr>
        <w:spacing w:line="560" w:lineRule="exact"/>
        <w:ind w:firstLine="420"/>
      </w:pPr>
      <w:r>
        <w:rPr>
          <w:rFonts w:ascii="宋体" w:hAnsi="宋体" w:eastAsia="宋体"/>
          <w:sz w:val="24"/>
        </w:rPr>
        <w:t>人工建筑。</w:t>
      </w:r>
    </w:p>
    <w:p>
      <w:pPr>
        <w:spacing w:line="560" w:lineRule="exact"/>
        <w:ind w:firstLine="420"/>
      </w:pPr>
      <w:r>
        <w:rPr>
          <w:rFonts w:ascii="宋体" w:hAnsi="宋体" w:eastAsia="宋体"/>
          <w:sz w:val="24"/>
        </w:rPr>
        <w:t>林风的父亲——林建国——就在那座岛上。</w:t>
      </w:r>
    </w:p>
    <w:p>
      <w:pPr>
        <w:spacing w:line="560" w:lineRule="exact"/>
        <w:ind w:firstLine="420"/>
      </w:pPr>
      <w:r>
        <w:rPr>
          <w:rFonts w:ascii="宋体" w:hAnsi="宋体" w:eastAsia="宋体"/>
          <w:sz w:val="24"/>
        </w:rPr>
        <w:t>同一时刻，夜影的声音从走廊方向传来，压得很低：「有动静。」</w:t>
      </w:r>
    </w:p>
    <w:p>
      <w:pPr>
        <w:spacing w:line="560" w:lineRule="exact"/>
        <w:ind w:firstLine="420"/>
      </w:pPr>
      <w:r>
        <w:rPr>
          <w:rFonts w:ascii="宋体" w:hAnsi="宋体" w:eastAsia="宋体"/>
          <w:sz w:val="24"/>
        </w:rPr>
        <w:t>林风迅速退出地图，关闭了数据库连接，拔下古玉。</w:t>
      </w:r>
    </w:p>
    <w:p>
      <w:pPr>
        <w:spacing w:line="560" w:lineRule="exact"/>
        <w:ind w:firstLine="420"/>
      </w:pPr>
      <w:r>
        <w:rPr>
          <w:rFonts w:ascii="宋体" w:hAnsi="宋体" w:eastAsia="宋体"/>
          <w:sz w:val="24"/>
        </w:rPr>
        <w:t>古玉离开USB口的瞬间，机箱上的蓝色LED灯熄灭了。屏幕上弹出了一个提示框：</w:t>
      </w:r>
    </w:p>
    <w:p>
      <w:pPr>
        <w:spacing w:line="560" w:lineRule="exact"/>
        <w:ind w:firstLine="420"/>
      </w:pPr>
      <w:r>
        <w:rPr>
          <w:rFonts w:ascii="宋体" w:hAnsi="宋体" w:eastAsia="宋体"/>
          <w:sz w:val="24"/>
        </w:rPr>
        <w:t>`Session disconnected. System creator privileges revoked.`</w:t>
      </w:r>
    </w:p>
    <w:p>
      <w:pPr>
        <w:spacing w:line="560" w:lineRule="exact"/>
        <w:ind w:firstLine="420"/>
      </w:pPr>
      <w:r>
        <w:rPr>
          <w:rFonts w:ascii="宋体" w:hAnsi="宋体" w:eastAsia="宋体"/>
          <w:sz w:val="24"/>
        </w:rPr>
        <w:t>他关掉屏幕，把古玉收回口袋，快步走向门口。</w:t>
      </w:r>
    </w:p>
    <w:p>
      <w:pPr>
        <w:spacing w:line="560" w:lineRule="exact"/>
        <w:ind w:firstLine="420"/>
      </w:pPr>
      <w:r>
        <w:rPr>
          <w:rFonts w:ascii="宋体" w:hAnsi="宋体" w:eastAsia="宋体"/>
          <w:sz w:val="24"/>
        </w:rPr>
        <w:t>刚到走廊口，就听到了远处传来的声音——走廊尽头，正门入口的方向，有人在大声说话。</w:t>
      </w:r>
    </w:p>
    <w:p>
      <w:pPr>
        <w:spacing w:line="560" w:lineRule="exact"/>
        <w:ind w:firstLine="420"/>
      </w:pPr>
      <w:r>
        <w:rPr>
          <w:rFonts w:ascii="宋体" w:hAnsi="宋体" w:eastAsia="宋体"/>
          <w:sz w:val="24"/>
        </w:rPr>
        <w:t>声音是中文的，带着新加坡本地口音：「阿明，你卡呢？」</w:t>
      </w:r>
    </w:p>
    <w:p>
      <w:pPr>
        <w:spacing w:line="560" w:lineRule="exact"/>
        <w:ind w:firstLine="420"/>
      </w:pPr>
      <w:r>
        <w:rPr>
          <w:rFonts w:ascii="宋体" w:hAnsi="宋体" w:eastAsia="宋体"/>
          <w:sz w:val="24"/>
        </w:rPr>
        <w:t>「不知道啊——刚才还在——」</w:t>
      </w:r>
    </w:p>
    <w:p>
      <w:pPr>
        <w:spacing w:line="560" w:lineRule="exact"/>
        <w:ind w:firstLine="420"/>
      </w:pPr>
      <w:r>
        <w:rPr>
          <w:rFonts w:ascii="宋体" w:hAnsi="宋体" w:eastAsia="宋体"/>
          <w:sz w:val="24"/>
        </w:rPr>
        <w:t>「会不会掉在岗亭里了？」</w:t>
      </w:r>
    </w:p>
    <w:p>
      <w:pPr>
        <w:spacing w:line="560" w:lineRule="exact"/>
        <w:ind w:firstLine="420"/>
      </w:pPr>
      <w:r>
        <w:rPr>
          <w:rFonts w:ascii="宋体" w:hAnsi="宋体" w:eastAsia="宋体"/>
          <w:sz w:val="24"/>
        </w:rPr>
        <w:t>「找了，没有。」</w:t>
      </w:r>
    </w:p>
    <w:p>
      <w:pPr>
        <w:spacing w:line="560" w:lineRule="exact"/>
        <w:ind w:firstLine="420"/>
      </w:pPr>
      <w:r>
        <w:rPr>
          <w:rFonts w:ascii="宋体" w:hAnsi="宋体" w:eastAsia="宋体"/>
          <w:sz w:val="24"/>
        </w:rPr>
        <w:t>「那你先进来——我去找主管拿备用卡。」</w:t>
      </w:r>
    </w:p>
    <w:p>
      <w:pPr>
        <w:spacing w:line="560" w:lineRule="exact"/>
        <w:ind w:firstLine="420"/>
      </w:pPr>
      <w:r>
        <w:rPr>
          <w:rFonts w:ascii="宋体" w:hAnsi="宋体" w:eastAsia="宋体"/>
          <w:sz w:val="24"/>
        </w:rPr>
        <w:t>林风和夜影对视了一眼。</w:t>
      </w:r>
    </w:p>
    <w:p>
      <w:pPr>
        <w:spacing w:line="560" w:lineRule="exact"/>
        <w:ind w:firstLine="420"/>
      </w:pPr>
      <w:r>
        <w:rPr>
          <w:rFonts w:ascii="宋体" w:hAnsi="宋体" w:eastAsia="宋体"/>
          <w:sz w:val="24"/>
        </w:rPr>
        <w:t>「走消防通道。」夜影没有犹豫，径直向走廊的另一个方向快步走去。她的脚步又快又轻，黑色的运动服在昏暗的走廊里几乎和阴影融为一体。</w:t>
      </w:r>
    </w:p>
    <w:p>
      <w:pPr>
        <w:spacing w:line="560" w:lineRule="exact"/>
        <w:ind w:firstLine="420"/>
      </w:pPr>
      <w:r>
        <w:rPr>
          <w:rFonts w:ascii="宋体" w:hAnsi="宋体" w:eastAsia="宋体"/>
          <w:sz w:val="24"/>
        </w:rPr>
        <w:t>林风紧紧地跟在她身后。他握着口袋里的古玉，指尖能感觉到玉石表面残留的一丝温热——刚才插入USB口时似乎被什么东西加热过。</w:t>
      </w:r>
    </w:p>
    <w:p>
      <w:pPr>
        <w:spacing w:line="560" w:lineRule="exact"/>
        <w:ind w:firstLine="420"/>
      </w:pPr>
      <w:r>
        <w:rPr>
          <w:rFonts w:ascii="宋体" w:hAnsi="宋体" w:eastAsia="宋体"/>
          <w:sz w:val="24"/>
        </w:rPr>
        <w:t>消防通道在走廊尽头左转的位置——一扇涂着红色油漆的金属门，门上有一个绿色的紧急出口标志。没有门禁卡，没有电磁锁——消防法规要求紧急出口必须能从内部直接打开。</w:t>
      </w:r>
    </w:p>
    <w:p>
      <w:pPr>
        <w:spacing w:line="560" w:lineRule="exact"/>
        <w:ind w:firstLine="420"/>
      </w:pPr>
      <w:r>
        <w:rPr>
          <w:rFonts w:ascii="宋体" w:hAnsi="宋体" w:eastAsia="宋体"/>
          <w:sz w:val="24"/>
        </w:rPr>
        <w:t>夜影伸手推了一下金属门上的横杆——</w:t>
      </w:r>
    </w:p>
    <w:p>
      <w:pPr>
        <w:spacing w:line="560" w:lineRule="exact"/>
        <w:ind w:firstLine="420"/>
      </w:pPr>
      <w:r>
        <w:rPr>
          <w:rFonts w:ascii="宋体" w:hAnsi="宋体" w:eastAsia="宋体"/>
          <w:sz w:val="24"/>
        </w:rPr>
        <w:t>门开了。</w:t>
      </w:r>
    </w:p>
    <w:p>
      <w:pPr>
        <w:spacing w:line="560" w:lineRule="exact"/>
        <w:ind w:firstLine="420"/>
      </w:pPr>
      <w:r>
        <w:rPr>
          <w:rFonts w:ascii="宋体" w:hAnsi="宋体" w:eastAsia="宋体"/>
          <w:sz w:val="24"/>
        </w:rPr>
        <w:t>楼道里没有灯，只有应急照明的微弱绿光。楼梯是水泥台阶，每一步踩上去都在空旷的楼道里发出轻微的回响。</w:t>
      </w:r>
    </w:p>
    <w:p>
      <w:pPr>
        <w:spacing w:line="560" w:lineRule="exact"/>
        <w:ind w:firstLine="420"/>
      </w:pPr>
      <w:r>
        <w:rPr>
          <w:rFonts w:ascii="宋体" w:hAnsi="宋体" w:eastAsia="宋体"/>
          <w:sz w:val="24"/>
        </w:rPr>
        <w:t>夜影往下走——不是往上的楼顶方向，而是往地下室的方向走。</w:t>
      </w:r>
    </w:p>
    <w:p>
      <w:pPr>
        <w:spacing w:line="560" w:lineRule="exact"/>
        <w:ind w:firstLine="420"/>
      </w:pPr>
      <w:r>
        <w:rPr>
          <w:rFonts w:ascii="宋体" w:hAnsi="宋体" w:eastAsia="宋体"/>
          <w:sz w:val="24"/>
        </w:rPr>
        <w:t>「地下室——」林风压低声音说。</w:t>
      </w:r>
    </w:p>
    <w:p>
      <w:pPr>
        <w:spacing w:line="560" w:lineRule="exact"/>
        <w:ind w:firstLine="420"/>
      </w:pPr>
      <w:r>
        <w:rPr>
          <w:rFonts w:ascii="宋体" w:hAnsi="宋体" w:eastAsia="宋体"/>
          <w:sz w:val="24"/>
        </w:rPr>
        <w:t>「地下有车库。」夜影说，「但车库出口有闸机——不过我刚才在外面踩点的时候注意到，地库西北角有一道通往地面的维修通道门——没有锁。」</w:t>
      </w:r>
    </w:p>
    <w:p>
      <w:pPr>
        <w:spacing w:line="560" w:lineRule="exact"/>
        <w:ind w:firstLine="420"/>
      </w:pPr>
      <w:r>
        <w:rPr>
          <w:rFonts w:ascii="宋体" w:hAnsi="宋体" w:eastAsia="宋体"/>
          <w:sz w:val="24"/>
        </w:rPr>
        <w:t>他们下了一层楼，推开了通往地下一层的门。</w:t>
      </w:r>
    </w:p>
    <w:p>
      <w:pPr>
        <w:spacing w:line="560" w:lineRule="exact"/>
        <w:ind w:firstLine="420"/>
      </w:pPr>
      <w:r>
        <w:rPr>
          <w:rFonts w:ascii="宋体" w:hAnsi="宋体" w:eastAsia="宋体"/>
          <w:sz w:val="24"/>
        </w:rPr>
        <w:t>地下车库不大，停着大概十几辆车——大多数是普通的丰田和本田，几辆黑色的奔驰和一些货车。车库照明用的是感应式的日光灯，此刻有一半的灯管没有亮。</w:t>
      </w:r>
    </w:p>
    <w:p>
      <w:pPr>
        <w:spacing w:line="560" w:lineRule="exact"/>
        <w:ind w:firstLine="420"/>
      </w:pPr>
      <w:r>
        <w:rPr>
          <w:rFonts w:ascii="宋体" w:hAnsi="宋体" w:eastAsia="宋体"/>
          <w:sz w:val="24"/>
        </w:rPr>
        <w:t>北墙的角落——果然有一扇不起眼的铁门，上面挂着一把老旧的挂锁。</w:t>
      </w:r>
    </w:p>
    <w:p>
      <w:pPr>
        <w:spacing w:line="560" w:lineRule="exact"/>
        <w:ind w:firstLine="420"/>
      </w:pPr>
      <w:r>
        <w:rPr>
          <w:rFonts w:ascii="宋体" w:hAnsi="宋体" w:eastAsia="宋体"/>
          <w:sz w:val="24"/>
        </w:rPr>
        <w:t>夜影从口袋里掏出一根钢丝，熟练地捅进锁孔里——不到十秒钟，咔嚓一声，锁开了。</w:t>
      </w:r>
    </w:p>
    <w:p>
      <w:pPr>
        <w:spacing w:line="560" w:lineRule="exact"/>
        <w:ind w:firstLine="420"/>
      </w:pPr>
      <w:r>
        <w:rPr>
          <w:rFonts w:ascii="宋体" w:hAnsi="宋体" w:eastAsia="宋体"/>
          <w:sz w:val="24"/>
        </w:rPr>
        <w:t>两个人推开铁门，跨过门槛，进入了一条窄窄的通道。通道的尽头隐隐透出些许光亮——是街道的路灯。</w:t>
      </w:r>
    </w:p>
    <w:p>
      <w:pPr>
        <w:spacing w:line="560" w:lineRule="exact"/>
        <w:ind w:firstLine="420"/>
      </w:pPr>
      <w:r>
        <w:rPr>
          <w:rFonts w:ascii="宋体" w:hAnsi="宋体" w:eastAsia="宋体"/>
          <w:sz w:val="24"/>
        </w:rPr>
        <w:t>他们沿着通道走了大约二十米，推开一道生锈的铁栏栅门——回到了地面。</w:t>
      </w:r>
    </w:p>
    <w:p>
      <w:pPr>
        <w:spacing w:line="560" w:lineRule="exact"/>
        <w:ind w:firstLine="420"/>
      </w:pPr>
      <w:r>
        <w:rPr>
          <w:rFonts w:ascii="宋体" w:hAnsi="宋体" w:eastAsia="宋体"/>
          <w:sz w:val="24"/>
        </w:rPr>
        <w:t>凌晨四点零三分。</w:t>
      </w:r>
    </w:p>
    <w:p>
      <w:pPr>
        <w:spacing w:line="560" w:lineRule="exact"/>
        <w:ind w:firstLine="420"/>
      </w:pPr>
      <w:r>
        <w:rPr>
          <w:rFonts w:ascii="宋体" w:hAnsi="宋体" w:eastAsia="宋体"/>
          <w:sz w:val="24"/>
        </w:rPr>
        <w:t>新加坡的夜色依然安静。路灯把街道照得发白，远处偶尔传来一声犬吠。身后的数据中心的建筑沉默地矗立在夜色中，没有任何异常——没有闪烁的警灯，没有蜂拥而出的保安。</w:t>
      </w:r>
    </w:p>
    <w:p>
      <w:pPr>
        <w:spacing w:line="560" w:lineRule="exact"/>
        <w:ind w:firstLine="420"/>
      </w:pPr>
      <w:r>
        <w:rPr>
          <w:rFonts w:ascii="宋体" w:hAnsi="宋体" w:eastAsia="宋体"/>
          <w:sz w:val="24"/>
        </w:rPr>
        <w:t>他们成功了。</w:t>
      </w:r>
    </w:p>
    <w:p>
      <w:pPr>
        <w:spacing w:line="560" w:lineRule="exact"/>
        <w:ind w:firstLine="420"/>
      </w:pPr>
      <w:r>
        <w:rPr>
          <w:rFonts w:ascii="宋体" w:hAnsi="宋体" w:eastAsia="宋体"/>
          <w:sz w:val="24"/>
        </w:rPr>
        <w:t>「走吧。」夜影说，语气平静得像什么都没发生过。</w:t>
      </w:r>
    </w:p>
    <w:p>
      <w:pPr>
        <w:spacing w:line="560" w:lineRule="exact"/>
        <w:ind w:firstLine="420"/>
      </w:pPr>
      <w:r>
        <w:rPr>
          <w:rFonts w:ascii="宋体" w:hAnsi="宋体" w:eastAsia="宋体"/>
          <w:sz w:val="24"/>
        </w:rPr>
        <w:t>两人沿着来时的路，穿过无人的街道，回到了裕廊的安全屋。</w:t>
      </w:r>
    </w:p>
    <w:p>
      <w:pPr>
        <w:spacing w:line="560" w:lineRule="exact"/>
        <w:ind w:firstLine="420"/>
      </w:pPr>
      <w:r>
        <w:rPr>
          <w:rFonts w:ascii="宋体" w:hAnsi="宋体" w:eastAsia="宋体"/>
          <w:sz w:val="24"/>
        </w:rPr>
        <w:t>安全屋里，凌天已经等在客厅里——他面前的笔记本电脑屏幕上，是一行行快速刷新的网络日志。</w:t>
      </w:r>
    </w:p>
    <w:p>
      <w:pPr>
        <w:spacing w:line="560" w:lineRule="exact"/>
        <w:ind w:firstLine="420"/>
      </w:pPr>
      <w:r>
        <w:rPr>
          <w:rFonts w:ascii="宋体" w:hAnsi="宋体" w:eastAsia="宋体"/>
          <w:sz w:val="24"/>
        </w:rPr>
        <w:t>「你那边的操作触发了几个记录。」凌天指着屏幕说，「数据中心的防火墙日志——七条关于核心数据库的访问记录。他们已经注意到了。」</w:t>
      </w:r>
    </w:p>
    <w:p>
      <w:pPr>
        <w:spacing w:line="560" w:lineRule="exact"/>
        <w:ind w:firstLine="420"/>
      </w:pPr>
      <w:r>
        <w:rPr>
          <w:rFonts w:ascii="宋体" w:hAnsi="宋体" w:eastAsia="宋体"/>
          <w:sz w:val="24"/>
        </w:rPr>
        <w:t>「什么时候会行动？」</w:t>
      </w:r>
    </w:p>
    <w:p>
      <w:pPr>
        <w:spacing w:line="560" w:lineRule="exact"/>
        <w:ind w:firstLine="420"/>
      </w:pPr>
      <w:r>
        <w:rPr>
          <w:rFonts w:ascii="宋体" w:hAnsi="宋体" w:eastAsia="宋体"/>
          <w:sz w:val="24"/>
        </w:rPr>
        <w:t>「不好说。」凌天说，「但可以肯定——他们正在分析这些日志。如果你的数据库操作留下了明显的痕迹，他们很快就会追踪到这里。」</w:t>
      </w:r>
    </w:p>
    <w:p>
      <w:pPr>
        <w:spacing w:line="560" w:lineRule="exact"/>
        <w:ind w:firstLine="420"/>
      </w:pPr>
      <w:r>
        <w:rPr>
          <w:rFonts w:ascii="宋体" w:hAnsi="宋体" w:eastAsia="宋体"/>
          <w:sz w:val="24"/>
        </w:rPr>
        <w:t>「我告诉了它一些东西。」林风说。</w:t>
      </w:r>
    </w:p>
    <w:p>
      <w:pPr>
        <w:spacing w:line="560" w:lineRule="exact"/>
        <w:ind w:firstLine="420"/>
      </w:pPr>
      <w:r>
        <w:rPr>
          <w:rFonts w:ascii="宋体" w:hAnsi="宋体" w:eastAsia="宋体"/>
          <w:sz w:val="24"/>
        </w:rPr>
        <w:t>他打开笔记本电脑，输入了北纬1.32，东经104.15。</w:t>
      </w:r>
    </w:p>
    <w:p>
      <w:pPr>
        <w:spacing w:line="560" w:lineRule="exact"/>
        <w:ind w:firstLine="420"/>
      </w:pPr>
      <w:r>
        <w:rPr>
          <w:rFonts w:ascii="宋体" w:hAnsi="宋体" w:eastAsia="宋体"/>
          <w:sz w:val="24"/>
        </w:rPr>
        <w:t>「这就是我父母的坐标。」林风指着地图上的那个岛屿，「新加坡以南十五公里的一座岛。」</w:t>
      </w:r>
    </w:p>
    <w:p>
      <w:pPr>
        <w:spacing w:line="560" w:lineRule="exact"/>
        <w:ind w:firstLine="420"/>
      </w:pPr>
      <w:r>
        <w:rPr>
          <w:rFonts w:ascii="宋体" w:hAnsi="宋体" w:eastAsia="宋体"/>
          <w:sz w:val="24"/>
        </w:rPr>
        <w:t>凌天的眼睛亮了起来：「你拿到定位了？」</w:t>
      </w:r>
    </w:p>
    <w:p>
      <w:pPr>
        <w:spacing w:line="560" w:lineRule="exact"/>
        <w:ind w:firstLine="420"/>
      </w:pPr>
      <w:r>
        <w:rPr>
          <w:rFonts w:ascii="宋体" w:hAnsi="宋体" w:eastAsia="宋体"/>
          <w:sz w:val="24"/>
        </w:rPr>
        <w:t>「第五阶段权限只触发了GPS近距感应——当古玉与目标位置一定距离内时，权限会被激活。」林风说，「但坐标已经拿到了。」</w:t>
      </w:r>
    </w:p>
    <w:p>
      <w:pPr>
        <w:spacing w:line="560" w:lineRule="exact"/>
        <w:ind w:firstLine="420"/>
      </w:pPr>
      <w:r>
        <w:rPr>
          <w:rFonts w:ascii="宋体" w:hAnsi="宋体" w:eastAsia="宋体"/>
          <w:sz w:val="24"/>
        </w:rPr>
        <w:t>「那还等什么？」凌天说，「天亮后就出发。我查过了——裕廊码头有租快艇的，开过去大概四十分钟。」</w:t>
      </w:r>
    </w:p>
    <w:p>
      <w:pPr>
        <w:spacing w:line="560" w:lineRule="exact"/>
        <w:ind w:firstLine="420"/>
      </w:pPr>
      <w:r>
        <w:rPr>
          <w:rFonts w:ascii="宋体" w:hAnsi="宋体" w:eastAsia="宋体"/>
          <w:sz w:val="24"/>
        </w:rPr>
        <w:t>「不。」林风摇了摇头，看向窗外泛白的天际线，「现在就走。一分钟都不能等。奥林匹斯已经发现数据库被访问了——他们的安全团队肯定在分析日志。以暗流的效率，最迟一个小时之内就能锁定异常来源。天一亮，所有离境通道都会被封锁。」</w:t>
      </w:r>
    </w:p>
    <w:p>
      <w:pPr>
        <w:spacing w:line="560" w:lineRule="exact"/>
        <w:ind w:firstLine="420"/>
      </w:pPr>
      <w:r>
        <w:rPr>
          <w:rFonts w:ascii="宋体" w:hAnsi="宋体" w:eastAsia="宋体"/>
          <w:sz w:val="24"/>
        </w:rPr>
        <w:t>夜影点了点头：「我去叫苏小雅和赵铁柱。」</w:t>
      </w:r>
    </w:p>
    <w:p>
      <w:pPr>
        <w:spacing w:line="560" w:lineRule="exact"/>
        <w:ind w:firstLine="420"/>
      </w:pPr>
      <w:r>
        <w:rPr>
          <w:rFonts w:ascii="宋体" w:hAnsi="宋体" w:eastAsia="宋体"/>
          <w:sz w:val="24"/>
        </w:rPr>
        <w:t>「装备呢？」林风看向凌天。</w:t>
      </w:r>
    </w:p>
    <w:p>
      <w:pPr>
        <w:spacing w:line="560" w:lineRule="exact"/>
        <w:ind w:firstLine="420"/>
      </w:pPr>
      <w:r>
        <w:rPr>
          <w:rFonts w:ascii="宋体" w:hAnsi="宋体" w:eastAsia="宋体"/>
          <w:sz w:val="24"/>
        </w:rPr>
        <w:t>「已经装车了。」凌天说着，拿起车钥匙，「车在后巷。两辆车——一辆丰田，一辆本地牌照的二手面包车。如果被追踪了，我们可以分头走。」</w:t>
      </w:r>
    </w:p>
    <w:p>
      <w:pPr>
        <w:spacing w:line="560" w:lineRule="exact"/>
        <w:ind w:firstLine="420"/>
      </w:pPr>
      <w:r>
        <w:rPr>
          <w:rFonts w:ascii="宋体" w:hAnsi="宋体" w:eastAsia="宋体"/>
          <w:sz w:val="24"/>
        </w:rPr>
        <w:t>林风在手机上打开了那个坐标点——北纬1.32，东经104.15。</w:t>
      </w:r>
    </w:p>
    <w:p>
      <w:pPr>
        <w:spacing w:line="560" w:lineRule="exact"/>
        <w:ind w:firstLine="420"/>
      </w:pPr>
      <w:r>
        <w:rPr>
          <w:rFonts w:ascii="宋体" w:hAnsi="宋体" w:eastAsia="宋体"/>
          <w:sz w:val="24"/>
        </w:rPr>
        <w:t>一座南海中的小岛。</w:t>
      </w:r>
    </w:p>
    <w:p>
      <w:pPr>
        <w:spacing w:line="560" w:lineRule="exact"/>
        <w:ind w:firstLine="420"/>
      </w:pPr>
      <w:r>
        <w:rPr>
          <w:rFonts w:ascii="宋体" w:hAnsi="宋体" w:eastAsia="宋体"/>
          <w:sz w:val="24"/>
        </w:rPr>
        <w:t>十六年了。</w:t>
      </w:r>
    </w:p>
    <w:p>
      <w:pPr>
        <w:spacing w:line="560" w:lineRule="exact"/>
        <w:ind w:firstLine="420"/>
      </w:pPr>
      <w:r>
        <w:rPr>
          <w:rFonts w:ascii="宋体" w:hAnsi="宋体" w:eastAsia="宋体"/>
          <w:sz w:val="24"/>
        </w:rPr>
        <w:t>他深吸了一口气。</w:t>
      </w:r>
    </w:p>
    <w:p>
      <w:pPr>
        <w:spacing w:line="560" w:lineRule="exact"/>
        <w:ind w:firstLine="420"/>
      </w:pPr>
      <w:r>
        <w:rPr>
          <w:rFonts w:ascii="宋体" w:hAnsi="宋体" w:eastAsia="宋体"/>
          <w:sz w:val="24"/>
        </w:rPr>
        <w:t>「爸，妈——我来接你们了。」</w:t>
      </w:r>
    </w:p>
    <w:p>
      <w:pPr>
        <w:spacing w:line="560" w:lineRule="exact"/>
        <w:ind w:firstLine="420"/>
      </w:pPr>
      <w:r>
        <w:rPr>
          <w:rFonts w:ascii="宋体" w:hAnsi="宋体" w:eastAsia="宋体"/>
          <w:sz w:val="24"/>
        </w:rPr>
        <w:t>他关掉手机屏幕，把古玉紧紧攥在手心里。</w:t>
      </w:r>
    </w:p>
    <w:p>
      <w:pPr>
        <w:spacing w:line="560" w:lineRule="exact"/>
        <w:ind w:firstLine="420"/>
      </w:pPr>
      <w:r>
        <w:rPr>
          <w:rFonts w:ascii="宋体" w:hAnsi="宋体" w:eastAsia="宋体"/>
          <w:sz w:val="24"/>
        </w:rPr>
        <w:t>十六年了。从五岁到二十二岁，从一个什么都不懂的孩子到一个闯入跨国数据中心的人——他走了太长太长的路。</w:t>
      </w:r>
    </w:p>
    <w:p>
      <w:pPr>
        <w:spacing w:line="560" w:lineRule="exact"/>
        <w:ind w:firstLine="420"/>
      </w:pPr>
      <w:r>
        <w:rPr>
          <w:rFonts w:ascii="宋体" w:hAnsi="宋体" w:eastAsia="宋体"/>
          <w:sz w:val="24"/>
        </w:rPr>
        <w:t>但终点就在前方十五公里处。</w:t>
      </w:r>
    </w:p>
    <w:p>
      <w:r>
        <w:br w:type="page"/>
      </w:r>
    </w:p>
    <w:p>
      <w:pPr>
        <w:jc w:val="center"/>
      </w:pPr>
      <w:r>
        <w:rPr>
          <w:b/>
          <w:sz w:val="32"/>
        </w:rPr>
        <w:t>第079章 出海·驶向命运之岛</w:t>
      </w:r>
    </w:p>
    <w:p>
      <w:pPr>
        <w:jc w:val="center"/>
      </w:pPr>
      <w:r>
        <w:rPr>
          <w:color w:val="999999"/>
          <w:sz w:val="18"/>
        </w:rPr>
        <w:t>（2,850字）</w:t>
      </w:r>
    </w:p>
    <w:p/>
    <w:p>
      <w:pPr>
        <w:spacing w:line="560" w:lineRule="exact"/>
        <w:ind w:firstLine="420"/>
      </w:pPr>
      <w:r>
        <w:rPr>
          <w:rFonts w:ascii="宋体" w:hAnsi="宋体" w:eastAsia="宋体"/>
          <w:sz w:val="24"/>
        </w:rPr>
        <w:t>凌晨四点二十五分。</w:t>
      </w:r>
    </w:p>
    <w:p>
      <w:pPr>
        <w:spacing w:line="560" w:lineRule="exact"/>
        <w:ind w:firstLine="420"/>
      </w:pPr>
      <w:r>
        <w:rPr>
          <w:rFonts w:ascii="宋体" w:hAnsi="宋体" w:eastAsia="宋体"/>
          <w:sz w:val="24"/>
        </w:rPr>
        <w:t>新加坡的黎明前是最安静的时刻。街灯还亮着，但天空已经开始从纯黑色转为深蓝色，远处海平面上隐约能看见一丝鱼肚白。</w:t>
      </w:r>
    </w:p>
    <w:p>
      <w:pPr>
        <w:spacing w:line="560" w:lineRule="exact"/>
        <w:ind w:firstLine="420"/>
      </w:pPr>
      <w:r>
        <w:rPr>
          <w:rFonts w:ascii="宋体" w:hAnsi="宋体" w:eastAsia="宋体"/>
          <w:sz w:val="24"/>
        </w:rPr>
        <w:t>裕廊港口的渔船码头停着几十艘大大小小的船。凌天把车停在码头入口处，熄了火。</w:t>
      </w:r>
    </w:p>
    <w:p>
      <w:pPr>
        <w:spacing w:line="560" w:lineRule="exact"/>
        <w:ind w:firstLine="420"/>
      </w:pPr>
      <w:r>
        <w:rPr>
          <w:rFonts w:ascii="宋体" w:hAnsi="宋体" w:eastAsia="宋体"/>
          <w:sz w:val="24"/>
        </w:rPr>
        <w:t>「租船的人我前天就联系好了——一个本地渔民，姓黄，我跟他说的理由是出海钓鱼。」凌天从后座拿出一个背包，拉链拉开，里面是三件救生衣和一台手持GPS导航仪，「他已经把船停在B3泊位——白色玻璃钢快艇，筏外机，加满了油。」</w:t>
      </w:r>
    </w:p>
    <w:p>
      <w:pPr>
        <w:spacing w:line="560" w:lineRule="exact"/>
        <w:ind w:firstLine="420"/>
      </w:pPr>
      <w:r>
        <w:rPr>
          <w:rFonts w:ascii="宋体" w:hAnsi="宋体" w:eastAsia="宋体"/>
          <w:sz w:val="24"/>
        </w:rPr>
        <w:t>「一个人？」林风问。</w:t>
      </w:r>
    </w:p>
    <w:p>
      <w:pPr>
        <w:spacing w:line="560" w:lineRule="exact"/>
        <w:ind w:firstLine="420"/>
      </w:pPr>
      <w:r>
        <w:rPr>
          <w:rFonts w:ascii="宋体" w:hAnsi="宋体" w:eastAsia="宋体"/>
          <w:sz w:val="24"/>
        </w:rPr>
        <w:t>「一个人够了。」凌天说，「多一个人目标太大。」</w:t>
      </w:r>
    </w:p>
    <w:p>
      <w:pPr>
        <w:spacing w:line="560" w:lineRule="exact"/>
        <w:ind w:firstLine="420"/>
      </w:pPr>
      <w:r>
        <w:rPr>
          <w:rFonts w:ascii="宋体" w:hAnsi="宋体" w:eastAsia="宋体"/>
          <w:sz w:val="24"/>
        </w:rPr>
        <w:t>「那就走吧。」</w:t>
      </w:r>
    </w:p>
    <w:p>
      <w:pPr>
        <w:spacing w:line="560" w:lineRule="exact"/>
        <w:ind w:firstLine="420"/>
      </w:pPr>
      <w:r>
        <w:rPr>
          <w:rFonts w:ascii="宋体" w:hAnsi="宋体" w:eastAsia="宋体"/>
          <w:sz w:val="24"/>
        </w:rPr>
        <w:t>他们下了车，沿着码头的栈桥往深处走。空气中弥漫着浓烈的海水气味——咸腥的、带着柴油味和鱼腥味的海风扑面而来。远处能看见货轮上的灯光在黑暗中闪烁，像漂浮的星星。</w:t>
      </w:r>
    </w:p>
    <w:p>
      <w:pPr>
        <w:spacing w:line="560" w:lineRule="exact"/>
        <w:ind w:firstLine="420"/>
      </w:pPr>
      <w:r>
        <w:rPr>
          <w:rFonts w:ascii="宋体" w:hAnsi="宋体" w:eastAsia="宋体"/>
          <w:sz w:val="24"/>
        </w:rPr>
        <w:t>B3泊位。</w:t>
      </w:r>
    </w:p>
    <w:p>
      <w:pPr>
        <w:spacing w:line="560" w:lineRule="exact"/>
        <w:ind w:firstLine="420"/>
      </w:pPr>
      <w:r>
        <w:rPr>
          <w:rFonts w:ascii="宋体" w:hAnsi="宋体" w:eastAsia="宋体"/>
          <w:sz w:val="24"/>
        </w:rPr>
        <w:t>一艘六米长的白色快艇静静地停在水面上，随着海浪轻轻晃动。船体在码头的灯光下反射出柔和的光泽，看起来保养得不错。一个穿着灰色T恤和短裤的中年男人站在船上，正在检查油箱。</w:t>
      </w:r>
    </w:p>
    <w:p>
      <w:pPr>
        <w:spacing w:line="560" w:lineRule="exact"/>
        <w:ind w:firstLine="420"/>
      </w:pPr>
      <w:r>
        <w:rPr>
          <w:rFonts w:ascii="宋体" w:hAnsi="宋体" w:eastAsia="宋体"/>
          <w:sz w:val="24"/>
        </w:rPr>
        <w:t>「林先生？」黄师傅抬头看到他们，用带着福建口音的普通话打招呼。</w:t>
      </w:r>
    </w:p>
    <w:p>
      <w:pPr>
        <w:spacing w:line="560" w:lineRule="exact"/>
        <w:ind w:firstLine="420"/>
      </w:pPr>
      <w:r>
        <w:rPr>
          <w:rFonts w:ascii="宋体" w:hAnsi="宋体" w:eastAsia="宋体"/>
          <w:sz w:val="24"/>
        </w:rPr>
        <w:t>「是我。」凌天上前一步，「麻烦你了，这么早出海。」</w:t>
      </w:r>
    </w:p>
    <w:p>
      <w:pPr>
        <w:spacing w:line="560" w:lineRule="exact"/>
        <w:ind w:firstLine="420"/>
      </w:pPr>
      <w:r>
        <w:rPr>
          <w:rFonts w:ascii="宋体" w:hAnsi="宋体" w:eastAsia="宋体"/>
          <w:sz w:val="24"/>
        </w:rPr>
        <w:t>「没事嘞，钓鱼嘛，早出海好。」黄师傅笑了一下，露出被烟熏黄的牙齿，「你讲的那几个钓点我有去过，路熟得很。」</w:t>
      </w:r>
    </w:p>
    <w:p>
      <w:pPr>
        <w:spacing w:line="560" w:lineRule="exact"/>
        <w:ind w:firstLine="420"/>
      </w:pPr>
      <w:r>
        <w:rPr>
          <w:rFonts w:ascii="宋体" w:hAnsi="宋体" w:eastAsia="宋体"/>
          <w:sz w:val="24"/>
        </w:rPr>
        <w:t>林风和凌天上了船。夜影没有上船——她留在岸上，负责监视奥林匹斯的动向，并在必要时提供远程支援。</w:t>
      </w:r>
    </w:p>
    <w:p>
      <w:pPr>
        <w:spacing w:line="560" w:lineRule="exact"/>
        <w:ind w:firstLine="420"/>
      </w:pPr>
      <w:r>
        <w:rPr>
          <w:rFonts w:ascii="宋体" w:hAnsi="宋体" w:eastAsia="宋体"/>
          <w:sz w:val="24"/>
        </w:rPr>
        <w:t>「保持联系。」夜影说完，转身消失在码头的阴影中。</w:t>
      </w:r>
    </w:p>
    <w:p>
      <w:pPr>
        <w:spacing w:line="560" w:lineRule="exact"/>
        <w:ind w:firstLine="420"/>
      </w:pPr>
      <w:r>
        <w:rPr>
          <w:rFonts w:ascii="宋体" w:hAnsi="宋体" w:eastAsia="宋体"/>
          <w:sz w:val="24"/>
        </w:rPr>
        <w:t>黄师傅发动了引擎。筏外机的低沉轰鸣声打破了凌晨的宁静。船身缓缓离开码头，调转方向，驶向新加坡海峡的方向。</w:t>
      </w:r>
    </w:p>
    <w:p>
      <w:pPr>
        <w:spacing w:line="560" w:lineRule="exact"/>
        <w:ind w:firstLine="420"/>
      </w:pPr>
      <w:r>
        <w:rPr>
          <w:rFonts w:ascii="宋体" w:hAnsi="宋体" w:eastAsia="宋体"/>
          <w:sz w:val="24"/>
        </w:rPr>
        <w:t>快艇划开水面，留下一道白色的航迹。海风迎面扑来，带着咸味和凉意，吹得林风的眼睛微微眯起来。</w:t>
      </w:r>
    </w:p>
    <w:p>
      <w:pPr>
        <w:spacing w:line="560" w:lineRule="exact"/>
        <w:ind w:firstLine="420"/>
      </w:pPr>
      <w:r>
        <w:rPr>
          <w:rFonts w:ascii="宋体" w:hAnsi="宋体" w:eastAsia="宋体"/>
          <w:sz w:val="24"/>
        </w:rPr>
        <w:t>凌天打开手持GPS，输入了那个坐标——北纬1.32，东经104.15。</w:t>
      </w:r>
    </w:p>
    <w:p>
      <w:pPr>
        <w:spacing w:line="560" w:lineRule="exact"/>
        <w:ind w:firstLine="420"/>
      </w:pPr>
      <w:r>
        <w:rPr>
          <w:rFonts w:ascii="宋体" w:hAnsi="宋体" w:eastAsia="宋体"/>
          <w:sz w:val="24"/>
        </w:rPr>
        <w:t>「航向正南偏东，大概十五公里。」凌天说，「按现在的速度，四十分钟。」</w:t>
      </w:r>
    </w:p>
    <w:p>
      <w:pPr>
        <w:spacing w:line="560" w:lineRule="exact"/>
        <w:ind w:firstLine="420"/>
      </w:pPr>
      <w:r>
        <w:rPr>
          <w:rFonts w:ascii="宋体" w:hAnsi="宋体" w:eastAsia="宋体"/>
          <w:sz w:val="24"/>
        </w:rPr>
        <w:t>林风点了点头，没有说话。</w:t>
      </w:r>
    </w:p>
    <w:p>
      <w:pPr>
        <w:spacing w:line="560" w:lineRule="exact"/>
        <w:ind w:firstLine="420"/>
      </w:pPr>
      <w:r>
        <w:rPr>
          <w:rFonts w:ascii="宋体" w:hAnsi="宋体" w:eastAsia="宋体"/>
          <w:sz w:val="24"/>
        </w:rPr>
        <w:t>他坐在船头，目光望向海平面远处那个还未出现的轮廓。古玉在他的口袋里，散发着微微的温度——不是错觉，自从在运维终端上插入USB口之后，古玉的温度一直比体温略高，像一块慢慢充电的电池。</w:t>
      </w:r>
    </w:p>
    <w:p>
      <w:pPr>
        <w:spacing w:line="560" w:lineRule="exact"/>
        <w:ind w:firstLine="420"/>
      </w:pPr>
      <w:r>
        <w:rPr>
          <w:rFonts w:ascii="宋体" w:hAnsi="宋体" w:eastAsia="宋体"/>
          <w:sz w:val="24"/>
        </w:rPr>
        <w:t>「在想什么？」凌天在他身边坐下来，递给他一瓶矿泉水。</w:t>
      </w:r>
    </w:p>
    <w:p>
      <w:pPr>
        <w:spacing w:line="560" w:lineRule="exact"/>
        <w:ind w:firstLine="420"/>
      </w:pPr>
      <w:r>
        <w:rPr>
          <w:rFonts w:ascii="宋体" w:hAnsi="宋体" w:eastAsia="宋体"/>
          <w:sz w:val="24"/>
        </w:rPr>
        <w:t>「在想他们是什么样的人。」林风接过水，没有喝，只是握在手里，「我五岁之前的事情几乎不记得了。模模糊糊有一些画面——一个很高的男人把我举到肩膀上，一个女人在厨房里切水果。」</w:t>
      </w:r>
    </w:p>
    <w:p>
      <w:pPr>
        <w:spacing w:line="560" w:lineRule="exact"/>
        <w:ind w:firstLine="420"/>
      </w:pPr>
      <w:r>
        <w:rPr>
          <w:rFonts w:ascii="宋体" w:hAnsi="宋体" w:eastAsia="宋体"/>
          <w:sz w:val="24"/>
        </w:rPr>
        <w:t>「那是你父母。」</w:t>
      </w:r>
    </w:p>
    <w:p>
      <w:pPr>
        <w:spacing w:line="560" w:lineRule="exact"/>
        <w:ind w:firstLine="420"/>
      </w:pPr>
      <w:r>
        <w:rPr>
          <w:rFonts w:ascii="宋体" w:hAnsi="宋体" w:eastAsia="宋体"/>
          <w:sz w:val="24"/>
        </w:rPr>
        <w:t>「对。」林风的声音很轻，「但我不确定看到这些画面的时候，到底是真实的记忆，还是我自己脑补出来的。」</w:t>
      </w:r>
    </w:p>
    <w:p>
      <w:pPr>
        <w:spacing w:line="560" w:lineRule="exact"/>
        <w:ind w:firstLine="420"/>
      </w:pPr>
      <w:r>
        <w:rPr>
          <w:rFonts w:ascii="宋体" w:hAnsi="宋体" w:eastAsia="宋体"/>
          <w:sz w:val="24"/>
        </w:rPr>
        <w:t>「等你见到他们，就知道了。」</w:t>
      </w:r>
    </w:p>
    <w:p>
      <w:pPr>
        <w:spacing w:line="560" w:lineRule="exact"/>
        <w:ind w:firstLine="420"/>
      </w:pPr>
      <w:r>
        <w:rPr>
          <w:rFonts w:ascii="宋体" w:hAnsi="宋体" w:eastAsia="宋体"/>
          <w:sz w:val="24"/>
        </w:rPr>
        <w:t>林风沉默了几秒，然后问了一个他一直不敢问的问题：「凌天，你觉得他们真的还活着吗？」</w:t>
      </w:r>
    </w:p>
    <w:p>
      <w:pPr>
        <w:spacing w:line="560" w:lineRule="exact"/>
        <w:ind w:firstLine="420"/>
      </w:pPr>
      <w:r>
        <w:rPr>
          <w:rFonts w:ascii="宋体" w:hAnsi="宋体" w:eastAsia="宋体"/>
          <w:sz w:val="24"/>
        </w:rPr>
        <w:t>凌天没有立刻回答。他低头看着GPS屏幕上的数字在缓缓变化，然后说：「你爸在视频里说『我们还活着』的时候，语气不是祈求，不是哀求——是陈述。就像在一件非常确定的事情。」</w:t>
      </w:r>
    </w:p>
    <w:p>
      <w:pPr>
        <w:spacing w:line="560" w:lineRule="exact"/>
        <w:ind w:firstLine="420"/>
      </w:pPr>
      <w:r>
        <w:rPr>
          <w:rFonts w:ascii="宋体" w:hAnsi="宋体" w:eastAsia="宋体"/>
          <w:sz w:val="24"/>
        </w:rPr>
        <w:t>「但奥林匹斯不是一般人。他们在全球运营《天界》，有暗流这样的安全部门，有能力在十六年前制造一场假死车祸……如果我爸妈在岛上，他们怎么能在奥林匹斯的眼皮底下活十六年？」</w:t>
      </w:r>
    </w:p>
    <w:p>
      <w:pPr>
        <w:spacing w:line="560" w:lineRule="exact"/>
        <w:ind w:firstLine="420"/>
      </w:pPr>
      <w:r>
        <w:rPr>
          <w:rFonts w:ascii="宋体" w:hAnsi="宋体" w:eastAsia="宋体"/>
          <w:sz w:val="24"/>
        </w:rPr>
        <w:t>「因为他们有这个。」凌天从口袋里拿出一块东西——一块小号的金属硬盘，「从戈壁基地带回来的EVE协议完整源码。」</w:t>
      </w:r>
    </w:p>
    <w:p>
      <w:pPr>
        <w:spacing w:line="560" w:lineRule="exact"/>
        <w:ind w:firstLine="420"/>
      </w:pPr>
      <w:r>
        <w:rPr>
          <w:rFonts w:ascii="宋体" w:hAnsi="宋体" w:eastAsia="宋体"/>
          <w:sz w:val="24"/>
        </w:rPr>
        <w:t>「这个能做什么？」</w:t>
      </w:r>
    </w:p>
    <w:p>
      <w:pPr>
        <w:spacing w:line="560" w:lineRule="exact"/>
        <w:ind w:firstLine="420"/>
      </w:pPr>
      <w:r>
        <w:rPr>
          <w:rFonts w:ascii="宋体" w:hAnsi="宋体" w:eastAsia="宋体"/>
          <w:sz w:val="24"/>
        </w:rPr>
        <w:t>「你爸妈在十六年前就预见了这一切。」凌天说，「他们设计了《天界》的底层架构，预埋了EVE协议，安排了陈泽宇作为卧底，在戈壁建了一个别人找不到的地下基地——还留了一个读取坐标的古玉给你。」</w:t>
      </w:r>
    </w:p>
    <w:p>
      <w:pPr>
        <w:spacing w:line="560" w:lineRule="exact"/>
        <w:ind w:firstLine="420"/>
      </w:pPr>
      <w:r>
        <w:rPr>
          <w:rFonts w:ascii="宋体" w:hAnsi="宋体" w:eastAsia="宋体"/>
          <w:sz w:val="24"/>
        </w:rPr>
        <w:t>他顿了顿：「你觉得做这一切的人——会没有为自己留后路吗？」</w:t>
      </w:r>
    </w:p>
    <w:p>
      <w:pPr>
        <w:spacing w:line="560" w:lineRule="exact"/>
        <w:ind w:firstLine="420"/>
      </w:pPr>
      <w:r>
        <w:rPr>
          <w:rFonts w:ascii="宋体" w:hAnsi="宋体" w:eastAsia="宋体"/>
          <w:sz w:val="24"/>
        </w:rPr>
        <w:t>林风看着他，没有说话。</w:t>
      </w:r>
    </w:p>
    <w:p>
      <w:pPr>
        <w:spacing w:line="560" w:lineRule="exact"/>
        <w:ind w:firstLine="420"/>
      </w:pPr>
      <w:r>
        <w:rPr>
          <w:rFonts w:ascii="宋体" w:hAnsi="宋体" w:eastAsia="宋体"/>
          <w:sz w:val="24"/>
        </w:rPr>
        <w:t>「你爸妈不是普通人。」凌天说，「他们是两个在十六年前就设计了整个局的人。如果这个世界上有人能从奥林匹斯手里活着逃出来——那一定是他们。」</w:t>
      </w:r>
    </w:p>
    <w:p>
      <w:pPr>
        <w:spacing w:line="560" w:lineRule="exact"/>
        <w:ind w:firstLine="420"/>
      </w:pPr>
      <w:r>
        <w:rPr>
          <w:rFonts w:ascii="宋体" w:hAnsi="宋体" w:eastAsia="宋体"/>
          <w:sz w:val="24"/>
        </w:rPr>
        <w:t>快艇在黑暗中继续前行。</w:t>
      </w:r>
    </w:p>
    <w:p>
      <w:pPr>
        <w:spacing w:line="560" w:lineRule="exact"/>
        <w:ind w:firstLine="420"/>
      </w:pPr>
      <w:r>
        <w:rPr>
          <w:rFonts w:ascii="宋体" w:hAnsi="宋体" w:eastAsia="宋体"/>
          <w:sz w:val="24"/>
        </w:rPr>
        <w:t>过了大概二十分钟，天色开始明显地亮了起来。东方的海天交界处出现了一条金红色的线，像一把刀把黑夜和白天切开。海面上的波浪反射着晨曦的光芒，碎金一样铺开。</w:t>
      </w:r>
    </w:p>
    <w:p>
      <w:pPr>
        <w:spacing w:line="560" w:lineRule="exact"/>
        <w:ind w:firstLine="420"/>
      </w:pPr>
      <w:r>
        <w:rPr>
          <w:rFonts w:ascii="宋体" w:hAnsi="宋体" w:eastAsia="宋体"/>
          <w:sz w:val="24"/>
        </w:rPr>
        <w:t>林风一直看着前方。</w:t>
      </w:r>
    </w:p>
    <w:p>
      <w:pPr>
        <w:spacing w:line="560" w:lineRule="exact"/>
        <w:ind w:firstLine="420"/>
      </w:pPr>
      <w:r>
        <w:rPr>
          <w:rFonts w:ascii="宋体" w:hAnsi="宋体" w:eastAsia="宋体"/>
          <w:sz w:val="24"/>
        </w:rPr>
        <w:t>然后他看到了。</w:t>
      </w:r>
    </w:p>
    <w:p>
      <w:pPr>
        <w:spacing w:line="560" w:lineRule="exact"/>
        <w:ind w:firstLine="420"/>
      </w:pPr>
      <w:r>
        <w:rPr>
          <w:rFonts w:ascii="宋体" w:hAnsi="宋体" w:eastAsia="宋体"/>
          <w:sz w:val="24"/>
        </w:rPr>
        <w:t>海平面的尽头——一个小小的灰色轮廓。</w:t>
      </w:r>
    </w:p>
    <w:p>
      <w:pPr>
        <w:spacing w:line="560" w:lineRule="exact"/>
        <w:ind w:firstLine="420"/>
      </w:pPr>
      <w:r>
        <w:rPr>
          <w:rFonts w:ascii="宋体" w:hAnsi="宋体" w:eastAsia="宋体"/>
          <w:sz w:val="24"/>
        </w:rPr>
        <w:t>「那个。」林风说，声音有些发抖。</w:t>
      </w:r>
    </w:p>
    <w:p>
      <w:pPr>
        <w:spacing w:line="560" w:lineRule="exact"/>
        <w:ind w:firstLine="420"/>
      </w:pPr>
      <w:r>
        <w:rPr>
          <w:rFonts w:ascii="宋体" w:hAnsi="宋体" w:eastAsia="宋体"/>
          <w:sz w:val="24"/>
        </w:rPr>
        <w:t>凌天顺着他的目光看去，然后拿起望远镜。</w:t>
      </w:r>
    </w:p>
    <w:p>
      <w:pPr>
        <w:spacing w:line="560" w:lineRule="exact"/>
        <w:ind w:firstLine="420"/>
      </w:pPr>
      <w:r>
        <w:rPr>
          <w:rFonts w:ascii="宋体" w:hAnsi="宋体" w:eastAsia="宋体"/>
          <w:sz w:val="24"/>
        </w:rPr>
        <w:t>「是岛。」凌天放下望远镜，面色凝重，「但——岛上有建筑。不止一栋。」</w:t>
      </w:r>
    </w:p>
    <w:p>
      <w:pPr>
        <w:spacing w:line="560" w:lineRule="exact"/>
        <w:ind w:firstLine="420"/>
      </w:pPr>
      <w:r>
        <w:rPr>
          <w:rFonts w:ascii="宋体" w:hAnsi="宋体" w:eastAsia="宋体"/>
          <w:sz w:val="24"/>
        </w:rPr>
        <w:t>「什么样？」</w:t>
      </w:r>
    </w:p>
    <w:p>
      <w:pPr>
        <w:spacing w:line="560" w:lineRule="exact"/>
        <w:ind w:firstLine="420"/>
      </w:pPr>
      <w:r>
        <w:rPr>
          <w:rFonts w:ascii="宋体" w:hAnsi="宋体" w:eastAsia="宋体"/>
          <w:sz w:val="24"/>
        </w:rPr>
        <w:t>「灰色混凝土结构，单层，分散在岛中心。」凌天把望远镜递给林风，「你自己看。」</w:t>
      </w:r>
    </w:p>
    <w:p>
      <w:pPr>
        <w:spacing w:line="560" w:lineRule="exact"/>
        <w:ind w:firstLine="420"/>
      </w:pPr>
      <w:r>
        <w:rPr>
          <w:rFonts w:ascii="宋体" w:hAnsi="宋体" w:eastAsia="宋体"/>
          <w:sz w:val="24"/>
        </w:rPr>
        <w:t>林风接过望远镜，调整焦距。</w:t>
      </w:r>
    </w:p>
    <w:p>
      <w:pPr>
        <w:spacing w:line="560" w:lineRule="exact"/>
        <w:ind w:firstLine="420"/>
      </w:pPr>
      <w:r>
        <w:rPr>
          <w:rFonts w:ascii="宋体" w:hAnsi="宋体" w:eastAsia="宋体"/>
          <w:sz w:val="24"/>
        </w:rPr>
        <w:t>模糊的画面渐渐清晰起来。</w:t>
      </w:r>
    </w:p>
    <w:p>
      <w:pPr>
        <w:spacing w:line="560" w:lineRule="exact"/>
        <w:ind w:firstLine="420"/>
      </w:pPr>
      <w:r>
        <w:rPr>
          <w:rFonts w:ascii="宋体" w:hAnsi="宋体" w:eastAsia="宋体"/>
          <w:sz w:val="24"/>
        </w:rPr>
        <w:t>岛的轮廓和他在地图上看到的完全一致——扁平的叶子形状。岛的西侧是一片白色的沙滩，沿岸长着一些低矮的棕榈树。岛中心的绿色植被中，确实能看到几栋灰色的建筑物——低矮、方正、没有窗户，看起来像是某种科研设施的附属建筑。</w:t>
      </w:r>
    </w:p>
    <w:p>
      <w:pPr>
        <w:spacing w:line="560" w:lineRule="exact"/>
        <w:ind w:firstLine="420"/>
      </w:pPr>
      <w:r>
        <w:rPr>
          <w:rFonts w:ascii="宋体" w:hAnsi="宋体" w:eastAsia="宋体"/>
          <w:sz w:val="24"/>
        </w:rPr>
        <w:t>但建筑的四周——他看到了围栏。两米多高的金属围栏，沿着建筑群的外围绕了一圈。围栏的顶部有带刺的铁丝网。</w:t>
      </w:r>
    </w:p>
    <w:p>
      <w:pPr>
        <w:spacing w:line="560" w:lineRule="exact"/>
        <w:ind w:firstLine="420"/>
      </w:pPr>
      <w:r>
        <w:rPr>
          <w:rFonts w:ascii="宋体" w:hAnsi="宋体" w:eastAsia="宋体"/>
          <w:sz w:val="24"/>
        </w:rPr>
        <w:t>和新加坡的数据中心一样。</w:t>
      </w:r>
    </w:p>
    <w:p>
      <w:pPr>
        <w:spacing w:line="560" w:lineRule="exact"/>
        <w:ind w:firstLine="420"/>
      </w:pPr>
      <w:r>
        <w:rPr>
          <w:rFonts w:ascii="宋体" w:hAnsi="宋体" w:eastAsia="宋体"/>
          <w:sz w:val="24"/>
        </w:rPr>
        <w:t>「那也是奥林匹斯的设施？」林风问。</w:t>
      </w:r>
    </w:p>
    <w:p>
      <w:pPr>
        <w:spacing w:line="560" w:lineRule="exact"/>
        <w:ind w:firstLine="420"/>
      </w:pPr>
      <w:r>
        <w:rPr>
          <w:rFonts w:ascii="宋体" w:hAnsi="宋体" w:eastAsia="宋体"/>
          <w:sz w:val="24"/>
        </w:rPr>
        <w:t>「看起来是的。」凌天皱眉，「但位置不对——奥林匹斯的主要设施都在新加坡本土和周边已知的工业区里，南海中的这个小岛——从公开资料上根本查不到。」</w:t>
      </w:r>
    </w:p>
    <w:p>
      <w:pPr>
        <w:spacing w:line="560" w:lineRule="exact"/>
        <w:ind w:firstLine="420"/>
      </w:pPr>
      <w:r>
        <w:rPr>
          <w:rFonts w:ascii="宋体" w:hAnsi="宋体" w:eastAsia="宋体"/>
          <w:sz w:val="24"/>
        </w:rPr>
        <w:t>「一个不在任何地图上的奥林匹斯设施。」</w:t>
      </w:r>
    </w:p>
    <w:p>
      <w:pPr>
        <w:spacing w:line="560" w:lineRule="exact"/>
        <w:ind w:firstLine="420"/>
      </w:pPr>
      <w:r>
        <w:rPr>
          <w:rFonts w:ascii="宋体" w:hAnsi="宋体" w:eastAsia="宋体"/>
          <w:sz w:val="24"/>
        </w:rPr>
        <w:t>「对。」</w:t>
      </w:r>
    </w:p>
    <w:p>
      <w:pPr>
        <w:spacing w:line="560" w:lineRule="exact"/>
        <w:ind w:firstLine="420"/>
      </w:pPr>
      <w:r>
        <w:rPr>
          <w:rFonts w:ascii="宋体" w:hAnsi="宋体" w:eastAsia="宋体"/>
          <w:sz w:val="24"/>
        </w:rPr>
        <w:t>林风放下望远镜，眼神变得复杂。</w:t>
      </w:r>
    </w:p>
    <w:p>
      <w:pPr>
        <w:spacing w:line="560" w:lineRule="exact"/>
        <w:ind w:firstLine="420"/>
      </w:pPr>
      <w:r>
        <w:rPr>
          <w:rFonts w:ascii="宋体" w:hAnsi="宋体" w:eastAsia="宋体"/>
          <w:sz w:val="24"/>
        </w:rPr>
        <w:t>他原本以为这是一座荒岛——一座天然的藏身之所，父母躲在那里与世隔绝地生活了十六年。但现在看来，情况比他想得更复杂。</w:t>
      </w:r>
    </w:p>
    <w:p>
      <w:pPr>
        <w:spacing w:line="560" w:lineRule="exact"/>
        <w:ind w:firstLine="420"/>
      </w:pPr>
      <w:r>
        <w:rPr>
          <w:rFonts w:ascii="宋体" w:hAnsi="宋体" w:eastAsia="宋体"/>
          <w:sz w:val="24"/>
        </w:rPr>
        <w:t>如果岛上也是奥林匹斯的设施——那父母在那里到底算什么？</w:t>
      </w:r>
    </w:p>
    <w:p>
      <w:pPr>
        <w:spacing w:line="560" w:lineRule="exact"/>
        <w:ind w:firstLine="420"/>
      </w:pPr>
      <w:r>
        <w:rPr>
          <w:rFonts w:ascii="宋体" w:hAnsi="宋体" w:eastAsia="宋体"/>
          <w:sz w:val="24"/>
        </w:rPr>
        <w:t>囚徒？</w:t>
      </w:r>
    </w:p>
    <w:p>
      <w:pPr>
        <w:spacing w:line="560" w:lineRule="exact"/>
        <w:ind w:firstLine="420"/>
      </w:pPr>
      <w:r>
        <w:rPr>
          <w:rFonts w:ascii="宋体" w:hAnsi="宋体" w:eastAsia="宋体"/>
          <w:sz w:val="24"/>
        </w:rPr>
        <w:t>还是——</w:t>
      </w:r>
    </w:p>
    <w:p>
      <w:pPr>
        <w:spacing w:line="560" w:lineRule="exact"/>
        <w:ind w:firstLine="420"/>
      </w:pPr>
      <w:r>
        <w:rPr>
          <w:rFonts w:ascii="宋体" w:hAnsi="宋体" w:eastAsia="宋体"/>
          <w:sz w:val="24"/>
        </w:rPr>
        <w:t>一个念头在林风脑海里闪过，让他后背一阵发凉。</w:t>
      </w:r>
    </w:p>
    <w:p>
      <w:pPr>
        <w:spacing w:line="560" w:lineRule="exact"/>
        <w:ind w:firstLine="420"/>
      </w:pPr>
      <w:r>
        <w:rPr>
          <w:rFonts w:ascii="宋体" w:hAnsi="宋体" w:eastAsia="宋体"/>
          <w:sz w:val="24"/>
        </w:rPr>
        <w:t>「凌天。」林风说，「如果我爸妈不是躲在岛上的——而是被关在岛上的呢？」</w:t>
      </w:r>
    </w:p>
    <w:p>
      <w:pPr>
        <w:spacing w:line="560" w:lineRule="exact"/>
        <w:ind w:firstLine="420"/>
      </w:pPr>
      <w:r>
        <w:rPr>
          <w:rFonts w:ascii="宋体" w:hAnsi="宋体" w:eastAsia="宋体"/>
          <w:sz w:val="24"/>
        </w:rPr>
        <w:t>凌天沉默了几秒，然后说：「那也不奇怪。奥林匹斯能运行一个全球性的VRMMORPG，就一定有服务器维护和技术支持的需求。你爸妈是最了解《天界》底层架构的人——他们活着，比死了更有价值。」</w:t>
      </w:r>
    </w:p>
    <w:p>
      <w:pPr>
        <w:spacing w:line="560" w:lineRule="exact"/>
        <w:ind w:firstLine="420"/>
      </w:pPr>
      <w:r>
        <w:rPr>
          <w:rFonts w:ascii="宋体" w:hAnsi="宋体" w:eastAsia="宋体"/>
          <w:sz w:val="24"/>
        </w:rPr>
        <w:t>林风握紧了古玉。</w:t>
      </w:r>
    </w:p>
    <w:p>
      <w:pPr>
        <w:spacing w:line="560" w:lineRule="exact"/>
        <w:ind w:firstLine="420"/>
      </w:pPr>
      <w:r>
        <w:rPr>
          <w:rFonts w:ascii="宋体" w:hAnsi="宋体" w:eastAsia="宋体"/>
          <w:sz w:val="24"/>
        </w:rPr>
        <w:t>如果父母是被囚禁的——</w:t>
      </w:r>
    </w:p>
    <w:p>
      <w:pPr>
        <w:spacing w:line="560" w:lineRule="exact"/>
        <w:ind w:firstLine="420"/>
      </w:pPr>
      <w:r>
        <w:rPr>
          <w:rFonts w:ascii="宋体" w:hAnsi="宋体" w:eastAsia="宋体"/>
          <w:sz w:val="24"/>
        </w:rPr>
        <w:t>那么第五阶段权限的「准备好了」就不是指物理上的靠近——而是指他有足够的力量去打破囚笼。</w:t>
      </w:r>
    </w:p>
    <w:p>
      <w:pPr>
        <w:spacing w:line="560" w:lineRule="exact"/>
        <w:ind w:firstLine="420"/>
      </w:pPr>
      <w:r>
        <w:rPr>
          <w:rFonts w:ascii="宋体" w:hAnsi="宋体" w:eastAsia="宋体"/>
          <w:sz w:val="24"/>
        </w:rPr>
        <w:t>「还有多远？」</w:t>
      </w:r>
    </w:p>
    <w:p>
      <w:pPr>
        <w:spacing w:line="560" w:lineRule="exact"/>
        <w:ind w:firstLine="420"/>
      </w:pPr>
      <w:r>
        <w:rPr>
          <w:rFonts w:ascii="宋体" w:hAnsi="宋体" w:eastAsia="宋体"/>
          <w:sz w:val="24"/>
        </w:rPr>
        <w:t>「大概一公里。」凌天说，「十分钟。」</w:t>
      </w:r>
    </w:p>
    <w:p>
      <w:pPr>
        <w:spacing w:line="560" w:lineRule="exact"/>
        <w:ind w:firstLine="420"/>
      </w:pPr>
      <w:r>
        <w:rPr>
          <w:rFonts w:ascii="宋体" w:hAnsi="宋体" w:eastAsia="宋体"/>
          <w:sz w:val="24"/>
        </w:rPr>
        <w:t>快艇继续向前。</w:t>
      </w:r>
    </w:p>
    <w:p>
      <w:pPr>
        <w:spacing w:line="560" w:lineRule="exact"/>
        <w:ind w:firstLine="420"/>
      </w:pPr>
      <w:r>
        <w:rPr>
          <w:rFonts w:ascii="宋体" w:hAnsi="宋体" w:eastAsia="宋体"/>
          <w:sz w:val="24"/>
        </w:rPr>
        <w:t>岛越来越近。建筑物的细节也越来越清晰——灰色的混凝土墙，金属门，没有窗户。围栏确实是两米多高，顶部挂着铁刺。</w:t>
      </w:r>
    </w:p>
    <w:p>
      <w:pPr>
        <w:spacing w:line="560" w:lineRule="exact"/>
        <w:ind w:firstLine="420"/>
      </w:pPr>
      <w:r>
        <w:rPr>
          <w:rFonts w:ascii="宋体" w:hAnsi="宋体" w:eastAsia="宋体"/>
          <w:sz w:val="24"/>
        </w:rPr>
        <w:t>然后林风看到了——在岛的西侧沙滩上，靠近建筑群入口的地方——</w:t>
      </w:r>
    </w:p>
    <w:p>
      <w:pPr>
        <w:spacing w:line="560" w:lineRule="exact"/>
        <w:ind w:firstLine="420"/>
      </w:pPr>
      <w:r>
        <w:rPr>
          <w:rFonts w:ascii="宋体" w:hAnsi="宋体" w:eastAsia="宋体"/>
          <w:sz w:val="24"/>
        </w:rPr>
        <w:t>站着一个人。</w:t>
      </w:r>
    </w:p>
    <w:p>
      <w:pPr>
        <w:spacing w:line="560" w:lineRule="exact"/>
        <w:ind w:firstLine="420"/>
      </w:pPr>
      <w:r>
        <w:rPr>
          <w:rFonts w:ascii="宋体" w:hAnsi="宋体" w:eastAsia="宋体"/>
          <w:sz w:val="24"/>
        </w:rPr>
        <w:t>一个人影，站在沙滩上，面向大海的方向。</w:t>
      </w:r>
    </w:p>
    <w:p>
      <w:pPr>
        <w:spacing w:line="560" w:lineRule="exact"/>
        <w:ind w:firstLine="420"/>
      </w:pPr>
      <w:r>
        <w:rPr>
          <w:rFonts w:ascii="宋体" w:hAnsi="宋体" w:eastAsia="宋体"/>
          <w:sz w:val="24"/>
        </w:rPr>
        <w:t>看不清是男是女，看不清年龄。只是一个穿着浅色衣服的轮廓，站在晨光中，像一尊雕像。</w:t>
      </w:r>
    </w:p>
    <w:p>
      <w:pPr>
        <w:spacing w:line="560" w:lineRule="exact"/>
        <w:ind w:firstLine="420"/>
      </w:pPr>
      <w:r>
        <w:rPr>
          <w:rFonts w:ascii="宋体" w:hAnsi="宋体" w:eastAsia="宋体"/>
          <w:sz w:val="24"/>
        </w:rPr>
        <w:t>林风的心跳开始加速。</w:t>
      </w:r>
    </w:p>
    <w:p>
      <w:pPr>
        <w:spacing w:line="560" w:lineRule="exact"/>
        <w:ind w:firstLine="420"/>
      </w:pPr>
      <w:r>
        <w:rPr>
          <w:rFonts w:ascii="宋体" w:hAnsi="宋体" w:eastAsia="宋体"/>
          <w:sz w:val="24"/>
        </w:rPr>
        <w:t>快艇继续靠近。距离大约还有五百米。</w:t>
      </w:r>
    </w:p>
    <w:p>
      <w:pPr>
        <w:spacing w:line="560" w:lineRule="exact"/>
        <w:ind w:firstLine="420"/>
      </w:pPr>
      <w:r>
        <w:rPr>
          <w:rFonts w:ascii="宋体" w:hAnsi="宋体" w:eastAsia="宋体"/>
          <w:sz w:val="24"/>
        </w:rPr>
        <w:t>那个人影似乎注意到了快艇——因为他的身体微微动了一下，然后抬起了右手。</w:t>
      </w:r>
    </w:p>
    <w:p>
      <w:pPr>
        <w:spacing w:line="560" w:lineRule="exact"/>
        <w:ind w:firstLine="420"/>
      </w:pPr>
      <w:r>
        <w:rPr>
          <w:rFonts w:ascii="宋体" w:hAnsi="宋体" w:eastAsia="宋体"/>
          <w:sz w:val="24"/>
        </w:rPr>
        <w:t>不是在挥手——而是用手遮挡额头上的阳光，像是在辨认船上的人。</w:t>
      </w:r>
    </w:p>
    <w:p>
      <w:pPr>
        <w:spacing w:line="560" w:lineRule="exact"/>
        <w:ind w:firstLine="420"/>
      </w:pPr>
      <w:r>
        <w:rPr>
          <w:rFonts w:ascii="宋体" w:hAnsi="宋体" w:eastAsia="宋体"/>
          <w:sz w:val="24"/>
        </w:rPr>
        <w:t>「林风。」凌天忽然说，声音有些不对，「GPS上显示这个坐标点的精度容差是正负五米。」</w:t>
      </w:r>
    </w:p>
    <w:p>
      <w:pPr>
        <w:spacing w:line="560" w:lineRule="exact"/>
        <w:ind w:firstLine="420"/>
      </w:pPr>
      <w:r>
        <w:rPr>
          <w:rFonts w:ascii="宋体" w:hAnsi="宋体" w:eastAsia="宋体"/>
          <w:sz w:val="24"/>
        </w:rPr>
        <w:t>「所以？」</w:t>
      </w:r>
    </w:p>
    <w:p>
      <w:pPr>
        <w:spacing w:line="560" w:lineRule="exact"/>
        <w:ind w:firstLine="420"/>
      </w:pPr>
      <w:r>
        <w:rPr>
          <w:rFonts w:ascii="宋体" w:hAnsi="宋体" w:eastAsia="宋体"/>
          <w:sz w:val="24"/>
        </w:rPr>
        <w:t>「所以按照这个精度——你父母的具体位置应该就在岛中心的建筑群里面。但沙滩上那个人——」</w:t>
      </w:r>
    </w:p>
    <w:p>
      <w:pPr>
        <w:spacing w:line="560" w:lineRule="exact"/>
        <w:ind w:firstLine="420"/>
      </w:pPr>
      <w:r>
        <w:rPr>
          <w:rFonts w:ascii="宋体" w:hAnsi="宋体" w:eastAsia="宋体"/>
          <w:sz w:val="24"/>
        </w:rPr>
        <w:t>凌天没有说完。</w:t>
      </w:r>
    </w:p>
    <w:p>
      <w:pPr>
        <w:spacing w:line="560" w:lineRule="exact"/>
        <w:ind w:firstLine="420"/>
      </w:pPr>
      <w:r>
        <w:rPr>
          <w:rFonts w:ascii="宋体" w:hAnsi="宋体" w:eastAsia="宋体"/>
          <w:sz w:val="24"/>
        </w:rPr>
        <w:t>但林风已经明白了。</w:t>
      </w:r>
    </w:p>
    <w:p>
      <w:pPr>
        <w:spacing w:line="560" w:lineRule="exact"/>
        <w:ind w:firstLine="420"/>
      </w:pPr>
      <w:r>
        <w:rPr>
          <w:rFonts w:ascii="宋体" w:hAnsi="宋体" w:eastAsia="宋体"/>
          <w:sz w:val="24"/>
        </w:rPr>
        <w:t>沙滩上那个人——如果真的是岛上的人——怎么会正好在黎明时分、在他们到达的时候站在沙滩上？</w:t>
      </w:r>
    </w:p>
    <w:p>
      <w:pPr>
        <w:spacing w:line="560" w:lineRule="exact"/>
        <w:ind w:firstLine="420"/>
      </w:pPr>
      <w:r>
        <w:rPr>
          <w:rFonts w:ascii="宋体" w:hAnsi="宋体" w:eastAsia="宋体"/>
          <w:sz w:val="24"/>
        </w:rPr>
        <w:t>除非——</w:t>
      </w:r>
    </w:p>
    <w:p>
      <w:pPr>
        <w:spacing w:line="560" w:lineRule="exact"/>
        <w:ind w:firstLine="420"/>
      </w:pPr>
      <w:r>
        <w:rPr>
          <w:rFonts w:ascii="宋体" w:hAnsi="宋体" w:eastAsia="宋体"/>
          <w:sz w:val="24"/>
        </w:rPr>
        <w:t>那个人在等他们。</w:t>
      </w:r>
    </w:p>
    <w:p>
      <w:pPr>
        <w:spacing w:line="560" w:lineRule="exact"/>
        <w:ind w:firstLine="420"/>
      </w:pPr>
      <w:r>
        <w:rPr>
          <w:rFonts w:ascii="宋体" w:hAnsi="宋体" w:eastAsia="宋体"/>
          <w:sz w:val="24"/>
        </w:rPr>
        <w:t>或者——那个人一直都站在那里。</w:t>
      </w:r>
    </w:p>
    <w:p>
      <w:pPr>
        <w:spacing w:line="560" w:lineRule="exact"/>
        <w:ind w:firstLine="420"/>
      </w:pPr>
      <w:r>
        <w:rPr>
          <w:rFonts w:ascii="宋体" w:hAnsi="宋体" w:eastAsia="宋体"/>
          <w:sz w:val="24"/>
        </w:rPr>
        <w:t>快艇距离沙滩还有三百米。</w:t>
      </w:r>
    </w:p>
    <w:p>
      <w:pPr>
        <w:spacing w:line="560" w:lineRule="exact"/>
        <w:ind w:firstLine="420"/>
      </w:pPr>
      <w:r>
        <w:rPr>
          <w:rFonts w:ascii="宋体" w:hAnsi="宋体" w:eastAsia="宋体"/>
          <w:sz w:val="24"/>
        </w:rPr>
        <w:t>林风站起来，站在船头，迎着海风，看向那个沙滩上的人影。</w:t>
      </w:r>
    </w:p>
    <w:p>
      <w:pPr>
        <w:spacing w:line="560" w:lineRule="exact"/>
        <w:ind w:firstLine="420"/>
      </w:pPr>
      <w:r>
        <w:rPr>
          <w:rFonts w:ascii="宋体" w:hAnsi="宋体" w:eastAsia="宋体"/>
          <w:sz w:val="24"/>
        </w:rPr>
        <w:t>距离越来越近。</w:t>
      </w:r>
    </w:p>
    <w:p>
      <w:pPr>
        <w:spacing w:line="560" w:lineRule="exact"/>
        <w:ind w:firstLine="420"/>
      </w:pPr>
      <w:r>
        <w:rPr>
          <w:rFonts w:ascii="宋体" w:hAnsi="宋体" w:eastAsia="宋体"/>
          <w:sz w:val="24"/>
        </w:rPr>
        <w:t>他能看到那个人的轮廓了——</w:t>
      </w:r>
    </w:p>
    <w:p>
      <w:pPr>
        <w:spacing w:line="560" w:lineRule="exact"/>
        <w:ind w:firstLine="420"/>
      </w:pPr>
      <w:r>
        <w:rPr>
          <w:rFonts w:ascii="宋体" w:hAnsi="宋体" w:eastAsia="宋体"/>
          <w:sz w:val="24"/>
        </w:rPr>
        <w:t>中等身材，短发，穿着一件浅灰色的衬衫。年纪不小了——因为他站立的姿态中能看出一丝上了年纪的人的稳重的感觉。</w:t>
      </w:r>
    </w:p>
    <w:p>
      <w:pPr>
        <w:spacing w:line="560" w:lineRule="exact"/>
        <w:ind w:firstLine="420"/>
      </w:pPr>
      <w:r>
        <w:rPr>
          <w:rFonts w:ascii="宋体" w:hAnsi="宋体" w:eastAsia="宋体"/>
          <w:sz w:val="24"/>
        </w:rPr>
        <w:t>两百米。</w:t>
      </w:r>
    </w:p>
    <w:p>
      <w:pPr>
        <w:spacing w:line="560" w:lineRule="exact"/>
        <w:ind w:firstLine="420"/>
      </w:pPr>
      <w:r>
        <w:rPr>
          <w:rFonts w:ascii="宋体" w:hAnsi="宋体" w:eastAsia="宋体"/>
          <w:sz w:val="24"/>
        </w:rPr>
        <w:t>一百米。</w:t>
      </w:r>
    </w:p>
    <w:p>
      <w:pPr>
        <w:spacing w:line="560" w:lineRule="exact"/>
        <w:ind w:firstLine="420"/>
      </w:pPr>
      <w:r>
        <w:rPr>
          <w:rFonts w:ascii="宋体" w:hAnsi="宋体" w:eastAsia="宋体"/>
          <w:sz w:val="24"/>
        </w:rPr>
        <w:t>那个人影没有再动，只是安静地站在那里。</w:t>
      </w:r>
    </w:p>
    <w:p>
      <w:pPr>
        <w:spacing w:line="560" w:lineRule="exact"/>
        <w:ind w:firstLine="420"/>
      </w:pPr>
      <w:r>
        <w:rPr>
          <w:rFonts w:ascii="宋体" w:hAnsi="宋体" w:eastAsia="宋体"/>
          <w:sz w:val="24"/>
        </w:rPr>
        <w:t>船头冲上沙滩，发出沙沙的摩擦声。黄师傅关了引擎，船轻轻搁浅在白色的沙滩上。</w:t>
      </w:r>
    </w:p>
    <w:p>
      <w:pPr>
        <w:spacing w:line="560" w:lineRule="exact"/>
        <w:ind w:firstLine="420"/>
      </w:pPr>
      <w:r>
        <w:rPr>
          <w:rFonts w:ascii="宋体" w:hAnsi="宋体" w:eastAsia="宋体"/>
          <w:sz w:val="24"/>
        </w:rPr>
        <w:t>林风跳下船，踩到了沙滩上。沙子很细很软，被清晨的海水浸得有些湿润。</w:t>
      </w:r>
    </w:p>
    <w:p>
      <w:pPr>
        <w:spacing w:line="560" w:lineRule="exact"/>
        <w:ind w:firstLine="420"/>
      </w:pPr>
      <w:r>
        <w:rPr>
          <w:rFonts w:ascii="宋体" w:hAnsi="宋体" w:eastAsia="宋体"/>
          <w:sz w:val="24"/>
        </w:rPr>
        <w:t>沙滩上的人在几十米外看着他。</w:t>
      </w:r>
    </w:p>
    <w:p>
      <w:pPr>
        <w:spacing w:line="560" w:lineRule="exact"/>
        <w:ind w:firstLine="420"/>
      </w:pPr>
      <w:r>
        <w:rPr>
          <w:rFonts w:ascii="宋体" w:hAnsi="宋体" w:eastAsia="宋体"/>
          <w:sz w:val="24"/>
        </w:rPr>
        <w:t>林风一步一步地走过去。</w:t>
      </w:r>
    </w:p>
    <w:p>
      <w:pPr>
        <w:spacing w:line="560" w:lineRule="exact"/>
        <w:ind w:firstLine="420"/>
      </w:pPr>
      <w:r>
        <w:rPr>
          <w:rFonts w:ascii="宋体" w:hAnsi="宋体" w:eastAsia="宋体"/>
          <w:sz w:val="24"/>
        </w:rPr>
        <w:t>距离越来越近。</w:t>
      </w:r>
    </w:p>
    <w:p>
      <w:pPr>
        <w:spacing w:line="560" w:lineRule="exact"/>
        <w:ind w:firstLine="420"/>
      </w:pPr>
      <w:r>
        <w:rPr>
          <w:rFonts w:ascii="宋体" w:hAnsi="宋体" w:eastAsia="宋体"/>
          <w:sz w:val="24"/>
        </w:rPr>
        <w:t>他能看清那个人的脸了——五十多岁的年纪，国字脸，鬓角有些斑白，眼角带着深深的皱纹。穿着一件洗得发白的浅灰色衬衫，下摆扎在深色的长裤里。</w:t>
      </w:r>
    </w:p>
    <w:p>
      <w:pPr>
        <w:spacing w:line="560" w:lineRule="exact"/>
        <w:ind w:firstLine="420"/>
      </w:pPr>
      <w:r>
        <w:rPr>
          <w:rFonts w:ascii="宋体" w:hAnsi="宋体" w:eastAsia="宋体"/>
          <w:sz w:val="24"/>
        </w:rPr>
        <w:t>那个人的眼睛——看着林风。</w:t>
      </w:r>
    </w:p>
    <w:p>
      <w:pPr>
        <w:spacing w:line="560" w:lineRule="exact"/>
        <w:ind w:firstLine="420"/>
      </w:pPr>
      <w:r>
        <w:rPr>
          <w:rFonts w:ascii="宋体" w:hAnsi="宋体" w:eastAsia="宋体"/>
          <w:sz w:val="24"/>
        </w:rPr>
        <w:t>眼神很复杂。有惊讶，有不确定，有——</w:t>
      </w:r>
    </w:p>
    <w:p>
      <w:pPr>
        <w:spacing w:line="560" w:lineRule="exact"/>
        <w:ind w:firstLine="420"/>
      </w:pPr>
      <w:r>
        <w:rPr>
          <w:rFonts w:ascii="宋体" w:hAnsi="宋体" w:eastAsia="宋体"/>
          <w:sz w:val="24"/>
        </w:rPr>
        <w:t>然后林风看到了那双眼睛里涌上了泪水。</w:t>
      </w:r>
    </w:p>
    <w:p>
      <w:pPr>
        <w:spacing w:line="560" w:lineRule="exact"/>
        <w:ind w:firstLine="420"/>
      </w:pPr>
      <w:r>
        <w:rPr>
          <w:rFonts w:ascii="宋体" w:hAnsi="宋体" w:eastAsia="宋体"/>
          <w:sz w:val="24"/>
        </w:rPr>
        <w:t>那个人张了张嘴，似乎想说什么，但喉咙像是被什么堵住了。他深吸了一口气，然后说了一句让林风整个人都僵住了的话：</w:t>
      </w:r>
    </w:p>
    <w:p>
      <w:pPr>
        <w:spacing w:line="560" w:lineRule="exact"/>
        <w:ind w:firstLine="420"/>
      </w:pPr>
      <w:r>
        <w:rPr>
          <w:rFonts w:ascii="宋体" w:hAnsi="宋体" w:eastAsia="宋体"/>
          <w:sz w:val="24"/>
        </w:rPr>
        <w:t>「小风……你长这么大了。」</w:t>
      </w:r>
    </w:p>
    <w:p>
      <w:pPr>
        <w:spacing w:line="560" w:lineRule="exact"/>
        <w:ind w:firstLine="420"/>
      </w:pPr>
      <w:r>
        <w:rPr>
          <w:rFonts w:ascii="宋体" w:hAnsi="宋体" w:eastAsia="宋体"/>
          <w:sz w:val="24"/>
        </w:rPr>
        <w:t>林风的脑子一片空白。</w:t>
      </w:r>
    </w:p>
    <w:p>
      <w:pPr>
        <w:spacing w:line="560" w:lineRule="exact"/>
        <w:ind w:firstLine="420"/>
      </w:pPr>
      <w:r>
        <w:rPr>
          <w:rFonts w:ascii="宋体" w:hAnsi="宋体" w:eastAsia="宋体"/>
          <w:sz w:val="24"/>
        </w:rPr>
        <w:t>他从来没有见过这张脸。五岁的他不会记住人的脸。</w:t>
      </w:r>
    </w:p>
    <w:p>
      <w:pPr>
        <w:spacing w:line="560" w:lineRule="exact"/>
        <w:ind w:firstLine="420"/>
      </w:pPr>
      <w:r>
        <w:rPr>
          <w:rFonts w:ascii="宋体" w:hAnsi="宋体" w:eastAsia="宋体"/>
          <w:sz w:val="24"/>
        </w:rPr>
        <w:t>但他听过这个声音。</w:t>
      </w:r>
    </w:p>
    <w:p>
      <w:pPr>
        <w:spacing w:line="560" w:lineRule="exact"/>
        <w:ind w:firstLine="420"/>
      </w:pPr>
      <w:r>
        <w:rPr>
          <w:rFonts w:ascii="宋体" w:hAnsi="宋体" w:eastAsia="宋体"/>
          <w:sz w:val="24"/>
        </w:rPr>
        <w:t>在戈壁基地的视频里。</w:t>
      </w:r>
    </w:p>
    <w:p>
      <w:pPr>
        <w:spacing w:line="560" w:lineRule="exact"/>
        <w:ind w:firstLine="420"/>
      </w:pPr>
      <w:r>
        <w:rPr>
          <w:rFonts w:ascii="宋体" w:hAnsi="宋体" w:eastAsia="宋体"/>
          <w:sz w:val="24"/>
        </w:rPr>
        <w:t>父亲林建国的声音。</w:t>
      </w:r>
    </w:p>
    <w:p>
      <w:r>
        <w:br w:type="page"/>
      </w:r>
    </w:p>
    <w:p>
      <w:pPr>
        <w:jc w:val="center"/>
      </w:pPr>
      <w:r>
        <w:rPr>
          <w:b/>
          <w:sz w:val="32"/>
        </w:rPr>
        <w:t>第080章 十六年·父子·真相</w:t>
      </w:r>
    </w:p>
    <w:p>
      <w:pPr>
        <w:jc w:val="center"/>
      </w:pPr>
      <w:r>
        <w:rPr>
          <w:color w:val="999999"/>
          <w:sz w:val="18"/>
        </w:rPr>
        <w:t>（2,501字）</w:t>
      </w:r>
    </w:p>
    <w:p/>
    <w:p>
      <w:pPr>
        <w:spacing w:line="560" w:lineRule="exact"/>
        <w:ind w:firstLine="420"/>
      </w:pPr>
      <w:r>
        <w:rPr>
          <w:rFonts w:ascii="宋体" w:hAnsi="宋体" w:eastAsia="宋体"/>
          <w:sz w:val="24"/>
        </w:rPr>
        <w:t>「小风……你长这么大了。」</w:t>
      </w:r>
    </w:p>
    <w:p>
      <w:pPr>
        <w:spacing w:line="560" w:lineRule="exact"/>
        <w:ind w:firstLine="420"/>
      </w:pPr>
      <w:r>
        <w:rPr>
          <w:rFonts w:ascii="宋体" w:hAnsi="宋体" w:eastAsia="宋体"/>
          <w:sz w:val="24"/>
        </w:rPr>
        <w:t>这句话像一记重锤砸在林风的胸口上。</w:t>
      </w:r>
    </w:p>
    <w:p>
      <w:pPr>
        <w:spacing w:line="560" w:lineRule="exact"/>
        <w:ind w:firstLine="420"/>
      </w:pPr>
      <w:r>
        <w:rPr>
          <w:rFonts w:ascii="宋体" w:hAnsi="宋体" w:eastAsia="宋体"/>
          <w:sz w:val="24"/>
        </w:rPr>
        <w:t>他站在原地，一动不动。</w:t>
      </w:r>
    </w:p>
    <w:p>
      <w:pPr>
        <w:spacing w:line="560" w:lineRule="exact"/>
        <w:ind w:firstLine="420"/>
      </w:pPr>
      <w:r>
        <w:rPr>
          <w:rFonts w:ascii="宋体" w:hAnsi="宋体" w:eastAsia="宋体"/>
          <w:sz w:val="24"/>
        </w:rPr>
        <w:t>十六年。他设想过无数次重逢的场景——在他的想象中，要么是一个温暖的拥抱，要么是一个泪流满面的相认。但当这个人真的站在他面前，用他只在视频里听过无数次的声音喊出他的名字，他发现自己什么都做不了。</w:t>
      </w:r>
    </w:p>
    <w:p>
      <w:pPr>
        <w:spacing w:line="560" w:lineRule="exact"/>
        <w:ind w:firstLine="420"/>
      </w:pPr>
      <w:r>
        <w:rPr>
          <w:rFonts w:ascii="宋体" w:hAnsi="宋体" w:eastAsia="宋体"/>
          <w:sz w:val="24"/>
        </w:rPr>
        <w:t>手脚像是灌了铅。喉咙像是被什么堵住了。眼睛开始发酸。</w:t>
      </w:r>
    </w:p>
    <w:p>
      <w:pPr>
        <w:spacing w:line="560" w:lineRule="exact"/>
        <w:ind w:firstLine="420"/>
      </w:pPr>
      <w:r>
        <w:rPr>
          <w:rFonts w:ascii="宋体" w:hAnsi="宋体" w:eastAsia="宋体"/>
          <w:sz w:val="24"/>
        </w:rPr>
        <w:t>林建国往前走了两步，停在了离林风不到一米的地方。</w:t>
      </w:r>
    </w:p>
    <w:p>
      <w:pPr>
        <w:spacing w:line="560" w:lineRule="exact"/>
        <w:ind w:firstLine="420"/>
      </w:pPr>
      <w:r>
        <w:rPr>
          <w:rFonts w:ascii="宋体" w:hAnsi="宋体" w:eastAsia="宋体"/>
          <w:sz w:val="24"/>
        </w:rPr>
        <w:t>两个人面对面站着。</w:t>
      </w:r>
    </w:p>
    <w:p>
      <w:pPr>
        <w:spacing w:line="560" w:lineRule="exact"/>
        <w:ind w:firstLine="420"/>
      </w:pPr>
      <w:r>
        <w:rPr>
          <w:rFonts w:ascii="宋体" w:hAnsi="宋体" w:eastAsia="宋体"/>
          <w:sz w:val="24"/>
        </w:rPr>
        <w:t>清晨的阳光从东方的海面上洒过来，把两个人的影子拉得很长。海浪声在身后一阵一阵地响起，海风把他们俩的衣服吹得轻轻飘动。</w:t>
      </w:r>
    </w:p>
    <w:p>
      <w:pPr>
        <w:spacing w:line="560" w:lineRule="exact"/>
        <w:ind w:firstLine="420"/>
      </w:pPr>
      <w:r>
        <w:rPr>
          <w:rFonts w:ascii="宋体" w:hAnsi="宋体" w:eastAsia="宋体"/>
          <w:sz w:val="24"/>
        </w:rPr>
        <w:t>林建国比视频里看起来老了很多。</w:t>
      </w:r>
    </w:p>
    <w:p>
      <w:pPr>
        <w:spacing w:line="560" w:lineRule="exact"/>
        <w:ind w:firstLine="420"/>
      </w:pPr>
      <w:r>
        <w:rPr>
          <w:rFonts w:ascii="宋体" w:hAnsi="宋体" w:eastAsia="宋体"/>
          <w:sz w:val="24"/>
        </w:rPr>
        <w:t>视频里那个西装革履、坐在办公桌后面的男人，现在穿着洗得发白的衬衫，鬓角的白发比视频里多了不止一倍，眼角的皱纹像是刀刻的一样深。他看起来不像一个计算机科学家——更像一个在岛上生活了多年的渔民。</w:t>
      </w:r>
    </w:p>
    <w:p>
      <w:pPr>
        <w:spacing w:line="560" w:lineRule="exact"/>
        <w:ind w:firstLine="420"/>
      </w:pPr>
      <w:r>
        <w:rPr>
          <w:rFonts w:ascii="宋体" w:hAnsi="宋体" w:eastAsia="宋体"/>
          <w:sz w:val="24"/>
        </w:rPr>
        <w:t>但他的眼睛没有变。那双眼睛——明亮、有神、带着一种林风也说不上来的熟悉感。</w:t>
      </w:r>
    </w:p>
    <w:p>
      <w:pPr>
        <w:spacing w:line="560" w:lineRule="exact"/>
        <w:ind w:firstLine="420"/>
      </w:pPr>
      <w:r>
        <w:rPr>
          <w:rFonts w:ascii="宋体" w:hAnsi="宋体" w:eastAsia="宋体"/>
          <w:sz w:val="24"/>
        </w:rPr>
        <w:t>「我知道你会来。」林建国说，声音有些嘶哑，「今天早上古玉的信号在这个范围里出现了——我就知道是你。」</w:t>
      </w:r>
    </w:p>
    <w:p>
      <w:pPr>
        <w:spacing w:line="560" w:lineRule="exact"/>
        <w:ind w:firstLine="420"/>
      </w:pPr>
      <w:r>
        <w:rPr>
          <w:rFonts w:ascii="宋体" w:hAnsi="宋体" w:eastAsia="宋体"/>
          <w:sz w:val="24"/>
        </w:rPr>
        <w:t>「你怎么——」林风开口说，但发现自己的声音沙哑得连自己都认不出来。</w:t>
      </w:r>
    </w:p>
    <w:p>
      <w:pPr>
        <w:spacing w:line="560" w:lineRule="exact"/>
        <w:ind w:firstLine="420"/>
      </w:pPr>
      <w:r>
        <w:rPr>
          <w:rFonts w:ascii="宋体" w:hAnsi="宋体" w:eastAsia="宋体"/>
          <w:sz w:val="24"/>
        </w:rPr>
        <w:t>林建国笑了一下，眼角的皱纹更深了：「古玉的第五阶段权限激活条件之一——是它会向我的终端发送一个近距通知。十六年前我设的规则。」</w:t>
      </w:r>
    </w:p>
    <w:p>
      <w:pPr>
        <w:spacing w:line="560" w:lineRule="exact"/>
        <w:ind w:firstLine="420"/>
      </w:pPr>
      <w:r>
        <w:rPr>
          <w:rFonts w:ascii="宋体" w:hAnsi="宋体" w:eastAsia="宋体"/>
          <w:sz w:val="24"/>
        </w:rPr>
        <w:t>原来如此。父亲不是在等他——而是古玉在通知他。</w:t>
      </w:r>
    </w:p>
    <w:p>
      <w:pPr>
        <w:spacing w:line="560" w:lineRule="exact"/>
        <w:ind w:firstLine="420"/>
      </w:pPr>
      <w:r>
        <w:rPr>
          <w:rFonts w:ascii="宋体" w:hAnsi="宋体" w:eastAsia="宋体"/>
          <w:sz w:val="24"/>
        </w:rPr>
        <w:t>「我妈呢？」林风问。这是他能想到的第一个问题。</w:t>
      </w:r>
    </w:p>
    <w:p>
      <w:pPr>
        <w:spacing w:line="560" w:lineRule="exact"/>
        <w:ind w:firstLine="420"/>
      </w:pPr>
      <w:r>
        <w:rPr>
          <w:rFonts w:ascii="宋体" w:hAnsi="宋体" w:eastAsia="宋体"/>
          <w:sz w:val="24"/>
        </w:rPr>
        <w:t>林建国的笑容凝固了一下，然后他说：「她在里面。她——也在等你。」</w:t>
      </w:r>
    </w:p>
    <w:p>
      <w:pPr>
        <w:spacing w:line="560" w:lineRule="exact"/>
        <w:ind w:firstLine="420"/>
      </w:pPr>
      <w:r>
        <w:rPr>
          <w:rFonts w:ascii="宋体" w:hAnsi="宋体" w:eastAsia="宋体"/>
          <w:sz w:val="24"/>
        </w:rPr>
        <w:t>林风点了点头。</w:t>
      </w:r>
    </w:p>
    <w:p>
      <w:pPr>
        <w:spacing w:line="560" w:lineRule="exact"/>
        <w:ind w:firstLine="420"/>
      </w:pPr>
      <w:r>
        <w:rPr>
          <w:rFonts w:ascii="宋体" w:hAnsi="宋体" w:eastAsia="宋体"/>
          <w:sz w:val="24"/>
        </w:rPr>
        <w:t>父子俩并肩往岛中心走。沙滩上的脚步留下了两行并排的脚印，一行大一行小。</w:t>
      </w:r>
    </w:p>
    <w:p>
      <w:pPr>
        <w:spacing w:line="560" w:lineRule="exact"/>
        <w:ind w:firstLine="420"/>
      </w:pPr>
      <w:r>
        <w:rPr>
          <w:rFonts w:ascii="宋体" w:hAnsi="宋体" w:eastAsia="宋体"/>
          <w:sz w:val="24"/>
        </w:rPr>
        <w:t>凌天没有跟上来。他留在了船上，和黄师傅一起，保持着警惕——但目光一直追随着林风远去的背影。</w:t>
      </w:r>
    </w:p>
    <w:p>
      <w:pPr>
        <w:spacing w:line="560" w:lineRule="exact"/>
        <w:ind w:firstLine="420"/>
      </w:pPr>
      <w:r>
        <w:rPr>
          <w:rFonts w:ascii="宋体" w:hAnsi="宋体" w:eastAsia="宋体"/>
          <w:sz w:val="24"/>
        </w:rPr>
        <w:t>岛很小，从沙滩走到建筑群入口只有不到两百米。围栏的铁门没有锁，只有一把插销。林建国拉开插销，门发出一声生锈的嘎吱声。</w:t>
      </w:r>
    </w:p>
    <w:p>
      <w:pPr>
        <w:spacing w:line="560" w:lineRule="exact"/>
        <w:ind w:firstLine="420"/>
      </w:pPr>
      <w:r>
        <w:rPr>
          <w:rFonts w:ascii="宋体" w:hAnsi="宋体" w:eastAsia="宋体"/>
          <w:sz w:val="24"/>
        </w:rPr>
        <w:t>「我们在这里住了十六年。」林建国边走边说，「刚开始的时候条件很差——一个集装箱改造的临时住所，喝的是过滤的海水，吃的是储备干粮和捕的鱼。后来奥林匹斯的人慢慢给这里添置了基础设施——发电机、海水淡化器、太阳能板。」</w:t>
      </w:r>
    </w:p>
    <w:p>
      <w:pPr>
        <w:spacing w:line="560" w:lineRule="exact"/>
        <w:ind w:firstLine="420"/>
      </w:pPr>
      <w:r>
        <w:rPr>
          <w:rFonts w:ascii="宋体" w:hAnsi="宋体" w:eastAsia="宋体"/>
          <w:sz w:val="24"/>
        </w:rPr>
        <w:t>「奥林匹斯把你们关在这里？」林风问。</w:t>
      </w:r>
    </w:p>
    <w:p>
      <w:pPr>
        <w:spacing w:line="560" w:lineRule="exact"/>
        <w:ind w:firstLine="420"/>
      </w:pPr>
      <w:r>
        <w:rPr>
          <w:rFonts w:ascii="宋体" w:hAnsi="宋体" w:eastAsia="宋体"/>
          <w:sz w:val="24"/>
        </w:rPr>
        <w:t>「关？」林建国摇了摇头，「不，小风——你可能理解错了。我们不是被关在这里的。」</w:t>
      </w:r>
    </w:p>
    <w:p>
      <w:pPr>
        <w:spacing w:line="560" w:lineRule="exact"/>
        <w:ind w:firstLine="420"/>
      </w:pPr>
      <w:r>
        <w:rPr>
          <w:rFonts w:ascii="宋体" w:hAnsi="宋体" w:eastAsia="宋体"/>
          <w:sz w:val="24"/>
        </w:rPr>
        <w:t>林风愣住了。</w:t>
      </w:r>
    </w:p>
    <w:p>
      <w:pPr>
        <w:spacing w:line="560" w:lineRule="exact"/>
        <w:ind w:firstLine="420"/>
      </w:pPr>
      <w:r>
        <w:rPr>
          <w:rFonts w:ascii="宋体" w:hAnsi="宋体" w:eastAsia="宋体"/>
          <w:sz w:val="24"/>
        </w:rPr>
        <w:t>「我们选择了留在这里。」林建国说，「因为这座岛——是整个《天界》系统的第一台原型服务器的所在地。2008年，我们在这里写下了第一行代码。」</w:t>
      </w:r>
    </w:p>
    <w:p>
      <w:pPr>
        <w:spacing w:line="560" w:lineRule="exact"/>
        <w:ind w:firstLine="420"/>
      </w:pPr>
      <w:r>
        <w:rPr>
          <w:rFonts w:ascii="宋体" w:hAnsi="宋体" w:eastAsia="宋体"/>
          <w:sz w:val="24"/>
        </w:rPr>
        <w:t>林风瞪大了眼睛。</w:t>
      </w:r>
    </w:p>
    <w:p>
      <w:pPr>
        <w:spacing w:line="560" w:lineRule="exact"/>
        <w:ind w:firstLine="420"/>
      </w:pPr>
      <w:r>
        <w:rPr>
          <w:rFonts w:ascii="宋体" w:hAnsi="宋体" w:eastAsia="宋体"/>
          <w:sz w:val="24"/>
        </w:rPr>
        <w:t>这座岛——南海中的一个小岛——是《天界》的出生地？</w:t>
      </w:r>
    </w:p>
    <w:p>
      <w:pPr>
        <w:spacing w:line="560" w:lineRule="exact"/>
        <w:ind w:firstLine="420"/>
      </w:pPr>
      <w:r>
        <w:rPr>
          <w:rFonts w:ascii="宋体" w:hAnsi="宋体" w:eastAsia="宋体"/>
          <w:sz w:val="24"/>
        </w:rPr>
        <w:t>「你妈妈和我，在2006年到2008年之间，在这个岛上完成了《天界》核心引擎的全部设计和开发。」林建国推开建筑群入口的一扇金属门，走进了一个内院，「那时候还没有公司，没有投资，没有团队——就我们两个人，两台服务器，一根从新加坡拉过来的海底光缆。」</w:t>
      </w:r>
    </w:p>
    <w:p>
      <w:pPr>
        <w:spacing w:line="560" w:lineRule="exact"/>
        <w:ind w:firstLine="420"/>
      </w:pPr>
      <w:r>
        <w:rPr>
          <w:rFonts w:ascii="宋体" w:hAnsi="宋体" w:eastAsia="宋体"/>
          <w:sz w:val="24"/>
        </w:rPr>
        <w:t>内院不大，大约五十平方米，地面是水泥铺的，院子中间有一棵粗壮的凤凰木，长得枝叶繁茂，树冠几乎遮住了半个院子。树下摆着一张木桌和两把藤椅，桌上放着一套茶具，旁边是一盏太阳能台灯。</w:t>
      </w:r>
    </w:p>
    <w:p>
      <w:pPr>
        <w:spacing w:line="560" w:lineRule="exact"/>
        <w:ind w:firstLine="420"/>
      </w:pPr>
      <w:r>
        <w:rPr>
          <w:rFonts w:ascii="宋体" w:hAnsi="宋体" w:eastAsia="宋体"/>
          <w:sz w:val="24"/>
        </w:rPr>
        <w:t>「2008年的时候，我们做出了第一个可运行的原型——一个只有一百平方米的虚拟世界，里面有一棵和这棵树一模一样的凤凰木。」林建国走到那棵树下，伸手摸了摸树干，「你妈妈给它起了个名字——叫『伊甸』。」</w:t>
      </w:r>
    </w:p>
    <w:p>
      <w:pPr>
        <w:spacing w:line="560" w:lineRule="exact"/>
        <w:ind w:firstLine="420"/>
      </w:pPr>
      <w:r>
        <w:rPr>
          <w:rFonts w:ascii="宋体" w:hAnsi="宋体" w:eastAsia="宋体"/>
          <w:sz w:val="24"/>
        </w:rPr>
        <w:t>「后来呢？」</w:t>
      </w:r>
    </w:p>
    <w:p>
      <w:pPr>
        <w:spacing w:line="560" w:lineRule="exact"/>
        <w:ind w:firstLine="420"/>
      </w:pPr>
      <w:r>
        <w:rPr>
          <w:rFonts w:ascii="宋体" w:hAnsi="宋体" w:eastAsia="宋体"/>
          <w:sz w:val="24"/>
        </w:rPr>
        <w:t>「后来有人找到了我们。」林建国说，「不是奥林匹斯——最早找到我们的是一个叫张远的人，他是新加坡国立大学的教授，也是全球最早的虚拟现实研究领域的学者之一。他看了我们的原型之后，说了一句——『你们发明了下一代互联网』。」</w:t>
      </w:r>
    </w:p>
    <w:p>
      <w:pPr>
        <w:spacing w:line="560" w:lineRule="exact"/>
        <w:ind w:firstLine="420"/>
      </w:pPr>
      <w:r>
        <w:rPr>
          <w:rFonts w:ascii="宋体" w:hAnsi="宋体" w:eastAsia="宋体"/>
          <w:sz w:val="24"/>
        </w:rPr>
        <w:t>林风静静地听着。</w:t>
      </w:r>
    </w:p>
    <w:p>
      <w:pPr>
        <w:spacing w:line="560" w:lineRule="exact"/>
        <w:ind w:firstLine="420"/>
      </w:pPr>
      <w:r>
        <w:rPr>
          <w:rFonts w:ascii="宋体" w:hAnsi="宋体" w:eastAsia="宋体"/>
          <w:sz w:val="24"/>
        </w:rPr>
        <w:t>「张远帮我们申请了专利，联系了投资人——奥林匹斯投资集团就是在那时候入场的。」林建国坐下来，倒了一杯茶，「他们给的资金太大了，条件也太好了。好到我们当时都觉得不可思议。但那时候我们年轻，觉得遇到了伯乐。」</w:t>
      </w:r>
    </w:p>
    <w:p>
      <w:pPr>
        <w:spacing w:line="560" w:lineRule="exact"/>
        <w:ind w:firstLine="420"/>
      </w:pPr>
      <w:r>
        <w:rPr>
          <w:rFonts w:ascii="宋体" w:hAnsi="宋体" w:eastAsia="宋体"/>
          <w:sz w:val="24"/>
        </w:rPr>
        <w:t>「但实际上——」</w:t>
      </w:r>
    </w:p>
    <w:p>
      <w:pPr>
        <w:spacing w:line="560" w:lineRule="exact"/>
        <w:ind w:firstLine="420"/>
      </w:pPr>
      <w:r>
        <w:rPr>
          <w:rFonts w:ascii="宋体" w:hAnsi="宋体" w:eastAsia="宋体"/>
          <w:sz w:val="24"/>
        </w:rPr>
        <w:t>「实际上他们从一开始就是冲着《天界》的底层架构来的。」林建国端起茶杯，但没有喝，「你妈妈在第三版引擎里发现了一些可疑的代码片段——不是我们写的，是在我们不知道的情况下被人植入的。」</w:t>
      </w:r>
    </w:p>
    <w:p>
      <w:pPr>
        <w:spacing w:line="560" w:lineRule="exact"/>
        <w:ind w:firstLine="420"/>
      </w:pPr>
      <w:r>
        <w:rPr>
          <w:rFonts w:ascii="宋体" w:hAnsi="宋体" w:eastAsia="宋体"/>
          <w:sz w:val="24"/>
        </w:rPr>
        <w:t>「暗流。」</w:t>
      </w:r>
    </w:p>
    <w:p>
      <w:pPr>
        <w:spacing w:line="560" w:lineRule="exact"/>
        <w:ind w:firstLine="420"/>
      </w:pPr>
      <w:r>
        <w:rPr>
          <w:rFonts w:ascii="宋体" w:hAnsi="宋体" w:eastAsia="宋体"/>
          <w:sz w:val="24"/>
        </w:rPr>
        <w:t>「对。」林建国说，「奥林匹斯的安全部门在我们眼皮底下修改了系统代码。他们植入了一个上层监控层——可以读取所有玩家的行为数据、声纹信息、甚至是生物特征数据。」</w:t>
      </w:r>
    </w:p>
    <w:p>
      <w:pPr>
        <w:spacing w:line="560" w:lineRule="exact"/>
        <w:ind w:firstLine="420"/>
      </w:pPr>
      <w:r>
        <w:rPr>
          <w:rFonts w:ascii="宋体" w:hAnsi="宋体" w:eastAsia="宋体"/>
          <w:sz w:val="24"/>
        </w:rPr>
        <w:t>林风的眉头紧皱：「所以他们运营《天界》的目的不是赚钱——」</w:t>
      </w:r>
    </w:p>
    <w:p>
      <w:pPr>
        <w:spacing w:line="560" w:lineRule="exact"/>
        <w:ind w:firstLine="420"/>
      </w:pPr>
      <w:r>
        <w:rPr>
          <w:rFonts w:ascii="宋体" w:hAnsi="宋体" w:eastAsia="宋体"/>
          <w:sz w:val="24"/>
        </w:rPr>
        <w:t>「是收集数据。」林建国说，「全球几千万玩家的行为模式、性格特征、生物识别数据——这些数据的价值远高于游戏本身的收入。」</w:t>
      </w:r>
    </w:p>
    <w:p>
      <w:pPr>
        <w:spacing w:line="560" w:lineRule="exact"/>
        <w:ind w:firstLine="420"/>
      </w:pPr>
      <w:r>
        <w:rPr>
          <w:rFonts w:ascii="宋体" w:hAnsi="宋体" w:eastAsia="宋体"/>
          <w:sz w:val="24"/>
        </w:rPr>
        <w:t>「那你们假死——」</w:t>
      </w:r>
    </w:p>
    <w:p>
      <w:pPr>
        <w:spacing w:line="560" w:lineRule="exact"/>
        <w:ind w:firstLine="420"/>
      </w:pPr>
      <w:r>
        <w:rPr>
          <w:rFonts w:ascii="宋体" w:hAnsi="宋体" w:eastAsia="宋体"/>
          <w:sz w:val="24"/>
        </w:rPr>
        <w:t>「是逃亡。」林建国说，「2009年，你妈妈从奥林匹斯的内部邮件系统里截获了一份文件——他们准备把数据收集范围扩大到服务器运维人员的身上。也就是说，他们打算控制所有接触核心系统的人。」</w:t>
      </w:r>
    </w:p>
    <w:p>
      <w:pPr>
        <w:spacing w:line="560" w:lineRule="exact"/>
        <w:ind w:firstLine="420"/>
      </w:pPr>
      <w:r>
        <w:rPr>
          <w:rFonts w:ascii="宋体" w:hAnsi="宋体" w:eastAsia="宋体"/>
          <w:sz w:val="24"/>
        </w:rPr>
        <w:t>「所以你和妈妈——」</w:t>
      </w:r>
    </w:p>
    <w:p>
      <w:pPr>
        <w:spacing w:line="560" w:lineRule="exact"/>
        <w:ind w:firstLine="420"/>
      </w:pPr>
      <w:r>
        <w:rPr>
          <w:rFonts w:ascii="宋体" w:hAnsi="宋体" w:eastAsia="宋体"/>
          <w:sz w:val="24"/>
        </w:rPr>
        <w:t>「安排了那场车祸。」林建国说，「在国防部有一个老朋友帮忙——他帮我们伪造了现场和尸检报告。然后我们回到了这座岛上，切断了和外界的一切联系。」</w:t>
      </w:r>
    </w:p>
    <w:p>
      <w:pPr>
        <w:spacing w:line="560" w:lineRule="exact"/>
        <w:ind w:firstLine="420"/>
      </w:pPr>
      <w:r>
        <w:rPr>
          <w:rFonts w:ascii="宋体" w:hAnsi="宋体" w:eastAsia="宋体"/>
          <w:sz w:val="24"/>
        </w:rPr>
        <w:t>「那陈泽宇叔叔呢？」</w:t>
      </w:r>
    </w:p>
    <w:p>
      <w:pPr>
        <w:spacing w:line="560" w:lineRule="exact"/>
        <w:ind w:firstLine="420"/>
      </w:pPr>
      <w:r>
        <w:rPr>
          <w:rFonts w:ascii="宋体" w:hAnsi="宋体" w:eastAsia="宋体"/>
          <w:sz w:val="24"/>
        </w:rPr>
        <w:t>林建国的表情变得复杂起来。「泽宇是我在国防部的老同事介绍给我的——我假死之后，他主动提出可以潜入奥林匹斯做卧底。」他叹了一口气，「他做得太好了。好到他在奥林匹斯内部一步步晋升，最后成为了暗流的安全主管之一。」</w:t>
      </w:r>
    </w:p>
    <w:p>
      <w:pPr>
        <w:spacing w:line="560" w:lineRule="exact"/>
        <w:ind w:firstLine="420"/>
      </w:pPr>
      <w:r>
        <w:rPr>
          <w:rFonts w:ascii="宋体" w:hAnsi="宋体" w:eastAsia="宋体"/>
          <w:sz w:val="24"/>
        </w:rPr>
        <w:t>「但他失联了。」林风说。</w:t>
      </w:r>
    </w:p>
    <w:p>
      <w:pPr>
        <w:spacing w:line="560" w:lineRule="exact"/>
        <w:ind w:firstLine="420"/>
      </w:pPr>
      <w:r>
        <w:rPr>
          <w:rFonts w:ascii="宋体" w:hAnsi="宋体" w:eastAsia="宋体"/>
          <w:sz w:val="24"/>
        </w:rPr>
        <w:t>「两年前。」林建国说，「他最后一次发来的消息是一行代码——用EVE协议的编码格式写的。解码之后，信息只有六个字：『他们知道了，快走』。」</w:t>
      </w:r>
    </w:p>
    <w:p>
      <w:pPr>
        <w:spacing w:line="560" w:lineRule="exact"/>
        <w:ind w:firstLine="420"/>
      </w:pPr>
      <w:r>
        <w:rPr>
          <w:rFonts w:ascii="宋体" w:hAnsi="宋体" w:eastAsia="宋体"/>
          <w:sz w:val="24"/>
        </w:rPr>
        <w:t>林风沉默了。</w:t>
      </w:r>
    </w:p>
    <w:p>
      <w:pPr>
        <w:spacing w:line="560" w:lineRule="exact"/>
        <w:ind w:firstLine="420"/>
      </w:pPr>
      <w:r>
        <w:rPr>
          <w:rFonts w:ascii="宋体" w:hAnsi="宋体" w:eastAsia="宋体"/>
          <w:sz w:val="24"/>
        </w:rPr>
        <w:t>那六个字——陈泽宇用生命送出的最后一条消息。</w:t>
      </w:r>
    </w:p>
    <w:p>
      <w:pPr>
        <w:spacing w:line="560" w:lineRule="exact"/>
        <w:ind w:firstLine="420"/>
      </w:pPr>
      <w:r>
        <w:rPr>
          <w:rFonts w:ascii="宋体" w:hAnsi="宋体" w:eastAsia="宋体"/>
          <w:sz w:val="24"/>
        </w:rPr>
        <w:t>「所以他——」</w:t>
      </w:r>
    </w:p>
    <w:p>
      <w:pPr>
        <w:spacing w:line="560" w:lineRule="exact"/>
        <w:ind w:firstLine="420"/>
      </w:pPr>
      <w:r>
        <w:rPr>
          <w:rFonts w:ascii="宋体" w:hAnsi="宋体" w:eastAsia="宋体"/>
          <w:sz w:val="24"/>
        </w:rPr>
        <w:t>「我不知道。」林建国说，声音有些低沉，「从那以后，我再也没有收到他的任何消息。奥林匹斯也没有任何关于他的公开记录——没有死亡通报，没有失踪报告。」</w:t>
      </w:r>
    </w:p>
    <w:p>
      <w:pPr>
        <w:spacing w:line="560" w:lineRule="exact"/>
        <w:ind w:firstLine="420"/>
      </w:pPr>
      <w:r>
        <w:rPr>
          <w:rFonts w:ascii="宋体" w:hAnsi="宋体" w:eastAsia="宋体"/>
          <w:sz w:val="24"/>
        </w:rPr>
        <w:t>林风闭上眼睛，消化着这一切。</w:t>
      </w:r>
    </w:p>
    <w:p>
      <w:pPr>
        <w:spacing w:line="560" w:lineRule="exact"/>
        <w:ind w:firstLine="420"/>
      </w:pPr>
      <w:r>
        <w:rPr>
          <w:rFonts w:ascii="宋体" w:hAnsi="宋体" w:eastAsia="宋体"/>
          <w:sz w:val="24"/>
        </w:rPr>
        <w:t>原来父母不是受害者——他们是主动选择撤退的战士。他们回到了这座孕育了《天界》的小岛，在这里守了十六年，等待时机。</w:t>
      </w:r>
    </w:p>
    <w:p>
      <w:pPr>
        <w:spacing w:line="560" w:lineRule="exact"/>
        <w:ind w:firstLine="420"/>
      </w:pPr>
      <w:r>
        <w:rPr>
          <w:rFonts w:ascii="宋体" w:hAnsi="宋体" w:eastAsia="宋体"/>
          <w:sz w:val="24"/>
        </w:rPr>
        <w:t>「你妈妈在等我们。」林建国站起来，「走吧——她在一个你不能错过的地方等你。」</w:t>
      </w:r>
    </w:p>
    <w:p>
      <w:pPr>
        <w:spacing w:line="560" w:lineRule="exact"/>
        <w:ind w:firstLine="420"/>
      </w:pPr>
      <w:r>
        <w:rPr>
          <w:rFonts w:ascii="宋体" w:hAnsi="宋体" w:eastAsia="宋体"/>
          <w:sz w:val="24"/>
        </w:rPr>
        <w:t>他带着林风穿过内院，走进建筑内部。走廊不长，两边的墙壁上挂着一些老照片——大部分是两个人（林建国和林婉）在岛上的工作照，还有一些早期的系统架构图和代码片段。</w:t>
      </w:r>
    </w:p>
    <w:p>
      <w:pPr>
        <w:spacing w:line="560" w:lineRule="exact"/>
        <w:ind w:firstLine="420"/>
      </w:pPr>
      <w:r>
        <w:rPr>
          <w:rFonts w:ascii="宋体" w:hAnsi="宋体" w:eastAsia="宋体"/>
          <w:sz w:val="24"/>
        </w:rPr>
        <w:t>其中一张照片——</w:t>
      </w:r>
    </w:p>
    <w:p>
      <w:pPr>
        <w:spacing w:line="560" w:lineRule="exact"/>
        <w:ind w:firstLine="420"/>
      </w:pPr>
      <w:r>
        <w:rPr>
          <w:rFonts w:ascii="宋体" w:hAnsi="宋体" w:eastAsia="宋体"/>
          <w:sz w:val="24"/>
        </w:rPr>
        <w:t>林风停下了脚步。</w:t>
      </w:r>
    </w:p>
    <w:p>
      <w:pPr>
        <w:spacing w:line="560" w:lineRule="exact"/>
        <w:ind w:firstLine="420"/>
      </w:pPr>
      <w:r>
        <w:rPr>
          <w:rFonts w:ascii="宋体" w:hAnsi="宋体" w:eastAsia="宋体"/>
          <w:sz w:val="24"/>
        </w:rPr>
        <w:t>照片里，林婉坐在一张电脑前，手捧着一个婴儿。婴儿看起来不到一岁，穿着黄色的连体衣，圆圆的脸上带着笑容。</w:t>
      </w:r>
    </w:p>
    <w:p>
      <w:pPr>
        <w:spacing w:line="560" w:lineRule="exact"/>
        <w:ind w:firstLine="420"/>
      </w:pPr>
      <w:r>
        <w:rPr>
          <w:rFonts w:ascii="宋体" w:hAnsi="宋体" w:eastAsia="宋体"/>
          <w:sz w:val="24"/>
        </w:rPr>
        <w:t>照片下面有一行手写的字：「小风的一岁生日——你在看《天界》的第一片草地。」</w:t>
      </w:r>
    </w:p>
    <w:p>
      <w:pPr>
        <w:spacing w:line="560" w:lineRule="exact"/>
        <w:ind w:firstLine="420"/>
      </w:pPr>
      <w:r>
        <w:rPr>
          <w:rFonts w:ascii="宋体" w:hAnsi="宋体" w:eastAsia="宋体"/>
          <w:sz w:val="24"/>
        </w:rPr>
        <w:t>林风的鼻子一酸。</w:t>
      </w:r>
    </w:p>
    <w:p>
      <w:pPr>
        <w:spacing w:line="560" w:lineRule="exact"/>
        <w:ind w:firstLine="420"/>
      </w:pPr>
      <w:r>
        <w:rPr>
          <w:rFonts w:ascii="宋体" w:hAnsi="宋体" w:eastAsia="宋体"/>
          <w:sz w:val="24"/>
        </w:rPr>
        <w:t>他继续往前走。走廊的尽头是一扇木门。林建国推开门。</w:t>
      </w:r>
    </w:p>
    <w:p>
      <w:pPr>
        <w:spacing w:line="560" w:lineRule="exact"/>
        <w:ind w:firstLine="420"/>
      </w:pPr>
      <w:r>
        <w:rPr>
          <w:rFonts w:ascii="宋体" w:hAnsi="宋体" w:eastAsia="宋体"/>
          <w:sz w:val="24"/>
        </w:rPr>
        <w:t>房间不大，大约二十平方米，窗户开向东面，清晨的阳光从窗口洒进来，把整个房间照得亮堂堂的。房间里没有复杂的家具——一张床、一张书桌、一个书架。</w:t>
      </w:r>
    </w:p>
    <w:p>
      <w:pPr>
        <w:spacing w:line="560" w:lineRule="exact"/>
        <w:ind w:firstLine="420"/>
      </w:pPr>
      <w:r>
        <w:rPr>
          <w:rFonts w:ascii="宋体" w:hAnsi="宋体" w:eastAsia="宋体"/>
          <w:sz w:val="24"/>
        </w:rPr>
        <w:t>书桌前坐着一个女人。</w:t>
      </w:r>
    </w:p>
    <w:p>
      <w:pPr>
        <w:spacing w:line="560" w:lineRule="exact"/>
        <w:ind w:firstLine="420"/>
      </w:pPr>
      <w:r>
        <w:rPr>
          <w:rFonts w:ascii="宋体" w:hAnsi="宋体" w:eastAsia="宋体"/>
          <w:sz w:val="24"/>
        </w:rPr>
        <w:t>她穿着简单的白色衬衫，头发梳得整整齐齐，有些花白，但面容依然能看出年轻时的轮廓——端庄、温柔。她正在看书，听到门响，抬起头来。</w:t>
      </w:r>
    </w:p>
    <w:p>
      <w:pPr>
        <w:spacing w:line="560" w:lineRule="exact"/>
        <w:ind w:firstLine="420"/>
      </w:pPr>
      <w:r>
        <w:rPr>
          <w:rFonts w:ascii="宋体" w:hAnsi="宋体" w:eastAsia="宋体"/>
          <w:sz w:val="24"/>
        </w:rPr>
        <w:t>林婉。</w:t>
      </w:r>
    </w:p>
    <w:p>
      <w:pPr>
        <w:spacing w:line="560" w:lineRule="exact"/>
        <w:ind w:firstLine="420"/>
      </w:pPr>
      <w:r>
        <w:rPr>
          <w:rFonts w:ascii="宋体" w:hAnsi="宋体" w:eastAsia="宋体"/>
          <w:sz w:val="24"/>
        </w:rPr>
        <w:t>林风一眼就认出了她。</w:t>
      </w:r>
    </w:p>
    <w:p>
      <w:pPr>
        <w:spacing w:line="560" w:lineRule="exact"/>
        <w:ind w:firstLine="420"/>
      </w:pPr>
      <w:r>
        <w:rPr>
          <w:rFonts w:ascii="宋体" w:hAnsi="宋体" w:eastAsia="宋体"/>
          <w:sz w:val="24"/>
        </w:rPr>
        <w:t>和在视频里看到的一样——不，比视频里瘦了一些，眉眼之间多了些细纹，但那双眼睛——和他在梦里见过无数次的眼睛一模一样。</w:t>
      </w:r>
    </w:p>
    <w:p>
      <w:pPr>
        <w:spacing w:line="560" w:lineRule="exact"/>
        <w:ind w:firstLine="420"/>
      </w:pPr>
      <w:r>
        <w:rPr>
          <w:rFonts w:ascii="宋体" w:hAnsi="宋体" w:eastAsia="宋体"/>
          <w:sz w:val="24"/>
        </w:rPr>
        <w:t>林婉看到了他。</w:t>
      </w:r>
    </w:p>
    <w:p>
      <w:pPr>
        <w:spacing w:line="560" w:lineRule="exact"/>
        <w:ind w:firstLine="420"/>
      </w:pPr>
      <w:r>
        <w:rPr>
          <w:rFonts w:ascii="宋体" w:hAnsi="宋体" w:eastAsia="宋体"/>
          <w:sz w:val="24"/>
        </w:rPr>
        <w:t>书从她的手里滑落，掉在桌上。</w:t>
      </w:r>
    </w:p>
    <w:p>
      <w:pPr>
        <w:spacing w:line="560" w:lineRule="exact"/>
        <w:ind w:firstLine="420"/>
      </w:pPr>
      <w:r>
        <w:rPr>
          <w:rFonts w:ascii="宋体" w:hAnsi="宋体" w:eastAsia="宋体"/>
          <w:sz w:val="24"/>
        </w:rPr>
        <w:t>「小风——」</w:t>
      </w:r>
    </w:p>
    <w:p>
      <w:pPr>
        <w:spacing w:line="560" w:lineRule="exact"/>
        <w:ind w:firstLine="420"/>
      </w:pPr>
      <w:r>
        <w:rPr>
          <w:rFonts w:ascii="宋体" w:hAnsi="宋体" w:eastAsia="宋体"/>
          <w:sz w:val="24"/>
        </w:rPr>
        <w:t>林风再也控制不住自己，眼泪夺眶而出。</w:t>
      </w:r>
    </w:p>
    <w:p>
      <w:pPr>
        <w:spacing w:line="560" w:lineRule="exact"/>
        <w:ind w:firstLine="420"/>
      </w:pPr>
      <w:r>
        <w:rPr>
          <w:rFonts w:ascii="宋体" w:hAnsi="宋体" w:eastAsia="宋体"/>
          <w:sz w:val="24"/>
        </w:rPr>
        <w:t>「妈——」</w:t>
      </w:r>
    </w:p>
    <w:p>
      <w:r>
        <w:br w:type="page"/>
      </w:r>
    </w:p>
    <w:p>
      <w:pPr>
        <w:jc w:val="center"/>
      </w:pPr>
      <w:r>
        <w:rPr>
          <w:b/>
          <w:sz w:val="32"/>
        </w:rPr>
        <w:t>第081章 危险逼近·第五阶段激活</w:t>
      </w:r>
    </w:p>
    <w:p>
      <w:pPr>
        <w:jc w:val="center"/>
      </w:pPr>
      <w:r>
        <w:rPr>
          <w:color w:val="999999"/>
          <w:sz w:val="18"/>
        </w:rPr>
        <w:t>（2,501字）</w:t>
      </w:r>
    </w:p>
    <w:p/>
    <w:p>
      <w:pPr>
        <w:spacing w:line="560" w:lineRule="exact"/>
        <w:ind w:firstLine="420"/>
      </w:pPr>
      <w:r>
        <w:rPr>
          <w:rFonts w:ascii="宋体" w:hAnsi="宋体" w:eastAsia="宋体"/>
          <w:sz w:val="24"/>
        </w:rPr>
        <w:t>林婉从椅子上站起来，颤颤巍巍地走到林风面前。</w:t>
      </w:r>
    </w:p>
    <w:p>
      <w:pPr>
        <w:spacing w:line="560" w:lineRule="exact"/>
        <w:ind w:firstLine="420"/>
      </w:pPr>
      <w:r>
        <w:rPr>
          <w:rFonts w:ascii="宋体" w:hAnsi="宋体" w:eastAsia="宋体"/>
          <w:sz w:val="24"/>
        </w:rPr>
        <w:t>她比林风矮了一个头，需要微微抬起头才能看到儿子的脸。她的手抬起来，抚上了林风的脸颊——指尖冰凉，有些粗糙，带着十六年岛上生活的印记。</w:t>
      </w:r>
    </w:p>
    <w:p>
      <w:pPr>
        <w:spacing w:line="560" w:lineRule="exact"/>
        <w:ind w:firstLine="420"/>
      </w:pPr>
      <w:r>
        <w:rPr>
          <w:rFonts w:ascii="宋体" w:hAnsi="宋体" w:eastAsia="宋体"/>
          <w:sz w:val="24"/>
        </w:rPr>
        <w:t>「瘦了。」林婉说，眼泪无声地流下来，「长高了……比你爸高了。」</w:t>
      </w:r>
    </w:p>
    <w:p>
      <w:pPr>
        <w:spacing w:line="560" w:lineRule="exact"/>
        <w:ind w:firstLine="420"/>
      </w:pPr>
      <w:r>
        <w:rPr>
          <w:rFonts w:ascii="宋体" w:hAnsi="宋体" w:eastAsia="宋体"/>
          <w:sz w:val="24"/>
        </w:rPr>
        <w:t>林风咬着嘴唇，拼命忍着泪，但眼泪根本不听他的话，一颗接一颗地往下掉。</w:t>
      </w:r>
    </w:p>
    <w:p>
      <w:pPr>
        <w:spacing w:line="560" w:lineRule="exact"/>
        <w:ind w:firstLine="420"/>
      </w:pPr>
      <w:r>
        <w:rPr>
          <w:rFonts w:ascii="宋体" w:hAnsi="宋体" w:eastAsia="宋体"/>
          <w:sz w:val="24"/>
        </w:rPr>
        <w:t>「妈——」他又叫了一声。</w:t>
      </w:r>
    </w:p>
    <w:p>
      <w:pPr>
        <w:spacing w:line="560" w:lineRule="exact"/>
        <w:ind w:firstLine="420"/>
      </w:pPr>
      <w:r>
        <w:rPr>
          <w:rFonts w:ascii="宋体" w:hAnsi="宋体" w:eastAsia="宋体"/>
          <w:sz w:val="24"/>
        </w:rPr>
        <w:t>林婉把他抱进怀里。</w:t>
      </w:r>
    </w:p>
    <w:p>
      <w:pPr>
        <w:spacing w:line="560" w:lineRule="exact"/>
        <w:ind w:firstLine="420"/>
      </w:pPr>
      <w:r>
        <w:rPr>
          <w:rFonts w:ascii="宋体" w:hAnsi="宋体" w:eastAsia="宋体"/>
          <w:sz w:val="24"/>
        </w:rPr>
        <w:t>十六年的思念、十六年的等待、十六年的所有疑问和委屈——在这一刻全部融化在一个拥抱里。</w:t>
      </w:r>
    </w:p>
    <w:p>
      <w:pPr>
        <w:spacing w:line="560" w:lineRule="exact"/>
        <w:ind w:firstLine="420"/>
      </w:pPr>
      <w:r>
        <w:rPr>
          <w:rFonts w:ascii="宋体" w:hAnsi="宋体" w:eastAsia="宋体"/>
          <w:sz w:val="24"/>
        </w:rPr>
        <w:t>林风闻到了母亲衣服上淡淡的肥皂味，感受到了她肩膀的瘦削和微微的颤抖。他从来没有过这样的记忆——一个属于母亲的拥抱。五岁之前的记忆太模糊了，模糊到他曾经怀疑那些温暖的感觉是否只是自己的幻想。</w:t>
      </w:r>
    </w:p>
    <w:p>
      <w:pPr>
        <w:spacing w:line="560" w:lineRule="exact"/>
        <w:ind w:firstLine="420"/>
      </w:pPr>
      <w:r>
        <w:rPr>
          <w:rFonts w:ascii="宋体" w:hAnsi="宋体" w:eastAsia="宋体"/>
          <w:sz w:val="24"/>
        </w:rPr>
        <w:t>但现在不是幻想。</w:t>
      </w:r>
    </w:p>
    <w:p>
      <w:pPr>
        <w:spacing w:line="560" w:lineRule="exact"/>
        <w:ind w:firstLine="420"/>
      </w:pPr>
      <w:r>
        <w:rPr>
          <w:rFonts w:ascii="宋体" w:hAnsi="宋体" w:eastAsia="宋体"/>
          <w:sz w:val="24"/>
        </w:rPr>
        <w:t>是真的。</w:t>
      </w:r>
    </w:p>
    <w:p>
      <w:pPr>
        <w:spacing w:line="560" w:lineRule="exact"/>
        <w:ind w:firstLine="420"/>
      </w:pPr>
      <w:r>
        <w:rPr>
          <w:rFonts w:ascii="宋体" w:hAnsi="宋体" w:eastAsia="宋体"/>
          <w:sz w:val="24"/>
        </w:rPr>
        <w:t>「你真的长大了，变成了一个很棒的人。」林婉贴着他的耳朵说，「我和你爸爸——每天都在想你。」</w:t>
      </w:r>
    </w:p>
    <w:p>
      <w:pPr>
        <w:spacing w:line="560" w:lineRule="exact"/>
        <w:ind w:firstLine="420"/>
      </w:pPr>
      <w:r>
        <w:rPr>
          <w:rFonts w:ascii="宋体" w:hAnsi="宋体" w:eastAsia="宋体"/>
          <w:sz w:val="24"/>
        </w:rPr>
        <w:t>「为什么不早告诉我？」林风哽咽着说，「为什么十六年——」</w:t>
      </w:r>
    </w:p>
    <w:p>
      <w:pPr>
        <w:spacing w:line="560" w:lineRule="exact"/>
        <w:ind w:firstLine="420"/>
      </w:pPr>
      <w:r>
        <w:rPr>
          <w:rFonts w:ascii="宋体" w:hAnsi="宋体" w:eastAsia="宋体"/>
          <w:sz w:val="24"/>
        </w:rPr>
        <w:t>「因为如果你知道了，你就无法过上正常人的生活。」林婉松开他，用手背擦去眼泪，「奥林匹斯——不是一个普通的公司。如果他们的对手知道林建国的儿子还活着，你会比我们更危险。」</w:t>
      </w:r>
    </w:p>
    <w:p>
      <w:pPr>
        <w:spacing w:line="560" w:lineRule="exact"/>
        <w:ind w:firstLine="420"/>
      </w:pPr>
      <w:r>
        <w:rPr>
          <w:rFonts w:ascii="宋体" w:hAnsi="宋体" w:eastAsia="宋体"/>
          <w:sz w:val="24"/>
        </w:rPr>
        <w:t>林建国走进房间，站在门口，没有打扰母子俩的团聚。</w:t>
      </w:r>
    </w:p>
    <w:p>
      <w:pPr>
        <w:spacing w:line="560" w:lineRule="exact"/>
        <w:ind w:firstLine="420"/>
      </w:pPr>
      <w:r>
        <w:rPr>
          <w:rFonts w:ascii="宋体" w:hAnsi="宋体" w:eastAsia="宋体"/>
          <w:sz w:val="24"/>
        </w:rPr>
        <w:t>过了好一会儿，林婉的情绪稍微平复了一些，她拉着林风的手，让他坐到床边。</w:t>
      </w:r>
    </w:p>
    <w:p>
      <w:pPr>
        <w:spacing w:line="560" w:lineRule="exact"/>
        <w:ind w:firstLine="420"/>
      </w:pPr>
      <w:r>
        <w:rPr>
          <w:rFonts w:ascii="宋体" w:hAnsi="宋体" w:eastAsia="宋体"/>
          <w:sz w:val="24"/>
        </w:rPr>
        <w:t>「小风，你的古玉带来了吗？」</w:t>
      </w:r>
    </w:p>
    <w:p>
      <w:pPr>
        <w:spacing w:line="560" w:lineRule="exact"/>
        <w:ind w:firstLine="420"/>
      </w:pPr>
      <w:r>
        <w:rPr>
          <w:rFonts w:ascii="宋体" w:hAnsi="宋体" w:eastAsia="宋体"/>
          <w:sz w:val="24"/>
        </w:rPr>
        <w:t>林风从口袋里掏出古玉。玉石在晨光下泛着温润的青色，表面有一层淡淡的光泽——和普通的玉石看起来没有什么不同。</w:t>
      </w:r>
    </w:p>
    <w:p>
      <w:pPr>
        <w:spacing w:line="560" w:lineRule="exact"/>
        <w:ind w:firstLine="420"/>
      </w:pPr>
      <w:r>
        <w:rPr>
          <w:rFonts w:ascii="宋体" w:hAnsi="宋体" w:eastAsia="宋体"/>
          <w:sz w:val="24"/>
        </w:rPr>
        <w:t>但林婉看到它的时候，目光变得复杂。</w:t>
      </w:r>
    </w:p>
    <w:p>
      <w:pPr>
        <w:spacing w:line="560" w:lineRule="exact"/>
        <w:ind w:firstLine="420"/>
      </w:pPr>
      <w:r>
        <w:rPr>
          <w:rFonts w:ascii="宋体" w:hAnsi="宋体" w:eastAsia="宋体"/>
          <w:sz w:val="24"/>
        </w:rPr>
        <w:t>「你激活了第五阶段权限的定位功能，对吗？」她问。</w:t>
      </w:r>
    </w:p>
    <w:p>
      <w:pPr>
        <w:spacing w:line="560" w:lineRule="exact"/>
        <w:ind w:firstLine="420"/>
      </w:pPr>
      <w:r>
        <w:rPr>
          <w:rFonts w:ascii="宋体" w:hAnsi="宋体" w:eastAsia="宋体"/>
          <w:sz w:val="24"/>
        </w:rPr>
        <w:t>「是的。」林风说，「在新加坡的数据中心，我用EVE协议插入了运维终端——系统弹出了坐标。」</w:t>
      </w:r>
    </w:p>
    <w:p>
      <w:pPr>
        <w:spacing w:line="560" w:lineRule="exact"/>
        <w:ind w:firstLine="420"/>
      </w:pPr>
      <w:r>
        <w:rPr>
          <w:rFonts w:ascii="宋体" w:hAnsi="宋体" w:eastAsia="宋体"/>
          <w:sz w:val="24"/>
        </w:rPr>
        <w:t>林婉和林建国交换了一个眼神。</w:t>
      </w:r>
    </w:p>
    <w:p>
      <w:pPr>
        <w:spacing w:line="560" w:lineRule="exact"/>
        <w:ind w:firstLine="420"/>
      </w:pPr>
      <w:r>
        <w:rPr>
          <w:rFonts w:ascii="宋体" w:hAnsi="宋体" w:eastAsia="宋体"/>
          <w:sz w:val="24"/>
        </w:rPr>
        <w:t>「怎么了？」林风察觉到了不对。</w:t>
      </w:r>
    </w:p>
    <w:p>
      <w:pPr>
        <w:spacing w:line="560" w:lineRule="exact"/>
        <w:ind w:firstLine="420"/>
      </w:pPr>
      <w:r>
        <w:rPr>
          <w:rFonts w:ascii="宋体" w:hAnsi="宋体" w:eastAsia="宋体"/>
          <w:sz w:val="24"/>
        </w:rPr>
        <w:t>「第五阶段权限——」林婉缓缓地说，「不止是定位坐标。」</w:t>
      </w:r>
    </w:p>
    <w:p>
      <w:pPr>
        <w:spacing w:line="560" w:lineRule="exact"/>
        <w:ind w:firstLine="420"/>
      </w:pPr>
      <w:r>
        <w:rPr>
          <w:rFonts w:ascii="宋体" w:hAnsi="宋体" w:eastAsia="宋体"/>
          <w:sz w:val="24"/>
        </w:rPr>
        <w:t>她接过古玉，双手捧着，好像捧着一件极珍贵的东西——事实上，这确实可能是整个世界上最珍贵的东西之一。</w:t>
      </w:r>
    </w:p>
    <w:p>
      <w:pPr>
        <w:spacing w:line="560" w:lineRule="exact"/>
        <w:ind w:firstLine="420"/>
      </w:pPr>
      <w:r>
        <w:rPr>
          <w:rFonts w:ascii="宋体" w:hAnsi="宋体" w:eastAsia="宋体"/>
          <w:sz w:val="24"/>
        </w:rPr>
        <w:t>「古玉本质上是一个生物密钥存储器和身份验证器。」林婉说，「它的前四个阶段分别对应《天界》服务器的四个管理节点。你每激活一个阶段，你就多掌握了一部分系统控制权。」</w:t>
      </w:r>
    </w:p>
    <w:p>
      <w:pPr>
        <w:spacing w:line="560" w:lineRule="exact"/>
        <w:ind w:firstLine="420"/>
      </w:pPr>
      <w:r>
        <w:rPr>
          <w:rFonts w:ascii="宋体" w:hAnsi="宋体" w:eastAsia="宋体"/>
          <w:sz w:val="24"/>
        </w:rPr>
        <w:t>「那第五阶段呢？」</w:t>
      </w:r>
    </w:p>
    <w:p>
      <w:pPr>
        <w:spacing w:line="560" w:lineRule="exact"/>
        <w:ind w:firstLine="420"/>
      </w:pPr>
      <w:r>
        <w:rPr>
          <w:rFonts w:ascii="宋体" w:hAnsi="宋体" w:eastAsia="宋体"/>
          <w:sz w:val="24"/>
        </w:rPr>
        <w:t>「第五阶段——不是系统控制权。」林婉说，「是删除权。」</w:t>
      </w:r>
    </w:p>
    <w:p>
      <w:pPr>
        <w:spacing w:line="560" w:lineRule="exact"/>
        <w:ind w:firstLine="420"/>
      </w:pPr>
      <w:r>
        <w:rPr>
          <w:rFonts w:ascii="宋体" w:hAnsi="宋体" w:eastAsia="宋体"/>
          <w:sz w:val="24"/>
        </w:rPr>
        <w:t>林风愣住了。</w:t>
      </w:r>
    </w:p>
    <w:p>
      <w:pPr>
        <w:spacing w:line="560" w:lineRule="exact"/>
        <w:ind w:firstLine="420"/>
      </w:pPr>
      <w:r>
        <w:rPr>
          <w:rFonts w:ascii="宋体" w:hAnsi="宋体" w:eastAsia="宋体"/>
          <w:sz w:val="24"/>
        </w:rPr>
        <w:t>「第五阶段权限激活之后，持有者可以——彻底删除《天界》核心引擎的所有底层数据。」林婉说，「包括全球所有服务器上的所有玩家数据、所有虚拟世界的存档、所有系统配置——一切。」</w:t>
      </w:r>
    </w:p>
    <w:p>
      <w:pPr>
        <w:spacing w:line="560" w:lineRule="exact"/>
        <w:ind w:firstLine="420"/>
      </w:pPr>
      <w:r>
        <w:rPr>
          <w:rFonts w:ascii="宋体" w:hAnsi="宋体" w:eastAsia="宋体"/>
          <w:sz w:val="24"/>
        </w:rPr>
        <w:t>「等等——」林风感觉脑子有些转不过来，「这意味着——」</w:t>
      </w:r>
    </w:p>
    <w:p>
      <w:pPr>
        <w:spacing w:line="560" w:lineRule="exact"/>
        <w:ind w:firstLine="420"/>
      </w:pPr>
      <w:r>
        <w:rPr>
          <w:rFonts w:ascii="宋体" w:hAnsi="宋体" w:eastAsia="宋体"/>
          <w:sz w:val="24"/>
        </w:rPr>
        <w:t>「意味着你可以在任何时间、任何地点——终止《天界》。」林建国说，「让这台运行了十六年的全球最大VRMMORPG——彻底消失。」</w:t>
      </w:r>
    </w:p>
    <w:p>
      <w:pPr>
        <w:spacing w:line="560" w:lineRule="exact"/>
        <w:ind w:firstLine="420"/>
      </w:pPr>
      <w:r>
        <w:rPr>
          <w:rFonts w:ascii="宋体" w:hAnsi="宋体" w:eastAsia="宋体"/>
          <w:sz w:val="24"/>
        </w:rPr>
        <w:t>林风盯着手里的古玉，感觉它的重量好像突然变重了。</w:t>
      </w:r>
    </w:p>
    <w:p>
      <w:pPr>
        <w:spacing w:line="560" w:lineRule="exact"/>
        <w:ind w:firstLine="420"/>
      </w:pPr>
      <w:r>
        <w:rPr>
          <w:rFonts w:ascii="宋体" w:hAnsi="宋体" w:eastAsia="宋体"/>
          <w:sz w:val="24"/>
        </w:rPr>
        <w:t>原来父母留给他的最后一件武器——不是一把钥匙，而是一颗核弹。</w:t>
      </w:r>
    </w:p>
    <w:p>
      <w:pPr>
        <w:spacing w:line="560" w:lineRule="exact"/>
        <w:ind w:firstLine="420"/>
      </w:pPr>
      <w:r>
        <w:rPr>
          <w:rFonts w:ascii="宋体" w:hAnsi="宋体" w:eastAsia="宋体"/>
          <w:sz w:val="24"/>
        </w:rPr>
        <w:t>「但奥林匹斯也有后手。」林建国说，「他们在《天界》的核心引擎上建立了一个冗余备份系统——分布在不同的地理位置的四个备份节点。只要有一个备份节点还在运行，他们就能在七十二小时之内恢复全部数据。」</w:t>
      </w:r>
    </w:p>
    <w:p>
      <w:pPr>
        <w:spacing w:line="560" w:lineRule="exact"/>
        <w:ind w:firstLine="420"/>
      </w:pPr>
      <w:r>
        <w:rPr>
          <w:rFonts w:ascii="宋体" w:hAnsi="宋体" w:eastAsia="宋体"/>
          <w:sz w:val="24"/>
        </w:rPr>
        <w:t>「四个备份节点——」</w:t>
      </w:r>
    </w:p>
    <w:p>
      <w:pPr>
        <w:spacing w:line="560" w:lineRule="exact"/>
        <w:ind w:firstLine="420"/>
      </w:pPr>
      <w:r>
        <w:rPr>
          <w:rFonts w:ascii="宋体" w:hAnsi="宋体" w:eastAsia="宋体"/>
          <w:sz w:val="24"/>
        </w:rPr>
        <w:t>「对。你之前在新加坡的数据中心攻破的，只是主节点的运维入口。真正的备份节点，分别位于四个不同的国家和地区。」</w:t>
      </w:r>
    </w:p>
    <w:p>
      <w:pPr>
        <w:spacing w:line="560" w:lineRule="exact"/>
        <w:ind w:firstLine="420"/>
      </w:pPr>
      <w:r>
        <w:rPr>
          <w:rFonts w:ascii="宋体" w:hAnsi="宋体" w:eastAsia="宋体"/>
          <w:sz w:val="24"/>
        </w:rPr>
        <w:t>「在哪里？」</w:t>
      </w:r>
    </w:p>
    <w:p>
      <w:pPr>
        <w:spacing w:line="560" w:lineRule="exact"/>
        <w:ind w:firstLine="420"/>
      </w:pPr>
      <w:r>
        <w:rPr>
          <w:rFonts w:ascii="宋体" w:hAnsi="宋体" w:eastAsia="宋体"/>
          <w:sz w:val="24"/>
        </w:rPr>
        <w:t>「洛杉矶、法兰克福、东京——」林建国顿了顿，然后说出了最后一个，「和中国香港。」</w:t>
      </w:r>
    </w:p>
    <w:p>
      <w:pPr>
        <w:spacing w:line="560" w:lineRule="exact"/>
        <w:ind w:firstLine="420"/>
      </w:pPr>
      <w:r>
        <w:rPr>
          <w:rFonts w:ascii="宋体" w:hAnsi="宋体" w:eastAsia="宋体"/>
          <w:sz w:val="24"/>
        </w:rPr>
        <w:t>「只要删除了这四个备份节点，再删除主节点——《天界》就彻底消失了。」林婉说，「奥林匹斯失去了他们最核心的数据资产。」</w:t>
      </w:r>
    </w:p>
    <w:p>
      <w:pPr>
        <w:spacing w:line="560" w:lineRule="exact"/>
        <w:ind w:firstLine="420"/>
      </w:pPr>
      <w:r>
        <w:rPr>
          <w:rFonts w:ascii="宋体" w:hAnsi="宋体" w:eastAsia="宋体"/>
          <w:sz w:val="24"/>
        </w:rPr>
        <w:t>「但我也失去了一个世界。」林风说。</w:t>
      </w:r>
    </w:p>
    <w:p>
      <w:pPr>
        <w:spacing w:line="560" w:lineRule="exact"/>
        <w:ind w:firstLine="420"/>
      </w:pPr>
      <w:r>
        <w:rPr>
          <w:rFonts w:ascii="宋体" w:hAnsi="宋体" w:eastAsia="宋体"/>
          <w:sz w:val="24"/>
        </w:rPr>
        <w:t>房间里安静了。</w:t>
      </w:r>
    </w:p>
    <w:p>
      <w:pPr>
        <w:spacing w:line="560" w:lineRule="exact"/>
        <w:ind w:firstLine="420"/>
      </w:pPr>
      <w:r>
        <w:rPr>
          <w:rFonts w:ascii="宋体" w:hAnsi="宋体" w:eastAsia="宋体"/>
          <w:sz w:val="24"/>
        </w:rPr>
        <w:t>林风继续说道：「《天界》不只是奥林匹斯的数据金矿——它也是三千万玩家的世界。他们在这个游戏里生活、战斗、交朋友……甚至有人靠游戏吃饭。如果我把这一切删除了——」</w:t>
      </w:r>
    </w:p>
    <w:p>
      <w:pPr>
        <w:spacing w:line="560" w:lineRule="exact"/>
        <w:ind w:firstLine="420"/>
      </w:pPr>
      <w:r>
        <w:rPr>
          <w:rFonts w:ascii="宋体" w:hAnsi="宋体" w:eastAsia="宋体"/>
          <w:sz w:val="24"/>
        </w:rPr>
        <w:t>「他们什么都没有了。」林婉接过他的话，「你会毁掉三千万人的生活。」</w:t>
      </w:r>
    </w:p>
    <w:p>
      <w:pPr>
        <w:spacing w:line="560" w:lineRule="exact"/>
        <w:ind w:firstLine="420"/>
      </w:pPr>
      <w:r>
        <w:rPr>
          <w:rFonts w:ascii="宋体" w:hAnsi="宋体" w:eastAsia="宋体"/>
          <w:sz w:val="24"/>
        </w:rPr>
        <w:t>林风沉默了很久。</w:t>
      </w:r>
    </w:p>
    <w:p>
      <w:pPr>
        <w:spacing w:line="560" w:lineRule="exact"/>
        <w:ind w:firstLine="420"/>
      </w:pPr>
      <w:r>
        <w:rPr>
          <w:rFonts w:ascii="宋体" w:hAnsi="宋体" w:eastAsia="宋体"/>
          <w:sz w:val="24"/>
        </w:rPr>
        <w:t>「有没有一种方法——」他说，「只删除奥林匹斯的监控数据层，保留游戏本身？」</w:t>
      </w:r>
    </w:p>
    <w:p>
      <w:pPr>
        <w:spacing w:line="560" w:lineRule="exact"/>
        <w:ind w:firstLine="420"/>
      </w:pPr>
      <w:r>
        <w:rPr>
          <w:rFonts w:ascii="宋体" w:hAnsi="宋体" w:eastAsia="宋体"/>
          <w:sz w:val="24"/>
        </w:rPr>
        <w:t>林婉和林建国再次交换了一个眼神。</w:t>
      </w:r>
    </w:p>
    <w:p>
      <w:pPr>
        <w:spacing w:line="560" w:lineRule="exact"/>
        <w:ind w:firstLine="420"/>
      </w:pPr>
      <w:r>
        <w:rPr>
          <w:rFonts w:ascii="宋体" w:hAnsi="宋体" w:eastAsia="宋体"/>
          <w:sz w:val="24"/>
        </w:rPr>
        <w:t>「有。」林建国说，「但这需要对核心引擎做一次底层手术——移除奥林匹斯植入的上层监控层，保留玩家数据和世界引擎。这需要有人同时操作五个服务器节点——在同一个时间窗口内。」</w:t>
      </w:r>
    </w:p>
    <w:p>
      <w:pPr>
        <w:spacing w:line="560" w:lineRule="exact"/>
        <w:ind w:firstLine="420"/>
      </w:pPr>
      <w:r>
        <w:rPr>
          <w:rFonts w:ascii="宋体" w:hAnsi="宋体" w:eastAsia="宋体"/>
          <w:sz w:val="24"/>
        </w:rPr>
        <w:t>「我能做到吗？」</w:t>
      </w:r>
    </w:p>
    <w:p>
      <w:pPr>
        <w:spacing w:line="560" w:lineRule="exact"/>
        <w:ind w:firstLine="420"/>
      </w:pPr>
      <w:r>
        <w:rPr>
          <w:rFonts w:ascii="宋体" w:hAnsi="宋体" w:eastAsia="宋体"/>
          <w:sz w:val="24"/>
        </w:rPr>
        <w:t>「你有EVE协议。」林建国说，「协议本身可以同时向所有服务器节点发送管理指令。但问题是——需要主节点和四个备份节点的物理网络端口同时接入。」</w:t>
      </w:r>
    </w:p>
    <w:p>
      <w:pPr>
        <w:spacing w:line="560" w:lineRule="exact"/>
        <w:ind w:firstLine="420"/>
      </w:pPr>
      <w:r>
        <w:rPr>
          <w:rFonts w:ascii="宋体" w:hAnsi="宋体" w:eastAsia="宋体"/>
          <w:sz w:val="24"/>
        </w:rPr>
        <w:t>「同时接入——」林风皱眉，「我一个人不可能同时做到。」</w:t>
      </w:r>
    </w:p>
    <w:p>
      <w:pPr>
        <w:spacing w:line="560" w:lineRule="exact"/>
        <w:ind w:firstLine="420"/>
      </w:pPr>
      <w:r>
        <w:rPr>
          <w:rFonts w:ascii="宋体" w:hAnsi="宋体" w:eastAsia="宋体"/>
          <w:sz w:val="24"/>
        </w:rPr>
        <w:t>「但你有团队。」林婉说，「凌天、夜影、赵铁柱、苏小雅——你把信任交给了他们。现在是时候让他们发挥作用了。」</w:t>
      </w:r>
    </w:p>
    <w:p>
      <w:pPr>
        <w:spacing w:line="560" w:lineRule="exact"/>
        <w:ind w:firstLine="420"/>
      </w:pPr>
      <w:r>
        <w:rPr>
          <w:rFonts w:ascii="宋体" w:hAnsi="宋体" w:eastAsia="宋体"/>
          <w:sz w:val="24"/>
        </w:rPr>
        <w:t>林风正要回答——</w:t>
      </w:r>
    </w:p>
    <w:p>
      <w:pPr>
        <w:spacing w:line="560" w:lineRule="exact"/>
        <w:ind w:firstLine="420"/>
      </w:pPr>
      <w:r>
        <w:rPr>
          <w:rFonts w:ascii="宋体" w:hAnsi="宋体" w:eastAsia="宋体"/>
          <w:sz w:val="24"/>
        </w:rPr>
        <w:t>忽然，外面传来一阵急促的脚步声。凌天冲进了院子，脸色非常难看。</w:t>
      </w:r>
    </w:p>
    <w:p>
      <w:pPr>
        <w:spacing w:line="560" w:lineRule="exact"/>
        <w:ind w:firstLine="420"/>
      </w:pPr>
      <w:r>
        <w:rPr>
          <w:rFonts w:ascii="宋体" w:hAnsi="宋体" w:eastAsia="宋体"/>
          <w:sz w:val="24"/>
        </w:rPr>
        <w:t>「林风！有情况！」</w:t>
      </w:r>
    </w:p>
    <w:p>
      <w:pPr>
        <w:spacing w:line="560" w:lineRule="exact"/>
        <w:ind w:firstLine="420"/>
      </w:pPr>
      <w:r>
        <w:rPr>
          <w:rFonts w:ascii="宋体" w:hAnsi="宋体" w:eastAsia="宋体"/>
          <w:sz w:val="24"/>
        </w:rPr>
        <w:t>林风猛地站起来：「什么情况？」</w:t>
      </w:r>
    </w:p>
    <w:p>
      <w:pPr>
        <w:spacing w:line="560" w:lineRule="exact"/>
        <w:ind w:firstLine="420"/>
      </w:pPr>
      <w:r>
        <w:rPr>
          <w:rFonts w:ascii="宋体" w:hAnsi="宋体" w:eastAsia="宋体"/>
          <w:sz w:val="24"/>
        </w:rPr>
        <w:t>「新加坡港务局的朋友发来消息——十分钟前，有两艘私人快艇从裕廊码头出发，航向正南偏东。速度很快，预计三十分钟到达这座岛。」凌天说，「船上至少有十个人——装备不明。」</w:t>
      </w:r>
    </w:p>
    <w:p>
      <w:pPr>
        <w:spacing w:line="560" w:lineRule="exact"/>
        <w:ind w:firstLine="420"/>
      </w:pPr>
      <w:r>
        <w:rPr>
          <w:rFonts w:ascii="宋体" w:hAnsi="宋体" w:eastAsia="宋体"/>
          <w:sz w:val="24"/>
        </w:rPr>
        <w:t>林建国脸色一沉：「奥林匹斯的反应速度比我想象的快。」</w:t>
      </w:r>
    </w:p>
    <w:p>
      <w:pPr>
        <w:spacing w:line="560" w:lineRule="exact"/>
        <w:ind w:firstLine="420"/>
      </w:pPr>
      <w:r>
        <w:rPr>
          <w:rFonts w:ascii="宋体" w:hAnsi="宋体" w:eastAsia="宋体"/>
          <w:sz w:val="24"/>
        </w:rPr>
        <w:t>「他们来了。」林婉说，声音很平静，像是早就预料到这一刻，没有恐惧也没有慌张，「小风——你必须做出选择。是留下和他们打一场，还是现在就走？」</w:t>
      </w:r>
    </w:p>
    <w:p>
      <w:pPr>
        <w:spacing w:line="560" w:lineRule="exact"/>
        <w:ind w:firstLine="420"/>
      </w:pPr>
      <w:r>
        <w:rPr>
          <w:rFonts w:ascii="宋体" w:hAnsi="宋体" w:eastAsia="宋体"/>
          <w:sz w:val="24"/>
        </w:rPr>
        <w:t>「如果走的话——」</w:t>
      </w:r>
    </w:p>
    <w:p>
      <w:pPr>
        <w:spacing w:line="560" w:lineRule="exact"/>
        <w:ind w:firstLine="420"/>
      </w:pPr>
      <w:r>
        <w:rPr>
          <w:rFonts w:ascii="宋体" w:hAnsi="宋体" w:eastAsia="宋体"/>
          <w:sz w:val="24"/>
        </w:rPr>
        <w:t>「我和爸爸留在这里。」林婉说，「他们不会杀我们——我们活着对他们来说比死了有用。但你不一样。如果他们抓住了你——他们就拿到了古玉。」</w:t>
      </w:r>
    </w:p>
    <w:p>
      <w:pPr>
        <w:spacing w:line="560" w:lineRule="exact"/>
        <w:ind w:firstLine="420"/>
      </w:pPr>
      <w:r>
        <w:rPr>
          <w:rFonts w:ascii="宋体" w:hAnsi="宋体" w:eastAsia="宋体"/>
          <w:sz w:val="24"/>
        </w:rPr>
        <w:t>林风握紧了手中的古玉。</w:t>
      </w:r>
    </w:p>
    <w:p>
      <w:pPr>
        <w:spacing w:line="560" w:lineRule="exact"/>
        <w:ind w:firstLine="420"/>
      </w:pPr>
      <w:r>
        <w:rPr>
          <w:rFonts w:ascii="宋体" w:hAnsi="宋体" w:eastAsia="宋体"/>
          <w:sz w:val="24"/>
        </w:rPr>
        <w:t>玉石的温度在掌心升高——不是错觉，是真的在变热。玉石内部的青色纹理开始微微发光，像是某种能量正在慢慢苏醒。</w:t>
      </w:r>
    </w:p>
    <w:p>
      <w:pPr>
        <w:spacing w:line="560" w:lineRule="exact"/>
        <w:ind w:firstLine="420"/>
      </w:pPr>
      <w:r>
        <w:rPr>
          <w:rFonts w:ascii="宋体" w:hAnsi="宋体" w:eastAsia="宋体"/>
          <w:sz w:val="24"/>
        </w:rPr>
        <w:t>「它在发光。」林风说。</w:t>
      </w:r>
    </w:p>
    <w:p>
      <w:pPr>
        <w:spacing w:line="560" w:lineRule="exact"/>
        <w:ind w:firstLine="420"/>
      </w:pPr>
      <w:r>
        <w:rPr>
          <w:rFonts w:ascii="宋体" w:hAnsi="宋体" w:eastAsia="宋体"/>
          <w:sz w:val="24"/>
        </w:rPr>
        <w:t>林婉看着古玉，目光中闪过一丝惊讶——然后变成了一种深沉的欣慰。</w:t>
      </w:r>
    </w:p>
    <w:p>
      <w:pPr>
        <w:spacing w:line="560" w:lineRule="exact"/>
        <w:ind w:firstLine="420"/>
      </w:pPr>
      <w:r>
        <w:rPr>
          <w:rFonts w:ascii="宋体" w:hAnsi="宋体" w:eastAsia="宋体"/>
          <w:sz w:val="24"/>
        </w:rPr>
        <w:t>「小风——」她说，「第五阶段权限——启动了。」</w:t>
      </w:r>
    </w:p>
    <w:p>
      <w:pPr>
        <w:spacing w:line="560" w:lineRule="exact"/>
        <w:ind w:firstLine="420"/>
      </w:pPr>
      <w:r>
        <w:rPr>
          <w:rFonts w:ascii="宋体" w:hAnsi="宋体" w:eastAsia="宋体"/>
          <w:sz w:val="24"/>
        </w:rPr>
        <w:t>「什么？」</w:t>
      </w:r>
    </w:p>
    <w:p>
      <w:pPr>
        <w:spacing w:line="560" w:lineRule="exact"/>
        <w:ind w:firstLine="420"/>
      </w:pPr>
      <w:r>
        <w:rPr>
          <w:rFonts w:ascii="宋体" w:hAnsi="宋体" w:eastAsia="宋体"/>
          <w:sz w:val="24"/>
        </w:rPr>
        <w:t>「不是通过数据库操作启动的。」林婉说，「是通过你的选择。当你做出了『为了别人不惜放弃自己力量』的决定——它就激活了。」</w:t>
      </w:r>
    </w:p>
    <w:p>
      <w:pPr>
        <w:spacing w:line="560" w:lineRule="exact"/>
        <w:ind w:firstLine="420"/>
      </w:pPr>
      <w:r>
        <w:rPr>
          <w:rFonts w:ascii="宋体" w:hAnsi="宋体" w:eastAsia="宋体"/>
          <w:sz w:val="24"/>
        </w:rPr>
        <w:t>古玉的光芒越来越亮。</w:t>
      </w:r>
    </w:p>
    <w:p>
      <w:pPr>
        <w:spacing w:line="560" w:lineRule="exact"/>
        <w:ind w:firstLine="420"/>
      </w:pPr>
      <w:r>
        <w:rPr>
          <w:rFonts w:ascii="宋体" w:hAnsi="宋体" w:eastAsia="宋体"/>
          <w:sz w:val="24"/>
        </w:rPr>
        <w:t>然后林风感觉到——一股信息流从古玉涌入他的掌心、手臂、肩膀——不是痛、不是电击——而是一种纯粹的数字信息流，像是他的大脑里被接入了一台超级计算机。</w:t>
      </w:r>
    </w:p>
    <w:p>
      <w:pPr>
        <w:spacing w:line="560" w:lineRule="exact"/>
        <w:ind w:firstLine="420"/>
      </w:pPr>
      <w:r>
        <w:rPr>
          <w:rFonts w:ascii="宋体" w:hAnsi="宋体" w:eastAsia="宋体"/>
          <w:sz w:val="24"/>
        </w:rPr>
        <w:t>他"看到"了五组服务器网络拓扑。</w:t>
      </w:r>
    </w:p>
    <w:p>
      <w:pPr>
        <w:spacing w:line="560" w:lineRule="exact"/>
        <w:ind w:firstLine="420"/>
      </w:pPr>
      <w:r>
        <w:rPr>
          <w:rFonts w:ascii="宋体" w:hAnsi="宋体" w:eastAsia="宋体"/>
          <w:sz w:val="24"/>
        </w:rPr>
        <w:t>新加坡。洛杉矶。法兰克福。东京。香港。</w:t>
      </w:r>
    </w:p>
    <w:p>
      <w:pPr>
        <w:spacing w:line="560" w:lineRule="exact"/>
        <w:ind w:firstLine="420"/>
      </w:pPr>
      <w:r>
        <w:rPr>
          <w:rFonts w:ascii="宋体" w:hAnsi="宋体" w:eastAsia="宋体"/>
          <w:sz w:val="24"/>
        </w:rPr>
        <w:t>每一台服务器的状态、每一个数据包的路由路径、每一个防火墙的规则——全部清晰地呈现在他的脑海里。</w:t>
      </w:r>
    </w:p>
    <w:p>
      <w:pPr>
        <w:spacing w:line="560" w:lineRule="exact"/>
        <w:ind w:firstLine="420"/>
      </w:pPr>
      <w:r>
        <w:rPr>
          <w:rFonts w:ascii="宋体" w:hAnsi="宋体" w:eastAsia="宋体"/>
          <w:sz w:val="24"/>
        </w:rPr>
        <w:t>他看到了奥林匹斯植入的监控层——像一层黑色的藤蔓，缠绕在《天界》引擎的核心结构上。</w:t>
      </w:r>
    </w:p>
    <w:p>
      <w:pPr>
        <w:spacing w:line="560" w:lineRule="exact"/>
        <w:ind w:firstLine="420"/>
      </w:pPr>
      <w:r>
        <w:rPr>
          <w:rFonts w:ascii="宋体" w:hAnsi="宋体" w:eastAsia="宋体"/>
          <w:sz w:val="24"/>
        </w:rPr>
        <w:t>他看到了删除那层「黑色藤蔓」的方法——</w:t>
      </w:r>
    </w:p>
    <w:p>
      <w:pPr>
        <w:spacing w:line="560" w:lineRule="exact"/>
        <w:ind w:firstLine="420"/>
      </w:pPr>
      <w:r>
        <w:rPr>
          <w:rFonts w:ascii="宋体" w:hAnsi="宋体" w:eastAsia="宋体"/>
          <w:sz w:val="24"/>
        </w:rPr>
        <w:t>他只需要一个念头。</w:t>
      </w:r>
    </w:p>
    <w:p>
      <w:pPr>
        <w:spacing w:line="560" w:lineRule="exact"/>
        <w:ind w:firstLine="420"/>
      </w:pPr>
      <w:r>
        <w:rPr>
          <w:rFonts w:ascii="宋体" w:hAnsi="宋体" w:eastAsia="宋体"/>
          <w:sz w:val="24"/>
        </w:rPr>
        <w:t>「我知道了。」林风说。</w:t>
      </w:r>
    </w:p>
    <w:p>
      <w:pPr>
        <w:spacing w:line="560" w:lineRule="exact"/>
        <w:ind w:firstLine="420"/>
      </w:pPr>
      <w:r>
        <w:rPr>
          <w:rFonts w:ascii="宋体" w:hAnsi="宋体" w:eastAsia="宋体"/>
          <w:sz w:val="24"/>
        </w:rPr>
        <w:t>「知道什么？」</w:t>
      </w:r>
    </w:p>
    <w:p>
      <w:pPr>
        <w:spacing w:line="560" w:lineRule="exact"/>
        <w:ind w:firstLine="420"/>
      </w:pPr>
      <w:r>
        <w:rPr>
          <w:rFonts w:ascii="宋体" w:hAnsi="宋体" w:eastAsia="宋体"/>
          <w:sz w:val="24"/>
        </w:rPr>
        <w:t>「怎么在不伤害《天界》的前提下——毁掉奥林匹斯。」林风抬起头，眼睛里闪烁着古玉的青色光芒，「但需要你们帮我。」</w:t>
      </w:r>
    </w:p>
    <w:p>
      <w:pPr>
        <w:spacing w:line="560" w:lineRule="exact"/>
        <w:ind w:firstLine="420"/>
      </w:pPr>
      <w:r>
        <w:rPr>
          <w:rFonts w:ascii="宋体" w:hAnsi="宋体" w:eastAsia="宋体"/>
          <w:sz w:val="24"/>
        </w:rPr>
        <w:t>「怎么做？」</w:t>
      </w:r>
    </w:p>
    <w:p>
      <w:pPr>
        <w:spacing w:line="560" w:lineRule="exact"/>
        <w:ind w:firstLine="420"/>
      </w:pPr>
      <w:r>
        <w:rPr>
          <w:rFonts w:ascii="宋体" w:hAnsi="宋体" w:eastAsia="宋体"/>
          <w:sz w:val="24"/>
        </w:rPr>
        <w:t>「分散操作。」林风说，「四个备份节点——我去新加坡主节点，凌天去香港，夜影去东京——」</w:t>
      </w:r>
    </w:p>
    <w:p>
      <w:pPr>
        <w:spacing w:line="560" w:lineRule="exact"/>
        <w:ind w:firstLine="420"/>
      </w:pPr>
      <w:r>
        <w:rPr>
          <w:rFonts w:ascii="宋体" w:hAnsi="宋体" w:eastAsia="宋体"/>
          <w:sz w:val="24"/>
        </w:rPr>
        <w:t>「赵铁柱和苏小雅呢？」</w:t>
      </w:r>
    </w:p>
    <w:p>
      <w:pPr>
        <w:spacing w:line="560" w:lineRule="exact"/>
        <w:ind w:firstLine="420"/>
      </w:pPr>
      <w:r>
        <w:rPr>
          <w:rFonts w:ascii="宋体" w:hAnsi="宋体" w:eastAsia="宋体"/>
          <w:sz w:val="24"/>
        </w:rPr>
        <w:t>「他们去法兰克福和洛杉矶。」林风说，「五个人，五个时区——在同一分钟执行EVE协议的删除命令。」</w:t>
      </w:r>
    </w:p>
    <w:p>
      <w:pPr>
        <w:spacing w:line="560" w:lineRule="exact"/>
        <w:ind w:firstLine="420"/>
      </w:pPr>
      <w:r>
        <w:rPr>
          <w:rFonts w:ascii="宋体" w:hAnsi="宋体" w:eastAsia="宋体"/>
          <w:sz w:val="24"/>
        </w:rPr>
        <w:t>「他们能行吗？」凌天有些担心。</w:t>
      </w:r>
    </w:p>
    <w:p>
      <w:pPr>
        <w:spacing w:line="560" w:lineRule="exact"/>
        <w:ind w:firstLine="420"/>
      </w:pPr>
      <w:r>
        <w:rPr>
          <w:rFonts w:ascii="宋体" w:hAnsi="宋体" w:eastAsia="宋体"/>
          <w:sz w:val="24"/>
        </w:rPr>
        <w:t>「他们有你做的硬件转发器。」林风说，「而且——这十六年来，我爸妈早就把这些节点的运维后门写好了。」</w:t>
      </w:r>
    </w:p>
    <w:p>
      <w:pPr>
        <w:spacing w:line="560" w:lineRule="exact"/>
        <w:ind w:firstLine="420"/>
      </w:pPr>
      <w:r>
        <w:rPr>
          <w:rFonts w:ascii="宋体" w:hAnsi="宋体" w:eastAsia="宋体"/>
          <w:sz w:val="24"/>
        </w:rPr>
        <w:t>林建国从衬衫口袋里拿出一个U盘——银色的，已经有些磨损了。</w:t>
      </w:r>
    </w:p>
    <w:p>
      <w:pPr>
        <w:spacing w:line="560" w:lineRule="exact"/>
        <w:ind w:firstLine="420"/>
      </w:pPr>
      <w:r>
        <w:rPr>
          <w:rFonts w:ascii="宋体" w:hAnsi="宋体" w:eastAsia="宋体"/>
          <w:sz w:val="24"/>
        </w:rPr>
        <w:t>「十六年前写的。」林建国说，「终于等到用的时候了。」</w:t>
      </w:r>
    </w:p>
    <w:p>
      <w:pPr>
        <w:spacing w:line="560" w:lineRule="exact"/>
        <w:ind w:firstLine="420"/>
      </w:pPr>
      <w:r>
        <w:rPr>
          <w:rFonts w:ascii="宋体" w:hAnsi="宋体" w:eastAsia="宋体"/>
          <w:sz w:val="24"/>
        </w:rPr>
        <w:t>远处传来引擎的轰鸣声——越来越近。海面上已经能看到两个黑点正在快速放大。</w:t>
      </w:r>
    </w:p>
    <w:p>
      <w:pPr>
        <w:spacing w:line="560" w:lineRule="exact"/>
        <w:ind w:firstLine="420"/>
      </w:pPr>
      <w:r>
        <w:rPr>
          <w:rFonts w:ascii="宋体" w:hAnsi="宋体" w:eastAsia="宋体"/>
          <w:sz w:val="24"/>
        </w:rPr>
        <w:t>奥林匹斯的人来了。十分钟。也许更短。</w:t>
      </w:r>
    </w:p>
    <w:p>
      <w:pPr>
        <w:spacing w:line="560" w:lineRule="exact"/>
        <w:ind w:firstLine="420"/>
      </w:pPr>
      <w:r>
        <w:rPr>
          <w:rFonts w:ascii="宋体" w:hAnsi="宋体" w:eastAsia="宋体"/>
          <w:sz w:val="24"/>
        </w:rPr>
        <w:t>林风把古玉放回口袋，看向凌天：「通知夜影、赵铁柱、苏小雅——计划变了。我们不跑——我们打。」</w:t>
      </w:r>
    </w:p>
    <w:p>
      <w:r>
        <w:br w:type="page"/>
      </w:r>
    </w:p>
    <w:p>
      <w:pPr>
        <w:jc w:val="center"/>
      </w:pPr>
      <w:r>
        <w:rPr>
          <w:b/>
          <w:sz w:val="32"/>
        </w:rPr>
        <w:t>第082章 沙滩对峙·分秒必争</w:t>
      </w:r>
    </w:p>
    <w:p>
      <w:pPr>
        <w:jc w:val="center"/>
      </w:pPr>
      <w:r>
        <w:rPr>
          <w:color w:val="999999"/>
          <w:sz w:val="18"/>
        </w:rPr>
        <w:t>（2,500字）</w:t>
      </w:r>
    </w:p>
    <w:p/>
    <w:p>
      <w:pPr>
        <w:spacing w:line="560" w:lineRule="exact"/>
        <w:ind w:firstLine="420"/>
      </w:pPr>
      <w:r>
        <w:rPr>
          <w:rFonts w:ascii="宋体" w:hAnsi="宋体" w:eastAsia="宋体"/>
          <w:sz w:val="24"/>
        </w:rPr>
        <w:t>林建国从口袋里掏出那个银色的U盘，金属外壳上刻着一行细小的编号——「CN-07-BKUP-01」。他把它递到林风面前，然后插到了凌天的便携设备上——一台加固型的军用平板电脑，外壳是深灰色的橡胶保护套。</w:t>
      </w:r>
    </w:p>
    <w:p>
      <w:pPr>
        <w:spacing w:line="560" w:lineRule="exact"/>
        <w:ind w:firstLine="420"/>
      </w:pPr>
      <w:r>
        <w:rPr>
          <w:rFonts w:ascii="宋体" w:hAnsi="宋体" w:eastAsia="宋体"/>
          <w:sz w:val="24"/>
        </w:rPr>
        <w:t>「EVE协议的分发程序在这个盘里。」林建国说，「只要把U盘插到有网络的设备上，它会自动向五个服务器节点发送命令。」</w:t>
      </w:r>
    </w:p>
    <w:p>
      <w:pPr>
        <w:spacing w:line="560" w:lineRule="exact"/>
        <w:ind w:firstLine="420"/>
      </w:pPr>
      <w:r>
        <w:rPr>
          <w:rFonts w:ascii="宋体" w:hAnsi="宋体" w:eastAsia="宋体"/>
          <w:sz w:val="24"/>
        </w:rPr>
        <w:t>「但需要同时激活。」林婉补充道，「不能有超过五秒的误差——否则奥林匹斯的冗余系统会自动锁定所有节点的接入端口。」</w:t>
      </w:r>
    </w:p>
    <w:p>
      <w:pPr>
        <w:spacing w:line="560" w:lineRule="exact"/>
        <w:ind w:firstLine="420"/>
      </w:pPr>
      <w:r>
        <w:rPr>
          <w:rFonts w:ascii="宋体" w:hAnsi="宋体" w:eastAsia="宋体"/>
          <w:sz w:val="24"/>
        </w:rPr>
        <w:t>林风接过U盘，银色的金属外壳在晨光下反射出一道光。</w:t>
      </w:r>
    </w:p>
    <w:p>
      <w:pPr>
        <w:spacing w:line="560" w:lineRule="exact"/>
        <w:ind w:firstLine="420"/>
      </w:pPr>
      <w:r>
        <w:rPr>
          <w:rFonts w:ascii="宋体" w:hAnsi="宋体" w:eastAsia="宋体"/>
          <w:sz w:val="24"/>
        </w:rPr>
        <w:t>他看向凌天。</w:t>
      </w:r>
    </w:p>
    <w:p>
      <w:pPr>
        <w:spacing w:line="560" w:lineRule="exact"/>
        <w:ind w:firstLine="420"/>
      </w:pPr>
      <w:r>
        <w:rPr>
          <w:rFonts w:ascii="宋体" w:hAnsi="宋体" w:eastAsia="宋体"/>
          <w:sz w:val="24"/>
        </w:rPr>
        <w:t>「能联系上其他人吗？」</w:t>
      </w:r>
    </w:p>
    <w:p>
      <w:pPr>
        <w:spacing w:line="560" w:lineRule="exact"/>
        <w:ind w:firstLine="420"/>
      </w:pPr>
      <w:r>
        <w:rPr>
          <w:rFonts w:ascii="宋体" w:hAnsi="宋体" w:eastAsia="宋体"/>
          <w:sz w:val="24"/>
        </w:rPr>
        <w:t>凌天已经在操作他的通讯设备了——一部内置了卫星通讯模块的手持终端。「夜影在岸上，她可以立刻出发去东京。赵铁柱和苏小雅的机票——」</w:t>
      </w:r>
    </w:p>
    <w:p>
      <w:pPr>
        <w:spacing w:line="560" w:lineRule="exact"/>
        <w:ind w:firstLine="420"/>
      </w:pPr>
      <w:r>
        <w:rPr>
          <w:rFonts w:ascii="宋体" w:hAnsi="宋体" w:eastAsia="宋体"/>
          <w:sz w:val="24"/>
        </w:rPr>
        <w:t>「改签。」林风说，「不经过新加坡了，直接从各自的城市飞目的地。」</w:t>
      </w:r>
    </w:p>
    <w:p>
      <w:pPr>
        <w:spacing w:line="560" w:lineRule="exact"/>
        <w:ind w:firstLine="420"/>
      </w:pPr>
      <w:r>
        <w:rPr>
          <w:rFonts w:ascii="宋体" w:hAnsi="宋体" w:eastAsia="宋体"/>
          <w:sz w:val="24"/>
        </w:rPr>
        <w:t>「苏小雅在上海——飞洛杉矶，直飞十二个小时。」凌天迅速计算着，「赵铁柱在北京——飞法兰克福，直飞十个小时。」</w:t>
      </w:r>
    </w:p>
    <w:p>
      <w:pPr>
        <w:spacing w:line="560" w:lineRule="exact"/>
        <w:ind w:firstLine="420"/>
      </w:pPr>
      <w:r>
        <w:rPr>
          <w:rFonts w:ascii="宋体" w:hAnsi="宋体" w:eastAsia="宋体"/>
          <w:sz w:val="24"/>
        </w:rPr>
        <w:t>「时间窗口？」</w:t>
      </w:r>
    </w:p>
    <w:p>
      <w:pPr>
        <w:spacing w:line="560" w:lineRule="exact"/>
        <w:ind w:firstLine="420"/>
      </w:pPr>
      <w:r>
        <w:rPr>
          <w:rFonts w:ascii="宋体" w:hAnsi="宋体" w:eastAsia="宋体"/>
          <w:sz w:val="24"/>
        </w:rPr>
        <w:t>「如果奥林匹斯的人到了岛上发现我们在做这个——他们会在所有国际机场设卡。」凌天说，「所以我们必须比他们快。」</w:t>
      </w:r>
    </w:p>
    <w:p>
      <w:pPr>
        <w:spacing w:line="560" w:lineRule="exact"/>
        <w:ind w:firstLine="420"/>
      </w:pPr>
      <w:r>
        <w:rPr>
          <w:rFonts w:ascii="宋体" w:hAnsi="宋体" w:eastAsia="宋体"/>
          <w:sz w:val="24"/>
        </w:rPr>
        <w:t>引擎声越来越近了。</w:t>
      </w:r>
    </w:p>
    <w:p>
      <w:pPr>
        <w:spacing w:line="560" w:lineRule="exact"/>
        <w:ind w:firstLine="420"/>
      </w:pPr>
      <w:r>
        <w:rPr>
          <w:rFonts w:ascii="宋体" w:hAnsi="宋体" w:eastAsia="宋体"/>
          <w:sz w:val="24"/>
        </w:rPr>
        <w:t>透过院子的围墙缝隙，林风能看到海面上两艘快艇正在快速靠近——白色的船体，黑色的艇身涂装标记。每艘船上大约坐着五到六个人，穿着深色的战术服。</w:t>
      </w:r>
    </w:p>
    <w:p>
      <w:pPr>
        <w:spacing w:line="560" w:lineRule="exact"/>
        <w:ind w:firstLine="420"/>
      </w:pPr>
      <w:r>
        <w:rPr>
          <w:rFonts w:ascii="宋体" w:hAnsi="宋体" w:eastAsia="宋体"/>
          <w:sz w:val="24"/>
        </w:rPr>
        <w:t>「他们到了。」林建国平静地说，「小风——你带着U盘走。我留下来和他们谈。」</w:t>
      </w:r>
    </w:p>
    <w:p>
      <w:pPr>
        <w:spacing w:line="560" w:lineRule="exact"/>
        <w:ind w:firstLine="420"/>
      </w:pPr>
      <w:r>
        <w:rPr>
          <w:rFonts w:ascii="宋体" w:hAnsi="宋体" w:eastAsia="宋体"/>
          <w:sz w:val="24"/>
        </w:rPr>
        <w:t>「不行——」</w:t>
      </w:r>
    </w:p>
    <w:p>
      <w:pPr>
        <w:spacing w:line="560" w:lineRule="exact"/>
        <w:ind w:firstLine="420"/>
      </w:pPr>
      <w:r>
        <w:rPr>
          <w:rFonts w:ascii="宋体" w:hAnsi="宋体" w:eastAsia="宋体"/>
          <w:sz w:val="24"/>
        </w:rPr>
        <w:t>「他们不会杀我。」林建国说，「我说过——我活着比死了有用。但你带着古玉和EVE协议——你不能落入他们手中。」</w:t>
      </w:r>
    </w:p>
    <w:p>
      <w:pPr>
        <w:spacing w:line="560" w:lineRule="exact"/>
        <w:ind w:firstLine="420"/>
      </w:pPr>
      <w:r>
        <w:rPr>
          <w:rFonts w:ascii="宋体" w:hAnsi="宋体" w:eastAsia="宋体"/>
          <w:sz w:val="24"/>
        </w:rPr>
        <w:t>「那妈妈呢？」</w:t>
      </w:r>
    </w:p>
    <w:p>
      <w:pPr>
        <w:spacing w:line="560" w:lineRule="exact"/>
        <w:ind w:firstLine="420"/>
      </w:pPr>
      <w:r>
        <w:rPr>
          <w:rFonts w:ascii="宋体" w:hAnsi="宋体" w:eastAsia="宋体"/>
          <w:sz w:val="24"/>
        </w:rPr>
        <w:t>「我和你妈一起留在这里。」林建国说，「我们等了十六年——就是为了让你完成最后一步。别让我们白等。」</w:t>
      </w:r>
    </w:p>
    <w:p>
      <w:pPr>
        <w:spacing w:line="560" w:lineRule="exact"/>
        <w:ind w:firstLine="420"/>
      </w:pPr>
      <w:r>
        <w:rPr>
          <w:rFonts w:ascii="宋体" w:hAnsi="宋体" w:eastAsia="宋体"/>
          <w:sz w:val="24"/>
        </w:rPr>
        <w:t>快艇靠岸了。沙滩方向传来引擎关停的声音、人跳下船的脚步声、低沉的说话声——带着英文口音。</w:t>
      </w:r>
    </w:p>
    <w:p>
      <w:pPr>
        <w:spacing w:line="560" w:lineRule="exact"/>
        <w:ind w:firstLine="420"/>
      </w:pPr>
      <w:r>
        <w:rPr>
          <w:rFonts w:ascii="宋体" w:hAnsi="宋体" w:eastAsia="宋体"/>
          <w:sz w:val="24"/>
        </w:rPr>
        <w:t>「五个人。」凌天透过围墙缝隙观察，他的瞳孔猛地收缩了一下，「不对——十一个人。全副武装。带头的手里拿着冲锋枪——不是普通的民用装备。」</w:t>
      </w:r>
    </w:p>
    <w:p>
      <w:pPr>
        <w:spacing w:line="560" w:lineRule="exact"/>
        <w:ind w:firstLine="420"/>
      </w:pPr>
      <w:r>
        <w:rPr>
          <w:rFonts w:ascii="宋体" w:hAnsi="宋体" w:eastAsia="宋体"/>
          <w:sz w:val="24"/>
        </w:rPr>
        <w:t>「还有多久时间准备？」</w:t>
      </w:r>
    </w:p>
    <w:p>
      <w:pPr>
        <w:spacing w:line="560" w:lineRule="exact"/>
        <w:ind w:firstLine="420"/>
      </w:pPr>
      <w:r>
        <w:rPr>
          <w:rFonts w:ascii="宋体" w:hAnsi="宋体" w:eastAsia="宋体"/>
          <w:sz w:val="24"/>
        </w:rPr>
        <w:t>「三分钟。」</w:t>
      </w:r>
    </w:p>
    <w:p>
      <w:pPr>
        <w:spacing w:line="560" w:lineRule="exact"/>
        <w:ind w:firstLine="420"/>
      </w:pPr>
      <w:r>
        <w:rPr>
          <w:rFonts w:ascii="宋体" w:hAnsi="宋体" w:eastAsia="宋体"/>
          <w:sz w:val="24"/>
        </w:rPr>
        <w:t>林风看着手里的U盘和古玉，然后看向面前的父母。</w:t>
      </w:r>
    </w:p>
    <w:p>
      <w:pPr>
        <w:spacing w:line="560" w:lineRule="exact"/>
        <w:ind w:firstLine="420"/>
      </w:pPr>
      <w:r>
        <w:rPr>
          <w:rFonts w:ascii="宋体" w:hAnsi="宋体" w:eastAsia="宋体"/>
          <w:sz w:val="24"/>
        </w:rPr>
        <w:t>十六年。</w:t>
      </w:r>
    </w:p>
    <w:p>
      <w:pPr>
        <w:spacing w:line="560" w:lineRule="exact"/>
        <w:ind w:firstLine="420"/>
      </w:pPr>
      <w:r>
        <w:rPr>
          <w:rFonts w:ascii="宋体" w:hAnsi="宋体" w:eastAsia="宋体"/>
          <w:sz w:val="24"/>
        </w:rPr>
        <w:t>从五岁到二十二岁，他花了整整十六年才找到他们。而现在，他必须在找到他们的三十分钟之内离开。</w:t>
      </w:r>
    </w:p>
    <w:p>
      <w:pPr>
        <w:spacing w:line="560" w:lineRule="exact"/>
        <w:ind w:firstLine="420"/>
      </w:pPr>
      <w:r>
        <w:rPr>
          <w:rFonts w:ascii="宋体" w:hAnsi="宋体" w:eastAsia="宋体"/>
          <w:sz w:val="24"/>
        </w:rPr>
        <w:t>「我会回来的。」林风说，「等我把奥林匹斯的监控层删了——」</w:t>
      </w:r>
    </w:p>
    <w:p>
      <w:pPr>
        <w:spacing w:line="560" w:lineRule="exact"/>
        <w:ind w:firstLine="420"/>
      </w:pPr>
      <w:r>
        <w:rPr>
          <w:rFonts w:ascii="宋体" w:hAnsi="宋体" w:eastAsia="宋体"/>
          <w:sz w:val="24"/>
        </w:rPr>
        <w:t>「——就没有任何人能再追踪你们了。」林婉接过他的话，「那时候我们可以真正地在一起。」</w:t>
      </w:r>
    </w:p>
    <w:p>
      <w:pPr>
        <w:spacing w:line="560" w:lineRule="exact"/>
        <w:ind w:firstLine="420"/>
      </w:pPr>
      <w:r>
        <w:rPr>
          <w:rFonts w:ascii="宋体" w:hAnsi="宋体" w:eastAsia="宋体"/>
          <w:sz w:val="24"/>
        </w:rPr>
        <w:t>林风用力地拥抱了一下母亲，感受到了她肩膀的瘦削和微微的颤抖。他又看了一眼父亲——林建国站在门口，背对着院子里的围墙，表情很平静，像是一切都在他的计划之中。</w:t>
      </w:r>
    </w:p>
    <w:p>
      <w:pPr>
        <w:spacing w:line="560" w:lineRule="exact"/>
        <w:ind w:firstLine="420"/>
      </w:pPr>
      <w:r>
        <w:rPr>
          <w:rFonts w:ascii="宋体" w:hAnsi="宋体" w:eastAsia="宋体"/>
          <w:sz w:val="24"/>
        </w:rPr>
        <w:t>林建国对他点了点头——不是「再见」的点头，而是「去吧」的点头。</w:t>
      </w:r>
    </w:p>
    <w:p>
      <w:pPr>
        <w:spacing w:line="560" w:lineRule="exact"/>
        <w:ind w:firstLine="420"/>
      </w:pPr>
      <w:r>
        <w:rPr>
          <w:rFonts w:ascii="宋体" w:hAnsi="宋体" w:eastAsia="宋体"/>
          <w:sz w:val="24"/>
        </w:rPr>
        <w:t>「凌天——走。」</w:t>
      </w:r>
    </w:p>
    <w:p>
      <w:pPr>
        <w:spacing w:line="560" w:lineRule="exact"/>
        <w:ind w:firstLine="420"/>
      </w:pPr>
      <w:r>
        <w:rPr>
          <w:rFonts w:ascii="宋体" w:hAnsi="宋体" w:eastAsia="宋体"/>
          <w:sz w:val="24"/>
        </w:rPr>
        <w:t>他们从院子的后门绕了出去——后门通向岛的东侧，那里是一片乱石滩，停着一艘小的橡皮艇——林建国早就准备好的逃生路线。</w:t>
      </w:r>
    </w:p>
    <w:p>
      <w:pPr>
        <w:spacing w:line="560" w:lineRule="exact"/>
        <w:ind w:firstLine="420"/>
      </w:pPr>
      <w:r>
        <w:rPr>
          <w:rFonts w:ascii="宋体" w:hAnsi="宋体" w:eastAsia="宋体"/>
          <w:sz w:val="24"/>
        </w:rPr>
        <w:t>「橡皮艇只能坐两个人。」凌天说，「我划船带你到礁石后面——然后游泳到快艇那边。」</w:t>
      </w:r>
    </w:p>
    <w:p>
      <w:pPr>
        <w:spacing w:line="560" w:lineRule="exact"/>
        <w:ind w:firstLine="420"/>
      </w:pPr>
      <w:r>
        <w:rPr>
          <w:rFonts w:ascii="宋体" w:hAnsi="宋体" w:eastAsia="宋体"/>
          <w:sz w:val="24"/>
        </w:rPr>
        <w:t>「快艇？」</w:t>
      </w:r>
    </w:p>
    <w:p>
      <w:pPr>
        <w:spacing w:line="560" w:lineRule="exact"/>
        <w:ind w:firstLine="420"/>
      </w:pPr>
      <w:r>
        <w:rPr>
          <w:rFonts w:ascii="宋体" w:hAnsi="宋体" w:eastAsia="宋体"/>
          <w:sz w:val="24"/>
        </w:rPr>
        <w:t>「黄师傅已经把船开到了岛的东侧——他会在礁石区等我们。」</w:t>
      </w:r>
    </w:p>
    <w:p>
      <w:pPr>
        <w:spacing w:line="560" w:lineRule="exact"/>
        <w:ind w:firstLine="420"/>
      </w:pPr>
      <w:r>
        <w:rPr>
          <w:rFonts w:ascii="宋体" w:hAnsi="宋体" w:eastAsia="宋体"/>
          <w:sz w:val="24"/>
        </w:rPr>
        <w:t>两人沿着石滩一路小跑。脚下的石头大小不一，被海水冲刷了无数年，表面长着一层薄薄的青苔，踩上去滑得厉害。林风好几次差点摔倒，手掌蹭到了一块锋利的礁石边缘，火辣辣地疼——但他顾不上看伤口。</w:t>
      </w:r>
    </w:p>
    <w:p>
      <w:pPr>
        <w:spacing w:line="560" w:lineRule="exact"/>
        <w:ind w:firstLine="420"/>
      </w:pPr>
      <w:r>
        <w:rPr>
          <w:rFonts w:ascii="宋体" w:hAnsi="宋体" w:eastAsia="宋体"/>
          <w:sz w:val="24"/>
        </w:rPr>
        <w:t>身后传来了说话声——奥林匹斯的人已经走进了内院。</w:t>
      </w:r>
    </w:p>
    <w:p>
      <w:pPr>
        <w:spacing w:line="560" w:lineRule="exact"/>
        <w:ind w:firstLine="420"/>
      </w:pPr>
      <w:r>
        <w:rPr>
          <w:rFonts w:ascii="宋体" w:hAnsi="宋体" w:eastAsia="宋体"/>
          <w:sz w:val="24"/>
        </w:rPr>
        <w:t>一分钟后，橡皮艇推入了水中。船底碰到水面的那一瞬间发出一声极轻的扑通声，被海浪的声音完美地掩盖住了。</w:t>
      </w:r>
    </w:p>
    <w:p>
      <w:pPr>
        <w:spacing w:line="560" w:lineRule="exact"/>
        <w:ind w:firstLine="420"/>
      </w:pPr>
      <w:r>
        <w:rPr>
          <w:rFonts w:ascii="宋体" w:hAnsi="宋体" w:eastAsia="宋体"/>
          <w:sz w:val="24"/>
        </w:rPr>
        <w:t>凌天划桨，橡皮艇无声地滑过水面，绕过了岛东侧的一片礁石区。礁石区后面——那艘白色快艇果然停在那里，黄师傅已经启动了引擎，正在待命。</w:t>
      </w:r>
    </w:p>
    <w:p>
      <w:pPr>
        <w:spacing w:line="560" w:lineRule="exact"/>
        <w:ind w:firstLine="420"/>
      </w:pPr>
      <w:r>
        <w:rPr>
          <w:rFonts w:ascii="宋体" w:hAnsi="宋体" w:eastAsia="宋体"/>
          <w:sz w:val="24"/>
        </w:rPr>
        <w:t>「上来！」黄师傅压低声音喊。</w:t>
      </w:r>
    </w:p>
    <w:p>
      <w:pPr>
        <w:spacing w:line="560" w:lineRule="exact"/>
        <w:ind w:firstLine="420"/>
      </w:pPr>
      <w:r>
        <w:rPr>
          <w:rFonts w:ascii="宋体" w:hAnsi="宋体" w:eastAsia="宋体"/>
          <w:sz w:val="24"/>
        </w:rPr>
        <w:t>林风和凌天翻上快艇。黄师傅立刻推动油门，快艇猛地一窜，在礁石间灵活地转折，驶向外海方向。</w:t>
      </w:r>
    </w:p>
    <w:p>
      <w:pPr>
        <w:spacing w:line="560" w:lineRule="exact"/>
        <w:ind w:firstLine="420"/>
      </w:pPr>
      <w:r>
        <w:rPr>
          <w:rFonts w:ascii="宋体" w:hAnsi="宋体" w:eastAsia="宋体"/>
          <w:sz w:val="24"/>
        </w:rPr>
        <w:t>「没事？」黄师傅问。</w:t>
      </w:r>
    </w:p>
    <w:p>
      <w:pPr>
        <w:spacing w:line="560" w:lineRule="exact"/>
        <w:ind w:firstLine="420"/>
      </w:pPr>
      <w:r>
        <w:rPr>
          <w:rFonts w:ascii="宋体" w:hAnsi="宋体" w:eastAsia="宋体"/>
          <w:sz w:val="24"/>
        </w:rPr>
        <w:t>「没事。」林风说，「去新加坡。」</w:t>
      </w:r>
    </w:p>
    <w:p>
      <w:pPr>
        <w:spacing w:line="560" w:lineRule="exact"/>
        <w:ind w:firstLine="420"/>
      </w:pPr>
      <w:r>
        <w:rPr>
          <w:rFonts w:ascii="宋体" w:hAnsi="宋体" w:eastAsia="宋体"/>
          <w:sz w:val="24"/>
        </w:rPr>
        <w:t>「不去刚才的地方？」</w:t>
      </w:r>
    </w:p>
    <w:p>
      <w:pPr>
        <w:spacing w:line="560" w:lineRule="exact"/>
        <w:ind w:firstLine="420"/>
      </w:pPr>
      <w:r>
        <w:rPr>
          <w:rFonts w:ascii="宋体" w:hAnsi="宋体" w:eastAsia="宋体"/>
          <w:sz w:val="24"/>
        </w:rPr>
        <w:t>「去樟宜机场。」林风说。然后他打开通讯器，接通了夜影的频道：「夜影——你在哪？」</w:t>
      </w:r>
    </w:p>
    <w:p>
      <w:pPr>
        <w:spacing w:line="560" w:lineRule="exact"/>
        <w:ind w:firstLine="420"/>
      </w:pPr>
      <w:r>
        <w:rPr>
          <w:rFonts w:ascii="宋体" w:hAnsi="宋体" w:eastAsia="宋体"/>
          <w:sz w:val="24"/>
        </w:rPr>
        <w:t>「裕廊安全屋。」夜影的声音听起来很冷静，「我看到两艘快艇出动了——你们没事？」</w:t>
      </w:r>
    </w:p>
    <w:p>
      <w:pPr>
        <w:spacing w:line="560" w:lineRule="exact"/>
        <w:ind w:firstLine="420"/>
      </w:pPr>
      <w:r>
        <w:rPr>
          <w:rFonts w:ascii="宋体" w:hAnsi="宋体" w:eastAsia="宋体"/>
          <w:sz w:val="24"/>
        </w:rPr>
        <w:t>「我们在回程路上。」林风说，「计划变了——我需要你去东京。」</w:t>
      </w:r>
    </w:p>
    <w:p>
      <w:pPr>
        <w:spacing w:line="560" w:lineRule="exact"/>
        <w:ind w:firstLine="420"/>
      </w:pPr>
      <w:r>
        <w:rPr>
          <w:rFonts w:ascii="宋体" w:hAnsi="宋体" w:eastAsia="宋体"/>
          <w:sz w:val="24"/>
        </w:rPr>
        <w:t>「东京？」</w:t>
      </w:r>
    </w:p>
    <w:p>
      <w:pPr>
        <w:spacing w:line="560" w:lineRule="exact"/>
        <w:ind w:firstLine="420"/>
      </w:pPr>
      <w:r>
        <w:rPr>
          <w:rFonts w:ascii="宋体" w:hAnsi="宋体" w:eastAsia="宋体"/>
          <w:sz w:val="24"/>
        </w:rPr>
        <w:t>「对。到了我给你发详细坐标和操作步骤。」林风顿了顿，「小心——奥林匹斯可能在机场也有人。」</w:t>
      </w:r>
    </w:p>
    <w:p>
      <w:pPr>
        <w:spacing w:line="560" w:lineRule="exact"/>
        <w:ind w:firstLine="420"/>
      </w:pPr>
      <w:r>
        <w:rPr>
          <w:rFonts w:ascii="宋体" w:hAnsi="宋体" w:eastAsia="宋体"/>
          <w:sz w:val="24"/>
        </w:rPr>
        <w:t>「放心。东京的服务器节点——我熟。」夜影说完，挂断了通讯。她的语气里带着一种只有真正的高手才有的自信。</w:t>
      </w:r>
    </w:p>
    <w:p>
      <w:pPr>
        <w:spacing w:line="560" w:lineRule="exact"/>
        <w:ind w:firstLine="420"/>
      </w:pPr>
      <w:r>
        <w:rPr>
          <w:rFonts w:ascii="宋体" w:hAnsi="宋体" w:eastAsia="宋体"/>
          <w:sz w:val="24"/>
        </w:rPr>
        <w:t>他又接通了赵铁柱的电话。</w:t>
      </w:r>
    </w:p>
    <w:p>
      <w:pPr>
        <w:spacing w:line="560" w:lineRule="exact"/>
        <w:ind w:firstLine="420"/>
      </w:pPr>
      <w:r>
        <w:rPr>
          <w:rFonts w:ascii="宋体" w:hAnsi="宋体" w:eastAsia="宋体"/>
          <w:sz w:val="24"/>
        </w:rPr>
        <w:t>「铁柱——你现在在哪个城市？」</w:t>
      </w:r>
    </w:p>
    <w:p>
      <w:pPr>
        <w:spacing w:line="560" w:lineRule="exact"/>
        <w:ind w:firstLine="420"/>
      </w:pPr>
      <w:r>
        <w:rPr>
          <w:rFonts w:ascii="宋体" w:hAnsi="宋体" w:eastAsia="宋体"/>
          <w:sz w:val="24"/>
        </w:rPr>
        <w:t>「上海啊。刚到酒店——怎么了？」</w:t>
      </w:r>
    </w:p>
    <w:p>
      <w:pPr>
        <w:spacing w:line="560" w:lineRule="exact"/>
        <w:ind w:firstLine="420"/>
      </w:pPr>
      <w:r>
        <w:rPr>
          <w:rFonts w:ascii="宋体" w:hAnsi="宋体" w:eastAsia="宋体"/>
          <w:sz w:val="24"/>
        </w:rPr>
        <w:t>「计划有变。」林风说，「立刻订最快的航班飞法兰克福。到了等我消息。」</w:t>
      </w:r>
    </w:p>
    <w:p>
      <w:pPr>
        <w:spacing w:line="560" w:lineRule="exact"/>
        <w:ind w:firstLine="420"/>
      </w:pPr>
      <w:r>
        <w:rPr>
          <w:rFonts w:ascii="宋体" w:hAnsi="宋体" w:eastAsia="宋体"/>
          <w:sz w:val="24"/>
        </w:rPr>
        <w:t>「法兰克福？！德国那个？」赵铁柱的声音里充满了难以置信，「我一个打游戏打到满级的坦克——你让我去德国？」</w:t>
      </w:r>
    </w:p>
    <w:p>
      <w:pPr>
        <w:spacing w:line="560" w:lineRule="exact"/>
        <w:ind w:firstLine="420"/>
      </w:pPr>
      <w:r>
        <w:rPr>
          <w:rFonts w:ascii="宋体" w:hAnsi="宋体" w:eastAsia="宋体"/>
          <w:sz w:val="24"/>
        </w:rPr>
        <w:t>「法兰克福的节点就交给你了。」林风说，「凌天会把操作步骤发到你手机上。」</w:t>
      </w:r>
    </w:p>
    <w:p>
      <w:pPr>
        <w:spacing w:line="560" w:lineRule="exact"/>
        <w:ind w:firstLine="420"/>
      </w:pPr>
      <w:r>
        <w:rPr>
          <w:rFonts w:ascii="宋体" w:hAnsi="宋体" w:eastAsia="宋体"/>
          <w:sz w:val="24"/>
        </w:rPr>
        <w:t>「交给我吧。」赵铁柱沉默了几秒，「兄弟——你自己也小心。」</w:t>
      </w:r>
    </w:p>
    <w:p>
      <w:pPr>
        <w:spacing w:line="560" w:lineRule="exact"/>
        <w:ind w:firstLine="420"/>
      </w:pPr>
      <w:r>
        <w:rPr>
          <w:rFonts w:ascii="宋体" w:hAnsi="宋体" w:eastAsia="宋体"/>
          <w:sz w:val="24"/>
        </w:rPr>
        <w:t>「你也是。」林风说完挂了电话。</w:t>
      </w:r>
    </w:p>
    <w:p>
      <w:pPr>
        <w:spacing w:line="560" w:lineRule="exact"/>
        <w:ind w:firstLine="420"/>
      </w:pPr>
      <w:r>
        <w:rPr>
          <w:rFonts w:ascii="宋体" w:hAnsi="宋体" w:eastAsia="宋体"/>
          <w:sz w:val="24"/>
        </w:rPr>
        <w:t>「带了……上次办商务签的时候还没过期。」</w:t>
      </w:r>
    </w:p>
    <w:p>
      <w:pPr>
        <w:spacing w:line="560" w:lineRule="exact"/>
        <w:ind w:firstLine="420"/>
      </w:pPr>
      <w:r>
        <w:rPr>
          <w:rFonts w:ascii="宋体" w:hAnsi="宋体" w:eastAsia="宋体"/>
          <w:sz w:val="24"/>
        </w:rPr>
        <w:t>然后是苏小雅。</w:t>
      </w:r>
    </w:p>
    <w:p>
      <w:pPr>
        <w:spacing w:line="560" w:lineRule="exact"/>
        <w:ind w:firstLine="420"/>
      </w:pPr>
      <w:r>
        <w:rPr>
          <w:rFonts w:ascii="宋体" w:hAnsi="宋体" w:eastAsia="宋体"/>
          <w:sz w:val="24"/>
        </w:rPr>
        <w:t>「小雅——」</w:t>
      </w:r>
    </w:p>
    <w:p>
      <w:pPr>
        <w:spacing w:line="560" w:lineRule="exact"/>
        <w:ind w:firstLine="420"/>
      </w:pPr>
      <w:r>
        <w:rPr>
          <w:rFonts w:ascii="宋体" w:hAnsi="宋体" w:eastAsia="宋体"/>
          <w:sz w:val="24"/>
        </w:rPr>
        <w:t>「我听凌天的了。」苏小雅打断他的话，声音里有一种林风以前没听过的沉稳，「他让我订了去洛杉矶的机票——我已经在去浦东机场的路上了。什么都不会多问你，到了再说。」</w:t>
      </w:r>
    </w:p>
    <w:p>
      <w:pPr>
        <w:spacing w:line="560" w:lineRule="exact"/>
        <w:ind w:firstLine="420"/>
      </w:pPr>
      <w:r>
        <w:rPr>
          <w:rFonts w:ascii="宋体" w:hAnsi="宋体" w:eastAsia="宋体"/>
          <w:sz w:val="24"/>
        </w:rPr>
        <w:t>林风愣了一下，然后忍不住笑了。</w:t>
      </w:r>
    </w:p>
    <w:p>
      <w:pPr>
        <w:spacing w:line="560" w:lineRule="exact"/>
        <w:ind w:firstLine="420"/>
      </w:pPr>
      <w:r>
        <w:rPr>
          <w:rFonts w:ascii="宋体" w:hAnsi="宋体" w:eastAsia="宋体"/>
          <w:sz w:val="24"/>
        </w:rPr>
        <w:t>凌天已经安排好了——在他还在岛屿中心和林婉对话的时候，凌天已经用通讯器协调好了所有人的行动。</w:t>
      </w:r>
    </w:p>
    <w:p>
      <w:pPr>
        <w:spacing w:line="560" w:lineRule="exact"/>
        <w:ind w:firstLine="420"/>
      </w:pPr>
      <w:r>
        <w:rPr>
          <w:rFonts w:ascii="宋体" w:hAnsi="宋体" w:eastAsia="宋体"/>
          <w:sz w:val="24"/>
        </w:rPr>
        <w:t>「你什么时候做的？」林风问凌天。</w:t>
      </w:r>
    </w:p>
    <w:p>
      <w:pPr>
        <w:spacing w:line="560" w:lineRule="exact"/>
        <w:ind w:firstLine="420"/>
      </w:pPr>
      <w:r>
        <w:rPr>
          <w:rFonts w:ascii="宋体" w:hAnsi="宋体" w:eastAsia="宋体"/>
          <w:sz w:val="24"/>
        </w:rPr>
        <w:t>「你和你妈重逢的时候。」凌天淡淡地说，手上的舵一点没有偏，「我知道你会选择动手——所以提前把命令发出去了。」</w:t>
      </w:r>
    </w:p>
    <w:p>
      <w:pPr>
        <w:spacing w:line="560" w:lineRule="exact"/>
        <w:ind w:firstLine="420"/>
      </w:pPr>
      <w:r>
        <w:rPr>
          <w:rFonts w:ascii="宋体" w:hAnsi="宋体" w:eastAsia="宋体"/>
          <w:sz w:val="24"/>
        </w:rPr>
        <w:t>白色的快艇在海面上划出一道长长的航迹，船身随着海浪起伏，引擎发出稳健的轰鸣声。黄师傅把油门推到最大——时速大概有三十节，海风迎面刮在脸上像砂纸一样。</w:t>
      </w:r>
    </w:p>
    <w:p>
      <w:pPr>
        <w:spacing w:line="560" w:lineRule="exact"/>
        <w:ind w:firstLine="420"/>
      </w:pPr>
      <w:r>
        <w:rPr>
          <w:rFonts w:ascii="宋体" w:hAnsi="宋体" w:eastAsia="宋体"/>
          <w:sz w:val="24"/>
        </w:rPr>
        <w:t>林风低头看着手里的银色U盘和口袋里的古玉。古玉的温度依然维持着那种比体温略高的温热感，像是在持续地向他的手掌传递能量。他抬头看向远方——新加坡的天际线正在地平线上缓缓浮现，高楼大厦的轮廓在晨雾中若隐若现。</w:t>
      </w:r>
    </w:p>
    <w:p>
      <w:pPr>
        <w:spacing w:line="560" w:lineRule="exact"/>
        <w:ind w:firstLine="420"/>
      </w:pPr>
      <w:r>
        <w:rPr>
          <w:rFonts w:ascii="宋体" w:hAnsi="宋体" w:eastAsia="宋体"/>
          <w:sz w:val="24"/>
        </w:rPr>
        <w:t>他的手机震动了一下。</w:t>
      </w:r>
    </w:p>
    <w:p>
      <w:pPr>
        <w:spacing w:line="560" w:lineRule="exact"/>
        <w:ind w:firstLine="420"/>
      </w:pPr>
      <w:r>
        <w:rPr>
          <w:rFonts w:ascii="宋体" w:hAnsi="宋体" w:eastAsia="宋体"/>
          <w:sz w:val="24"/>
        </w:rPr>
        <w:t>是凌天的通讯器转发来的一条消息——来自一个未知号码。</w:t>
      </w:r>
    </w:p>
    <w:p>
      <w:pPr>
        <w:spacing w:line="560" w:lineRule="exact"/>
        <w:ind w:firstLine="420"/>
      </w:pPr>
      <w:r>
        <w:rPr>
          <w:rFonts w:ascii="宋体" w:hAnsi="宋体" w:eastAsia="宋体"/>
          <w:sz w:val="24"/>
        </w:rPr>
        <w:t>消息内容很短：</w:t>
      </w:r>
    </w:p>
    <w:p>
      <w:pPr>
        <w:spacing w:line="560" w:lineRule="exact"/>
        <w:ind w:firstLine="420"/>
      </w:pPr>
      <w:r>
        <w:rPr>
          <w:rFonts w:ascii="宋体" w:hAnsi="宋体" w:eastAsia="宋体"/>
          <w:sz w:val="24"/>
        </w:rPr>
        <w:t>「Oracle系统检测到节点变更请求。剩余响应窗口：23小时47分钟。EVE协议已准备就绪。等待最终确认指令。——EVE/ROOT」</w:t>
      </w:r>
    </w:p>
    <w:p>
      <w:pPr>
        <w:spacing w:line="560" w:lineRule="exact"/>
        <w:ind w:firstLine="420"/>
      </w:pPr>
      <w:r>
        <w:rPr>
          <w:rFonts w:ascii="宋体" w:hAnsi="宋体" w:eastAsia="宋体"/>
          <w:sz w:val="24"/>
        </w:rPr>
        <w:t>林风盯着屏幕上的那行字，默默地读了两遍。</w:t>
      </w:r>
    </w:p>
    <w:p>
      <w:pPr>
        <w:spacing w:line="560" w:lineRule="exact"/>
        <w:ind w:firstLine="420"/>
      </w:pPr>
      <w:r>
        <w:rPr>
          <w:rFonts w:ascii="宋体" w:hAnsi="宋体" w:eastAsia="宋体"/>
          <w:sz w:val="24"/>
        </w:rPr>
        <w:t>二十三小时四十七分钟。</w:t>
      </w:r>
    </w:p>
    <w:p>
      <w:pPr>
        <w:spacing w:line="560" w:lineRule="exact"/>
        <w:ind w:firstLine="420"/>
      </w:pPr>
      <w:r>
        <w:rPr>
          <w:rFonts w:ascii="宋体" w:hAnsi="宋体" w:eastAsia="宋体"/>
          <w:sz w:val="24"/>
        </w:rPr>
        <w:t>这就是他剩下的时间。</w:t>
      </w:r>
    </w:p>
    <w:p>
      <w:pPr>
        <w:spacing w:line="560" w:lineRule="exact"/>
        <w:ind w:firstLine="420"/>
      </w:pPr>
      <w:r>
        <w:rPr>
          <w:rFonts w:ascii="宋体" w:hAnsi="宋体" w:eastAsia="宋体"/>
          <w:sz w:val="24"/>
        </w:rPr>
        <w:t>在明晚日落之前——他必须和团队一起，在五个时区分头行动，删除奥林匹斯埋在《天界》中的一切。五个节点，五个时区，同时按下删除键。误差不能超过五秒。</w:t>
      </w:r>
    </w:p>
    <w:p>
      <w:pPr>
        <w:spacing w:line="560" w:lineRule="exact"/>
        <w:ind w:firstLine="420"/>
      </w:pPr>
      <w:r>
        <w:rPr>
          <w:rFonts w:ascii="宋体" w:hAnsi="宋体" w:eastAsia="宋体"/>
          <w:sz w:val="24"/>
        </w:rPr>
        <w:t>「凌天——」</w:t>
      </w:r>
    </w:p>
    <w:p>
      <w:pPr>
        <w:spacing w:line="560" w:lineRule="exact"/>
        <w:ind w:firstLine="420"/>
      </w:pPr>
      <w:r>
        <w:rPr>
          <w:rFonts w:ascii="宋体" w:hAnsi="宋体" w:eastAsia="宋体"/>
          <w:sz w:val="24"/>
        </w:rPr>
        <w:t>「嗯？」</w:t>
      </w:r>
    </w:p>
    <w:p>
      <w:pPr>
        <w:spacing w:line="560" w:lineRule="exact"/>
        <w:ind w:firstLine="420"/>
      </w:pPr>
      <w:r>
        <w:rPr>
          <w:rFonts w:ascii="宋体" w:hAnsi="宋体" w:eastAsia="宋体"/>
          <w:sz w:val="24"/>
        </w:rPr>
        <w:t>「谢谢你，兄弟。」</w:t>
      </w:r>
    </w:p>
    <w:p>
      <w:pPr>
        <w:spacing w:line="560" w:lineRule="exact"/>
        <w:ind w:firstLine="420"/>
      </w:pPr>
      <w:r>
        <w:rPr>
          <w:rFonts w:ascii="宋体" w:hAnsi="宋体" w:eastAsia="宋体"/>
          <w:sz w:val="24"/>
        </w:rPr>
        <w:t>凌天看了他一眼，然后继续掌舵，看着前方的海面。</w:t>
      </w:r>
    </w:p>
    <w:p>
      <w:pPr>
        <w:spacing w:line="560" w:lineRule="exact"/>
        <w:ind w:firstLine="420"/>
      </w:pPr>
      <w:r>
        <w:rPr>
          <w:rFonts w:ascii="宋体" w:hAnsi="宋体" w:eastAsia="宋体"/>
          <w:sz w:val="24"/>
        </w:rPr>
        <w:t>「别谢我。」凌天说，「等你把一切搞定之后——我们再坐下来好好谢。」</w:t>
      </w:r>
    </w:p>
    <w:p>
      <w:pPr>
        <w:spacing w:line="560" w:lineRule="exact"/>
        <w:ind w:firstLine="420"/>
      </w:pPr>
      <w:r>
        <w:rPr>
          <w:rFonts w:ascii="宋体" w:hAnsi="宋体" w:eastAsia="宋体"/>
          <w:sz w:val="24"/>
        </w:rPr>
        <w:t>快艇破浪向前。</w:t>
      </w:r>
    </w:p>
    <w:p>
      <w:pPr>
        <w:spacing w:line="560" w:lineRule="exact"/>
        <w:ind w:firstLine="420"/>
      </w:pPr>
      <w:r>
        <w:rPr>
          <w:rFonts w:ascii="宋体" w:hAnsi="宋体" w:eastAsia="宋体"/>
          <w:sz w:val="24"/>
        </w:rPr>
        <w:t>清晨的海风迎面吹来，带着海水的咸味和一种说不清的——自由的气息。</w:t>
      </w:r>
    </w:p>
    <w:p>
      <w:pPr>
        <w:spacing w:line="560" w:lineRule="exact"/>
        <w:ind w:firstLine="420"/>
      </w:pPr>
      <w:r>
        <w:rPr>
          <w:rFonts w:ascii="宋体" w:hAnsi="宋体" w:eastAsia="宋体"/>
          <w:sz w:val="24"/>
        </w:rPr>
        <w:t>林风把古玉握在手心里，感受着玉石的温热和其中流动的力量。</w:t>
      </w:r>
    </w:p>
    <w:p>
      <w:pPr>
        <w:spacing w:line="560" w:lineRule="exact"/>
        <w:ind w:firstLine="420"/>
      </w:pPr>
      <w:r>
        <w:rPr>
          <w:rFonts w:ascii="宋体" w:hAnsi="宋体" w:eastAsia="宋体"/>
          <w:sz w:val="24"/>
        </w:rPr>
        <w:t>他闭上眼睛，脑海里浮现出父母站在岛上的身影——林建国站在内院门口，背对着武装分子，面不改色；林婉坐在窗前，像十六年来的每个早晨一样平静。他们不怕，因为知道他会完成最后一步。</w:t>
      </w:r>
    </w:p>
    <w:p>
      <w:pPr>
        <w:spacing w:line="560" w:lineRule="exact"/>
        <w:ind w:firstLine="420"/>
      </w:pPr>
      <w:r>
        <w:rPr>
          <w:rFonts w:ascii="宋体" w:hAnsi="宋体" w:eastAsia="宋体"/>
          <w:sz w:val="24"/>
        </w:rPr>
        <w:t>他知道父母还在岛上面对着奥林匹斯的人。</w:t>
      </w:r>
    </w:p>
    <w:p>
      <w:pPr>
        <w:spacing w:line="560" w:lineRule="exact"/>
        <w:ind w:firstLine="420"/>
      </w:pPr>
      <w:r>
        <w:rPr>
          <w:rFonts w:ascii="宋体" w:hAnsi="宋体" w:eastAsia="宋体"/>
          <w:sz w:val="24"/>
        </w:rPr>
        <w:t>他知道团队正在赶往全球四个不同的城市。</w:t>
      </w:r>
    </w:p>
    <w:p>
      <w:pPr>
        <w:spacing w:line="560" w:lineRule="exact"/>
        <w:ind w:firstLine="420"/>
      </w:pPr>
      <w:r>
        <w:rPr>
          <w:rFonts w:ascii="宋体" w:hAnsi="宋体" w:eastAsia="宋体"/>
          <w:sz w:val="24"/>
        </w:rPr>
        <w:t>他知道二十三小时之后——一切都将结束。</w:t>
      </w:r>
    </w:p>
    <w:p>
      <w:pPr>
        <w:spacing w:line="560" w:lineRule="exact"/>
        <w:ind w:firstLine="420"/>
      </w:pPr>
      <w:r>
        <w:rPr>
          <w:rFonts w:ascii="宋体" w:hAnsi="宋体" w:eastAsia="宋体"/>
          <w:sz w:val="24"/>
        </w:rPr>
        <w:t>无论结果如何。无论他们能不能成功。</w:t>
      </w:r>
    </w:p>
    <w:p>
      <w:pPr>
        <w:spacing w:line="560" w:lineRule="exact"/>
        <w:ind w:firstLine="420"/>
      </w:pPr>
      <w:r>
        <w:rPr>
          <w:rFonts w:ascii="宋体" w:hAnsi="宋体" w:eastAsia="宋体"/>
          <w:sz w:val="24"/>
        </w:rPr>
        <w:t>这一切都会结束。</w:t>
      </w:r>
    </w:p>
    <w:p>
      <w:pPr>
        <w:spacing w:line="560" w:lineRule="exact"/>
        <w:ind w:firstLine="420"/>
      </w:pPr>
      <w:r>
        <w:rPr>
          <w:rFonts w:ascii="宋体" w:hAnsi="宋体" w:eastAsia="宋体"/>
          <w:sz w:val="24"/>
        </w:rPr>
        <w:t>林风把古玉贴近心口的位置，感受着它的温度和脉搏一般的律动。</w:t>
      </w:r>
    </w:p>
    <w:p>
      <w:pPr>
        <w:spacing w:line="560" w:lineRule="exact"/>
        <w:ind w:firstLine="420"/>
      </w:pPr>
      <w:r>
        <w:rPr>
          <w:rFonts w:ascii="宋体" w:hAnsi="宋体" w:eastAsia="宋体"/>
          <w:sz w:val="24"/>
        </w:rPr>
        <w:t>「爸，妈——等我。」他低声说。</w:t>
      </w:r>
    </w:p>
    <w:p>
      <w:pPr>
        <w:spacing w:line="560" w:lineRule="exact"/>
        <w:ind w:firstLine="420"/>
      </w:pPr>
      <w:r>
        <w:rPr>
          <w:rFonts w:ascii="宋体" w:hAnsi="宋体" w:eastAsia="宋体"/>
          <w:sz w:val="24"/>
        </w:rPr>
        <w:t>快艇继续向前。前方的海面上，新加坡的轮廓越来越清晰。</w:t>
      </w:r>
    </w:p>
    <w:p>
      <w:r>
        <w:br w:type="page"/>
      </w:r>
    </w:p>
    <w:p>
      <w:pPr>
        <w:jc w:val="center"/>
      </w:pPr>
      <w:r>
        <w:rPr>
          <w:b/>
          <w:sz w:val="32"/>
        </w:rPr>
        <w:t>第083章 五线同步·最后时刻</w:t>
      </w:r>
    </w:p>
    <w:p>
      <w:pPr>
        <w:jc w:val="center"/>
      </w:pPr>
      <w:r>
        <w:rPr>
          <w:color w:val="999999"/>
          <w:sz w:val="18"/>
        </w:rPr>
        <w:t>（2,507字）</w:t>
      </w:r>
    </w:p>
    <w:p/>
    <w:p>
      <w:pPr>
        <w:spacing w:line="560" w:lineRule="exact"/>
        <w:ind w:firstLine="420"/>
      </w:pPr>
      <w:r>
        <w:rPr>
          <w:rFonts w:ascii="宋体" w:hAnsi="宋体" w:eastAsia="宋体"/>
          <w:sz w:val="24"/>
        </w:rPr>
        <w:t>上午七点二十分，樟宜机场。</w:t>
      </w:r>
    </w:p>
    <w:p>
      <w:pPr>
        <w:spacing w:line="560" w:lineRule="exact"/>
        <w:ind w:firstLine="420"/>
      </w:pPr>
      <w:r>
        <w:rPr>
          <w:rFonts w:ascii="宋体" w:hAnsi="宋体" w:eastAsia="宋体"/>
          <w:sz w:val="24"/>
        </w:rPr>
        <w:t>林风和凌天走的是不同的值机柜台。林风用护照买了一张前往吉隆坡的机票——短途航班，一个小时后就起飞。凌天买的是前往香港的机票，也是同一个航站楼，但登机口在相反的方向。</w:t>
      </w:r>
    </w:p>
    <w:p>
      <w:pPr>
        <w:spacing w:line="560" w:lineRule="exact"/>
        <w:ind w:firstLine="420"/>
      </w:pPr>
      <w:r>
        <w:rPr>
          <w:rFonts w:ascii="宋体" w:hAnsi="宋体" w:eastAsia="宋体"/>
          <w:sz w:val="24"/>
        </w:rPr>
        <w:t>「记住了。」林风在上电梯前对凌天说，「时间同步——新加坡时间今晚二十三点整。误差不能超过五秒。」</w:t>
      </w:r>
    </w:p>
    <w:p>
      <w:pPr>
        <w:spacing w:line="560" w:lineRule="exact"/>
        <w:ind w:firstLine="420"/>
      </w:pPr>
      <w:r>
        <w:rPr>
          <w:rFonts w:ascii="宋体" w:hAnsi="宋体" w:eastAsia="宋体"/>
          <w:sz w:val="24"/>
        </w:rPr>
        <w:t>「校准了。」凌天拍了拍手腕上的电子表——一只卡西欧G-Shock，表面有一圈绿色的数字荧光，「我已经和所有人对了时间。出发前用卫星信号校准过，误差在十毫秒以内。」</w:t>
      </w:r>
    </w:p>
    <w:p>
      <w:pPr>
        <w:spacing w:line="560" w:lineRule="exact"/>
        <w:ind w:firstLine="420"/>
      </w:pPr>
      <w:r>
        <w:rPr>
          <w:rFonts w:ascii="宋体" w:hAnsi="宋体" w:eastAsia="宋体"/>
          <w:sz w:val="24"/>
        </w:rPr>
        <w:t>「通讯呢？」</w:t>
      </w:r>
    </w:p>
    <w:p>
      <w:pPr>
        <w:spacing w:line="560" w:lineRule="exact"/>
        <w:ind w:firstLine="420"/>
      </w:pPr>
      <w:r>
        <w:rPr>
          <w:rFonts w:ascii="宋体" w:hAnsi="宋体" w:eastAsia="宋体"/>
          <w:sz w:val="24"/>
        </w:rPr>
        <w:t>「加密频道。用EVE协议自带的通讯层——奥林匹斯拦截不了。」</w:t>
      </w:r>
    </w:p>
    <w:p>
      <w:pPr>
        <w:spacing w:line="560" w:lineRule="exact"/>
        <w:ind w:firstLine="420"/>
      </w:pPr>
      <w:r>
        <w:rPr>
          <w:rFonts w:ascii="宋体" w:hAnsi="宋体" w:eastAsia="宋体"/>
          <w:sz w:val="24"/>
        </w:rPr>
        <w:t>林风点了点头。</w:t>
      </w:r>
    </w:p>
    <w:p>
      <w:pPr>
        <w:spacing w:line="560" w:lineRule="exact"/>
        <w:ind w:firstLine="420"/>
      </w:pPr>
      <w:r>
        <w:rPr>
          <w:rFonts w:ascii="宋体" w:hAnsi="宋体" w:eastAsia="宋体"/>
          <w:sz w:val="24"/>
        </w:rPr>
        <w:t>两个人没有说太多话。该说的都已经在路上说完了。剩下的——就是各自完成自己的那一部分。</w:t>
      </w:r>
    </w:p>
    <w:p>
      <w:pPr>
        <w:spacing w:line="560" w:lineRule="exact"/>
        <w:ind w:firstLine="420"/>
      </w:pPr>
      <w:r>
        <w:rPr>
          <w:rFonts w:ascii="宋体" w:hAnsi="宋体" w:eastAsia="宋体"/>
          <w:sz w:val="24"/>
        </w:rPr>
        <w:t>「到了香港给我消息。」林风说，用力握了一下凌天的肩膀。</w:t>
      </w:r>
    </w:p>
    <w:p>
      <w:pPr>
        <w:spacing w:line="560" w:lineRule="exact"/>
        <w:ind w:firstLine="420"/>
      </w:pPr>
      <w:r>
        <w:rPr>
          <w:rFonts w:ascii="宋体" w:hAnsi="宋体" w:eastAsia="宋体"/>
          <w:sz w:val="24"/>
        </w:rPr>
        <w:t>「你到了新加坡也是。」凌天拍了拍他的手臂凌天说。</w:t>
      </w:r>
    </w:p>
    <w:p>
      <w:pPr>
        <w:spacing w:line="560" w:lineRule="exact"/>
        <w:ind w:firstLine="420"/>
      </w:pPr>
      <w:r>
        <w:rPr>
          <w:rFonts w:ascii="宋体" w:hAnsi="宋体" w:eastAsia="宋体"/>
          <w:sz w:val="24"/>
        </w:rPr>
        <w:t>然后两个人分头走向了各自的登机口。</w:t>
      </w:r>
    </w:p>
    <w:p>
      <w:pPr>
        <w:spacing w:line="560" w:lineRule="exact"/>
        <w:ind w:firstLine="420"/>
      </w:pPr>
      <w:r>
        <w:rPr>
          <w:rFonts w:ascii="宋体" w:hAnsi="宋体" w:eastAsia="宋体"/>
          <w:sz w:val="24"/>
        </w:rPr>
        <w:t>吉隆坡的航班准时起飞。四十分钟的航程——林风坐在靠窗的位置，看着窗外新加坡的海岸线越来越远，然后又看到了马来半岛的绿色轮廓在云层下面铺展开来。</w:t>
      </w:r>
    </w:p>
    <w:p>
      <w:pPr>
        <w:spacing w:line="560" w:lineRule="exact"/>
        <w:ind w:firstLine="420"/>
      </w:pPr>
      <w:r>
        <w:rPr>
          <w:rFonts w:ascii="宋体" w:hAnsi="宋体" w:eastAsia="宋体"/>
          <w:sz w:val="24"/>
        </w:rPr>
        <w:t>他没有去吉隆坡。</w:t>
      </w:r>
    </w:p>
    <w:p>
      <w:pPr>
        <w:spacing w:line="560" w:lineRule="exact"/>
        <w:ind w:firstLine="420"/>
      </w:pPr>
      <w:r>
        <w:rPr>
          <w:rFonts w:ascii="宋体" w:hAnsi="宋体" w:eastAsia="宋体"/>
          <w:sz w:val="24"/>
        </w:rPr>
        <w:t>至少，他的机票上写的是吉隆坡。飞机降落在吉隆坡国际机场之后，他没有出航站楼——而是直接在转机通道里找到了另一班回新加坡的航班。两个小时之后，他又回到了樟宜机场。</w:t>
      </w:r>
    </w:p>
    <w:p>
      <w:pPr>
        <w:spacing w:line="560" w:lineRule="exact"/>
        <w:ind w:firstLine="420"/>
      </w:pPr>
      <w:r>
        <w:rPr>
          <w:rFonts w:ascii="宋体" w:hAnsi="宋体" w:eastAsia="宋体"/>
          <w:sz w:val="24"/>
        </w:rPr>
        <w:t>这次他用的是一本不同的护照——凌天提前准备的备用证件，照片是他的但名字是另一个人。</w:t>
      </w:r>
    </w:p>
    <w:p>
      <w:pPr>
        <w:spacing w:line="560" w:lineRule="exact"/>
        <w:ind w:firstLine="420"/>
      </w:pPr>
      <w:r>
        <w:rPr>
          <w:rFonts w:ascii="宋体" w:hAnsi="宋体" w:eastAsia="宋体"/>
          <w:sz w:val="24"/>
        </w:rPr>
        <w:t>入境很顺利。</w:t>
      </w:r>
    </w:p>
    <w:p>
      <w:pPr>
        <w:spacing w:line="560" w:lineRule="exact"/>
        <w:ind w:firstLine="420"/>
      </w:pPr>
      <w:r>
        <w:rPr>
          <w:rFonts w:ascii="宋体" w:hAnsi="宋体" w:eastAsia="宋体"/>
          <w:sz w:val="24"/>
        </w:rPr>
        <w:t>下午一点十五分，他站在了新加坡裕廊的街道上。</w:t>
      </w:r>
    </w:p>
    <w:p>
      <w:pPr>
        <w:spacing w:line="560" w:lineRule="exact"/>
        <w:ind w:firstLine="420"/>
      </w:pPr>
      <w:r>
        <w:rPr>
          <w:rFonts w:ascii="宋体" w:hAnsi="宋体" w:eastAsia="宋体"/>
          <w:sz w:val="24"/>
        </w:rPr>
        <w:t>安全屋已经用不成了——奥林匹斯的人可能在裕廊区的所有出入口布控。林风没有回安全屋，而是直接去了一家位于牛车水的小旅馆——用备用证件登记入住。</w:t>
      </w:r>
    </w:p>
    <w:p>
      <w:pPr>
        <w:spacing w:line="560" w:lineRule="exact"/>
        <w:ind w:firstLine="420"/>
      </w:pPr>
      <w:r>
        <w:rPr>
          <w:rFonts w:ascii="宋体" w:hAnsi="宋体" w:eastAsia="宋体"/>
          <w:sz w:val="24"/>
        </w:rPr>
        <w:t>房间很小，只有一张床和一张桌子。窗户面向一条狭窄的巷子，能看到对面楼的外墙上挂满了空调外机和晾晒的衣服。</w:t>
      </w:r>
    </w:p>
    <w:p>
      <w:pPr>
        <w:spacing w:line="560" w:lineRule="exact"/>
        <w:ind w:firstLine="420"/>
      </w:pPr>
      <w:r>
        <w:rPr>
          <w:rFonts w:ascii="宋体" w:hAnsi="宋体" w:eastAsia="宋体"/>
          <w:sz w:val="24"/>
        </w:rPr>
        <w:t>林风把背包放在床上，拉开拉链，拿出了那台凌天的加固型平板电脑——外壳上还残留着刚才穿过海关时的体温。他把银色U盘插进USB口。</w:t>
      </w:r>
    </w:p>
    <w:p>
      <w:pPr>
        <w:spacing w:line="560" w:lineRule="exact"/>
        <w:ind w:firstLine="420"/>
      </w:pPr>
      <w:r>
        <w:rPr>
          <w:rFonts w:ascii="宋体" w:hAnsi="宋体" w:eastAsia="宋体"/>
          <w:sz w:val="24"/>
        </w:rPr>
        <w:t>屏幕亮起，弹出了一个命令行界面。</w:t>
      </w:r>
    </w:p>
    <w:p>
      <w:pPr>
        <w:spacing w:line="560" w:lineRule="exact"/>
        <w:ind w:firstLine="420"/>
      </w:pPr>
      <w:r>
        <w:rPr>
          <w:rFonts w:ascii="宋体" w:hAnsi="宋体" w:eastAsia="宋体"/>
          <w:sz w:val="24"/>
        </w:rPr>
        <w:t>`EVE Protocol — Distributed Execution Console`</w:t>
      </w:r>
    </w:p>
    <w:p>
      <w:pPr>
        <w:spacing w:line="560" w:lineRule="exact"/>
        <w:ind w:firstLine="420"/>
      </w:pPr>
      <w:r>
        <w:rPr>
          <w:rFonts w:ascii="宋体" w:hAnsi="宋体" w:eastAsia="宋体"/>
          <w:sz w:val="24"/>
        </w:rPr>
        <w:t>`Waiting for node handshakes…`</w:t>
      </w:r>
    </w:p>
    <w:p>
      <w:pPr>
        <w:spacing w:line="560" w:lineRule="exact"/>
        <w:ind w:firstLine="420"/>
      </w:pPr>
      <w:r>
        <w:rPr>
          <w:rFonts w:ascii="宋体" w:hAnsi="宋体" w:eastAsia="宋体"/>
          <w:sz w:val="24"/>
        </w:rPr>
        <w:t>`[Node 1 — Singapore] OFFLINE — Awaiting local interface`</w:t>
      </w:r>
    </w:p>
    <w:p>
      <w:pPr>
        <w:spacing w:line="560" w:lineRule="exact"/>
        <w:ind w:firstLine="420"/>
      </w:pPr>
      <w:r>
        <w:rPr>
          <w:rFonts w:ascii="宋体" w:hAnsi="宋体" w:eastAsia="宋体"/>
          <w:sz w:val="24"/>
        </w:rPr>
        <w:t>`[Node 2 — Hong Kong] OFFLINE — Awaiting local interface`</w:t>
      </w:r>
    </w:p>
    <w:p>
      <w:pPr>
        <w:spacing w:line="560" w:lineRule="exact"/>
        <w:ind w:firstLine="420"/>
      </w:pPr>
      <w:r>
        <w:rPr>
          <w:rFonts w:ascii="宋体" w:hAnsi="宋体" w:eastAsia="宋体"/>
          <w:sz w:val="24"/>
        </w:rPr>
        <w:t>`[Node 3 — Tokyo] OFFLINE — Awaiting local interface`</w:t>
      </w:r>
    </w:p>
    <w:p>
      <w:pPr>
        <w:spacing w:line="560" w:lineRule="exact"/>
        <w:ind w:firstLine="420"/>
      </w:pPr>
      <w:r>
        <w:rPr>
          <w:rFonts w:ascii="宋体" w:hAnsi="宋体" w:eastAsia="宋体"/>
          <w:sz w:val="24"/>
        </w:rPr>
        <w:t>`[Node 4 — Frankfurt] OFFLINE — Awaiting local interface`</w:t>
      </w:r>
    </w:p>
    <w:p>
      <w:pPr>
        <w:spacing w:line="560" w:lineRule="exact"/>
        <w:ind w:firstLine="420"/>
      </w:pPr>
      <w:r>
        <w:rPr>
          <w:rFonts w:ascii="宋体" w:hAnsi="宋体" w:eastAsia="宋体"/>
          <w:sz w:val="24"/>
        </w:rPr>
        <w:t>`[Node 5 — Los Angeles] OFFLINE — Awaiting local interface`</w:t>
      </w:r>
    </w:p>
    <w:p>
      <w:pPr>
        <w:spacing w:line="560" w:lineRule="exact"/>
        <w:ind w:firstLine="420"/>
      </w:pPr>
      <w:r>
        <w:rPr>
          <w:rFonts w:ascii="宋体" w:hAnsi="宋体" w:eastAsia="宋体"/>
          <w:sz w:val="24"/>
        </w:rPr>
        <w:t>五个节点——全部离线。</w:t>
      </w:r>
    </w:p>
    <w:p>
      <w:pPr>
        <w:spacing w:line="560" w:lineRule="exact"/>
        <w:ind w:firstLine="420"/>
      </w:pPr>
      <w:r>
        <w:rPr>
          <w:rFonts w:ascii="宋体" w:hAnsi="宋体" w:eastAsia="宋体"/>
          <w:sz w:val="24"/>
        </w:rPr>
        <w:t>他们要等到今天晚上二十三点才能激活。在那之前，他什么都做不了——只能等。</w:t>
      </w:r>
    </w:p>
    <w:p>
      <w:pPr>
        <w:spacing w:line="560" w:lineRule="exact"/>
        <w:ind w:firstLine="420"/>
      </w:pPr>
      <w:r>
        <w:rPr>
          <w:rFonts w:ascii="宋体" w:hAnsi="宋体" w:eastAsia="宋体"/>
          <w:sz w:val="24"/>
        </w:rPr>
        <w:t>等待是最煎熬的部分。</w:t>
      </w:r>
    </w:p>
    <w:p>
      <w:pPr>
        <w:spacing w:line="560" w:lineRule="exact"/>
        <w:ind w:firstLine="420"/>
      </w:pPr>
      <w:r>
        <w:rPr>
          <w:rFonts w:ascii="宋体" w:hAnsi="宋体" w:eastAsia="宋体"/>
          <w:sz w:val="24"/>
        </w:rPr>
        <w:t>下午两点，加密通讯频道响了。是凌天的消息：「到香港了。」</w:t>
      </w:r>
    </w:p>
    <w:p>
      <w:pPr>
        <w:spacing w:line="560" w:lineRule="exact"/>
        <w:ind w:firstLine="420"/>
      </w:pPr>
      <w:r>
        <w:rPr>
          <w:rFonts w:ascii="宋体" w:hAnsi="宋体" w:eastAsia="宋体"/>
          <w:sz w:val="24"/>
        </w:rPr>
        <w:t>「收到。安全？」</w:t>
      </w:r>
    </w:p>
    <w:p>
      <w:pPr>
        <w:spacing w:line="560" w:lineRule="exact"/>
        <w:ind w:firstLine="420"/>
      </w:pPr>
      <w:r>
        <w:rPr>
          <w:rFonts w:ascii="宋体" w:hAnsi="宋体" w:eastAsia="宋体"/>
          <w:sz w:val="24"/>
        </w:rPr>
        <w:t>「安全。正在前往目标位置。」</w:t>
      </w:r>
    </w:p>
    <w:p>
      <w:pPr>
        <w:spacing w:line="560" w:lineRule="exact"/>
        <w:ind w:firstLine="420"/>
      </w:pPr>
      <w:r>
        <w:rPr>
          <w:rFonts w:ascii="宋体" w:hAnsi="宋体" w:eastAsia="宋体"/>
          <w:sz w:val="24"/>
        </w:rPr>
        <w:t>下午三点，夜影的消息：「东京落地。已出关。」</w:t>
      </w:r>
    </w:p>
    <w:p>
      <w:pPr>
        <w:spacing w:line="560" w:lineRule="exact"/>
        <w:ind w:firstLine="420"/>
      </w:pPr>
      <w:r>
        <w:rPr>
          <w:rFonts w:ascii="宋体" w:hAnsi="宋体" w:eastAsia="宋体"/>
          <w:sz w:val="24"/>
        </w:rPr>
        <w:t>下午四点二十分，赵铁柱的消息：「呃……我到法兰克福了。挺冷的。接下来干啥？」</w:t>
      </w:r>
    </w:p>
    <w:p>
      <w:pPr>
        <w:spacing w:line="560" w:lineRule="exact"/>
        <w:ind w:firstLine="420"/>
      </w:pPr>
      <w:r>
        <w:rPr>
          <w:rFonts w:ascii="宋体" w:hAnsi="宋体" w:eastAsia="宋体"/>
          <w:sz w:val="24"/>
        </w:rPr>
        <w:t>林风忍不住笑了一下。</w:t>
      </w:r>
    </w:p>
    <w:p>
      <w:pPr>
        <w:spacing w:line="560" w:lineRule="exact"/>
        <w:ind w:firstLine="420"/>
      </w:pPr>
      <w:r>
        <w:rPr>
          <w:rFonts w:ascii="宋体" w:hAnsi="宋体" w:eastAsia="宋体"/>
          <w:sz w:val="24"/>
        </w:rPr>
        <w:t>「找一家网速最快的网吧。到了通知你。」</w:t>
      </w:r>
    </w:p>
    <w:p>
      <w:pPr>
        <w:spacing w:line="560" w:lineRule="exact"/>
        <w:ind w:firstLine="420"/>
      </w:pPr>
      <w:r>
        <w:rPr>
          <w:rFonts w:ascii="宋体" w:hAnsi="宋体" w:eastAsia="宋体"/>
          <w:sz w:val="24"/>
        </w:rPr>
        <w:t>下午五点四十五分，苏小雅的消息：「洛杉矶入境成功。这里早上——我还没倒过来时差。」</w:t>
      </w:r>
    </w:p>
    <w:p>
      <w:pPr>
        <w:spacing w:line="560" w:lineRule="exact"/>
        <w:ind w:firstLine="420"/>
      </w:pPr>
      <w:r>
        <w:rPr>
          <w:rFonts w:ascii="宋体" w:hAnsi="宋体" w:eastAsia="宋体"/>
          <w:sz w:val="24"/>
        </w:rPr>
        <w:t>「不用倒。到了晚上执行完任务再倒。」林风说，然后又补了一句，「辛苦了。」</w:t>
      </w:r>
    </w:p>
    <w:p>
      <w:pPr>
        <w:spacing w:line="560" w:lineRule="exact"/>
        <w:ind w:firstLine="420"/>
      </w:pPr>
      <w:r>
        <w:rPr>
          <w:rFonts w:ascii="宋体" w:hAnsi="宋体" w:eastAsia="宋体"/>
          <w:sz w:val="24"/>
        </w:rPr>
        <w:t>五个队员——全部就位。</w:t>
      </w:r>
    </w:p>
    <w:p>
      <w:pPr>
        <w:spacing w:line="560" w:lineRule="exact"/>
        <w:ind w:firstLine="420"/>
      </w:pPr>
      <w:r>
        <w:rPr>
          <w:rFonts w:ascii="宋体" w:hAnsi="宋体" w:eastAsia="宋体"/>
          <w:sz w:val="24"/>
        </w:rPr>
        <w:t>现在只剩下他和时间。</w:t>
      </w:r>
    </w:p>
    <w:p>
      <w:pPr>
        <w:spacing w:line="560" w:lineRule="exact"/>
        <w:ind w:firstLine="420"/>
      </w:pPr>
      <w:r>
        <w:rPr>
          <w:rFonts w:ascii="宋体" w:hAnsi="宋体" w:eastAsia="宋体"/>
          <w:sz w:val="24"/>
        </w:rPr>
        <w:t>林风坐在旅馆的床上，看着窗外的天色从明亮的午后变成橘红色的黄昏，再变成深蓝色的夜晚。</w:t>
      </w:r>
    </w:p>
    <w:p>
      <w:pPr>
        <w:spacing w:line="560" w:lineRule="exact"/>
        <w:ind w:firstLine="420"/>
      </w:pPr>
      <w:r>
        <w:rPr>
          <w:rFonts w:ascii="宋体" w:hAnsi="宋体" w:eastAsia="宋体"/>
          <w:sz w:val="24"/>
        </w:rPr>
        <w:t>牛车水的夜市开始热闹起来了。楼下传来食物的香气——炒粿条、沙爹串、海南鸡饭。他的胃咕噜叫了一声，他才意识到自己已经快二十四小时没有吃东西了。</w:t>
      </w:r>
    </w:p>
    <w:p>
      <w:pPr>
        <w:spacing w:line="560" w:lineRule="exact"/>
        <w:ind w:firstLine="420"/>
      </w:pPr>
      <w:r>
        <w:rPr>
          <w:rFonts w:ascii="宋体" w:hAnsi="宋体" w:eastAsia="宋体"/>
          <w:sz w:val="24"/>
        </w:rPr>
        <w:t>他戴上一顶棒球帽，下楼走进牛车水的夜市，买了一份海南鸡饭，打包带回房间，坐在床边一口一口地吃。</w:t>
      </w:r>
    </w:p>
    <w:p>
      <w:pPr>
        <w:spacing w:line="560" w:lineRule="exact"/>
        <w:ind w:firstLine="420"/>
      </w:pPr>
      <w:r>
        <w:rPr>
          <w:rFonts w:ascii="宋体" w:hAnsi="宋体" w:eastAsia="宋体"/>
          <w:sz w:val="24"/>
        </w:rPr>
        <w:t>米饭有些硬，但浸了鸡油之后带着淡淡的咸香。鸡肉很嫩，皮和肉之间夹着一层透明的胶质冻，蘸着姜蓉和甜酱油送进嘴里，味道出奇地好。他在岛上折腾了大半夜，又飞了两个来回——这份简单的海南鸡饭是他二十四小时里吃到的第一顿正经饭。</w:t>
      </w:r>
    </w:p>
    <w:p>
      <w:pPr>
        <w:spacing w:line="560" w:lineRule="exact"/>
        <w:ind w:firstLine="420"/>
      </w:pPr>
      <w:r>
        <w:rPr>
          <w:rFonts w:ascii="宋体" w:hAnsi="宋体" w:eastAsia="宋体"/>
          <w:sz w:val="24"/>
        </w:rPr>
        <w:t>吃完饭后，他看了看时间——晚上八点四十分。</w:t>
      </w:r>
    </w:p>
    <w:p>
      <w:pPr>
        <w:spacing w:line="560" w:lineRule="exact"/>
        <w:ind w:firstLine="420"/>
      </w:pPr>
      <w:r>
        <w:rPr>
          <w:rFonts w:ascii="宋体" w:hAnsi="宋体" w:eastAsia="宋体"/>
          <w:sz w:val="24"/>
        </w:rPr>
        <w:t>还有两个小时二十分钟。</w:t>
      </w:r>
    </w:p>
    <w:p>
      <w:pPr>
        <w:spacing w:line="560" w:lineRule="exact"/>
        <w:ind w:firstLine="420"/>
      </w:pPr>
      <w:r>
        <w:rPr>
          <w:rFonts w:ascii="宋体" w:hAnsi="宋体" w:eastAsia="宋体"/>
          <w:sz w:val="24"/>
        </w:rPr>
        <w:t>他打开平板，再次检查了EVE协议的五个节点状态——还是全部离线。他又打开了古玉的定位界面——古玉上的微型GPS模块显示他已经距离那个岛屿不到二十公里。</w:t>
      </w:r>
    </w:p>
    <w:p>
      <w:pPr>
        <w:spacing w:line="560" w:lineRule="exact"/>
        <w:ind w:firstLine="420"/>
      </w:pPr>
      <w:r>
        <w:rPr>
          <w:rFonts w:ascii="宋体" w:hAnsi="宋体" w:eastAsia="宋体"/>
          <w:sz w:val="24"/>
        </w:rPr>
        <w:t>父母还在那里。</w:t>
      </w:r>
    </w:p>
    <w:p>
      <w:pPr>
        <w:spacing w:line="560" w:lineRule="exact"/>
        <w:ind w:firstLine="420"/>
      </w:pPr>
      <w:r>
        <w:rPr>
          <w:rFonts w:ascii="宋体" w:hAnsi="宋体" w:eastAsia="宋体"/>
          <w:sz w:val="24"/>
        </w:rPr>
        <w:t>他盯着地图上的那个小点，看了很久。</w:t>
      </w:r>
    </w:p>
    <w:p>
      <w:pPr>
        <w:spacing w:line="560" w:lineRule="exact"/>
        <w:ind w:firstLine="420"/>
      </w:pPr>
      <w:r>
        <w:rPr>
          <w:rFonts w:ascii="宋体" w:hAnsi="宋体" w:eastAsia="宋体"/>
          <w:sz w:val="24"/>
        </w:rPr>
        <w:t>晚上九点十分。</w:t>
      </w:r>
    </w:p>
    <w:p>
      <w:pPr>
        <w:spacing w:line="560" w:lineRule="exact"/>
        <w:ind w:firstLine="420"/>
      </w:pPr>
      <w:r>
        <w:rPr>
          <w:rFonts w:ascii="宋体" w:hAnsi="宋体" w:eastAsia="宋体"/>
          <w:sz w:val="24"/>
        </w:rPr>
        <w:t>加密频道响了——是凌天。</w:t>
      </w:r>
    </w:p>
    <w:p>
      <w:pPr>
        <w:spacing w:line="560" w:lineRule="exact"/>
        <w:ind w:firstLine="420"/>
      </w:pPr>
      <w:r>
        <w:rPr>
          <w:rFonts w:ascii="宋体" w:hAnsi="宋体" w:eastAsia="宋体"/>
          <w:sz w:val="24"/>
        </w:rPr>
        <w:t>「我在香港的节点位置就位了。」凌天的声音很稳，「铜锣湾一栋写字楼的机房层——我找到了一台能连到东京备份节点的运维终端。」</w:t>
      </w:r>
    </w:p>
    <w:p>
      <w:pPr>
        <w:spacing w:line="560" w:lineRule="exact"/>
        <w:ind w:firstLine="420"/>
      </w:pPr>
      <w:r>
        <w:rPr>
          <w:rFonts w:ascii="宋体" w:hAnsi="宋体" w:eastAsia="宋体"/>
          <w:sz w:val="24"/>
        </w:rPr>
        <w:t>「没有触发警报？」</w:t>
      </w:r>
    </w:p>
    <w:p>
      <w:pPr>
        <w:spacing w:line="560" w:lineRule="exact"/>
        <w:ind w:firstLine="420"/>
      </w:pPr>
      <w:r>
        <w:rPr>
          <w:rFonts w:ascii="宋体" w:hAnsi="宋体" w:eastAsia="宋体"/>
          <w:sz w:val="24"/>
        </w:rPr>
        <w:t>「触发了。」凌天说，「但我用你爸U盘里的后门程序三秒之内清掉了日志。」</w:t>
      </w:r>
    </w:p>
    <w:p>
      <w:pPr>
        <w:spacing w:line="560" w:lineRule="exact"/>
        <w:ind w:firstLine="420"/>
      </w:pPr>
      <w:r>
        <w:rPr>
          <w:rFonts w:ascii="宋体" w:hAnsi="宋体" w:eastAsia="宋体"/>
          <w:sz w:val="24"/>
        </w:rPr>
        <w:t>「好。等我通知。」</w:t>
      </w:r>
    </w:p>
    <w:p>
      <w:pPr>
        <w:spacing w:line="560" w:lineRule="exact"/>
        <w:ind w:firstLine="420"/>
      </w:pPr>
      <w:r>
        <w:rPr>
          <w:rFonts w:ascii="宋体" w:hAnsi="宋体" w:eastAsia="宋体"/>
          <w:sz w:val="24"/>
        </w:rPr>
        <w:t>晚上九点四十五分。</w:t>
      </w:r>
    </w:p>
    <w:p>
      <w:pPr>
        <w:spacing w:line="560" w:lineRule="exact"/>
        <w:ind w:firstLine="420"/>
      </w:pPr>
      <w:r>
        <w:rPr>
          <w:rFonts w:ascii="宋体" w:hAnsi="宋体" w:eastAsia="宋体"/>
          <w:sz w:val="24"/>
        </w:rPr>
        <w:t>夜影从东京发来了消息：「节点就位。新宿某栋大楼的地下二层——《天界》日服的管理终端。我已经控制了机房。」</w:t>
      </w:r>
    </w:p>
    <w:p>
      <w:pPr>
        <w:spacing w:line="560" w:lineRule="exact"/>
        <w:ind w:firstLine="420"/>
      </w:pPr>
      <w:r>
        <w:rPr>
          <w:rFonts w:ascii="宋体" w:hAnsi="宋体" w:eastAsia="宋体"/>
          <w:sz w:val="24"/>
        </w:rPr>
        <w:t>赵铁柱：「法兰克福就位！我在一个叫……呃……互联网交换中心的地方。凌天远程帮我找到的入口。」</w:t>
      </w:r>
    </w:p>
    <w:p>
      <w:pPr>
        <w:spacing w:line="560" w:lineRule="exact"/>
        <w:ind w:firstLine="420"/>
      </w:pPr>
      <w:r>
        <w:rPr>
          <w:rFonts w:ascii="宋体" w:hAnsi="宋体" w:eastAsia="宋体"/>
          <w:sz w:val="24"/>
        </w:rPr>
        <w:t>苏小雅：「洛杉矶就位。圣莫尼卡的一栋办公楼——凌天说这里的设备是北美节点的管理入口。我已经进来了。」</w:t>
      </w:r>
    </w:p>
    <w:p>
      <w:pPr>
        <w:spacing w:line="560" w:lineRule="exact"/>
        <w:ind w:firstLine="420"/>
      </w:pPr>
      <w:r>
        <w:rPr>
          <w:rFonts w:ascii="宋体" w:hAnsi="宋体" w:eastAsia="宋体"/>
          <w:sz w:val="24"/>
        </w:rPr>
        <w:t>林风看着平板屏幕上五个节点的状态——全部变成了「STANDBY」。</w:t>
      </w:r>
    </w:p>
    <w:p>
      <w:pPr>
        <w:spacing w:line="560" w:lineRule="exact"/>
        <w:ind w:firstLine="420"/>
      </w:pPr>
      <w:r>
        <w:rPr>
          <w:rFonts w:ascii="宋体" w:hAnsi="宋体" w:eastAsia="宋体"/>
          <w:sz w:val="24"/>
        </w:rPr>
        <w:t>「好。」林风在频道里说，声音不大，但很坚定，「倒计时开始——当前时间新加坡时间二十一点五十分。」</w:t>
      </w:r>
    </w:p>
    <w:p>
      <w:pPr>
        <w:spacing w:line="560" w:lineRule="exact"/>
        <w:ind w:firstLine="420"/>
      </w:pPr>
      <w:r>
        <w:rPr>
          <w:rFonts w:ascii="宋体" w:hAnsi="宋体" w:eastAsia="宋体"/>
          <w:sz w:val="24"/>
        </w:rPr>
        <w:t>「收到。」四个声音几乎同时回复。</w:t>
      </w:r>
    </w:p>
    <w:p>
      <w:pPr>
        <w:spacing w:line="560" w:lineRule="exact"/>
        <w:ind w:firstLine="420"/>
      </w:pPr>
      <w:r>
        <w:rPr>
          <w:rFonts w:ascii="宋体" w:hAnsi="宋体" w:eastAsia="宋体"/>
          <w:sz w:val="24"/>
        </w:rPr>
        <w:t>林风站起来，穿上了外套。他把古玉挂在了脖子上——玉石贴着胸口的位置，能感受到它在持续散发着温热。</w:t>
      </w:r>
    </w:p>
    <w:p>
      <w:pPr>
        <w:spacing w:line="560" w:lineRule="exact"/>
        <w:ind w:firstLine="420"/>
      </w:pPr>
      <w:r>
        <w:rPr>
          <w:rFonts w:ascii="宋体" w:hAnsi="宋体" w:eastAsia="宋体"/>
          <w:sz w:val="24"/>
        </w:rPr>
        <w:t>他走出旅馆。</w:t>
      </w:r>
    </w:p>
    <w:p>
      <w:pPr>
        <w:spacing w:line="560" w:lineRule="exact"/>
        <w:ind w:firstLine="420"/>
      </w:pPr>
      <w:r>
        <w:rPr>
          <w:rFonts w:ascii="宋体" w:hAnsi="宋体" w:eastAsia="宋体"/>
          <w:sz w:val="24"/>
        </w:rPr>
        <w:t>新加坡的夜晚很美。牛车水的红灯笼在夜色中格外温暖，街边的小贩正在收摊，老人们在骑楼下乘凉聊天。</w:t>
      </w:r>
    </w:p>
    <w:p>
      <w:pPr>
        <w:spacing w:line="560" w:lineRule="exact"/>
        <w:ind w:firstLine="420"/>
      </w:pPr>
      <w:r>
        <w:rPr>
          <w:rFonts w:ascii="宋体" w:hAnsi="宋体" w:eastAsia="宋体"/>
          <w:sz w:val="24"/>
        </w:rPr>
        <w:t>如果一切顺利——明天这个时候，这个世界就会少一个隐秘的控制层。</w:t>
      </w:r>
    </w:p>
    <w:p>
      <w:pPr>
        <w:spacing w:line="560" w:lineRule="exact"/>
        <w:ind w:firstLine="420"/>
      </w:pPr>
      <w:r>
        <w:rPr>
          <w:rFonts w:ascii="宋体" w:hAnsi="宋体" w:eastAsia="宋体"/>
          <w:sz w:val="24"/>
        </w:rPr>
        <w:t>他走出旅馆，在路边拦了一辆出租车。司机是一个五十多岁的中年华人，车载收音机里放着新加坡本地的中文电台，主持人正在聊明天的天气。</w:t>
      </w:r>
    </w:p>
    <w:p>
      <w:pPr>
        <w:spacing w:line="560" w:lineRule="exact"/>
        <w:ind w:firstLine="420"/>
      </w:pPr>
      <w:r>
        <w:rPr>
          <w:rFonts w:ascii="宋体" w:hAnsi="宋体" w:eastAsia="宋体"/>
          <w:sz w:val="24"/>
        </w:rPr>
        <w:t>「裕廊工业区西段。」林风说。</w:t>
      </w:r>
    </w:p>
    <w:p>
      <w:pPr>
        <w:spacing w:line="560" w:lineRule="exact"/>
        <w:ind w:firstLine="420"/>
      </w:pPr>
      <w:r>
        <w:rPr>
          <w:rFonts w:ascii="宋体" w:hAnsi="宋体" w:eastAsia="宋体"/>
          <w:sz w:val="24"/>
        </w:rPr>
        <w:t>司机应了一声，踩下油门。</w:t>
      </w:r>
    </w:p>
    <w:p>
      <w:pPr>
        <w:spacing w:line="560" w:lineRule="exact"/>
        <w:ind w:firstLine="420"/>
      </w:pPr>
      <w:r>
        <w:rPr>
          <w:rFonts w:ascii="宋体" w:hAnsi="宋体" w:eastAsia="宋体"/>
          <w:sz w:val="24"/>
        </w:rPr>
        <w:t>车上他闭着眼睛，感受着古玉的温度和脉搏的节奏。窗外的街灯在眼皮上投下忽明忽暗的光影。</w:t>
      </w:r>
    </w:p>
    <w:p>
      <w:pPr>
        <w:spacing w:line="560" w:lineRule="exact"/>
        <w:ind w:firstLine="420"/>
      </w:pPr>
      <w:r>
        <w:rPr>
          <w:rFonts w:ascii="宋体" w:hAnsi="宋体" w:eastAsia="宋体"/>
          <w:sz w:val="24"/>
        </w:rPr>
        <w:t>二十二点四十分，他到达了裕廊工业区。</w:t>
      </w:r>
    </w:p>
    <w:p>
      <w:pPr>
        <w:spacing w:line="560" w:lineRule="exact"/>
        <w:ind w:firstLine="420"/>
      </w:pPr>
      <w:r>
        <w:rPr>
          <w:rFonts w:ascii="宋体" w:hAnsi="宋体" w:eastAsia="宋体"/>
          <w:sz w:val="24"/>
        </w:rPr>
        <w:t>他没有走正门去数据中心——而是绕到了配电室侧窗的位置。铁栅栏上的断口还在那里，窗户依然没有锁。</w:t>
      </w:r>
    </w:p>
    <w:p>
      <w:pPr>
        <w:spacing w:line="560" w:lineRule="exact"/>
        <w:ind w:firstLine="420"/>
      </w:pPr>
      <w:r>
        <w:rPr>
          <w:rFonts w:ascii="宋体" w:hAnsi="宋体" w:eastAsia="宋体"/>
          <w:sz w:val="24"/>
        </w:rPr>
        <w:t>他推开窗户，把手伸了进去。</w:t>
      </w:r>
    </w:p>
    <w:p>
      <w:pPr>
        <w:spacing w:line="560" w:lineRule="exact"/>
        <w:ind w:firstLine="420"/>
      </w:pPr>
      <w:r>
        <w:rPr>
          <w:rFonts w:ascii="宋体" w:hAnsi="宋体" w:eastAsia="宋体"/>
          <w:sz w:val="24"/>
        </w:rPr>
        <w:t>夹在配电柜调试口上的串口夹和数据线——都还在。设备运行正常。</w:t>
      </w:r>
    </w:p>
    <w:p>
      <w:pPr>
        <w:spacing w:line="560" w:lineRule="exact"/>
        <w:ind w:firstLine="420"/>
      </w:pPr>
      <w:r>
        <w:rPr>
          <w:rFonts w:ascii="宋体" w:hAnsi="宋体" w:eastAsia="宋体"/>
          <w:sz w:val="24"/>
        </w:rPr>
        <w:t>他把平板电脑的USB口连上了那根数据线。</w:t>
      </w:r>
    </w:p>
    <w:p>
      <w:pPr>
        <w:spacing w:line="560" w:lineRule="exact"/>
        <w:ind w:firstLine="420"/>
      </w:pPr>
      <w:r>
        <w:rPr>
          <w:rFonts w:ascii="宋体" w:hAnsi="宋体" w:eastAsia="宋体"/>
          <w:sz w:val="24"/>
        </w:rPr>
        <w:t>屏幕上，第一个节点的状态从「STANDBY」变成了「ONLINE」。</w:t>
      </w:r>
    </w:p>
    <w:p>
      <w:pPr>
        <w:spacing w:line="560" w:lineRule="exact"/>
        <w:ind w:firstLine="420"/>
      </w:pPr>
      <w:r>
        <w:rPr>
          <w:rFonts w:ascii="宋体" w:hAnsi="宋体" w:eastAsia="宋体"/>
          <w:sz w:val="24"/>
        </w:rPr>
        <w:t>`[Node 1 — Singapore] ONLINE — Interface ready`</w:t>
      </w:r>
    </w:p>
    <w:p>
      <w:pPr>
        <w:spacing w:line="560" w:lineRule="exact"/>
        <w:ind w:firstLine="420"/>
      </w:pPr>
      <w:r>
        <w:rPr>
          <w:rFonts w:ascii="宋体" w:hAnsi="宋体" w:eastAsia="宋体"/>
          <w:sz w:val="24"/>
        </w:rPr>
        <w:t>「主节点就位。」林风在频道里说。他的声音比预想中更平静。</w:t>
      </w:r>
    </w:p>
    <w:p>
      <w:pPr>
        <w:spacing w:line="560" w:lineRule="exact"/>
        <w:ind w:firstLine="420"/>
      </w:pPr>
      <w:r>
        <w:rPr>
          <w:rFonts w:ascii="宋体" w:hAnsi="宋体" w:eastAsia="宋体"/>
          <w:sz w:val="24"/>
        </w:rPr>
        <w:t>二十一秒后——</w:t>
      </w:r>
    </w:p>
    <w:p>
      <w:pPr>
        <w:spacing w:line="560" w:lineRule="exact"/>
        <w:ind w:firstLine="420"/>
      </w:pPr>
      <w:r>
        <w:rPr>
          <w:rFonts w:ascii="宋体" w:hAnsi="宋体" w:eastAsia="宋体"/>
          <w:sz w:val="24"/>
        </w:rPr>
        <w:t>「香港节点就位。」凌天。</w:t>
      </w:r>
    </w:p>
    <w:p>
      <w:pPr>
        <w:spacing w:line="560" w:lineRule="exact"/>
        <w:ind w:firstLine="420"/>
      </w:pPr>
      <w:r>
        <w:rPr>
          <w:rFonts w:ascii="宋体" w:hAnsi="宋体" w:eastAsia="宋体"/>
          <w:sz w:val="24"/>
        </w:rPr>
        <w:t>十秒后——</w:t>
      </w:r>
    </w:p>
    <w:p>
      <w:pPr>
        <w:spacing w:line="560" w:lineRule="exact"/>
        <w:ind w:firstLine="420"/>
      </w:pPr>
      <w:r>
        <w:rPr>
          <w:rFonts w:ascii="宋体" w:hAnsi="宋体" w:eastAsia="宋体"/>
          <w:sz w:val="24"/>
        </w:rPr>
        <w:t>「东京节点就位。」夜影。</w:t>
      </w:r>
    </w:p>
    <w:p>
      <w:pPr>
        <w:spacing w:line="560" w:lineRule="exact"/>
        <w:ind w:firstLine="420"/>
      </w:pPr>
      <w:r>
        <w:rPr>
          <w:rFonts w:ascii="宋体" w:hAnsi="宋体" w:eastAsia="宋体"/>
          <w:sz w:val="24"/>
        </w:rPr>
        <w:t>五秒后——</w:t>
      </w:r>
    </w:p>
    <w:p>
      <w:pPr>
        <w:spacing w:line="560" w:lineRule="exact"/>
        <w:ind w:firstLine="420"/>
      </w:pPr>
      <w:r>
        <w:rPr>
          <w:rFonts w:ascii="宋体" w:hAnsi="宋体" w:eastAsia="宋体"/>
          <w:sz w:val="24"/>
        </w:rPr>
        <w:t>「法兰克福节点就位。」赵铁柱。</w:t>
      </w:r>
    </w:p>
    <w:p>
      <w:pPr>
        <w:spacing w:line="560" w:lineRule="exact"/>
        <w:ind w:firstLine="420"/>
      </w:pPr>
      <w:r>
        <w:rPr>
          <w:rFonts w:ascii="宋体" w:hAnsi="宋体" w:eastAsia="宋体"/>
          <w:sz w:val="24"/>
        </w:rPr>
        <w:t>然后是一个稍长的停顿——</w:t>
      </w:r>
    </w:p>
    <w:p>
      <w:pPr>
        <w:spacing w:line="560" w:lineRule="exact"/>
        <w:ind w:firstLine="420"/>
      </w:pPr>
      <w:r>
        <w:rPr>
          <w:rFonts w:ascii="宋体" w:hAnsi="宋体" w:eastAsia="宋体"/>
          <w:sz w:val="24"/>
        </w:rPr>
        <w:t>「洛杉矶节点就位。」苏小雅的声音有些紧张，「我刚才差点被保安发现——不过搞定了。」</w:t>
      </w:r>
    </w:p>
    <w:p>
      <w:pPr>
        <w:spacing w:line="560" w:lineRule="exact"/>
        <w:ind w:firstLine="420"/>
      </w:pPr>
      <w:r>
        <w:rPr>
          <w:rFonts w:ascii="宋体" w:hAnsi="宋体" w:eastAsia="宋体"/>
          <w:sz w:val="24"/>
        </w:rPr>
        <w:t>五个节点——全部就位。</w:t>
      </w:r>
    </w:p>
    <w:p>
      <w:pPr>
        <w:spacing w:line="560" w:lineRule="exact"/>
        <w:ind w:firstLine="420"/>
      </w:pPr>
      <w:r>
        <w:rPr>
          <w:rFonts w:ascii="宋体" w:hAnsi="宋体" w:eastAsia="宋体"/>
          <w:sz w:val="24"/>
        </w:rPr>
        <w:t>林风看了一眼时间。</w:t>
      </w:r>
    </w:p>
    <w:p>
      <w:pPr>
        <w:spacing w:line="560" w:lineRule="exact"/>
        <w:ind w:firstLine="420"/>
      </w:pPr>
      <w:r>
        <w:rPr>
          <w:rFonts w:ascii="宋体" w:hAnsi="宋体" w:eastAsia="宋体"/>
          <w:sz w:val="24"/>
        </w:rPr>
        <w:t>二十一点五十七分。</w:t>
      </w:r>
    </w:p>
    <w:p>
      <w:pPr>
        <w:spacing w:line="560" w:lineRule="exact"/>
        <w:ind w:firstLine="420"/>
      </w:pPr>
      <w:r>
        <w:rPr>
          <w:rFonts w:ascii="宋体" w:hAnsi="宋体" w:eastAsia="宋体"/>
          <w:sz w:val="24"/>
        </w:rPr>
        <w:t>还有三分钟。</w:t>
      </w:r>
    </w:p>
    <w:p>
      <w:pPr>
        <w:spacing w:line="560" w:lineRule="exact"/>
        <w:ind w:firstLine="420"/>
      </w:pPr>
      <w:r>
        <w:rPr>
          <w:rFonts w:ascii="宋体" w:hAnsi="宋体" w:eastAsia="宋体"/>
          <w:sz w:val="24"/>
        </w:rPr>
        <w:t>他把手指放在了平板电脑的触摸屏上——在「Send Exec Command」按钮的上方。</w:t>
      </w:r>
    </w:p>
    <w:p>
      <w:pPr>
        <w:spacing w:line="560" w:lineRule="exact"/>
        <w:ind w:firstLine="420"/>
      </w:pPr>
      <w:r>
        <w:rPr>
          <w:rFonts w:ascii="宋体" w:hAnsi="宋体" w:eastAsia="宋体"/>
          <w:sz w:val="24"/>
        </w:rPr>
        <w:t>「所有人——」林风说，「三分钟之后——按下你们面前的按钮。」</w:t>
      </w:r>
    </w:p>
    <w:p>
      <w:pPr>
        <w:spacing w:line="560" w:lineRule="exact"/>
        <w:ind w:firstLine="420"/>
      </w:pPr>
      <w:r>
        <w:rPr>
          <w:rFonts w:ascii="宋体" w:hAnsi="宋体" w:eastAsia="宋体"/>
          <w:sz w:val="24"/>
        </w:rPr>
        <w:t>频道里安静了。</w:t>
      </w:r>
    </w:p>
    <w:p>
      <w:pPr>
        <w:spacing w:line="560" w:lineRule="exact"/>
        <w:ind w:firstLine="420"/>
      </w:pPr>
      <w:r>
        <w:rPr>
          <w:rFonts w:ascii="宋体" w:hAnsi="宋体" w:eastAsia="宋体"/>
          <w:sz w:val="24"/>
        </w:rPr>
        <w:t>没有人说话。</w:t>
      </w:r>
    </w:p>
    <w:p>
      <w:pPr>
        <w:spacing w:line="560" w:lineRule="exact"/>
        <w:ind w:firstLine="420"/>
      </w:pPr>
      <w:r>
        <w:rPr>
          <w:rFonts w:ascii="宋体" w:hAnsi="宋体" w:eastAsia="宋体"/>
          <w:sz w:val="24"/>
        </w:rPr>
        <w:t>但林风知道，在那四个不同的时区里，有四个人正站在四台不同的终端前面——有人手心出汗，有人呼吸急促，有人面无表情——但每个人都在等待同一秒钟。</w:t>
      </w:r>
    </w:p>
    <w:p>
      <w:pPr>
        <w:spacing w:line="560" w:lineRule="exact"/>
        <w:ind w:firstLine="420"/>
      </w:pPr>
      <w:r>
        <w:rPr>
          <w:rFonts w:ascii="宋体" w:hAnsi="宋体" w:eastAsia="宋体"/>
          <w:sz w:val="24"/>
        </w:rPr>
        <w:t>他在心里默默倒数。</w:t>
      </w:r>
    </w:p>
    <w:p>
      <w:pPr>
        <w:spacing w:line="560" w:lineRule="exact"/>
        <w:ind w:firstLine="420"/>
      </w:pPr>
      <w:r>
        <w:rPr>
          <w:rFonts w:ascii="宋体" w:hAnsi="宋体" w:eastAsia="宋体"/>
          <w:sz w:val="24"/>
        </w:rPr>
        <w:t>一百八十秒。</w:t>
      </w:r>
    </w:p>
    <w:p>
      <w:pPr>
        <w:spacing w:line="560" w:lineRule="exact"/>
        <w:ind w:firstLine="420"/>
      </w:pPr>
      <w:r>
        <w:rPr>
          <w:rFonts w:ascii="宋体" w:hAnsi="宋体" w:eastAsia="宋体"/>
          <w:sz w:val="24"/>
        </w:rPr>
        <w:t>一百七十秒。</w:t>
      </w:r>
    </w:p>
    <w:p>
      <w:pPr>
        <w:spacing w:line="560" w:lineRule="exact"/>
        <w:ind w:firstLine="420"/>
      </w:pPr>
      <w:r>
        <w:rPr>
          <w:rFonts w:ascii="宋体" w:hAnsi="宋体" w:eastAsia="宋体"/>
          <w:sz w:val="24"/>
        </w:rPr>
        <w:t>一百六十秒。</w:t>
      </w:r>
    </w:p>
    <w:p>
      <w:pPr>
        <w:spacing w:line="560" w:lineRule="exact"/>
        <w:ind w:firstLine="420"/>
      </w:pPr>
      <w:r>
        <w:rPr>
          <w:rFonts w:ascii="宋体" w:hAnsi="宋体" w:eastAsia="宋体"/>
          <w:sz w:val="24"/>
        </w:rPr>
        <w:t>古玉的温度在升高——他能感觉到它在胸口的位置散发着比刚才更明显的热度，好像在回应即将到来的行动。</w:t>
      </w:r>
    </w:p>
    <w:p>
      <w:pPr>
        <w:spacing w:line="560" w:lineRule="exact"/>
        <w:ind w:firstLine="420"/>
      </w:pPr>
      <w:r>
        <w:rPr>
          <w:rFonts w:ascii="宋体" w:hAnsi="宋体" w:eastAsia="宋体"/>
          <w:sz w:val="24"/>
        </w:rPr>
        <w:t>六十秒。</w:t>
      </w:r>
    </w:p>
    <w:p>
      <w:pPr>
        <w:spacing w:line="560" w:lineRule="exact"/>
        <w:ind w:firstLine="420"/>
      </w:pPr>
      <w:r>
        <w:rPr>
          <w:rFonts w:ascii="宋体" w:hAnsi="宋体" w:eastAsia="宋体"/>
          <w:sz w:val="24"/>
        </w:rPr>
        <w:t>林风深吸了一口气。</w:t>
      </w:r>
    </w:p>
    <w:p>
      <w:pPr>
        <w:spacing w:line="560" w:lineRule="exact"/>
        <w:ind w:firstLine="420"/>
      </w:pPr>
      <w:r>
        <w:rPr>
          <w:rFonts w:ascii="宋体" w:hAnsi="宋体" w:eastAsia="宋体"/>
          <w:sz w:val="24"/>
        </w:rPr>
        <w:t>三十秒。</w:t>
      </w:r>
    </w:p>
    <w:p>
      <w:pPr>
        <w:spacing w:line="560" w:lineRule="exact"/>
        <w:ind w:firstLine="420"/>
      </w:pPr>
      <w:r>
        <w:rPr>
          <w:rFonts w:ascii="宋体" w:hAnsi="宋体" w:eastAsia="宋体"/>
          <w:sz w:val="24"/>
        </w:rPr>
        <w:t>他透过配电室的窗户，看到了天空中的一片云层被月光照亮。</w:t>
      </w:r>
    </w:p>
    <w:p>
      <w:pPr>
        <w:spacing w:line="560" w:lineRule="exact"/>
        <w:ind w:firstLine="420"/>
      </w:pPr>
      <w:r>
        <w:rPr>
          <w:rFonts w:ascii="宋体" w:hAnsi="宋体" w:eastAsia="宋体"/>
          <w:sz w:val="24"/>
        </w:rPr>
        <w:t>十秒。</w:t>
      </w:r>
    </w:p>
    <w:p>
      <w:pPr>
        <w:spacing w:line="560" w:lineRule="exact"/>
        <w:ind w:firstLine="420"/>
      </w:pPr>
      <w:r>
        <w:rPr>
          <w:rFonts w:ascii="宋体" w:hAnsi="宋体" w:eastAsia="宋体"/>
          <w:sz w:val="24"/>
        </w:rPr>
        <w:t>九。</w:t>
      </w:r>
    </w:p>
    <w:p>
      <w:pPr>
        <w:spacing w:line="560" w:lineRule="exact"/>
        <w:ind w:firstLine="420"/>
      </w:pPr>
      <w:r>
        <w:rPr>
          <w:rFonts w:ascii="宋体" w:hAnsi="宋体" w:eastAsia="宋体"/>
          <w:sz w:val="24"/>
        </w:rPr>
        <w:t>八。</w:t>
      </w:r>
    </w:p>
    <w:p>
      <w:pPr>
        <w:spacing w:line="560" w:lineRule="exact"/>
        <w:ind w:firstLine="420"/>
      </w:pPr>
      <w:r>
        <w:rPr>
          <w:rFonts w:ascii="宋体" w:hAnsi="宋体" w:eastAsia="宋体"/>
          <w:sz w:val="24"/>
        </w:rPr>
        <w:t>七。</w:t>
      </w:r>
    </w:p>
    <w:p>
      <w:pPr>
        <w:spacing w:line="560" w:lineRule="exact"/>
        <w:ind w:firstLine="420"/>
      </w:pPr>
      <w:r>
        <w:rPr>
          <w:rFonts w:ascii="宋体" w:hAnsi="宋体" w:eastAsia="宋体"/>
          <w:sz w:val="24"/>
        </w:rPr>
        <w:t>六。</w:t>
      </w:r>
    </w:p>
    <w:p>
      <w:pPr>
        <w:spacing w:line="560" w:lineRule="exact"/>
        <w:ind w:firstLine="420"/>
      </w:pPr>
      <w:r>
        <w:rPr>
          <w:rFonts w:ascii="宋体" w:hAnsi="宋体" w:eastAsia="宋体"/>
          <w:sz w:val="24"/>
        </w:rPr>
        <w:t>五。</w:t>
      </w:r>
    </w:p>
    <w:p>
      <w:pPr>
        <w:spacing w:line="560" w:lineRule="exact"/>
        <w:ind w:firstLine="420"/>
      </w:pPr>
      <w:r>
        <w:rPr>
          <w:rFonts w:ascii="宋体" w:hAnsi="宋体" w:eastAsia="宋体"/>
          <w:sz w:val="24"/>
        </w:rPr>
        <w:t>四。</w:t>
      </w:r>
    </w:p>
    <w:p>
      <w:pPr>
        <w:spacing w:line="560" w:lineRule="exact"/>
        <w:ind w:firstLine="420"/>
      </w:pPr>
      <w:r>
        <w:rPr>
          <w:rFonts w:ascii="宋体" w:hAnsi="宋体" w:eastAsia="宋体"/>
          <w:sz w:val="24"/>
        </w:rPr>
        <w:t>三。</w:t>
      </w:r>
    </w:p>
    <w:p>
      <w:pPr>
        <w:spacing w:line="560" w:lineRule="exact"/>
        <w:ind w:firstLine="420"/>
      </w:pPr>
      <w:r>
        <w:rPr>
          <w:rFonts w:ascii="宋体" w:hAnsi="宋体" w:eastAsia="宋体"/>
          <w:sz w:val="24"/>
        </w:rPr>
        <w:t>二。</w:t>
      </w:r>
    </w:p>
    <w:p>
      <w:pPr>
        <w:spacing w:line="560" w:lineRule="exact"/>
        <w:ind w:firstLine="420"/>
      </w:pPr>
      <w:r>
        <w:rPr>
          <w:rFonts w:ascii="宋体" w:hAnsi="宋体" w:eastAsia="宋体"/>
          <w:sz w:val="24"/>
        </w:rPr>
        <w:t>一。</w:t>
      </w:r>
    </w:p>
    <w:p>
      <w:pPr>
        <w:spacing w:line="560" w:lineRule="exact"/>
        <w:ind w:firstLine="420"/>
      </w:pPr>
      <w:r>
        <w:rPr>
          <w:rFonts w:ascii="宋体" w:hAnsi="宋体" w:eastAsia="宋体"/>
          <w:sz w:val="24"/>
        </w:rPr>
        <w:t>林风按下了按钮。</w:t>
      </w:r>
    </w:p>
    <w:p>
      <w:pPr>
        <w:spacing w:line="560" w:lineRule="exact"/>
        <w:ind w:firstLine="420"/>
      </w:pPr>
      <w:r>
        <w:rPr>
          <w:rFonts w:ascii="宋体" w:hAnsi="宋体" w:eastAsia="宋体"/>
          <w:sz w:val="24"/>
        </w:rPr>
        <w:t>屏幕闪了一下。</w:t>
      </w:r>
    </w:p>
    <w:p>
      <w:pPr>
        <w:spacing w:line="560" w:lineRule="exact"/>
        <w:ind w:firstLine="420"/>
      </w:pPr>
      <w:r>
        <w:rPr>
          <w:rFonts w:ascii="宋体" w:hAnsi="宋体" w:eastAsia="宋体"/>
          <w:sz w:val="24"/>
        </w:rPr>
        <w:t>五个节点的状态依次变成了「EXECUTING」。</w:t>
      </w:r>
    </w:p>
    <w:p>
      <w:pPr>
        <w:spacing w:line="560" w:lineRule="exact"/>
        <w:ind w:firstLine="420"/>
      </w:pPr>
      <w:r>
        <w:rPr>
          <w:rFonts w:ascii="宋体" w:hAnsi="宋体" w:eastAsia="宋体"/>
          <w:sz w:val="24"/>
        </w:rPr>
        <w:t>然后，什么都没有发生。</w:t>
      </w:r>
    </w:p>
    <w:p>
      <w:pPr>
        <w:spacing w:line="560" w:lineRule="exact"/>
        <w:ind w:firstLine="420"/>
      </w:pPr>
      <w:r>
        <w:rPr>
          <w:rFonts w:ascii="宋体" w:hAnsi="宋体" w:eastAsia="宋体"/>
          <w:sz w:val="24"/>
        </w:rPr>
        <w:t>——至少，这个世界没有什么变化。牛车水的红灯笼还在亮着，裕隆工业区的路灯依然投下昏黄的光，远处的高速公路上还有车辆在夜行。</w:t>
      </w:r>
    </w:p>
    <w:p>
      <w:pPr>
        <w:spacing w:line="560" w:lineRule="exact"/>
        <w:ind w:firstLine="420"/>
      </w:pPr>
      <w:r>
        <w:rPr>
          <w:rFonts w:ascii="宋体" w:hAnsi="宋体" w:eastAsia="宋体"/>
          <w:sz w:val="24"/>
        </w:rPr>
        <w:t>但在世界的另一个维度——在构成《天界》的数百万行代码深处——一场无声的革命正在发生。</w:t>
      </w:r>
    </w:p>
    <w:p>
      <w:r>
        <w:br w:type="page"/>
      </w:r>
    </w:p>
    <w:p>
      <w:pPr>
        <w:jc w:val="center"/>
      </w:pPr>
      <w:r>
        <w:rPr>
          <w:b/>
          <w:sz w:val="32"/>
        </w:rPr>
        <w:t>第084章 删除·奥林匹斯的覆灭</w:t>
      </w:r>
    </w:p>
    <w:p>
      <w:pPr>
        <w:jc w:val="center"/>
      </w:pPr>
      <w:r>
        <w:rPr>
          <w:color w:val="999999"/>
          <w:sz w:val="18"/>
        </w:rPr>
        <w:t>（2,501字）</w:t>
      </w:r>
    </w:p>
    <w:p/>
    <w:p>
      <w:pPr>
        <w:spacing w:line="560" w:lineRule="exact"/>
        <w:ind w:firstLine="420"/>
      </w:pPr>
      <w:r>
        <w:rPr>
          <w:rFonts w:ascii="宋体" w:hAnsi="宋体" w:eastAsia="宋体"/>
          <w:sz w:val="24"/>
        </w:rPr>
        <w:t>按下按钮之后的五秒钟。</w:t>
      </w:r>
    </w:p>
    <w:p>
      <w:pPr>
        <w:spacing w:line="560" w:lineRule="exact"/>
        <w:ind w:firstLine="420"/>
      </w:pPr>
      <w:r>
        <w:rPr>
          <w:rFonts w:ascii="宋体" w:hAnsi="宋体" w:eastAsia="宋体"/>
          <w:sz w:val="24"/>
        </w:rPr>
        <w:t>什么都没发生。</w:t>
      </w:r>
    </w:p>
    <w:p>
      <w:pPr>
        <w:spacing w:line="560" w:lineRule="exact"/>
        <w:ind w:firstLine="420"/>
      </w:pPr>
      <w:r>
        <w:rPr>
          <w:rFonts w:ascii="宋体" w:hAnsi="宋体" w:eastAsia="宋体"/>
          <w:sz w:val="24"/>
        </w:rPr>
        <w:t>没有警报。没有灯光闪烁。没有天崩地裂。</w:t>
      </w:r>
    </w:p>
    <w:p>
      <w:pPr>
        <w:spacing w:line="560" w:lineRule="exact"/>
        <w:ind w:firstLine="420"/>
      </w:pPr>
      <w:r>
        <w:rPr>
          <w:rFonts w:ascii="宋体" w:hAnsi="宋体" w:eastAsia="宋体"/>
          <w:sz w:val="24"/>
        </w:rPr>
        <w:t>但林风的平板屏幕上，五个节点的状态已经悄然改变：</w:t>
      </w:r>
    </w:p>
    <w:p>
      <w:pPr>
        <w:spacing w:line="560" w:lineRule="exact"/>
        <w:ind w:firstLine="420"/>
      </w:pPr>
      <w:r>
        <w:rPr>
          <w:rFonts w:ascii="宋体" w:hAnsi="宋体" w:eastAsia="宋体"/>
          <w:sz w:val="24"/>
        </w:rPr>
        <w:t>`[Node 1 — Singapore] EXECUTING — Progress: 3%`</w:t>
        <w:br/>
        <w:t>`[Node 2 — Hong Kong] EXECUTING — Progress: 3%`</w:t>
        <w:br/>
        <w:t>`[Node 3 — Tokyo] EXECUTING — Progress: 3%`</w:t>
        <w:br/>
        <w:t>`[Node 4 — Frankfurt] EXECUTING — Progress: 3%`</w:t>
        <w:br/>
        <w:t>`[Node 5 — Los Angeles] EXECUTING — Progress: 3%`</w:t>
      </w:r>
    </w:p>
    <w:p>
      <w:pPr>
        <w:spacing w:line="560" w:lineRule="exact"/>
        <w:ind w:firstLine="420"/>
      </w:pPr>
      <w:r>
        <w:rPr>
          <w:rFonts w:ascii="宋体" w:hAnsi="宋体" w:eastAsia="宋体"/>
          <w:sz w:val="24"/>
        </w:rPr>
        <w:t>进度以大约每两秒百分之一的速度推进——不快不慢，像一个精准的手术机器人正在逐一割断那些缠绕在《天界》引擎核心上的黑色血管。五条线齐头并进，分毫不差。</w:t>
      </w:r>
    </w:p>
    <w:p>
      <w:pPr>
        <w:spacing w:line="560" w:lineRule="exact"/>
        <w:ind w:firstLine="420"/>
      </w:pPr>
      <w:r>
        <w:rPr>
          <w:rFonts w:ascii="宋体" w:hAnsi="宋体" w:eastAsia="宋体"/>
          <w:sz w:val="24"/>
        </w:rPr>
        <w:t>林风盯着屏幕，手指紧紧握着平板的边缘。</w:t>
      </w:r>
    </w:p>
    <w:p>
      <w:pPr>
        <w:spacing w:line="560" w:lineRule="exact"/>
        <w:ind w:firstLine="420"/>
      </w:pPr>
      <w:r>
        <w:rPr>
          <w:rFonts w:ascii="宋体" w:hAnsi="宋体" w:eastAsia="宋体"/>
          <w:sz w:val="24"/>
        </w:rPr>
        <w:t>「所有人——汇报状态。」他在频道里说。</w:t>
      </w:r>
    </w:p>
    <w:p>
      <w:pPr>
        <w:spacing w:line="560" w:lineRule="exact"/>
        <w:ind w:firstLine="420"/>
      </w:pPr>
      <w:r>
        <w:rPr>
          <w:rFonts w:ascii="宋体" w:hAnsi="宋体" w:eastAsia="宋体"/>
          <w:sz w:val="24"/>
        </w:rPr>
        <w:t>「香港正常。」凌天，「进度同步。没有触发警报。」</w:t>
      </w:r>
    </w:p>
    <w:p>
      <w:pPr>
        <w:spacing w:line="560" w:lineRule="exact"/>
        <w:ind w:firstLine="420"/>
      </w:pPr>
      <w:r>
        <w:rPr>
          <w:rFonts w:ascii="宋体" w:hAnsi="宋体" w:eastAsia="宋体"/>
          <w:sz w:val="24"/>
        </w:rPr>
        <w:t>「东京正常。」夜影，「机房温度很低——但设备运行稳定。」</w:t>
      </w:r>
    </w:p>
    <w:p>
      <w:pPr>
        <w:spacing w:line="560" w:lineRule="exact"/>
        <w:ind w:firstLine="420"/>
      </w:pPr>
      <w:r>
        <w:rPr>
          <w:rFonts w:ascii="宋体" w:hAnsi="宋体" w:eastAsia="宋体"/>
          <w:sz w:val="24"/>
        </w:rPr>
        <w:t>「法兰克福正常。」赵铁柱的声音带着一丝压抑不住的紧张，像是在战场上第一次开枪的新兵，「我这边屏幕上全是英文——德国人的界面一个汉字都没有！但我找到那个按钮了，按了！现在进度条在跳——」</w:t>
      </w:r>
    </w:p>
    <w:p>
      <w:pPr>
        <w:spacing w:line="560" w:lineRule="exact"/>
        <w:ind w:firstLine="420"/>
      </w:pPr>
      <w:r>
        <w:rPr>
          <w:rFonts w:ascii="宋体" w:hAnsi="宋体" w:eastAsia="宋体"/>
          <w:sz w:val="24"/>
        </w:rPr>
        <w:t>「洛杉矶正常。」苏小雅，「进度和你们一样，百分之三到百分之四在跳。」</w:t>
      </w:r>
    </w:p>
    <w:p>
      <w:pPr>
        <w:spacing w:line="560" w:lineRule="exact"/>
        <w:ind w:firstLine="420"/>
      </w:pPr>
      <w:r>
        <w:rPr>
          <w:rFonts w:ascii="宋体" w:hAnsi="宋体" w:eastAsia="宋体"/>
          <w:sz w:val="24"/>
        </w:rPr>
        <w:t>五条线——同步运行。像五根手指按在同一排琴键上。</w:t>
      </w:r>
    </w:p>
    <w:p>
      <w:pPr>
        <w:spacing w:line="560" w:lineRule="exact"/>
        <w:ind w:firstLine="420"/>
      </w:pPr>
      <w:r>
        <w:rPr>
          <w:rFonts w:ascii="宋体" w:hAnsi="宋体" w:eastAsia="宋体"/>
          <w:sz w:val="24"/>
        </w:rPr>
        <w:t>二十分钟后，进度条将达到百分之百。</w:t>
      </w:r>
    </w:p>
    <w:p>
      <w:pPr>
        <w:spacing w:line="560" w:lineRule="exact"/>
        <w:ind w:firstLine="420"/>
      </w:pPr>
      <w:r>
        <w:rPr>
          <w:rFonts w:ascii="宋体" w:hAnsi="宋体" w:eastAsia="宋体"/>
          <w:sz w:val="24"/>
        </w:rPr>
        <w:t>在这二十分钟里——《天界》核心引擎上的奥林匹斯监控层会被一行一行地剥离，像一层寄生在宿主身上的藤蔓被慢慢地连根拔起。</w:t>
      </w:r>
    </w:p>
    <w:p>
      <w:pPr>
        <w:spacing w:line="560" w:lineRule="exact"/>
        <w:ind w:firstLine="420"/>
      </w:pPr>
      <w:r>
        <w:rPr>
          <w:rFonts w:ascii="宋体" w:hAnsi="宋体" w:eastAsia="宋体"/>
          <w:sz w:val="24"/>
        </w:rPr>
        <w:t>林风靠在配电室的外墙上，仰头看着新加坡的夜空。古玉贴着他的胸口，温度稳定而温热，像是有一颗小小的心脏在里面跳动。</w:t>
      </w:r>
    </w:p>
    <w:p>
      <w:pPr>
        <w:spacing w:line="560" w:lineRule="exact"/>
        <w:ind w:firstLine="420"/>
      </w:pPr>
      <w:r>
        <w:rPr>
          <w:rFonts w:ascii="宋体" w:hAnsi="宋体" w:eastAsia="宋体"/>
          <w:sz w:val="24"/>
        </w:rPr>
        <w:t>夜空中看不到星星——城市的灯光太亮了。但他知道，在那片被光污染遮蔽的星空之下，距离南边十五公里的那座小岛上——他的父母也在看着同一片天空。在那座南海中的小岛上，林建国和林婉一定也仰着头，看着同一片被城市灯光照亮的夜空。</w:t>
      </w:r>
    </w:p>
    <w:p>
      <w:pPr>
        <w:spacing w:line="560" w:lineRule="exact"/>
        <w:ind w:firstLine="420"/>
      </w:pPr>
      <w:r>
        <w:rPr>
          <w:rFonts w:ascii="宋体" w:hAnsi="宋体" w:eastAsia="宋体"/>
          <w:sz w:val="24"/>
        </w:rPr>
        <w:t>他们知道他正在做什么。</w:t>
      </w:r>
    </w:p>
    <w:p>
      <w:pPr>
        <w:spacing w:line="560" w:lineRule="exact"/>
        <w:ind w:firstLine="420"/>
      </w:pPr>
      <w:r>
        <w:rPr>
          <w:rFonts w:ascii="宋体" w:hAnsi="宋体" w:eastAsia="宋体"/>
          <w:sz w:val="24"/>
        </w:rPr>
        <w:t>他们会为他骄傲的。</w:t>
      </w:r>
    </w:p>
    <w:p>
      <w:pPr>
        <w:spacing w:line="560" w:lineRule="exact"/>
        <w:ind w:firstLine="420"/>
      </w:pPr>
      <w:r>
        <w:rPr>
          <w:rFonts w:ascii="宋体" w:hAnsi="宋体" w:eastAsia="宋体"/>
          <w:sz w:val="24"/>
        </w:rPr>
        <w:t>进度：11%。</w:t>
      </w:r>
    </w:p>
    <w:p>
      <w:pPr>
        <w:spacing w:line="560" w:lineRule="exact"/>
        <w:ind w:firstLine="420"/>
      </w:pPr>
      <w:r>
        <w:rPr>
          <w:rFonts w:ascii="宋体" w:hAnsi="宋体" w:eastAsia="宋体"/>
          <w:sz w:val="24"/>
        </w:rPr>
        <w:t>「差不多了。」林风低声说。</w:t>
      </w:r>
    </w:p>
    <w:p>
      <w:pPr>
        <w:spacing w:line="560" w:lineRule="exact"/>
        <w:ind w:firstLine="420"/>
      </w:pPr>
      <w:r>
        <w:rPr>
          <w:rFonts w:ascii="宋体" w:hAnsi="宋体" w:eastAsia="宋体"/>
          <w:sz w:val="24"/>
        </w:rPr>
        <w:t>加密频道里响起了凌天的声音：「林风——我这边有一条数据流异常。」</w:t>
      </w:r>
    </w:p>
    <w:p>
      <w:pPr>
        <w:spacing w:line="560" w:lineRule="exact"/>
        <w:ind w:firstLine="420"/>
      </w:pPr>
      <w:r>
        <w:rPr>
          <w:rFonts w:ascii="宋体" w:hAnsi="宋体" w:eastAsia="宋体"/>
          <w:sz w:val="24"/>
        </w:rPr>
        <w:t>林风立刻坐直了：「什么异常？」</w:t>
      </w:r>
    </w:p>
    <w:p>
      <w:pPr>
        <w:spacing w:line="560" w:lineRule="exact"/>
        <w:ind w:firstLine="420"/>
      </w:pPr>
      <w:r>
        <w:rPr>
          <w:rFonts w:ascii="宋体" w:hAnsi="宋体" w:eastAsia="宋体"/>
          <w:sz w:val="24"/>
        </w:rPr>
        <w:t>「香港节点的防火墙日志——」凌天停顿了一下，「有一条出站连接，从香港节点的内部网络发出去的——目标地址是新加坡的主节点。」</w:t>
      </w:r>
    </w:p>
    <w:p>
      <w:pPr>
        <w:spacing w:line="560" w:lineRule="exact"/>
        <w:ind w:firstLine="420"/>
      </w:pPr>
      <w:r>
        <w:rPr>
          <w:rFonts w:ascii="宋体" w:hAnsi="宋体" w:eastAsia="宋体"/>
          <w:sz w:val="24"/>
        </w:rPr>
        <w:t>「出站连接？方向反了——应该是主节点控制备份节点，不是备份节点主动连接主节点。」</w:t>
      </w:r>
    </w:p>
    <w:p>
      <w:pPr>
        <w:spacing w:line="560" w:lineRule="exact"/>
        <w:ind w:firstLine="420"/>
      </w:pPr>
      <w:r>
        <w:rPr>
          <w:rFonts w:ascii="宋体" w:hAnsi="宋体" w:eastAsia="宋体"/>
          <w:sz w:val="24"/>
        </w:rPr>
        <w:t>「对。所以这条连接很反常。」凌天说，「我已经在追踪了——看起来不像是EVE协议的正常流量。」</w:t>
      </w:r>
    </w:p>
    <w:p>
      <w:pPr>
        <w:spacing w:line="560" w:lineRule="exact"/>
        <w:ind w:firstLine="420"/>
      </w:pPr>
      <w:r>
        <w:rPr>
          <w:rFonts w:ascii="宋体" w:hAnsi="宋体" w:eastAsia="宋体"/>
          <w:sz w:val="24"/>
        </w:rPr>
        <w:t>林风的心跳加速了。</w:t>
      </w:r>
    </w:p>
    <w:p>
      <w:pPr>
        <w:spacing w:line="560" w:lineRule="exact"/>
        <w:ind w:firstLine="420"/>
      </w:pPr>
      <w:r>
        <w:rPr>
          <w:rFonts w:ascii="宋体" w:hAnsi="宋体" w:eastAsia="宋体"/>
          <w:sz w:val="24"/>
        </w:rPr>
        <w:t>如果EVE协议正在执行的过程中，有一条未知的连接在两个节点之间建立——那可能意味着奥林匹斯已经察觉到了这次操作，正在试图反制。</w:t>
      </w:r>
    </w:p>
    <w:p>
      <w:pPr>
        <w:spacing w:line="560" w:lineRule="exact"/>
        <w:ind w:firstLine="420"/>
      </w:pPr>
      <w:r>
        <w:rPr>
          <w:rFonts w:ascii="宋体" w:hAnsi="宋体" w:eastAsia="宋体"/>
          <w:sz w:val="24"/>
        </w:rPr>
        <w:t>「能拦截吗？」</w:t>
      </w:r>
    </w:p>
    <w:p>
      <w:pPr>
        <w:spacing w:line="560" w:lineRule="exact"/>
        <w:ind w:firstLine="420"/>
      </w:pPr>
      <w:r>
        <w:rPr>
          <w:rFonts w:ascii="宋体" w:hAnsi="宋体" w:eastAsia="宋体"/>
          <w:sz w:val="24"/>
        </w:rPr>
        <w:t>「我已经在尝试了。」凌天说，「但这需要时间——对方用的加密层不是标准的——」</w:t>
      </w:r>
    </w:p>
    <w:p>
      <w:pPr>
        <w:spacing w:line="560" w:lineRule="exact"/>
        <w:ind w:firstLine="420"/>
      </w:pPr>
      <w:r>
        <w:rPr>
          <w:rFonts w:ascii="宋体" w:hAnsi="宋体" w:eastAsia="宋体"/>
          <w:sz w:val="24"/>
        </w:rPr>
        <w:t>进度：19%。在屏幕的右下角，一个微小的倒计时数字正在跳动。</w:t>
      </w:r>
    </w:p>
    <w:p>
      <w:pPr>
        <w:spacing w:line="560" w:lineRule="exact"/>
        <w:ind w:firstLine="420"/>
      </w:pPr>
      <w:r>
        <w:rPr>
          <w:rFonts w:ascii="宋体" w:hAnsi="宋体" w:eastAsia="宋体"/>
          <w:sz w:val="24"/>
        </w:rPr>
        <w:t>忽然，东京节点的状态从「EXECUTING」跳了一下，变成了「CONNECTION LOST」。</w:t>
      </w:r>
    </w:p>
    <w:p>
      <w:pPr>
        <w:spacing w:line="560" w:lineRule="exact"/>
        <w:ind w:firstLine="420"/>
      </w:pPr>
      <w:r>
        <w:rPr>
          <w:rFonts w:ascii="宋体" w:hAnsi="宋体" w:eastAsia="宋体"/>
          <w:sz w:val="24"/>
        </w:rPr>
        <w:t>「夜影——东京怎么了？」</w:t>
      </w:r>
    </w:p>
    <w:p>
      <w:pPr>
        <w:spacing w:line="560" w:lineRule="exact"/>
        <w:ind w:firstLine="420"/>
      </w:pPr>
      <w:r>
        <w:rPr>
          <w:rFonts w:ascii="宋体" w:hAnsi="宋体" w:eastAsia="宋体"/>
          <w:sz w:val="24"/>
        </w:rPr>
        <w:t>频道里沉默了两秒。</w:t>
      </w:r>
    </w:p>
    <w:p>
      <w:pPr>
        <w:spacing w:line="560" w:lineRule="exact"/>
        <w:ind w:firstLine="420"/>
      </w:pPr>
      <w:r>
        <w:rPr>
          <w:rFonts w:ascii="宋体" w:hAnsi="宋体" w:eastAsia="宋体"/>
          <w:sz w:val="24"/>
        </w:rPr>
        <w:t>然后夜影的声音响了起来——带着一种不常见的急促：「有人来了。机房的门开了——保安。」</w:t>
      </w:r>
    </w:p>
    <w:p>
      <w:pPr>
        <w:spacing w:line="560" w:lineRule="exact"/>
        <w:ind w:firstLine="420"/>
      </w:pPr>
      <w:r>
        <w:rPr>
          <w:rFonts w:ascii="宋体" w:hAnsi="宋体" w:eastAsia="宋体"/>
          <w:sz w:val="24"/>
        </w:rPr>
        <w:t>「你能处理吗？」</w:t>
      </w:r>
    </w:p>
    <w:p>
      <w:pPr>
        <w:spacing w:line="560" w:lineRule="exact"/>
        <w:ind w:firstLine="420"/>
      </w:pPr>
      <w:r>
        <w:rPr>
          <w:rFonts w:ascii="宋体" w:hAnsi="宋体" w:eastAsia="宋体"/>
          <w:sz w:val="24"/>
        </w:rPr>
        <w:t>「能。但需要一点时间。」夜影的声音压得更低了，「给我五分钟。」</w:t>
      </w:r>
    </w:p>
    <w:p>
      <w:pPr>
        <w:spacing w:line="560" w:lineRule="exact"/>
        <w:ind w:firstLine="420"/>
      </w:pPr>
      <w:r>
        <w:rPr>
          <w:rFonts w:ascii="宋体" w:hAnsi="宋体" w:eastAsia="宋体"/>
          <w:sz w:val="24"/>
        </w:rPr>
        <w:t>进度停滞在了19%。</w:t>
      </w:r>
    </w:p>
    <w:p>
      <w:pPr>
        <w:spacing w:line="560" w:lineRule="exact"/>
        <w:ind w:firstLine="420"/>
      </w:pPr>
      <w:r>
        <w:rPr>
          <w:rFonts w:ascii="宋体" w:hAnsi="宋体" w:eastAsia="宋体"/>
          <w:sz w:val="24"/>
        </w:rPr>
        <w:t>东京节点离线。</w:t>
      </w:r>
    </w:p>
    <w:p>
      <w:pPr>
        <w:spacing w:line="560" w:lineRule="exact"/>
        <w:ind w:firstLine="420"/>
      </w:pPr>
      <w:r>
        <w:rPr>
          <w:rFonts w:ascii="宋体" w:hAnsi="宋体" w:eastAsia="宋体"/>
          <w:sz w:val="24"/>
        </w:rPr>
        <w:t>「如果东京节点断连超过三十秒——」林风的声音有些发紧。</w:t>
      </w:r>
    </w:p>
    <w:p>
      <w:pPr>
        <w:spacing w:line="560" w:lineRule="exact"/>
        <w:ind w:firstLine="420"/>
      </w:pPr>
      <w:r>
        <w:rPr>
          <w:rFonts w:ascii="宋体" w:hAnsi="宋体" w:eastAsia="宋体"/>
          <w:sz w:val="24"/>
        </w:rPr>
        <w:t>「——其他节点会自动锁定。」凌天接过他的话，「EVE协议的默认安全机制。」</w:t>
      </w:r>
    </w:p>
    <w:p>
      <w:pPr>
        <w:spacing w:line="560" w:lineRule="exact"/>
        <w:ind w:firstLine="420"/>
      </w:pPr>
      <w:r>
        <w:rPr>
          <w:rFonts w:ascii="宋体" w:hAnsi="宋体" w:eastAsia="宋体"/>
          <w:sz w:val="24"/>
        </w:rPr>
        <w:t>只剩下二十五秒。</w:t>
      </w:r>
    </w:p>
    <w:p>
      <w:pPr>
        <w:spacing w:line="560" w:lineRule="exact"/>
        <w:ind w:firstLine="420"/>
      </w:pPr>
      <w:r>
        <w:rPr>
          <w:rFonts w:ascii="宋体" w:hAnsi="宋体" w:eastAsia="宋体"/>
          <w:sz w:val="24"/>
        </w:rPr>
        <w:t>林风的指尖悬在平板屏幕上方——他不知道按了会不会有用，但他已经准备好了。</w:t>
      </w:r>
    </w:p>
    <w:p>
      <w:pPr>
        <w:spacing w:line="560" w:lineRule="exact"/>
        <w:ind w:firstLine="420"/>
      </w:pPr>
      <w:r>
        <w:rPr>
          <w:rFonts w:ascii="宋体" w:hAnsi="宋体" w:eastAsia="宋体"/>
          <w:sz w:val="24"/>
        </w:rPr>
        <w:t>十九秒。</w:t>
      </w:r>
    </w:p>
    <w:p>
      <w:pPr>
        <w:spacing w:line="560" w:lineRule="exact"/>
        <w:ind w:firstLine="420"/>
      </w:pPr>
      <w:r>
        <w:rPr>
          <w:rFonts w:ascii="宋体" w:hAnsi="宋体" w:eastAsia="宋体"/>
          <w:sz w:val="24"/>
        </w:rPr>
        <w:t>十五秒。</w:t>
      </w:r>
    </w:p>
    <w:p>
      <w:pPr>
        <w:spacing w:line="560" w:lineRule="exact"/>
        <w:ind w:firstLine="420"/>
      </w:pPr>
      <w:r>
        <w:rPr>
          <w:rFonts w:ascii="宋体" w:hAnsi="宋体" w:eastAsia="宋体"/>
          <w:sz w:val="24"/>
        </w:rPr>
        <w:t>「夜影？」林风压低声音。</w:t>
      </w:r>
    </w:p>
    <w:p>
      <w:pPr>
        <w:spacing w:line="560" w:lineRule="exact"/>
        <w:ind w:firstLine="420"/>
      </w:pPr>
      <w:r>
        <w:rPr>
          <w:rFonts w:ascii="宋体" w:hAnsi="宋体" w:eastAsia="宋体"/>
          <w:sz w:val="24"/>
        </w:rPr>
        <w:t>没有回应。</w:t>
      </w:r>
    </w:p>
    <w:p>
      <w:pPr>
        <w:spacing w:line="560" w:lineRule="exact"/>
        <w:ind w:firstLine="420"/>
      </w:pPr>
      <w:r>
        <w:rPr>
          <w:rFonts w:ascii="宋体" w:hAnsi="宋体" w:eastAsia="宋体"/>
          <w:sz w:val="24"/>
        </w:rPr>
        <w:t>十秒。</w:t>
      </w:r>
    </w:p>
    <w:p>
      <w:pPr>
        <w:spacing w:line="560" w:lineRule="exact"/>
        <w:ind w:firstLine="420"/>
      </w:pPr>
      <w:r>
        <w:rPr>
          <w:rFonts w:ascii="宋体" w:hAnsi="宋体" w:eastAsia="宋体"/>
          <w:sz w:val="24"/>
        </w:rPr>
        <w:t>频道里一片沉默。</w:t>
      </w:r>
    </w:p>
    <w:p>
      <w:pPr>
        <w:spacing w:line="560" w:lineRule="exact"/>
        <w:ind w:firstLine="420"/>
      </w:pPr>
      <w:r>
        <w:rPr>
          <w:rFonts w:ascii="宋体" w:hAnsi="宋体" w:eastAsia="宋体"/>
          <w:sz w:val="24"/>
        </w:rPr>
        <w:t>五秒。</w:t>
      </w:r>
    </w:p>
    <w:p>
      <w:pPr>
        <w:spacing w:line="560" w:lineRule="exact"/>
        <w:ind w:firstLine="420"/>
      </w:pPr>
      <w:r>
        <w:rPr>
          <w:rFonts w:ascii="宋体" w:hAnsi="宋体" w:eastAsia="宋体"/>
          <w:sz w:val="24"/>
        </w:rPr>
        <w:t>然后——</w:t>
      </w:r>
    </w:p>
    <w:p>
      <w:pPr>
        <w:spacing w:line="560" w:lineRule="exact"/>
        <w:ind w:firstLine="420"/>
      </w:pPr>
      <w:r>
        <w:rPr>
          <w:rFonts w:ascii="宋体" w:hAnsi="宋体" w:eastAsia="宋体"/>
          <w:sz w:val="24"/>
        </w:rPr>
        <w:t>东京节点的状态从「CONNECTION LOST」跳回了「EXECUTING」——进度直接从19%跳到了23%。</w:t>
      </w:r>
    </w:p>
    <w:p>
      <w:pPr>
        <w:spacing w:line="560" w:lineRule="exact"/>
        <w:ind w:firstLine="420"/>
      </w:pPr>
      <w:r>
        <w:rPr>
          <w:rFonts w:ascii="宋体" w:hAnsi="宋体" w:eastAsia="宋体"/>
          <w:sz w:val="24"/>
        </w:rPr>
        <w:t>「处理完了。」夜影的声音重新出现在频道里，语气平静得像什么都没发生过，「保安被我打晕了——绑在了机柜后面。他大概三个小时之后才会醒。」</w:t>
      </w:r>
    </w:p>
    <w:p>
      <w:pPr>
        <w:spacing w:line="560" w:lineRule="exact"/>
        <w:ind w:firstLine="420"/>
      </w:pPr>
      <w:r>
        <w:rPr>
          <w:rFonts w:ascii="宋体" w:hAnsi="宋体" w:eastAsia="宋体"/>
          <w:sz w:val="24"/>
        </w:rPr>
        <w:t>林风长长地松了一口气。</w:t>
      </w:r>
    </w:p>
    <w:p>
      <w:pPr>
        <w:spacing w:line="560" w:lineRule="exact"/>
        <w:ind w:firstLine="420"/>
      </w:pPr>
      <w:r>
        <w:rPr>
          <w:rFonts w:ascii="宋体" w:hAnsi="宋体" w:eastAsia="宋体"/>
          <w:sz w:val="24"/>
        </w:rPr>
        <w:t>「干得漂亮。」他说。</w:t>
      </w:r>
    </w:p>
    <w:p>
      <w:pPr>
        <w:spacing w:line="560" w:lineRule="exact"/>
        <w:ind w:firstLine="420"/>
      </w:pPr>
      <w:r>
        <w:rPr>
          <w:rFonts w:ascii="宋体" w:hAnsi="宋体" w:eastAsia="宋体"/>
          <w:sz w:val="24"/>
        </w:rPr>
        <w:t>进度：31%。</w:t>
      </w:r>
    </w:p>
    <w:p>
      <w:pPr>
        <w:spacing w:line="560" w:lineRule="exact"/>
        <w:ind w:firstLine="420"/>
      </w:pPr>
      <w:r>
        <w:rPr>
          <w:rFonts w:ascii="宋体" w:hAnsi="宋体" w:eastAsia="宋体"/>
          <w:sz w:val="24"/>
        </w:rPr>
        <w:t>法兰克福一切正常。洛杉矶一切正常。</w:t>
      </w:r>
    </w:p>
    <w:p>
      <w:pPr>
        <w:spacing w:line="560" w:lineRule="exact"/>
        <w:ind w:firstLine="420"/>
      </w:pPr>
      <w:r>
        <w:rPr>
          <w:rFonts w:ascii="宋体" w:hAnsi="宋体" w:eastAsia="宋体"/>
          <w:sz w:val="24"/>
        </w:rPr>
        <w:t>系统日志显示奥林匹斯监控层的前端数据采集模块已经被完整剥离——全球三千万玩家的数据不再被无声地收集和传输。</w:t>
      </w:r>
    </w:p>
    <w:p>
      <w:pPr>
        <w:spacing w:line="560" w:lineRule="exact"/>
        <w:ind w:firstLine="420"/>
      </w:pPr>
      <w:r>
        <w:rPr>
          <w:rFonts w:ascii="宋体" w:hAnsi="宋体" w:eastAsia="宋体"/>
          <w:sz w:val="24"/>
        </w:rPr>
        <w:t>但林风的直觉告诉他——奥林匹斯不会这么轻易地坐视不管。</w:t>
      </w:r>
    </w:p>
    <w:p>
      <w:pPr>
        <w:spacing w:line="560" w:lineRule="exact"/>
        <w:ind w:firstLine="420"/>
      </w:pPr>
      <w:r>
        <w:rPr>
          <w:rFonts w:ascii="宋体" w:hAnsi="宋体" w:eastAsia="宋体"/>
          <w:sz w:val="24"/>
        </w:rPr>
        <w:t>进度：47%。被剥离的奥林匹斯代码已经接近一半。胜利在望。</w:t>
      </w:r>
    </w:p>
    <w:p>
      <w:pPr>
        <w:spacing w:line="560" w:lineRule="exact"/>
        <w:ind w:firstLine="420"/>
      </w:pPr>
      <w:r>
        <w:rPr>
          <w:rFonts w:ascii="宋体" w:hAnsi="宋体" w:eastAsia="宋体"/>
          <w:sz w:val="24"/>
        </w:rPr>
        <w:t>但就在这时，凌天的声音再次响起：「那条异常的连接——我追踪到了。」</w:t>
      </w:r>
    </w:p>
    <w:p>
      <w:pPr>
        <w:spacing w:line="560" w:lineRule="exact"/>
        <w:ind w:firstLine="420"/>
      </w:pPr>
      <w:r>
        <w:rPr>
          <w:rFonts w:ascii="宋体" w:hAnsi="宋体" w:eastAsia="宋体"/>
          <w:sz w:val="24"/>
        </w:rPr>
        <w:t>「什么来路？」</w:t>
      </w:r>
    </w:p>
    <w:p>
      <w:pPr>
        <w:spacing w:line="560" w:lineRule="exact"/>
        <w:ind w:firstLine="420"/>
      </w:pPr>
      <w:r>
        <w:rPr>
          <w:rFonts w:ascii="宋体" w:hAnsi="宋体" w:eastAsia="宋体"/>
          <w:sz w:val="24"/>
        </w:rPr>
        <w:t>「新加坡数据中心。」凌天说，「但不是主节点——是从数据中心内部的一个备用管理终端发出的。」</w:t>
      </w:r>
    </w:p>
    <w:p>
      <w:pPr>
        <w:spacing w:line="560" w:lineRule="exact"/>
        <w:ind w:firstLine="420"/>
      </w:pPr>
      <w:r>
        <w:rPr>
          <w:rFonts w:ascii="宋体" w:hAnsi="宋体" w:eastAsia="宋体"/>
          <w:sz w:val="24"/>
        </w:rPr>
        <w:t>「位置？」</w:t>
      </w:r>
    </w:p>
    <w:p>
      <w:pPr>
        <w:spacing w:line="560" w:lineRule="exact"/>
        <w:ind w:firstLine="420"/>
      </w:pPr>
      <w:r>
        <w:rPr>
          <w:rFonts w:ascii="宋体" w:hAnsi="宋体" w:eastAsia="宋体"/>
          <w:sz w:val="24"/>
        </w:rPr>
        <w:t>「数据中心的三楼——主管办公室。」</w:t>
      </w:r>
    </w:p>
    <w:p>
      <w:pPr>
        <w:spacing w:line="560" w:lineRule="exact"/>
        <w:ind w:firstLine="420"/>
      </w:pPr>
      <w:r>
        <w:rPr>
          <w:rFonts w:ascii="宋体" w:hAnsi="宋体" w:eastAsia="宋体"/>
          <w:sz w:val="24"/>
        </w:rPr>
        <w:t>林风的目光立刻从平板上抬起来，转向了远处那栋灰色的建筑。</w:t>
      </w:r>
    </w:p>
    <w:p>
      <w:pPr>
        <w:spacing w:line="560" w:lineRule="exact"/>
        <w:ind w:firstLine="420"/>
      </w:pPr>
      <w:r>
        <w:rPr>
          <w:rFonts w:ascii="宋体" w:hAnsi="宋体" w:eastAsia="宋体"/>
          <w:sz w:val="24"/>
        </w:rPr>
        <w:t>三楼的窗户——亮着灯。</w:t>
      </w:r>
    </w:p>
    <w:p>
      <w:pPr>
        <w:spacing w:line="560" w:lineRule="exact"/>
        <w:ind w:firstLine="420"/>
      </w:pPr>
      <w:r>
        <w:rPr>
          <w:rFonts w:ascii="宋体" w:hAnsi="宋体" w:eastAsia="宋体"/>
          <w:sz w:val="24"/>
        </w:rPr>
        <w:t>之前他进来的时候，整个建筑几乎都是暗的。现在有一扇窗户亮了起来——证明有人在那间办公室里。</w:t>
      </w:r>
    </w:p>
    <w:p>
      <w:pPr>
        <w:spacing w:line="560" w:lineRule="exact"/>
        <w:ind w:firstLine="420"/>
      </w:pPr>
      <w:r>
        <w:rPr>
          <w:rFonts w:ascii="宋体" w:hAnsi="宋体" w:eastAsia="宋体"/>
          <w:sz w:val="24"/>
        </w:rPr>
        <w:t>「有人在那间办公室里。」林风说，「而且他们知道我们在做什么。」</w:t>
      </w:r>
    </w:p>
    <w:p>
      <w:pPr>
        <w:spacing w:line="560" w:lineRule="exact"/>
        <w:ind w:firstLine="420"/>
      </w:pPr>
      <w:r>
        <w:rPr>
          <w:rFonts w:ascii="宋体" w:hAnsi="宋体" w:eastAsia="宋体"/>
          <w:sz w:val="24"/>
        </w:rPr>
        <w:t>「需要我去处理吗？」凌天问。</w:t>
      </w:r>
    </w:p>
    <w:p>
      <w:pPr>
        <w:spacing w:line="560" w:lineRule="exact"/>
        <w:ind w:firstLine="420"/>
      </w:pPr>
      <w:r>
        <w:rPr>
          <w:rFonts w:ascii="宋体" w:hAnsi="宋体" w:eastAsia="宋体"/>
          <w:sz w:val="24"/>
        </w:rPr>
        <w:t>「不。」林风站了起来，「你在香港——太远了。」</w:t>
      </w:r>
    </w:p>
    <w:p>
      <w:pPr>
        <w:spacing w:line="560" w:lineRule="exact"/>
        <w:ind w:firstLine="420"/>
      </w:pPr>
      <w:r>
        <w:rPr>
          <w:rFonts w:ascii="宋体" w:hAnsi="宋体" w:eastAsia="宋体"/>
          <w:sz w:val="24"/>
        </w:rPr>
        <w:t>「那你想干什么？」</w:t>
      </w:r>
    </w:p>
    <w:p>
      <w:pPr>
        <w:spacing w:line="560" w:lineRule="exact"/>
        <w:ind w:firstLine="420"/>
      </w:pPr>
      <w:r>
        <w:rPr>
          <w:rFonts w:ascii="宋体" w:hAnsi="宋体" w:eastAsia="宋体"/>
          <w:sz w:val="24"/>
        </w:rPr>
        <w:t>「我在裕廊。」林风说着，把平板夹在腋下，开始往数据中心的正门方向走去，「不到三分钟的路。」</w:t>
      </w:r>
    </w:p>
    <w:p>
      <w:pPr>
        <w:spacing w:line="560" w:lineRule="exact"/>
        <w:ind w:firstLine="420"/>
      </w:pPr>
      <w:r>
        <w:rPr>
          <w:rFonts w:ascii="宋体" w:hAnsi="宋体" w:eastAsia="宋体"/>
          <w:sz w:val="24"/>
        </w:rPr>
        <w:t>「林风——你疯了吗？！」</w:t>
      </w:r>
    </w:p>
    <w:p>
      <w:pPr>
        <w:spacing w:line="560" w:lineRule="exact"/>
        <w:ind w:firstLine="420"/>
      </w:pPr>
      <w:r>
        <w:rPr>
          <w:rFonts w:ascii="宋体" w:hAnsi="宋体" w:eastAsia="宋体"/>
          <w:sz w:val="24"/>
        </w:rPr>
        <w:t>「我没疯。如果让那个人打断EVE协议的执行——我们就前功尽弃了。」</w:t>
      </w:r>
    </w:p>
    <w:p>
      <w:pPr>
        <w:spacing w:line="560" w:lineRule="exact"/>
        <w:ind w:firstLine="420"/>
      </w:pPr>
      <w:r>
        <w:rPr>
          <w:rFonts w:ascii="宋体" w:hAnsi="宋体" w:eastAsia="宋体"/>
          <w:sz w:val="24"/>
        </w:rPr>
        <w:t>林风快步穿过工业区的街道。深夜的裕隆工业区空旷而安静，只有远处偶尔传来几声犬吠。数据中心的正门就在五十米外——岗亭里的保安已经换了一个人，正在低头看手机。</w:t>
      </w:r>
    </w:p>
    <w:p>
      <w:pPr>
        <w:spacing w:line="560" w:lineRule="exact"/>
        <w:ind w:firstLine="420"/>
      </w:pPr>
      <w:r>
        <w:rPr>
          <w:rFonts w:ascii="宋体" w:hAnsi="宋体" w:eastAsia="宋体"/>
          <w:sz w:val="24"/>
        </w:rPr>
        <w:t>他没有走正门，而是绕到了配电室的方向。从配电室的侧窗翻进去——这次他不用小心翼翼了，直接推开了窗户。</w:t>
      </w:r>
    </w:p>
    <w:p>
      <w:pPr>
        <w:spacing w:line="560" w:lineRule="exact"/>
        <w:ind w:firstLine="420"/>
      </w:pPr>
      <w:r>
        <w:rPr>
          <w:rFonts w:ascii="宋体" w:hAnsi="宋体" w:eastAsia="宋体"/>
          <w:sz w:val="24"/>
        </w:rPr>
        <w:t>房间里的应急灯还亮着。他跨过窗台，落在配电室的绝缘橡胶地板上。</w:t>
      </w:r>
    </w:p>
    <w:p>
      <w:pPr>
        <w:spacing w:line="560" w:lineRule="exact"/>
        <w:ind w:firstLine="420"/>
      </w:pPr>
      <w:r>
        <w:rPr>
          <w:rFonts w:ascii="宋体" w:hAnsi="宋体" w:eastAsia="宋体"/>
          <w:sz w:val="24"/>
        </w:rPr>
        <w:t>穿过配电室的后门，是一条通向办公区的走廊。</w:t>
      </w:r>
    </w:p>
    <w:p>
      <w:pPr>
        <w:spacing w:line="560" w:lineRule="exact"/>
        <w:ind w:firstLine="420"/>
      </w:pPr>
      <w:r>
        <w:rPr>
          <w:rFonts w:ascii="宋体" w:hAnsi="宋体" w:eastAsia="宋体"/>
          <w:sz w:val="24"/>
        </w:rPr>
        <w:t>走廊里空无一人。只有头顶的日光灯发出轻微的嗡鸣声，以及配电室的空调外机在远处隆隆作响。整栋楼像一个沉睡的巨人，而他正在它的血管里穿行。</w:t>
      </w:r>
    </w:p>
    <w:p>
      <w:pPr>
        <w:spacing w:line="560" w:lineRule="exact"/>
        <w:ind w:firstLine="420"/>
      </w:pPr>
      <w:r>
        <w:rPr>
          <w:rFonts w:ascii="宋体" w:hAnsi="宋体" w:eastAsia="宋体"/>
          <w:sz w:val="24"/>
        </w:rPr>
        <w:t>林风沿着走廊快步往前走，在走廊尽头左转——找到了通往三楼的楼梯。</w:t>
      </w:r>
    </w:p>
    <w:p>
      <w:pPr>
        <w:spacing w:line="560" w:lineRule="exact"/>
        <w:ind w:firstLine="420"/>
      </w:pPr>
      <w:r>
        <w:rPr>
          <w:rFonts w:ascii="宋体" w:hAnsi="宋体" w:eastAsia="宋体"/>
          <w:sz w:val="24"/>
        </w:rPr>
        <w:t>他的脚步在水泥台阶上发出低沉的回声。</w:t>
      </w:r>
    </w:p>
    <w:p>
      <w:pPr>
        <w:spacing w:line="560" w:lineRule="exact"/>
        <w:ind w:firstLine="420"/>
      </w:pPr>
      <w:r>
        <w:rPr>
          <w:rFonts w:ascii="宋体" w:hAnsi="宋体" w:eastAsia="宋体"/>
          <w:sz w:val="24"/>
        </w:rPr>
        <w:t>三楼的走廊——灯光比一楼更暗，只有尽头的一盏应急灯在努力维持着最低限度的照明，只有几盏应急灯亮着。走廊两侧是一间间的办公室，玻璃门后是空无一人的工位。</w:t>
      </w:r>
    </w:p>
    <w:p>
      <w:pPr>
        <w:spacing w:line="560" w:lineRule="exact"/>
        <w:ind w:firstLine="420"/>
      </w:pPr>
      <w:r>
        <w:rPr>
          <w:rFonts w:ascii="宋体" w:hAnsi="宋体" w:eastAsia="宋体"/>
          <w:sz w:val="24"/>
        </w:rPr>
        <w:t>最里面的一间——门半掩着，从缝隙里透出一线暖黄色的灯光。</w:t>
      </w:r>
    </w:p>
    <w:p>
      <w:pPr>
        <w:spacing w:line="560" w:lineRule="exact"/>
        <w:ind w:firstLine="420"/>
      </w:pPr>
      <w:r>
        <w:rPr>
          <w:rFonts w:ascii="宋体" w:hAnsi="宋体" w:eastAsia="宋体"/>
          <w:sz w:val="24"/>
        </w:rPr>
        <w:t>主管办公室。</w:t>
      </w:r>
    </w:p>
    <w:p>
      <w:pPr>
        <w:spacing w:line="560" w:lineRule="exact"/>
        <w:ind w:firstLine="420"/>
      </w:pPr>
      <w:r>
        <w:rPr>
          <w:rFonts w:ascii="宋体" w:hAnsi="宋体" w:eastAsia="宋体"/>
          <w:sz w:val="24"/>
        </w:rPr>
        <w:t>林风放慢了脚步，贴着墙壁走到门边。</w:t>
      </w:r>
    </w:p>
    <w:p>
      <w:pPr>
        <w:spacing w:line="560" w:lineRule="exact"/>
        <w:ind w:firstLine="420"/>
      </w:pPr>
      <w:r>
        <w:rPr>
          <w:rFonts w:ascii="宋体" w:hAnsi="宋体" w:eastAsia="宋体"/>
          <w:sz w:val="24"/>
        </w:rPr>
        <w:t>他听到了里面传来说话声——一个人在打电话，说的是英文，声音低沉而急促：</w:t>
      </w:r>
    </w:p>
    <w:p>
      <w:pPr>
        <w:spacing w:line="560" w:lineRule="exact"/>
        <w:ind w:firstLine="420"/>
      </w:pPr>
      <w:r>
        <w:rPr>
          <w:rFonts w:ascii="宋体" w:hAnsi="宋体" w:eastAsia="宋体"/>
          <w:sz w:val="24"/>
        </w:rPr>
        <w:t>「……Yes, I am aware. The deletion is in progress across all five nodes.……」</w:t>
      </w:r>
    </w:p>
    <w:p>
      <w:pPr>
        <w:spacing w:line="560" w:lineRule="exact"/>
        <w:ind w:firstLine="420"/>
      </w:pPr>
      <w:r>
        <w:rPr>
          <w:rFonts w:ascii="宋体" w:hAnsi="宋体" w:eastAsia="宋体"/>
          <w:sz w:val="24"/>
        </w:rPr>
        <w:t>林风屏住呼吸。</w:t>
      </w:r>
    </w:p>
    <w:p>
      <w:pPr>
        <w:spacing w:line="560" w:lineRule="exact"/>
        <w:ind w:firstLine="420"/>
      </w:pPr>
      <w:r>
        <w:rPr>
          <w:rFonts w:ascii="宋体" w:hAnsi="宋体" w:eastAsia="宋体"/>
          <w:sz w:val="24"/>
        </w:rPr>
        <w:t>那人继续说：「……I know. But we still have one option. The core backup——the one your father built before the accident.……」</w:t>
      </w:r>
    </w:p>
    <w:p>
      <w:pPr>
        <w:spacing w:line="560" w:lineRule="exact"/>
        <w:ind w:firstLine="420"/>
      </w:pPr>
      <w:r>
        <w:rPr>
          <w:rFonts w:ascii="宋体" w:hAnsi="宋体" w:eastAsia="宋体"/>
          <w:sz w:val="24"/>
        </w:rPr>
        <w:t>Your father.</w:t>
      </w:r>
    </w:p>
    <w:p>
      <w:pPr>
        <w:spacing w:line="560" w:lineRule="exact"/>
        <w:ind w:firstLine="420"/>
      </w:pPr>
      <w:r>
        <w:rPr>
          <w:rFonts w:ascii="宋体" w:hAnsi="宋体" w:eastAsia="宋体"/>
          <w:sz w:val="24"/>
        </w:rPr>
        <w:t>林风的瞳孔猛地收缩。</w:t>
      </w:r>
    </w:p>
    <w:p>
      <w:pPr>
        <w:spacing w:line="560" w:lineRule="exact"/>
        <w:ind w:firstLine="420"/>
      </w:pPr>
      <w:r>
        <w:rPr>
          <w:rFonts w:ascii="宋体" w:hAnsi="宋体" w:eastAsia="宋体"/>
          <w:sz w:val="24"/>
        </w:rPr>
        <w:t>办公室里的人——知道林建国的存在。而且知道他在十六年前留下了一个核心备份。</w:t>
      </w:r>
    </w:p>
    <w:p>
      <w:pPr>
        <w:spacing w:line="560" w:lineRule="exact"/>
        <w:ind w:firstLine="420"/>
      </w:pPr>
      <w:r>
        <w:rPr>
          <w:rFonts w:ascii="宋体" w:hAnsi="宋体" w:eastAsia="宋体"/>
          <w:sz w:val="24"/>
        </w:rPr>
        <w:t>那人挂断了电话。</w:t>
      </w:r>
    </w:p>
    <w:p>
      <w:pPr>
        <w:spacing w:line="560" w:lineRule="exact"/>
        <w:ind w:firstLine="420"/>
      </w:pPr>
      <w:r>
        <w:rPr>
          <w:rFonts w:ascii="宋体" w:hAnsi="宋体" w:eastAsia="宋体"/>
          <w:sz w:val="24"/>
        </w:rPr>
        <w:t>「进来吧。」他说，声音不大，但很清晰，「我知道你在门口。」</w:t>
      </w:r>
    </w:p>
    <w:p>
      <w:pPr>
        <w:spacing w:line="560" w:lineRule="exact"/>
        <w:ind w:firstLine="420"/>
      </w:pPr>
      <w:r>
        <w:rPr>
          <w:rFonts w:ascii="宋体" w:hAnsi="宋体" w:eastAsia="宋体"/>
          <w:sz w:val="24"/>
        </w:rPr>
        <w:t>林风犹豫了一秒。</w:t>
      </w:r>
    </w:p>
    <w:p>
      <w:pPr>
        <w:spacing w:line="560" w:lineRule="exact"/>
        <w:ind w:firstLine="420"/>
      </w:pPr>
      <w:r>
        <w:rPr>
          <w:rFonts w:ascii="宋体" w:hAnsi="宋体" w:eastAsia="宋体"/>
          <w:sz w:val="24"/>
        </w:rPr>
        <w:t>然后他推开了半掩的门。门轴发出一声极轻的吱嘎声。</w:t>
      </w:r>
    </w:p>
    <w:p>
      <w:pPr>
        <w:spacing w:line="560" w:lineRule="exact"/>
        <w:ind w:firstLine="420"/>
      </w:pPr>
      <w:r>
        <w:rPr>
          <w:rFonts w:ascii="宋体" w:hAnsi="宋体" w:eastAsia="宋体"/>
          <w:sz w:val="24"/>
        </w:rPr>
        <w:t>办公室里坐着一个人——五十多岁，穿着深蓝色的西装，戴着一副银框眼镜。他的头发梳得一丝不苟——每一根都像被精心摆放过——脸上带着一种有教养的微笑——像一个大学教授，而不是一个跨国集团的安全主管。</w:t>
      </w:r>
    </w:p>
    <w:p>
      <w:pPr>
        <w:spacing w:line="560" w:lineRule="exact"/>
        <w:ind w:firstLine="420"/>
      </w:pPr>
      <w:r>
        <w:rPr>
          <w:rFonts w:ascii="宋体" w:hAnsi="宋体" w:eastAsia="宋体"/>
          <w:sz w:val="24"/>
        </w:rPr>
        <w:t>他的办公桌上放着一台笔记本电脑，屏幕上显示着五个进度条——和林风平板上一模一样的EVE协议执行进度。</w:t>
      </w:r>
    </w:p>
    <w:p>
      <w:pPr>
        <w:spacing w:line="560" w:lineRule="exact"/>
        <w:ind w:firstLine="420"/>
      </w:pPr>
      <w:r>
        <w:rPr>
          <w:rFonts w:ascii="宋体" w:hAnsi="宋体" w:eastAsia="宋体"/>
          <w:sz w:val="24"/>
        </w:rPr>
        <w:t>「坐。」那人指了指办公桌对面的椅子，「我们得谈谈——关于你父亲留下的那个备份。」</w:t>
      </w:r>
    </w:p>
    <w:p>
      <w:pPr>
        <w:spacing w:line="560" w:lineRule="exact"/>
        <w:ind w:firstLine="420"/>
      </w:pPr>
      <w:r>
        <w:rPr>
          <w:rFonts w:ascii="宋体" w:hAnsi="宋体" w:eastAsia="宋体"/>
          <w:sz w:val="24"/>
        </w:rPr>
        <w:t>林风没有坐下。他站在门口，一只手握着口袋里的古玉，另一只手垂在身侧。门的缝隙在他身后自动关上了——咔嗒一声轻响。</w:t>
      </w:r>
    </w:p>
    <w:p>
      <w:pPr>
        <w:spacing w:line="560" w:lineRule="exact"/>
        <w:ind w:firstLine="420"/>
      </w:pPr>
      <w:r>
        <w:rPr>
          <w:rFonts w:ascii="宋体" w:hAnsi="宋体" w:eastAsia="宋体"/>
          <w:sz w:val="24"/>
        </w:rPr>
        <w:t>「你是谁？」</w:t>
      </w:r>
    </w:p>
    <w:p>
      <w:pPr>
        <w:spacing w:line="560" w:lineRule="exact"/>
        <w:ind w:firstLine="420"/>
      </w:pPr>
      <w:r>
        <w:rPr>
          <w:rFonts w:ascii="宋体" w:hAnsi="宋体" w:eastAsia="宋体"/>
          <w:sz w:val="24"/>
        </w:rPr>
        <w:t>那人笑了一下——一个很轻的笑容，像是讲了一个只有他自己能听懂的笑话：「你可以叫我——普罗米修斯。」</w:t>
      </w:r>
    </w:p>
    <w:p>
      <w:pPr>
        <w:spacing w:line="560" w:lineRule="exact"/>
        <w:ind w:firstLine="420"/>
      </w:pPr>
      <w:r>
        <w:rPr>
          <w:rFonts w:ascii="宋体" w:hAnsi="宋体" w:eastAsia="宋体"/>
          <w:sz w:val="24"/>
        </w:rPr>
        <w:t>林风瞳孔一缩。</w:t>
      </w:r>
    </w:p>
    <w:p>
      <w:pPr>
        <w:spacing w:line="560" w:lineRule="exact"/>
        <w:ind w:firstLine="420"/>
      </w:pPr>
      <w:r>
        <w:rPr>
          <w:rFonts w:ascii="宋体" w:hAnsi="宋体" w:eastAsia="宋体"/>
          <w:sz w:val="24"/>
        </w:rPr>
        <w:t>普罗米修斯。那个偷了天火送给人类的神。</w:t>
      </w:r>
    </w:p>
    <w:p>
      <w:pPr>
        <w:spacing w:line="560" w:lineRule="exact"/>
        <w:ind w:firstLine="420"/>
      </w:pPr>
      <w:r>
        <w:rPr>
          <w:rFonts w:ascii="宋体" w:hAnsi="宋体" w:eastAsia="宋体"/>
          <w:sz w:val="24"/>
        </w:rPr>
        <w:t>在这个名字背后——是他父亲在十六年前就埋下的伏笔。</w:t>
      </w:r>
    </w:p>
    <w:p>
      <w:pPr>
        <w:spacing w:line="560" w:lineRule="exact"/>
        <w:ind w:firstLine="420"/>
      </w:pPr>
      <w:r>
        <w:rPr>
          <w:rFonts w:ascii="宋体" w:hAnsi="宋体" w:eastAsia="宋体"/>
          <w:sz w:val="24"/>
        </w:rPr>
        <w:t>还是奥林匹斯最后的底牌？</w:t>
      </w:r>
    </w:p>
    <w:p>
      <w:pPr>
        <w:spacing w:line="560" w:lineRule="exact"/>
        <w:ind w:firstLine="420"/>
      </w:pPr>
      <w:r>
        <w:rPr>
          <w:rFonts w:ascii="宋体" w:hAnsi="宋体" w:eastAsia="宋体"/>
          <w:sz w:val="24"/>
        </w:rPr>
        <w:t>进度条在普罗米修斯身后的电脑屏幕上无声推进。63%。64%。65%。</w:t>
      </w:r>
    </w:p>
    <w:p>
      <w:pPr>
        <w:spacing w:line="560" w:lineRule="exact"/>
        <w:ind w:firstLine="420"/>
      </w:pPr>
      <w:r>
        <w:rPr>
          <w:rFonts w:ascii="宋体" w:hAnsi="宋体" w:eastAsia="宋体"/>
          <w:sz w:val="24"/>
        </w:rPr>
        <w:t>林风知道——无论这场对话如何进行下去——时间都在流逝。</w:t>
      </w:r>
    </w:p>
    <w:p>
      <w:pPr>
        <w:spacing w:line="560" w:lineRule="exact"/>
        <w:ind w:firstLine="420"/>
      </w:pPr>
      <w:r>
        <w:rPr>
          <w:rFonts w:ascii="宋体" w:hAnsi="宋体" w:eastAsia="宋体"/>
          <w:sz w:val="24"/>
        </w:rPr>
        <w:t>每多一秒，奥林匹斯的监控层就被多剥离一分。</w:t>
      </w:r>
    </w:p>
    <w:p>
      <w:r>
        <w:br w:type="page"/>
      </w:r>
    </w:p>
    <w:p>
      <w:pPr>
        <w:jc w:val="center"/>
      </w:pPr>
      <w:r>
        <w:rPr>
          <w:b/>
          <w:sz w:val="32"/>
        </w:rPr>
        <w:t>第085章 巅峰之上·大结局</w:t>
      </w:r>
    </w:p>
    <w:p>
      <w:pPr>
        <w:jc w:val="center"/>
      </w:pPr>
      <w:r>
        <w:rPr>
          <w:color w:val="999999"/>
          <w:sz w:val="18"/>
        </w:rPr>
        <w:t>（2,514字）</w:t>
      </w:r>
    </w:p>
    <w:p/>
    <w:p>
      <w:pPr>
        <w:spacing w:line="560" w:lineRule="exact"/>
        <w:ind w:firstLine="420"/>
      </w:pPr>
      <w:r>
        <w:rPr>
          <w:rFonts w:ascii="宋体" w:hAnsi="宋体" w:eastAsia="宋体"/>
          <w:sz w:val="24"/>
        </w:rPr>
        <w:t>「普罗米修斯。」</w:t>
      </w:r>
    </w:p>
    <w:p>
      <w:pPr>
        <w:spacing w:line="560" w:lineRule="exact"/>
        <w:ind w:firstLine="420"/>
      </w:pPr>
      <w:r>
        <w:rPr>
          <w:rFonts w:ascii="宋体" w:hAnsi="宋体" w:eastAsia="宋体"/>
          <w:sz w:val="24"/>
        </w:rPr>
        <w:t>林风重复了一遍这个名字。他的手指在口袋里握紧了古玉，感受着玉石的温度。</w:t>
      </w:r>
    </w:p>
    <w:p>
      <w:pPr>
        <w:spacing w:line="560" w:lineRule="exact"/>
        <w:ind w:firstLine="420"/>
      </w:pPr>
      <w:r>
        <w:rPr>
          <w:rFonts w:ascii="宋体" w:hAnsi="宋体" w:eastAsia="宋体"/>
          <w:sz w:val="24"/>
        </w:rPr>
        <w:t>「你想和我谈什么？」</w:t>
      </w:r>
    </w:p>
    <w:p>
      <w:pPr>
        <w:spacing w:line="560" w:lineRule="exact"/>
        <w:ind w:firstLine="420"/>
      </w:pPr>
      <w:r>
        <w:rPr>
          <w:rFonts w:ascii="宋体" w:hAnsi="宋体" w:eastAsia="宋体"/>
          <w:sz w:val="24"/>
        </w:rPr>
        <w:t>普罗米修斯靠向椅背，双手交叉放在桌上，目光平静地注视着林风。</w:t>
      </w:r>
    </w:p>
    <w:p>
      <w:pPr>
        <w:spacing w:line="560" w:lineRule="exact"/>
        <w:ind w:firstLine="420"/>
      </w:pPr>
      <w:r>
        <w:rPr>
          <w:rFonts w:ascii="宋体" w:hAnsi="宋体" w:eastAsia="宋体"/>
          <w:sz w:val="24"/>
        </w:rPr>
        <w:t>「你父亲十六年前留下的那个核心备份——我知道它在哪。」</w:t>
      </w:r>
    </w:p>
    <w:p>
      <w:pPr>
        <w:spacing w:line="560" w:lineRule="exact"/>
        <w:ind w:firstLine="420"/>
      </w:pPr>
      <w:r>
        <w:rPr>
          <w:rFonts w:ascii="宋体" w:hAnsi="宋体" w:eastAsia="宋体"/>
          <w:sz w:val="24"/>
        </w:rPr>
        <w:t>林风的心跳加速了，但他的表情没有变化：「在哪儿？」</w:t>
      </w:r>
    </w:p>
    <w:p>
      <w:pPr>
        <w:spacing w:line="560" w:lineRule="exact"/>
        <w:ind w:firstLine="420"/>
      </w:pPr>
      <w:r>
        <w:rPr>
          <w:rFonts w:ascii="宋体" w:hAnsi="宋体" w:eastAsia="宋体"/>
          <w:sz w:val="24"/>
        </w:rPr>
        <w:t>「你身上。」普罗米修斯说，「古玉里。」</w:t>
      </w:r>
    </w:p>
    <w:p>
      <w:pPr>
        <w:spacing w:line="560" w:lineRule="exact"/>
        <w:ind w:firstLine="420"/>
      </w:pPr>
      <w:r>
        <w:rPr>
          <w:rFonts w:ascii="宋体" w:hAnsi="宋体" w:eastAsia="宋体"/>
          <w:sz w:val="24"/>
        </w:rPr>
        <w:t>林风愣住了。</w:t>
      </w:r>
    </w:p>
    <w:p>
      <w:pPr>
        <w:spacing w:line="560" w:lineRule="exact"/>
        <w:ind w:firstLine="420"/>
      </w:pPr>
      <w:r>
        <w:rPr>
          <w:rFonts w:ascii="宋体" w:hAnsi="宋体" w:eastAsia="宋体"/>
          <w:sz w:val="24"/>
        </w:rPr>
        <w:t>「古玉——」普罗米修斯缓缓说道，「不只是DNA密钥和定位器。它里面还存储着《天界》核心引擎的完整备份——你父亲在2008年写下的第一版代码。那时候《天界》还是一张白纸，没有监控层，没有后门，没有奥林匹斯植入的任何东西。」</w:t>
      </w:r>
    </w:p>
    <w:p>
      <w:pPr>
        <w:spacing w:line="560" w:lineRule="exact"/>
        <w:ind w:firstLine="420"/>
      </w:pPr>
      <w:r>
        <w:rPr>
          <w:rFonts w:ascii="宋体" w:hAnsi="宋体" w:eastAsia="宋体"/>
          <w:sz w:val="24"/>
        </w:rPr>
        <w:t>「你告诉我的目的是什么？」</w:t>
      </w:r>
    </w:p>
    <w:p>
      <w:pPr>
        <w:spacing w:line="560" w:lineRule="exact"/>
        <w:ind w:firstLine="420"/>
      </w:pPr>
      <w:r>
        <w:rPr>
          <w:rFonts w:ascii="宋体" w:hAnsi="宋体" w:eastAsia="宋体"/>
          <w:sz w:val="24"/>
        </w:rPr>
        <w:t>「因为我想让你做出选择。」普罗米修斯说，「你现在正在用EVE协议删除奥林匹斯的监控层——但你删掉的只是表层。真正的问题——那个被奥林匹斯植入到《天界》最底层的『黑匣子』——它存在于代码的每一个副本里。」</w:t>
      </w:r>
    </w:p>
    <w:p>
      <w:pPr>
        <w:spacing w:line="560" w:lineRule="exact"/>
        <w:ind w:firstLine="420"/>
      </w:pPr>
      <w:r>
        <w:rPr>
          <w:rFonts w:ascii="宋体" w:hAnsi="宋体" w:eastAsia="宋体"/>
          <w:sz w:val="24"/>
        </w:rPr>
        <w:t>「包括古玉里的那个备份。」</w:t>
      </w:r>
    </w:p>
    <w:p>
      <w:pPr>
        <w:spacing w:line="560" w:lineRule="exact"/>
        <w:ind w:firstLine="420"/>
      </w:pPr>
      <w:r>
        <w:rPr>
          <w:rFonts w:ascii="宋体" w:hAnsi="宋体" w:eastAsia="宋体"/>
          <w:sz w:val="24"/>
        </w:rPr>
        <w:t>「对。那个备份——没有黑匣子。」普罗米修斯说，「你可以用古玉里的备份重建《天界》——一个干净的、没有监控的、纯粹的世界。」</w:t>
      </w:r>
    </w:p>
    <w:p>
      <w:pPr>
        <w:spacing w:line="560" w:lineRule="exact"/>
        <w:ind w:firstLine="420"/>
      </w:pPr>
      <w:r>
        <w:rPr>
          <w:rFonts w:ascii="宋体" w:hAnsi="宋体" w:eastAsia="宋体"/>
          <w:sz w:val="24"/>
        </w:rPr>
        <w:t>林风盯着普罗米修斯的眼睛：「你为什么要帮我？」</w:t>
      </w:r>
    </w:p>
    <w:p>
      <w:pPr>
        <w:spacing w:line="560" w:lineRule="exact"/>
        <w:ind w:firstLine="420"/>
      </w:pPr>
      <w:r>
        <w:rPr>
          <w:rFonts w:ascii="宋体" w:hAnsi="宋体" w:eastAsia="宋体"/>
          <w:sz w:val="24"/>
        </w:rPr>
        <w:t>普罗米修斯笑了一下——笑容里带着一丝林风看不懂的东西：「因为——」他顿了顿，摘下了那副银框眼镜，放在桌上。没有了眼镜的遮挡，他的眼神变得不一样了——更深沉，带着一丝十六年卧底生涯留下的疲惫，「我是陈泽宇。」</w:t>
      </w:r>
    </w:p>
    <w:p>
      <w:pPr>
        <w:spacing w:line="560" w:lineRule="exact"/>
        <w:ind w:firstLine="420"/>
      </w:pPr>
      <w:r>
        <w:rPr>
          <w:rFonts w:ascii="宋体" w:hAnsi="宋体" w:eastAsia="宋体"/>
          <w:sz w:val="24"/>
        </w:rPr>
        <w:t>房间里的空气仿佛凝固了。</w:t>
      </w:r>
    </w:p>
    <w:p>
      <w:pPr>
        <w:spacing w:line="560" w:lineRule="exact"/>
        <w:ind w:firstLine="420"/>
      </w:pPr>
      <w:r>
        <w:rPr>
          <w:rFonts w:ascii="宋体" w:hAnsi="宋体" w:eastAsia="宋体"/>
          <w:sz w:val="24"/>
        </w:rPr>
        <w:t>「你说——什么？」</w:t>
      </w:r>
    </w:p>
    <w:p>
      <w:pPr>
        <w:spacing w:line="560" w:lineRule="exact"/>
        <w:ind w:firstLine="420"/>
      </w:pPr>
      <w:r>
        <w:rPr>
          <w:rFonts w:ascii="宋体" w:hAnsi="宋体" w:eastAsia="宋体"/>
          <w:sz w:val="24"/>
        </w:rPr>
        <w:t>「陈泽宇。」普罗米修斯说，「你父亲安排在奥林匹斯的卧底。两年前失联——不是被发现了，而是因为我找到了一条更深入的路——成为普罗米修斯，奥林匹斯最高安全主管。」</w:t>
      </w:r>
    </w:p>
    <w:p>
      <w:pPr>
        <w:spacing w:line="560" w:lineRule="exact"/>
        <w:ind w:firstLine="420"/>
      </w:pPr>
      <w:r>
        <w:rPr>
          <w:rFonts w:ascii="宋体" w:hAnsi="宋体" w:eastAsia="宋体"/>
          <w:sz w:val="24"/>
        </w:rPr>
        <w:t>林风的脑子一片混乱：「但——如果你真的是陈泽宇——为什么不早说？」</w:t>
      </w:r>
    </w:p>
    <w:p>
      <w:pPr>
        <w:spacing w:line="560" w:lineRule="exact"/>
        <w:ind w:firstLine="420"/>
      </w:pPr>
      <w:r>
        <w:rPr>
          <w:rFonts w:ascii="宋体" w:hAnsi="宋体" w:eastAsia="宋体"/>
          <w:sz w:val="24"/>
        </w:rPr>
        <w:t>「因为时机不到。」普罗米修斯——陈泽宇——说，「如果我在两年前暴露身份，奥林匹斯会直接关闭《天界》服务器，销毁所有证据。但你父亲留的古玉和你——你们是我等了两年的机会。」</w:t>
      </w:r>
    </w:p>
    <w:p>
      <w:pPr>
        <w:spacing w:line="560" w:lineRule="exact"/>
        <w:ind w:firstLine="420"/>
      </w:pPr>
      <w:r>
        <w:rPr>
          <w:rFonts w:ascii="宋体" w:hAnsi="宋体" w:eastAsia="宋体"/>
          <w:sz w:val="24"/>
        </w:rPr>
        <w:t>他从抽屉里拿出一个信封，推到林风面前。</w:t>
      </w:r>
    </w:p>
    <w:p>
      <w:pPr>
        <w:spacing w:line="560" w:lineRule="exact"/>
        <w:ind w:firstLine="420"/>
      </w:pPr>
      <w:r>
        <w:rPr>
          <w:rFonts w:ascii="宋体" w:hAnsi="宋体" w:eastAsia="宋体"/>
          <w:sz w:val="24"/>
        </w:rPr>
        <w:t>林风的手指微微颤抖。他打开了信封。</w:t>
      </w:r>
    </w:p>
    <w:p>
      <w:pPr>
        <w:spacing w:line="560" w:lineRule="exact"/>
        <w:ind w:firstLine="420"/>
      </w:pPr>
      <w:r>
        <w:rPr>
          <w:rFonts w:ascii="宋体" w:hAnsi="宋体" w:eastAsia="宋体"/>
          <w:sz w:val="24"/>
        </w:rPr>
        <w:t>里面是一张照片——一张泛黄的老照片，边缘有些磨损，像是被人贴身携带了很多年。照片拍的是三个年轻人在一台服务器前合影，服务器侧面贴着一块白色标签，手写着「伊甸01」。中间的是林建国，左边是林婉——右边是一个年轻人，穿着格子衬衫，笑得很灿烂。</w:t>
      </w:r>
    </w:p>
    <w:p>
      <w:pPr>
        <w:spacing w:line="560" w:lineRule="exact"/>
        <w:ind w:firstLine="420"/>
      </w:pPr>
      <w:r>
        <w:rPr>
          <w:rFonts w:ascii="宋体" w:hAnsi="宋体" w:eastAsia="宋体"/>
          <w:sz w:val="24"/>
        </w:rPr>
        <w:t>照片背面有一行字：「2008.03.15 伊甸原型机启动成功。老林、小婉、泽宇。」</w:t>
      </w:r>
    </w:p>
    <w:p>
      <w:pPr>
        <w:spacing w:line="560" w:lineRule="exact"/>
        <w:ind w:firstLine="420"/>
      </w:pPr>
      <w:r>
        <w:rPr>
          <w:rFonts w:ascii="宋体" w:hAnsi="宋体" w:eastAsia="宋体"/>
          <w:sz w:val="24"/>
        </w:rPr>
        <w:t>林风的手微微颤抖。</w:t>
      </w:r>
    </w:p>
    <w:p>
      <w:pPr>
        <w:spacing w:line="560" w:lineRule="exact"/>
        <w:ind w:firstLine="420"/>
      </w:pPr>
      <w:r>
        <w:rPr>
          <w:rFonts w:ascii="宋体" w:hAnsi="宋体" w:eastAsia="宋体"/>
          <w:sz w:val="24"/>
        </w:rPr>
        <w:t>「你真的是——」</w:t>
      </w:r>
    </w:p>
    <w:p>
      <w:pPr>
        <w:spacing w:line="560" w:lineRule="exact"/>
        <w:ind w:firstLine="420"/>
      </w:pPr>
      <w:r>
        <w:rPr>
          <w:rFonts w:ascii="宋体" w:hAnsi="宋体" w:eastAsia="宋体"/>
          <w:sz w:val="24"/>
        </w:rPr>
        <w:t>「我是。」陈泽宇说，「进度条到百分之百还需要大概七分钟。在这七分钟里——你可以决定是用古玉重建一个干净的《天界》，还是就此关停一切。」</w:t>
      </w:r>
    </w:p>
    <w:p>
      <w:pPr>
        <w:spacing w:line="560" w:lineRule="exact"/>
        <w:ind w:firstLine="420"/>
      </w:pPr>
      <w:r>
        <w:rPr>
          <w:rFonts w:ascii="宋体" w:hAnsi="宋体" w:eastAsia="宋体"/>
          <w:sz w:val="24"/>
        </w:rPr>
        <w:t>「如果我选择重建呢？」</w:t>
      </w:r>
    </w:p>
    <w:p>
      <w:pPr>
        <w:spacing w:line="560" w:lineRule="exact"/>
        <w:ind w:firstLine="420"/>
      </w:pPr>
      <w:r>
        <w:rPr>
          <w:rFonts w:ascii="宋体" w:hAnsi="宋体" w:eastAsia="宋体"/>
          <w:sz w:val="24"/>
        </w:rPr>
        <w:t>「那全球三千万玩家——不会失去他们的世界。」陈泽宇说，「他们会登录一个没有监控的《天界》。奥林匹斯收集的所有数据——将在一瞬间彻底失效。」</w:t>
      </w:r>
    </w:p>
    <w:p>
      <w:pPr>
        <w:spacing w:line="560" w:lineRule="exact"/>
        <w:ind w:firstLine="420"/>
      </w:pPr>
      <w:r>
        <w:rPr>
          <w:rFonts w:ascii="宋体" w:hAnsi="宋体" w:eastAsia="宋体"/>
          <w:sz w:val="24"/>
        </w:rPr>
        <w:t>进度：71%。</w:t>
      </w:r>
    </w:p>
    <w:p>
      <w:pPr>
        <w:spacing w:line="560" w:lineRule="exact"/>
        <w:ind w:firstLine="420"/>
      </w:pPr>
      <w:r>
        <w:rPr>
          <w:rFonts w:ascii="宋体" w:hAnsi="宋体" w:eastAsia="宋体"/>
          <w:sz w:val="24"/>
        </w:rPr>
        <w:t>林风低头看着手里的古玉。</w:t>
      </w:r>
    </w:p>
    <w:p>
      <w:pPr>
        <w:spacing w:line="560" w:lineRule="exact"/>
        <w:ind w:firstLine="420"/>
      </w:pPr>
      <w:r>
        <w:rPr>
          <w:rFonts w:ascii="宋体" w:hAnsi="宋体" w:eastAsia="宋体"/>
          <w:sz w:val="24"/>
        </w:rPr>
        <w:t>这块玉——他随身带了十六年，挂在脖子上，藏在枕头下，带进了银行保险箱。它在这一路上指引着他找到了父母，找到了真相——现在，它告诉他，《天界》还有一次重来的机会。</w:t>
      </w:r>
    </w:p>
    <w:p>
      <w:pPr>
        <w:spacing w:line="560" w:lineRule="exact"/>
        <w:ind w:firstLine="420"/>
      </w:pPr>
      <w:r>
        <w:rPr>
          <w:rFonts w:ascii="宋体" w:hAnsi="宋体" w:eastAsia="宋体"/>
          <w:sz w:val="24"/>
        </w:rPr>
        <w:t>他抬头看向陈泽宇：「需要怎么做？」</w:t>
      </w:r>
    </w:p>
    <w:p>
      <w:pPr>
        <w:spacing w:line="560" w:lineRule="exact"/>
        <w:ind w:firstLine="420"/>
      </w:pPr>
      <w:r>
        <w:rPr>
          <w:rFonts w:ascii="宋体" w:hAnsi="宋体" w:eastAsia="宋体"/>
          <w:sz w:val="24"/>
        </w:rPr>
        <w:t>「把古玉插到你刚才用的运维终端上——EVE协议会把备份数据上传到所有节点。七分钟就够了。」</w:t>
      </w:r>
    </w:p>
    <w:p>
      <w:pPr>
        <w:spacing w:line="560" w:lineRule="exact"/>
        <w:ind w:firstLine="420"/>
      </w:pPr>
      <w:r>
        <w:rPr>
          <w:rFonts w:ascii="宋体" w:hAnsi="宋体" w:eastAsia="宋体"/>
          <w:sz w:val="24"/>
        </w:rPr>
        <w:t>进度：79%。</w:t>
      </w:r>
    </w:p>
    <w:p>
      <w:pPr>
        <w:spacing w:line="560" w:lineRule="exact"/>
        <w:ind w:firstLine="420"/>
      </w:pPr>
      <w:r>
        <w:rPr>
          <w:rFonts w:ascii="宋体" w:hAnsi="宋体" w:eastAsia="宋体"/>
          <w:sz w:val="24"/>
        </w:rPr>
        <w:t>林风转身走出了办公室。</w:t>
      </w:r>
    </w:p>
    <w:p>
      <w:pPr>
        <w:spacing w:line="560" w:lineRule="exact"/>
        <w:ind w:firstLine="420"/>
      </w:pPr>
      <w:r>
        <w:rPr>
          <w:rFonts w:ascii="宋体" w:hAnsi="宋体" w:eastAsia="宋体"/>
          <w:sz w:val="24"/>
        </w:rPr>
        <w:t>他没有走楼梯——直接从三楼跳到了一楼的花坛里，落地时膝盖微微弯了一下，然后站稳了。</w:t>
      </w:r>
    </w:p>
    <w:p>
      <w:pPr>
        <w:spacing w:line="560" w:lineRule="exact"/>
        <w:ind w:firstLine="420"/>
      </w:pPr>
      <w:r>
        <w:rPr>
          <w:rFonts w:ascii="宋体" w:hAnsi="宋体" w:eastAsia="宋体"/>
          <w:sz w:val="24"/>
        </w:rPr>
        <w:t>他跑向配电室。</w:t>
      </w:r>
    </w:p>
    <w:p>
      <w:pPr>
        <w:spacing w:line="560" w:lineRule="exact"/>
        <w:ind w:firstLine="420"/>
      </w:pPr>
      <w:r>
        <w:rPr>
          <w:rFonts w:ascii="宋体" w:hAnsi="宋体" w:eastAsia="宋体"/>
          <w:sz w:val="24"/>
        </w:rPr>
        <w:t>推开配电室的门，平板还在那里，进度条显示：84%。</w:t>
      </w:r>
    </w:p>
    <w:p>
      <w:pPr>
        <w:spacing w:line="560" w:lineRule="exact"/>
        <w:ind w:firstLine="420"/>
      </w:pPr>
      <w:r>
        <w:rPr>
          <w:rFonts w:ascii="宋体" w:hAnsi="宋体" w:eastAsia="宋体"/>
          <w:sz w:val="24"/>
        </w:rPr>
        <w:t>他把古玉从脖子上摘下来——玉石表面温热，在掌心里发出了一团微弱的青色光芒。</w:t>
      </w:r>
    </w:p>
    <w:p>
      <w:pPr>
        <w:spacing w:line="560" w:lineRule="exact"/>
        <w:ind w:firstLine="420"/>
      </w:pPr>
      <w:r>
        <w:rPr>
          <w:rFonts w:ascii="宋体" w:hAnsi="宋体" w:eastAsia="宋体"/>
          <w:sz w:val="24"/>
        </w:rPr>
        <w:t>他把古玉插进了USB口。</w:t>
      </w:r>
    </w:p>
    <w:p>
      <w:pPr>
        <w:spacing w:line="560" w:lineRule="exact"/>
        <w:ind w:firstLine="420"/>
      </w:pPr>
      <w:r>
        <w:rPr>
          <w:rFonts w:ascii="宋体" w:hAnsi="宋体" w:eastAsia="宋体"/>
          <w:sz w:val="24"/>
        </w:rPr>
        <w:t>屏幕上的进度条旁边——跳出了一个新窗口：</w:t>
      </w:r>
    </w:p>
    <w:p>
      <w:pPr>
        <w:spacing w:line="560" w:lineRule="exact"/>
        <w:ind w:firstLine="420"/>
      </w:pPr>
      <w:r>
        <w:rPr>
          <w:rFonts w:ascii="宋体" w:hAnsi="宋体" w:eastAsia="宋体"/>
          <w:sz w:val="24"/>
        </w:rPr>
        <w:t>`Elysium Core Backup — Detected.`</w:t>
        <w:br/>
        <w:t>`Initiating upload to all nodes…`</w:t>
        <w:br/>
        <w:t>`Transferring pure image — No monitoring layer detected.`</w:t>
      </w:r>
    </w:p>
    <w:p>
      <w:pPr>
        <w:spacing w:line="560" w:lineRule="exact"/>
        <w:ind w:firstLine="420"/>
      </w:pPr>
      <w:r>
        <w:rPr>
          <w:rFonts w:ascii="宋体" w:hAnsi="宋体" w:eastAsia="宋体"/>
          <w:sz w:val="24"/>
        </w:rPr>
        <w:t>进度：86%。</w:t>
      </w:r>
    </w:p>
    <w:p>
      <w:pPr>
        <w:spacing w:line="560" w:lineRule="exact"/>
        <w:ind w:firstLine="420"/>
      </w:pPr>
      <w:r>
        <w:rPr>
          <w:rFonts w:ascii="宋体" w:hAnsi="宋体" w:eastAsia="宋体"/>
          <w:sz w:val="24"/>
        </w:rPr>
        <w:t>进度：88%。</w:t>
      </w:r>
    </w:p>
    <w:p>
      <w:pPr>
        <w:spacing w:line="560" w:lineRule="exact"/>
        <w:ind w:firstLine="420"/>
      </w:pPr>
      <w:r>
        <w:rPr>
          <w:rFonts w:ascii="宋体" w:hAnsi="宋体" w:eastAsia="宋体"/>
          <w:sz w:val="24"/>
        </w:rPr>
        <w:t>每跳动一个百分点，奥林匹斯的监控层就多消失一分。</w:t>
      </w:r>
    </w:p>
    <w:p>
      <w:pPr>
        <w:spacing w:line="560" w:lineRule="exact"/>
        <w:ind w:firstLine="420"/>
      </w:pPr>
      <w:r>
        <w:rPr>
          <w:rFonts w:ascii="宋体" w:hAnsi="宋体" w:eastAsia="宋体"/>
          <w:sz w:val="24"/>
        </w:rPr>
        <w:t>林风站在配电室里，看着屏幕上的数字一点一点地跳动。</w:t>
      </w:r>
    </w:p>
    <w:p>
      <w:pPr>
        <w:spacing w:line="560" w:lineRule="exact"/>
        <w:ind w:firstLine="420"/>
      </w:pPr>
      <w:r>
        <w:rPr>
          <w:rFonts w:ascii="宋体" w:hAnsi="宋体" w:eastAsia="宋体"/>
          <w:sz w:val="24"/>
        </w:rPr>
        <w:t>加密频道里传来了队员的声音——</w:t>
      </w:r>
    </w:p>
    <w:p>
      <w:pPr>
        <w:spacing w:line="560" w:lineRule="exact"/>
        <w:ind w:firstLine="420"/>
      </w:pPr>
      <w:r>
        <w:rPr>
          <w:rFonts w:ascii="宋体" w:hAnsi="宋体" w:eastAsia="宋体"/>
          <w:sz w:val="24"/>
        </w:rPr>
        <w:t>「香港进度同步。」凌天，「新的数据流是什么？」</w:t>
      </w:r>
    </w:p>
    <w:p>
      <w:pPr>
        <w:spacing w:line="560" w:lineRule="exact"/>
        <w:ind w:firstLine="420"/>
      </w:pPr>
      <w:r>
        <w:rPr>
          <w:rFonts w:ascii="宋体" w:hAnsi="宋体" w:eastAsia="宋体"/>
          <w:sz w:val="24"/>
        </w:rPr>
        <w:t>「古玉里的原始备份。」林风说，「我们在重建一个干净的《天界》。」</w:t>
      </w:r>
    </w:p>
    <w:p>
      <w:pPr>
        <w:spacing w:line="560" w:lineRule="exact"/>
        <w:ind w:firstLine="420"/>
      </w:pPr>
      <w:r>
        <w:rPr>
          <w:rFonts w:ascii="宋体" w:hAnsi="宋体" w:eastAsia="宋体"/>
          <w:sz w:val="24"/>
        </w:rPr>
        <w:t>频道里沉默了一秒。</w:t>
      </w:r>
    </w:p>
    <w:p>
      <w:pPr>
        <w:spacing w:line="560" w:lineRule="exact"/>
        <w:ind w:firstLine="420"/>
      </w:pPr>
      <w:r>
        <w:rPr>
          <w:rFonts w:ascii="宋体" w:hAnsi="宋体" w:eastAsia="宋体"/>
          <w:sz w:val="24"/>
        </w:rPr>
        <w:t>然后赵铁柱的声音响起来，带着笑意：「我靠——这玉还能干这个？」</w:t>
      </w:r>
    </w:p>
    <w:p>
      <w:pPr>
        <w:spacing w:line="560" w:lineRule="exact"/>
        <w:ind w:firstLine="420"/>
      </w:pPr>
      <w:r>
        <w:rPr>
          <w:rFonts w:ascii="宋体" w:hAnsi="宋体" w:eastAsia="宋体"/>
          <w:sz w:val="24"/>
        </w:rPr>
        <w:t>苏小雅笑了：「不愧是神豪的古玉啊。」</w:t>
      </w:r>
    </w:p>
    <w:p>
      <w:pPr>
        <w:spacing w:line="560" w:lineRule="exact"/>
        <w:ind w:firstLine="420"/>
      </w:pPr>
      <w:r>
        <w:rPr>
          <w:rFonts w:ascii="宋体" w:hAnsi="宋体" w:eastAsia="宋体"/>
          <w:sz w:val="24"/>
        </w:rPr>
        <w:t>夜影没有说话——但林风能听到她在频道那头轻轻地笑了一声。</w:t>
      </w:r>
    </w:p>
    <w:p>
      <w:pPr>
        <w:spacing w:line="560" w:lineRule="exact"/>
        <w:ind w:firstLine="420"/>
      </w:pPr>
      <w:r>
        <w:rPr>
          <w:rFonts w:ascii="宋体" w:hAnsi="宋体" w:eastAsia="宋体"/>
          <w:sz w:val="24"/>
        </w:rPr>
        <w:t>进度：97%。</w:t>
      </w:r>
    </w:p>
    <w:p>
      <w:pPr>
        <w:spacing w:line="560" w:lineRule="exact"/>
        <w:ind w:firstLine="420"/>
      </w:pPr>
      <w:r>
        <w:rPr>
          <w:rFonts w:ascii="宋体" w:hAnsi="宋体" w:eastAsia="宋体"/>
          <w:sz w:val="24"/>
        </w:rPr>
        <w:t>进度：99%。</w:t>
      </w:r>
    </w:p>
    <w:p>
      <w:pPr>
        <w:spacing w:line="560" w:lineRule="exact"/>
        <w:ind w:firstLine="420"/>
      </w:pPr>
      <w:r>
        <w:rPr>
          <w:rFonts w:ascii="宋体" w:hAnsi="宋体" w:eastAsia="宋体"/>
          <w:sz w:val="24"/>
        </w:rPr>
        <w:t>进度：100%。</w:t>
      </w:r>
    </w:p>
    <w:p>
      <w:pPr>
        <w:spacing w:line="560" w:lineRule="exact"/>
        <w:ind w:firstLine="420"/>
      </w:pPr>
      <w:r>
        <w:rPr>
          <w:rFonts w:ascii="宋体" w:hAnsi="宋体" w:eastAsia="宋体"/>
          <w:sz w:val="24"/>
        </w:rPr>
        <w:t>屏幕上弹出了一行字：</w:t>
      </w:r>
    </w:p>
    <w:p>
      <w:pPr>
        <w:spacing w:line="560" w:lineRule="exact"/>
        <w:ind w:firstLine="420"/>
      </w:pPr>
      <w:r>
        <w:rPr>
          <w:rFonts w:ascii="宋体" w:hAnsi="宋体" w:eastAsia="宋体"/>
          <w:sz w:val="24"/>
        </w:rPr>
        <w:t>`EVE Protocol — Execution Complete.`</w:t>
        <w:br/>
        <w:t>`Olympis monitoring layer: DELETED.`</w:t>
        <w:br/>
        <w:t>`Elysium Core Backup: RESTORED — All nodes synchronized.`</w:t>
        <w:br/>
        <w:t>`Operation result: SUCCESS.`</w:t>
      </w:r>
    </w:p>
    <w:p>
      <w:pPr>
        <w:spacing w:line="560" w:lineRule="exact"/>
        <w:ind w:firstLine="420"/>
      </w:pPr>
      <w:r>
        <w:rPr>
          <w:rFonts w:ascii="宋体" w:hAnsi="宋体" w:eastAsia="宋体"/>
          <w:sz w:val="24"/>
        </w:rPr>
        <w:t>林风呆呆地站在屏幕前，盯着那行「SUCCESS」看了好久。</w:t>
      </w:r>
    </w:p>
    <w:p>
      <w:pPr>
        <w:spacing w:line="560" w:lineRule="exact"/>
        <w:ind w:firstLine="420"/>
      </w:pPr>
      <w:r>
        <w:rPr>
          <w:rFonts w:ascii="宋体" w:hAnsi="宋体" w:eastAsia="宋体"/>
          <w:sz w:val="24"/>
        </w:rPr>
        <w:t>然后他听到耳机里传来四个人的声音——</w:t>
      </w:r>
    </w:p>
    <w:p>
      <w:pPr>
        <w:spacing w:line="560" w:lineRule="exact"/>
        <w:ind w:firstLine="420"/>
      </w:pPr>
      <w:r>
        <w:rPr>
          <w:rFonts w:ascii="宋体" w:hAnsi="宋体" w:eastAsia="宋体"/>
          <w:sz w:val="24"/>
        </w:rPr>
        <w:t>凌天：「成功了。」</w:t>
      </w:r>
    </w:p>
    <w:p>
      <w:pPr>
        <w:spacing w:line="560" w:lineRule="exact"/>
        <w:ind w:firstLine="420"/>
      </w:pPr>
      <w:r>
        <w:rPr>
          <w:rFonts w:ascii="宋体" w:hAnsi="宋体" w:eastAsia="宋体"/>
          <w:sz w:val="24"/>
        </w:rPr>
        <w:t>夜影：「结束了。」</w:t>
      </w:r>
    </w:p>
    <w:p>
      <w:pPr>
        <w:spacing w:line="560" w:lineRule="exact"/>
        <w:ind w:firstLine="420"/>
      </w:pPr>
      <w:r>
        <w:rPr>
          <w:rFonts w:ascii="宋体" w:hAnsi="宋体" w:eastAsia="宋体"/>
          <w:sz w:val="24"/>
        </w:rPr>
        <w:t>赵铁柱：「卧槽！做到了！」</w:t>
      </w:r>
    </w:p>
    <w:p>
      <w:pPr>
        <w:spacing w:line="560" w:lineRule="exact"/>
        <w:ind w:firstLine="420"/>
      </w:pPr>
      <w:r>
        <w:rPr>
          <w:rFonts w:ascii="宋体" w:hAnsi="宋体" w:eastAsia="宋体"/>
          <w:sz w:val="24"/>
        </w:rPr>
        <w:t>苏小雅：「我们做到了……天哪我们真的做到了……」</w:t>
      </w:r>
    </w:p>
    <w:p>
      <w:pPr>
        <w:spacing w:line="560" w:lineRule="exact"/>
        <w:ind w:firstLine="420"/>
      </w:pPr>
      <w:r>
        <w:rPr>
          <w:rFonts w:ascii="宋体" w:hAnsi="宋体" w:eastAsia="宋体"/>
          <w:sz w:val="24"/>
        </w:rPr>
        <w:t>林风摘下耳机，靠在配电室的墙壁上，盯着屏幕上那行「SUCCESS」看了好久。然后他仰起头，长长地呼出了一口气。</w:t>
      </w:r>
    </w:p>
    <w:p>
      <w:pPr>
        <w:spacing w:line="560" w:lineRule="exact"/>
        <w:ind w:firstLine="420"/>
      </w:pPr>
      <w:r>
        <w:rPr>
          <w:rFonts w:ascii="宋体" w:hAnsi="宋体" w:eastAsia="宋体"/>
          <w:sz w:val="24"/>
        </w:rPr>
        <w:t>古玉从USB口弹了出来——自动弹出，像是一个任务完成后的温柔告别。林风把它握在手心里，感受着它的温度在慢慢地变凉——不是冷了，而是回到了正常的室温。</w:t>
      </w:r>
    </w:p>
    <w:p>
      <w:pPr>
        <w:spacing w:line="560" w:lineRule="exact"/>
        <w:ind w:firstLine="420"/>
      </w:pPr>
      <w:r>
        <w:rPr>
          <w:rFonts w:ascii="宋体" w:hAnsi="宋体" w:eastAsia="宋体"/>
          <w:sz w:val="24"/>
        </w:rPr>
        <w:t>它的工作完成了。</w:t>
      </w:r>
    </w:p>
    <w:p>
      <w:pPr>
        <w:spacing w:line="560" w:lineRule="exact"/>
        <w:ind w:firstLine="420"/>
      </w:pPr>
      <w:r>
        <w:rPr>
          <w:rFonts w:ascii="宋体" w:hAnsi="宋体" w:eastAsia="宋体"/>
          <w:sz w:val="24"/>
        </w:rPr>
        <w:t>十六年的使命——到此结束。</w:t>
      </w:r>
    </w:p>
    <w:p>
      <w:pPr>
        <w:spacing w:line="560" w:lineRule="exact"/>
        <w:ind w:firstLine="420"/>
      </w:pPr>
      <w:r>
        <w:rPr>
          <w:rFonts w:ascii="宋体" w:hAnsi="宋体" w:eastAsia="宋体"/>
          <w:sz w:val="24"/>
        </w:rPr>
        <w:t>窗外，黎明正在缓缓到来。</w:t>
      </w:r>
    </w:p>
    <w:p>
      <w:pPr>
        <w:spacing w:line="560" w:lineRule="exact"/>
        <w:ind w:firstLine="420"/>
      </w:pPr>
      <w:r>
        <w:rPr>
          <w:rFonts w:ascii="宋体" w:hAnsi="宋体" w:eastAsia="宋体"/>
          <w:sz w:val="24"/>
        </w:rPr>
        <w:t>新加坡的东方，海天交界处，一道金色的光正在破开云层。新的一天开始了。</w:t>
      </w:r>
    </w:p>
    <w:p>
      <w:pPr>
        <w:spacing w:line="560" w:lineRule="exact"/>
        <w:ind w:firstLine="420"/>
      </w:pPr>
      <w:r>
        <w:rPr>
          <w:rFonts w:ascii="宋体" w:hAnsi="宋体" w:eastAsia="宋体"/>
          <w:sz w:val="24"/>
        </w:rPr>
        <w:t>他拿起平板，在频道里说：「收队了。大家都回家吧。」林风说。声音不大，但很踏实，因为知道每个频道那头的人都能听到。</w:t>
      </w:r>
    </w:p>
    <w:p>
      <w:pPr>
        <w:spacing w:line="560" w:lineRule="exact"/>
        <w:ind w:firstLine="420"/>
      </w:pPr>
      <w:r>
        <w:rPr>
          <w:rFonts w:ascii="宋体" w:hAnsi="宋体" w:eastAsia="宋体"/>
          <w:sz w:val="24"/>
        </w:rPr>
        <w:t>然后他推开了配电室的门，，走进了清晨的阳光里。</w:t>
      </w:r>
    </w:p>
    <w:p>
      <w:pPr>
        <w:spacing w:line="560" w:lineRule="exact"/>
        <w:ind w:firstLine="420"/>
      </w:pPr>
      <w:r>
        <w:rPr>
          <w:rFonts w:ascii="宋体" w:hAnsi="宋体" w:eastAsia="宋体"/>
          <w:sz w:val="24"/>
        </w:rPr>
        <w:t>***</w:t>
      </w:r>
    </w:p>
    <w:p>
      <w:pPr>
        <w:spacing w:line="560" w:lineRule="exact"/>
        <w:ind w:firstLine="420"/>
      </w:pPr>
      <w:r>
        <w:rPr>
          <w:rFonts w:ascii="宋体" w:hAnsi="宋体" w:eastAsia="宋体"/>
          <w:sz w:val="24"/>
        </w:rPr>
        <w:t>三个月后。</w:t>
      </w:r>
    </w:p>
    <w:p>
      <w:pPr>
        <w:spacing w:line="560" w:lineRule="exact"/>
        <w:ind w:firstLine="420"/>
      </w:pPr>
      <w:r>
        <w:rPr>
          <w:rFonts w:ascii="宋体" w:hAnsi="宋体" w:eastAsia="宋体"/>
          <w:sz w:val="24"/>
        </w:rPr>
        <w:t>上海，浦东。</w:t>
      </w:r>
    </w:p>
    <w:p>
      <w:pPr>
        <w:spacing w:line="560" w:lineRule="exact"/>
        <w:ind w:firstLine="420"/>
      </w:pPr>
      <w:r>
        <w:rPr>
          <w:rFonts w:ascii="宋体" w:hAnsi="宋体" w:eastAsia="宋体"/>
          <w:sz w:val="24"/>
        </w:rPr>
        <w:t>林风站在一栋新写字楼的玻璃幕墙前，看着自己在玻璃上的倒影。</w:t>
      </w:r>
    </w:p>
    <w:p>
      <w:pPr>
        <w:spacing w:line="560" w:lineRule="exact"/>
        <w:ind w:firstLine="420"/>
      </w:pPr>
      <w:r>
        <w:rPr>
          <w:rFonts w:ascii="宋体" w:hAnsi="宋体" w:eastAsia="宋体"/>
          <w:sz w:val="24"/>
        </w:rPr>
        <w:t>他换了一身干净的浅蓝色衬衫和深灰色西裤，头发剪短了，整个人看起来精神了很多。镜子里的他和三个月前刚踏上新加坡土地的那个林风判若两人——少了一些迷茫，多了一些坚定。但他口袋里那块温润的古玉和被胸口口袋里的名片——提醒着他不是普通人。</w:t>
      </w:r>
    </w:p>
    <w:p>
      <w:pPr>
        <w:spacing w:line="560" w:lineRule="exact"/>
        <w:ind w:firstLine="420"/>
      </w:pPr>
      <w:r>
        <w:rPr>
          <w:rFonts w:ascii="宋体" w:hAnsi="宋体" w:eastAsia="宋体"/>
          <w:sz w:val="24"/>
        </w:rPr>
        <w:t>名片上印着：</w:t>
      </w:r>
    </w:p>
    <w:p>
      <w:pPr>
        <w:spacing w:line="560" w:lineRule="exact"/>
        <w:ind w:firstLine="420"/>
      </w:pPr>
      <w:r>
        <w:rPr>
          <w:rFonts w:ascii="宋体" w:hAnsi="宋体" w:eastAsia="宋体"/>
          <w:sz w:val="24"/>
        </w:rPr>
        <w:t>**天界互动娱乐集团**</w:t>
        <w:br/>
        <w:t>林风 — 首席执行官</w:t>
      </w:r>
    </w:p>
    <w:p>
      <w:pPr>
        <w:spacing w:line="560" w:lineRule="exact"/>
        <w:ind w:firstLine="420"/>
      </w:pPr>
      <w:r>
        <w:rPr>
          <w:rFonts w:ascii="宋体" w:hAnsi="宋体" w:eastAsia="宋体"/>
          <w:sz w:val="24"/>
        </w:rPr>
        <w:t>他身后的办公室里，工位已经坐满了人——凌天在技术部调试服务器——他面前并排摆着六台显示器，数据流在屏幕上飞速滚动。苏小雅在运营部对着屏幕策划活动，桌上摆着一杯咖啡和一堆手写的活动方案。赵铁柱在测试区戴着VR头盔打BOSS——头盔下传来他中气十足的大喊「坦克拉住了！输出跟上！」</w:t>
      </w:r>
    </w:p>
    <w:p>
      <w:pPr>
        <w:spacing w:line="560" w:lineRule="exact"/>
        <w:ind w:firstLine="420"/>
      </w:pPr>
      <w:r>
        <w:rPr>
          <w:rFonts w:ascii="宋体" w:hAnsi="宋体" w:eastAsia="宋体"/>
          <w:sz w:val="24"/>
        </w:rPr>
        <w:t>一切都不一样了。</w:t>
      </w:r>
    </w:p>
    <w:p>
      <w:pPr>
        <w:spacing w:line="560" w:lineRule="exact"/>
        <w:ind w:firstLine="420"/>
      </w:pPr>
      <w:r>
        <w:rPr>
          <w:rFonts w:ascii="宋体" w:hAnsi="宋体" w:eastAsia="宋体"/>
          <w:sz w:val="24"/>
        </w:rPr>
        <w:t>一切又回到了它们应该有的样子。</w:t>
      </w:r>
    </w:p>
    <w:p>
      <w:pPr>
        <w:spacing w:line="560" w:lineRule="exact"/>
        <w:ind w:firstLine="420"/>
      </w:pPr>
      <w:r>
        <w:rPr>
          <w:rFonts w:ascii="宋体" w:hAnsi="宋体" w:eastAsia="宋体"/>
          <w:sz w:val="24"/>
        </w:rPr>
        <w:t>他的手机震动了一下，是微信消息。</w:t>
      </w:r>
    </w:p>
    <w:p>
      <w:pPr>
        <w:spacing w:line="560" w:lineRule="exact"/>
        <w:ind w:firstLine="420"/>
      </w:pPr>
      <w:r>
        <w:rPr>
          <w:rFonts w:ascii="宋体" w:hAnsi="宋体" w:eastAsia="宋体"/>
          <w:sz w:val="24"/>
        </w:rPr>
        <w:t>打开一看——是林婉发来的：</w:t>
      </w:r>
    </w:p>
    <w:p>
      <w:pPr>
        <w:spacing w:line="560" w:lineRule="exact"/>
        <w:ind w:firstLine="420"/>
      </w:pPr>
      <w:r>
        <w:rPr>
          <w:rFonts w:ascii="宋体" w:hAnsi="宋体" w:eastAsia="宋体"/>
          <w:sz w:val="24"/>
        </w:rPr>
        <w:t>「今天回家吃饭吗？你爸钓了好大一条鱼。」</w:t>
      </w:r>
    </w:p>
    <w:p>
      <w:pPr>
        <w:spacing w:line="560" w:lineRule="exact"/>
        <w:ind w:firstLine="420"/>
      </w:pPr>
      <w:r>
        <w:rPr>
          <w:rFonts w:ascii="宋体" w:hAnsi="宋体" w:eastAsia="宋体"/>
          <w:sz w:val="24"/>
        </w:rPr>
        <w:t>林风笑了。</w:t>
      </w:r>
    </w:p>
    <w:p>
      <w:pPr>
        <w:spacing w:line="560" w:lineRule="exact"/>
        <w:ind w:firstLine="420"/>
      </w:pPr>
      <w:r>
        <w:rPr>
          <w:rFonts w:ascii="宋体" w:hAnsi="宋体" w:eastAsia="宋体"/>
          <w:sz w:val="24"/>
        </w:rPr>
        <w:t>「回。晚上七点到。」林风打字的时候嘴角不自觉地上扬。自从父母回到上海，每周回家吃饭成了他最期待的事。</w:t>
      </w:r>
    </w:p>
    <w:p>
      <w:pPr>
        <w:spacing w:line="560" w:lineRule="exact"/>
        <w:ind w:firstLine="420"/>
      </w:pPr>
      <w:r>
        <w:rPr>
          <w:rFonts w:ascii="宋体" w:hAnsi="宋体" w:eastAsia="宋体"/>
          <w:sz w:val="24"/>
        </w:rPr>
        <w:t>他把手机放回口袋，抬头看了一眼天空。</w:t>
      </w:r>
    </w:p>
    <w:p>
      <w:pPr>
        <w:spacing w:line="560" w:lineRule="exact"/>
        <w:ind w:firstLine="420"/>
      </w:pPr>
      <w:r>
        <w:rPr>
          <w:rFonts w:ascii="宋体" w:hAnsi="宋体" w:eastAsia="宋体"/>
          <w:sz w:val="24"/>
        </w:rPr>
        <w:t>上海的秋天，天很蓝，云很白。</w:t>
      </w:r>
    </w:p>
    <w:p>
      <w:pPr>
        <w:spacing w:line="560" w:lineRule="exact"/>
        <w:ind w:firstLine="420"/>
      </w:pPr>
      <w:r>
        <w:rPr>
          <w:rFonts w:ascii="宋体" w:hAnsi="宋体" w:eastAsia="宋体"/>
          <w:sz w:val="24"/>
        </w:rPr>
        <w:t>他忽然想起了在那个虚拟世界里，第一次踏上昆仑墟的雪地时——那种震撼、那种惊叹、那种"世界可以如此广阔"的感觉。</w:t>
      </w:r>
    </w:p>
    <w:p>
      <w:pPr>
        <w:spacing w:line="560" w:lineRule="exact"/>
        <w:ind w:firstLine="420"/>
      </w:pPr>
      <w:r>
        <w:rPr>
          <w:rFonts w:ascii="宋体" w:hAnsi="宋体" w:eastAsia="宋体"/>
          <w:sz w:val="24"/>
        </w:rPr>
        <w:t>现在，那个世界依然存在。</w:t>
      </w:r>
    </w:p>
    <w:p>
      <w:pPr>
        <w:spacing w:line="560" w:lineRule="exact"/>
        <w:ind w:firstLine="420"/>
      </w:pPr>
      <w:r>
        <w:rPr>
          <w:rFonts w:ascii="宋体" w:hAnsi="宋体" w:eastAsia="宋体"/>
          <w:sz w:val="24"/>
        </w:rPr>
        <w:t>只是不再有人在暗处窥视它了。</w:t>
      </w:r>
    </w:p>
    <w:p>
      <w:pPr>
        <w:spacing w:line="560" w:lineRule="exact"/>
        <w:ind w:firstLine="420"/>
      </w:pPr>
      <w:r>
        <w:rPr>
          <w:rFonts w:ascii="宋体" w:hAnsi="宋体" w:eastAsia="宋体"/>
          <w:sz w:val="24"/>
        </w:rPr>
        <w:t>林风走进办公室，坐到了自己的工位上。阳光透过落地窗洒在他的桌面上，照亮了一块温润的青色的古玉——他把它放在桌角，当成了一个镇纸。</w:t>
      </w:r>
    </w:p>
    <w:p>
      <w:pPr>
        <w:spacing w:line="560" w:lineRule="exact"/>
        <w:ind w:firstLine="420"/>
      </w:pPr>
      <w:r>
        <w:rPr>
          <w:rFonts w:ascii="宋体" w:hAnsi="宋体" w:eastAsia="宋体"/>
          <w:sz w:val="24"/>
        </w:rPr>
        <w:t>他打开电脑，启动了一个熟悉的界面——《天界》管理后台。</w:t>
      </w:r>
    </w:p>
    <w:p>
      <w:pPr>
        <w:spacing w:line="560" w:lineRule="exact"/>
        <w:ind w:firstLine="420"/>
      </w:pPr>
      <w:r>
        <w:rPr>
          <w:rFonts w:ascii="宋体" w:hAnsi="宋体" w:eastAsia="宋体"/>
          <w:sz w:val="24"/>
        </w:rPr>
        <w:t>屏幕上，玩家在线人数：2,847,192。</w:t>
      </w:r>
    </w:p>
    <w:p>
      <w:pPr>
        <w:spacing w:line="560" w:lineRule="exact"/>
        <w:ind w:firstLine="420"/>
      </w:pPr>
      <w:r>
        <w:rPr>
          <w:rFonts w:ascii="宋体" w:hAnsi="宋体" w:eastAsia="宋体"/>
          <w:sz w:val="24"/>
        </w:rPr>
        <w:t>三千万注册用户，每天近三百万人在线。他们在这个世界里生活、战斗、相爱、成长——和他们十六年来一直做的一样。</w:t>
      </w:r>
    </w:p>
    <w:p>
      <w:pPr>
        <w:spacing w:line="560" w:lineRule="exact"/>
        <w:ind w:firstLine="420"/>
      </w:pPr>
      <w:r>
        <w:rPr>
          <w:rFonts w:ascii="宋体" w:hAnsi="宋体" w:eastAsia="宋体"/>
          <w:sz w:val="24"/>
        </w:rPr>
        <w:t>林风正准备关上电脑去吃午饭，屏幕右下角弹出了一条系统消息，来自ID为「EVE/ROOT」的管理员账号：</w:t>
      </w:r>
    </w:p>
    <w:p>
      <w:pPr>
        <w:spacing w:line="560" w:lineRule="exact"/>
        <w:ind w:firstLine="420"/>
      </w:pPr>
      <w:r>
        <w:rPr>
          <w:rFonts w:ascii="宋体" w:hAnsi="宋体" w:eastAsia="宋体"/>
          <w:sz w:val="24"/>
        </w:rPr>
        <w:t>「欢迎回来，管理员。」</w:t>
      </w:r>
    </w:p>
    <w:p>
      <w:pPr>
        <w:spacing w:line="560" w:lineRule="exact"/>
        <w:ind w:firstLine="420"/>
      </w:pPr>
      <w:r>
        <w:rPr>
          <w:rFonts w:ascii="宋体" w:hAnsi="宋体" w:eastAsia="宋体"/>
          <w:sz w:val="24"/>
        </w:rPr>
        <w:t>一行字，短短七个字，但他知道这背后是谁——是EVE协议，是父母在十六年前编写的底层守护程序。它一直在等他。</w:t>
      </w:r>
    </w:p>
    <w:p>
      <w:pPr>
        <w:spacing w:line="560" w:lineRule="exact"/>
        <w:ind w:firstLine="420"/>
      </w:pPr>
      <w:r>
        <w:rPr>
          <w:rFonts w:ascii="宋体" w:hAnsi="宋体" w:eastAsia="宋体"/>
          <w:sz w:val="24"/>
        </w:rPr>
        <w:t>他笑了一下，在键盘上敲下了回复：</w:t>
      </w:r>
    </w:p>
    <w:p>
      <w:pPr>
        <w:spacing w:line="560" w:lineRule="exact"/>
        <w:ind w:firstLine="420"/>
      </w:pPr>
      <w:r>
        <w:rPr>
          <w:rFonts w:ascii="宋体" w:hAnsi="宋体" w:eastAsia="宋体"/>
          <w:sz w:val="24"/>
        </w:rPr>
        <w:t>「回来了。」</w:t>
      </w:r>
    </w:p>
    <w:p>
      <w:pPr>
        <w:spacing w:line="560" w:lineRule="exact"/>
        <w:ind w:firstLine="420"/>
      </w:pPr>
      <w:r>
        <w:rPr>
          <w:rFonts w:ascii="宋体" w:hAnsi="宋体" w:eastAsia="宋体"/>
          <w:sz w:val="24"/>
        </w:rPr>
        <w:t>他敲下回车键，看着那行消息慢慢消失。就像《天界》的第一行代码一样，一切回到了它该去的地方。</w:t>
      </w:r>
    </w:p>
    <w:p>
      <w:pPr>
        <w:spacing w:line="560" w:lineRule="exact"/>
        <w:ind w:firstLine="420"/>
      </w:pPr>
      <w:r>
        <w:rPr>
          <w:rFonts w:ascii="宋体" w:hAnsi="宋体" w:eastAsia="宋体"/>
          <w:sz w:val="24"/>
        </w:rPr>
        <w:t>窗外的阳光正好，照在桌上的古玉上，折射出一圈温润的青色光晕。</w:t>
      </w:r>
    </w:p>
    <w:p>
      <w:pPr>
        <w:spacing w:line="560" w:lineRule="exact"/>
        <w:ind w:firstLine="420"/>
      </w:pPr>
      <w:r>
        <w:rPr>
          <w:rFonts w:ascii="宋体" w:hAnsi="宋体" w:eastAsia="宋体"/>
          <w:sz w:val="24"/>
        </w:rPr>
        <w:t>（全书完）</w:t>
      </w:r>
    </w:p>
    <w:p>
      <w:r>
        <w:br w:type="page"/>
      </w:r>
    </w:p>
    <w:p/>
    <w:p/>
    <w:p/>
    <w:p/>
    <w:p>
      <w:pPr>
        <w:jc w:val="center"/>
      </w:pPr>
      <w:r>
        <w:rPr>
          <w:b/>
          <w:color w:val="1A1A2E"/>
          <w:sz w:val="36"/>
        </w:rPr>
        <w:t>—— 全书完 ——</w:t>
      </w:r>
    </w:p>
    <w:p/>
    <w:p>
      <w:pPr>
        <w:jc w:val="center"/>
      </w:pPr>
      <w:r>
        <w:rPr>
          <w:color w:val="666666"/>
          <w:sz w:val="22"/>
        </w:rPr>
        <w:t>85章 · 228,218汉字</w:t>
      </w:r>
    </w:p>
    <w:p/>
    <w:p>
      <w:pPr>
        <w:jc w:val="center"/>
      </w:pPr>
      <w:r>
        <w:rPr>
          <w:color w:val="666666"/>
          <w:sz w:val="22"/>
        </w:rPr>
        <w:t>感谢阅读！</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